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4225B3AC" w:rsidR="00282ABC" w:rsidRPr="00193ACD" w:rsidRDefault="003E1DEC">
      <w:pPr>
        <w:rPr>
          <w:rFonts w:ascii="Aptos" w:hAnsi="Aptos"/>
          <w:b/>
          <w:color w:val="0082BC"/>
          <w:sz w:val="24"/>
          <w:szCs w:val="24"/>
        </w:rPr>
      </w:pPr>
      <w:r w:rsidRPr="00193ACD">
        <w:rPr>
          <w:rFonts w:ascii="Aptos" w:hAnsi="Aptos"/>
          <w:b/>
          <w:noProof/>
          <w:sz w:val="24"/>
          <w:szCs w:val="24"/>
        </w:rPr>
        <mc:AlternateContent>
          <mc:Choice Requires="wpg">
            <w:drawing>
              <wp:anchor distT="0" distB="0" distL="0" distR="0" simplePos="0" relativeHeight="251658265" behindDoc="1" locked="0" layoutInCell="1" allowOverlap="1" wp14:anchorId="4046DBE5" wp14:editId="75989EFA">
                <wp:simplePos x="0" y="0"/>
                <wp:positionH relativeFrom="page">
                  <wp:posOffset>7704455</wp:posOffset>
                </wp:positionH>
                <wp:positionV relativeFrom="page">
                  <wp:posOffset>1398905</wp:posOffset>
                </wp:positionV>
                <wp:extent cx="7559675" cy="10118090"/>
                <wp:effectExtent l="0" t="0" r="0"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118090"/>
                          <a:chOff x="0" y="0"/>
                          <a:chExt cx="7560309" cy="10119064"/>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8"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9" cstate="print"/>
                          <a:stretch>
                            <a:fillRect/>
                          </a:stretch>
                        </pic:blipFill>
                        <pic:spPr>
                          <a:xfrm>
                            <a:off x="663155" y="9745119"/>
                            <a:ext cx="2288832" cy="373945"/>
                          </a:xfrm>
                          <a:prstGeom prst="rect">
                            <a:avLst/>
                          </a:prstGeom>
                        </pic:spPr>
                      </pic:pic>
                    </wpg:wgp>
                  </a:graphicData>
                </a:graphic>
                <wp14:sizeRelV relativeFrom="margin">
                  <wp14:pctHeight>0</wp14:pctHeight>
                </wp14:sizeRelV>
              </wp:anchor>
            </w:drawing>
          </mc:Choice>
          <mc:Fallback>
            <w:pict>
              <v:group w14:anchorId="3A35C132" id="Group 2094280039" o:spid="_x0000_s1026" style="position:absolute;margin-left:606.65pt;margin-top:110.15pt;width:595.25pt;height:796.7pt;z-index:-251658215;mso-wrap-distance-left:0;mso-wrap-distance-right:0;mso-position-horizontal-relative:page;mso-position-vertical-relative:page;mso-height-relative:margin" coordsize="75603,101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 id="Graphic 30" o:spid="_x0000_s1035"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36"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0" o:title=""/>
                </v:shape>
                <v:shape id="Graphic 32" o:spid="_x0000_s1037"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8"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1" o:title=""/>
                </v:shape>
                <w10:wrap anchorx="page" anchory="page"/>
              </v:group>
            </w:pict>
          </mc:Fallback>
        </mc:AlternateContent>
      </w:r>
      <w:r w:rsidR="00F348E4" w:rsidRPr="00193ACD">
        <w:rPr>
          <w:rFonts w:ascii="Aptos" w:hAnsi="Aptos"/>
          <w:noProof/>
          <w:sz w:val="24"/>
          <w:szCs w:val="24"/>
        </w:rPr>
        <mc:AlternateContent>
          <mc:Choice Requires="wps">
            <w:drawing>
              <wp:anchor distT="0" distB="0" distL="114300" distR="114300" simplePos="0" relativeHeight="251658243" behindDoc="0" locked="0" layoutInCell="1" allowOverlap="1" wp14:anchorId="147BD200" wp14:editId="3B6A9903">
                <wp:simplePos x="0" y="0"/>
                <wp:positionH relativeFrom="margin">
                  <wp:posOffset>-793143</wp:posOffset>
                </wp:positionH>
                <wp:positionV relativeFrom="paragraph">
                  <wp:posOffset>-1019342</wp:posOffset>
                </wp:positionV>
                <wp:extent cx="7067550" cy="3490623"/>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490623"/>
                        </a:xfrm>
                        <a:prstGeom prst="rect">
                          <a:avLst/>
                        </a:prstGeom>
                        <a:solidFill>
                          <a:srgbClr val="000000">
                            <a:alpha val="14999"/>
                          </a:srgbClr>
                        </a:solidFill>
                      </wps:spPr>
                      <wps:txbx>
                        <w:txbxContent>
                          <w:p w14:paraId="62A1895C" w14:textId="2EDDA5D9" w:rsidR="00B35369" w:rsidRDefault="00B35369" w:rsidP="006852CF">
                            <w:pPr>
                              <w:spacing w:line="1023" w:lineRule="exact"/>
                              <w:ind w:left="-13"/>
                              <w:jc w:val="center"/>
                              <w:rPr>
                                <w:rFonts w:ascii="Trebuchet MS"/>
                                <w:b/>
                                <w:color w:val="FFFFFF"/>
                                <w:spacing w:val="17"/>
                                <w:sz w:val="72"/>
                                <w:szCs w:val="72"/>
                              </w:rPr>
                            </w:pPr>
                            <w:r>
                              <w:rPr>
                                <w:rFonts w:ascii="Trebuchet MS"/>
                                <w:b/>
                                <w:color w:val="FFFFFF"/>
                                <w:spacing w:val="17"/>
                                <w:sz w:val="72"/>
                                <w:szCs w:val="72"/>
                              </w:rPr>
                              <w:t>T</w:t>
                            </w:r>
                            <w:r w:rsidR="003E1DEC">
                              <w:rPr>
                                <w:rFonts w:ascii="Trebuchet MS"/>
                                <w:b/>
                                <w:color w:val="FFFFFF"/>
                                <w:spacing w:val="17"/>
                                <w:sz w:val="72"/>
                                <w:szCs w:val="72"/>
                              </w:rPr>
                              <w:t>he</w:t>
                            </w:r>
                          </w:p>
                          <w:p w14:paraId="6124041C" w14:textId="505832CC" w:rsidR="00B35369" w:rsidRDefault="004B0493" w:rsidP="006852CF">
                            <w:pPr>
                              <w:spacing w:line="1023" w:lineRule="exact"/>
                              <w:ind w:left="-13"/>
                              <w:jc w:val="center"/>
                              <w:rPr>
                                <w:rFonts w:ascii="Trebuchet MS"/>
                                <w:b/>
                                <w:color w:val="FFFFFF"/>
                                <w:spacing w:val="17"/>
                                <w:sz w:val="72"/>
                                <w:szCs w:val="72"/>
                              </w:rPr>
                            </w:pPr>
                            <w:r w:rsidRPr="004B0493">
                              <w:rPr>
                                <w:rFonts w:ascii="Trebuchet MS"/>
                                <w:b/>
                                <w:color w:val="FFFFFF"/>
                                <w:spacing w:val="17"/>
                                <w:sz w:val="72"/>
                                <w:szCs w:val="72"/>
                              </w:rPr>
                              <w:t xml:space="preserve">Place Partnership </w:t>
                            </w:r>
                          </w:p>
                          <w:p w14:paraId="14DD0D91" w14:textId="240EA6DC" w:rsidR="006852CF" w:rsidRPr="004B0493" w:rsidRDefault="004B0493" w:rsidP="006852CF">
                            <w:pPr>
                              <w:spacing w:line="1023" w:lineRule="exact"/>
                              <w:ind w:left="-13"/>
                              <w:jc w:val="center"/>
                              <w:rPr>
                                <w:rFonts w:ascii="Trebuchet MS"/>
                                <w:b/>
                                <w:color w:val="FFFFFF"/>
                                <w:spacing w:val="17"/>
                                <w:sz w:val="72"/>
                                <w:szCs w:val="72"/>
                              </w:rPr>
                            </w:pPr>
                            <w:r w:rsidRPr="004B0493">
                              <w:rPr>
                                <w:rFonts w:ascii="Trebuchet MS"/>
                                <w:b/>
                                <w:color w:val="FFFFFF"/>
                                <w:spacing w:val="17"/>
                                <w:sz w:val="72"/>
                                <w:szCs w:val="72"/>
                              </w:rPr>
                              <w:t>Strategic Lead</w:t>
                            </w:r>
                          </w:p>
                          <w:p w14:paraId="6C5E8701" w14:textId="6DCF27D6" w:rsidR="006852CF" w:rsidRPr="004B0493" w:rsidRDefault="006852CF" w:rsidP="006852CF">
                            <w:pPr>
                              <w:spacing w:line="1023" w:lineRule="exact"/>
                              <w:ind w:left="-13"/>
                              <w:jc w:val="center"/>
                              <w:rPr>
                                <w:rFonts w:ascii="Trebuchet MS"/>
                                <w:b/>
                                <w:color w:val="000000"/>
                                <w:sz w:val="72"/>
                                <w:szCs w:val="72"/>
                              </w:rPr>
                            </w:pPr>
                            <w:r w:rsidRPr="004B0493">
                              <w:rPr>
                                <w:rFonts w:ascii="Trebuchet MS"/>
                                <w:b/>
                                <w:color w:val="FFFFFF"/>
                                <w:spacing w:val="17"/>
                                <w:sz w:val="72"/>
                                <w:szCs w:val="72"/>
                              </w:rPr>
                              <w:t>Applicant</w:t>
                            </w:r>
                            <w:r w:rsidRPr="004B0493">
                              <w:rPr>
                                <w:rFonts w:ascii="Trebuchet MS"/>
                                <w:b/>
                                <w:color w:val="FFFFFF"/>
                                <w:spacing w:val="5"/>
                                <w:sz w:val="72"/>
                                <w:szCs w:val="72"/>
                              </w:rPr>
                              <w:t xml:space="preserve"> Recruitment </w:t>
                            </w:r>
                            <w:r w:rsidRPr="004B0493">
                              <w:rPr>
                                <w:rFonts w:ascii="Trebuchet MS"/>
                                <w:b/>
                                <w:color w:val="FFFFFF"/>
                                <w:spacing w:val="-4"/>
                                <w:sz w:val="72"/>
                                <w:szCs w:val="72"/>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45pt;margin-top:-80.25pt;width:556.5pt;height:274.8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" fillcolor="black" stroked="f">
                <v:fill opacity="9766f"/>
                <v:textbox inset="0,0,0,0">
                  <w:txbxContent>
                    <w:p w14:paraId="62A1895C" w14:textId="2EDDA5D9" w:rsidR="00B35369" w:rsidRDefault="00B35369" w:rsidP="006852CF">
                      <w:pPr>
                        <w:spacing w:line="1023" w:lineRule="exact"/>
                        <w:ind w:left="-13"/>
                        <w:jc w:val="center"/>
                        <w:rPr>
                          <w:rFonts w:ascii="Trebuchet MS"/>
                          <w:b/>
                          <w:color w:val="FFFFFF"/>
                          <w:spacing w:val="17"/>
                          <w:sz w:val="72"/>
                          <w:szCs w:val="72"/>
                        </w:rPr>
                      </w:pPr>
                      <w:r>
                        <w:rPr>
                          <w:rFonts w:ascii="Trebuchet MS"/>
                          <w:b/>
                          <w:color w:val="FFFFFF"/>
                          <w:spacing w:val="17"/>
                          <w:sz w:val="72"/>
                          <w:szCs w:val="72"/>
                        </w:rPr>
                        <w:t>T</w:t>
                      </w:r>
                      <w:r w:rsidR="003E1DEC">
                        <w:rPr>
                          <w:rFonts w:ascii="Trebuchet MS"/>
                          <w:b/>
                          <w:color w:val="FFFFFF"/>
                          <w:spacing w:val="17"/>
                          <w:sz w:val="72"/>
                          <w:szCs w:val="72"/>
                        </w:rPr>
                        <w:t>he</w:t>
                      </w:r>
                    </w:p>
                    <w:p w14:paraId="6124041C" w14:textId="505832CC" w:rsidR="00B35369" w:rsidRDefault="004B0493" w:rsidP="006852CF">
                      <w:pPr>
                        <w:spacing w:line="1023" w:lineRule="exact"/>
                        <w:ind w:left="-13"/>
                        <w:jc w:val="center"/>
                        <w:rPr>
                          <w:rFonts w:ascii="Trebuchet MS"/>
                          <w:b/>
                          <w:color w:val="FFFFFF"/>
                          <w:spacing w:val="17"/>
                          <w:sz w:val="72"/>
                          <w:szCs w:val="72"/>
                        </w:rPr>
                      </w:pPr>
                      <w:r w:rsidRPr="004B0493">
                        <w:rPr>
                          <w:rFonts w:ascii="Trebuchet MS"/>
                          <w:b/>
                          <w:color w:val="FFFFFF"/>
                          <w:spacing w:val="17"/>
                          <w:sz w:val="72"/>
                          <w:szCs w:val="72"/>
                        </w:rPr>
                        <w:t xml:space="preserve">Place Partnership </w:t>
                      </w:r>
                    </w:p>
                    <w:p w14:paraId="14DD0D91" w14:textId="240EA6DC" w:rsidR="006852CF" w:rsidRPr="004B0493" w:rsidRDefault="004B0493" w:rsidP="006852CF">
                      <w:pPr>
                        <w:spacing w:line="1023" w:lineRule="exact"/>
                        <w:ind w:left="-13"/>
                        <w:jc w:val="center"/>
                        <w:rPr>
                          <w:rFonts w:ascii="Trebuchet MS"/>
                          <w:b/>
                          <w:color w:val="FFFFFF"/>
                          <w:spacing w:val="17"/>
                          <w:sz w:val="72"/>
                          <w:szCs w:val="72"/>
                        </w:rPr>
                      </w:pPr>
                      <w:r w:rsidRPr="004B0493">
                        <w:rPr>
                          <w:rFonts w:ascii="Trebuchet MS"/>
                          <w:b/>
                          <w:color w:val="FFFFFF"/>
                          <w:spacing w:val="17"/>
                          <w:sz w:val="72"/>
                          <w:szCs w:val="72"/>
                        </w:rPr>
                        <w:t>Strategic Lead</w:t>
                      </w:r>
                    </w:p>
                    <w:p w14:paraId="6C5E8701" w14:textId="6DCF27D6" w:rsidR="006852CF" w:rsidRPr="004B0493" w:rsidRDefault="006852CF" w:rsidP="006852CF">
                      <w:pPr>
                        <w:spacing w:line="1023" w:lineRule="exact"/>
                        <w:ind w:left="-13"/>
                        <w:jc w:val="center"/>
                        <w:rPr>
                          <w:rFonts w:ascii="Trebuchet MS"/>
                          <w:b/>
                          <w:color w:val="000000"/>
                          <w:sz w:val="72"/>
                          <w:szCs w:val="72"/>
                        </w:rPr>
                      </w:pPr>
                      <w:r w:rsidRPr="004B0493">
                        <w:rPr>
                          <w:rFonts w:ascii="Trebuchet MS"/>
                          <w:b/>
                          <w:color w:val="FFFFFF"/>
                          <w:spacing w:val="17"/>
                          <w:sz w:val="72"/>
                          <w:szCs w:val="72"/>
                        </w:rPr>
                        <w:t>Applicant</w:t>
                      </w:r>
                      <w:r w:rsidRPr="004B0493">
                        <w:rPr>
                          <w:rFonts w:ascii="Trebuchet MS"/>
                          <w:b/>
                          <w:color w:val="FFFFFF"/>
                          <w:spacing w:val="5"/>
                          <w:sz w:val="72"/>
                          <w:szCs w:val="72"/>
                        </w:rPr>
                        <w:t xml:space="preserve"> Recruitment </w:t>
                      </w:r>
                      <w:r w:rsidRPr="004B0493">
                        <w:rPr>
                          <w:rFonts w:ascii="Trebuchet MS"/>
                          <w:b/>
                          <w:color w:val="FFFFFF"/>
                          <w:spacing w:val="-4"/>
                          <w:sz w:val="72"/>
                          <w:szCs w:val="72"/>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BE7853" w:rsidRPr="00193ACD">
        <w:rPr>
          <w:rFonts w:ascii="Aptos" w:hAnsi="Aptos"/>
          <w:noProof/>
          <w:sz w:val="24"/>
          <w:szCs w:val="24"/>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2"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193ACD">
        <w:rPr>
          <w:rFonts w:ascii="Aptos" w:hAnsi="Aptos"/>
          <w:noProof/>
          <w:sz w:val="24"/>
          <w:szCs w:val="24"/>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CC9016F"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193ACD">
        <w:rPr>
          <w:rFonts w:ascii="Aptos" w:hAnsi="Aptos"/>
          <w:noProof/>
          <w:sz w:val="24"/>
          <w:szCs w:val="24"/>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6AB3E4"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193ACD">
        <w:rPr>
          <w:rFonts w:ascii="Aptos" w:hAnsi="Aptos"/>
          <w:noProof/>
          <w:sz w:val="24"/>
          <w:szCs w:val="24"/>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AF97E20"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193ACD">
        <w:rPr>
          <w:rFonts w:ascii="Aptos" w:hAnsi="Aptos"/>
          <w:noProof/>
          <w:sz w:val="24"/>
          <w:szCs w:val="24"/>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B71B571"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193ACD">
        <w:rPr>
          <w:rFonts w:ascii="Aptos" w:hAnsi="Aptos"/>
          <w:noProof/>
          <w:sz w:val="24"/>
          <w:szCs w:val="24"/>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DF031C0"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193ACD">
        <w:rPr>
          <w:rFonts w:ascii="Aptos" w:hAnsi="Aptos"/>
          <w:noProof/>
          <w:sz w:val="24"/>
          <w:szCs w:val="24"/>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1D457F"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193ACD">
        <w:rPr>
          <w:rFonts w:ascii="Aptos" w:hAnsi="Aptos"/>
          <w:noProof/>
          <w:sz w:val="24"/>
          <w:szCs w:val="24"/>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22465F4"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193ACD">
        <w:rPr>
          <w:rFonts w:ascii="Aptos" w:hAnsi="Aptos"/>
          <w:noProof/>
          <w:sz w:val="24"/>
          <w:szCs w:val="24"/>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E4F129D"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193ACD">
        <w:rPr>
          <w:rFonts w:ascii="Aptos" w:hAnsi="Aptos"/>
          <w:noProof/>
          <w:sz w:val="24"/>
          <w:szCs w:val="24"/>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732CCDA"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193ACD" w:rsidRDefault="00282ABC" w:rsidP="008E4D82">
      <w:pPr>
        <w:jc w:val="center"/>
        <w:rPr>
          <w:rFonts w:ascii="Aptos" w:hAnsi="Aptos"/>
          <w:b/>
          <w:color w:val="FF0000"/>
          <w:sz w:val="24"/>
          <w:szCs w:val="24"/>
        </w:rPr>
      </w:pPr>
      <w:r w:rsidRPr="00193ACD">
        <w:rPr>
          <w:rFonts w:ascii="Aptos" w:hAnsi="Aptos"/>
          <w:b/>
          <w:color w:val="FF0000"/>
          <w:sz w:val="24"/>
          <w:szCs w:val="24"/>
        </w:rPr>
        <w:t>PHOTO TO BE ADDED</w:t>
      </w:r>
    </w:p>
    <w:p w14:paraId="05454F3C" w14:textId="4C607B93" w:rsidR="00524633" w:rsidRPr="00193ACD" w:rsidRDefault="00B9571B">
      <w:pPr>
        <w:rPr>
          <w:rFonts w:ascii="Aptos" w:hAnsi="Aptos"/>
          <w:b/>
          <w:color w:val="0082BC"/>
          <w:sz w:val="24"/>
          <w:szCs w:val="24"/>
        </w:rPr>
      </w:pPr>
      <w:r w:rsidRPr="00193ACD">
        <w:rPr>
          <w:rFonts w:ascii="Aptos" w:hAnsi="Aptos"/>
          <w:noProof/>
          <w:sz w:val="24"/>
          <w:szCs w:val="24"/>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3" cstate="print"/>
                    <a:stretch>
                      <a:fillRect/>
                    </a:stretch>
                  </pic:blipFill>
                  <pic:spPr>
                    <a:xfrm>
                      <a:off x="0" y="0"/>
                      <a:ext cx="2288652" cy="373945"/>
                    </a:xfrm>
                    <a:prstGeom prst="rect">
                      <a:avLst/>
                    </a:prstGeom>
                  </pic:spPr>
                </pic:pic>
              </a:graphicData>
            </a:graphic>
          </wp:anchor>
        </w:drawing>
      </w:r>
      <w:r w:rsidR="00282ABC" w:rsidRPr="00193ACD">
        <w:rPr>
          <w:rFonts w:ascii="Aptos" w:hAnsi="Aptos"/>
          <w:b/>
          <w:color w:val="0082BC"/>
          <w:sz w:val="24"/>
          <w:szCs w:val="24"/>
        </w:rPr>
        <w:br w:type="page"/>
      </w:r>
    </w:p>
    <w:p w14:paraId="3C33BAE7" w14:textId="62EEE6BB" w:rsidR="0043131B" w:rsidRPr="00193ACD" w:rsidRDefault="00522A66" w:rsidP="00522A66">
      <w:pPr>
        <w:tabs>
          <w:tab w:val="left" w:pos="6225"/>
        </w:tabs>
        <w:rPr>
          <w:rFonts w:ascii="Aptos" w:hAnsi="Aptos"/>
          <w:b/>
          <w:color w:val="0082BC"/>
          <w:sz w:val="24"/>
          <w:szCs w:val="24"/>
        </w:rPr>
      </w:pPr>
      <w:r w:rsidRPr="00193ACD">
        <w:rPr>
          <w:rFonts w:ascii="Aptos" w:hAnsi="Aptos"/>
          <w:noProof/>
          <w:sz w:val="24"/>
          <w:szCs w:val="24"/>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193ACD">
        <w:rPr>
          <w:rFonts w:ascii="Aptos" w:hAnsi="Aptos"/>
          <w:noProof/>
          <w:sz w:val="24"/>
          <w:szCs w:val="24"/>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4"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193ACD">
        <w:rPr>
          <w:rFonts w:ascii="Aptos" w:hAnsi="Aptos"/>
          <w:noProof/>
          <w:sz w:val="24"/>
          <w:szCs w:val="24"/>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193ACD">
        <w:rPr>
          <w:rFonts w:ascii="Aptos" w:hAnsi="Aptos"/>
          <w:noProof/>
          <w:sz w:val="24"/>
          <w:szCs w:val="24"/>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FD204D"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193ACD">
        <w:rPr>
          <w:rFonts w:ascii="Aptos" w:hAnsi="Aptos"/>
          <w:noProof/>
          <w:sz w:val="24"/>
          <w:szCs w:val="24"/>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EF7DFD4"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193ACD">
        <w:rPr>
          <w:rFonts w:ascii="Aptos" w:hAnsi="Aptos"/>
          <w:noProof/>
          <w:sz w:val="24"/>
          <w:szCs w:val="24"/>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5CED062"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193ACD">
        <w:rPr>
          <w:rFonts w:ascii="Aptos" w:hAnsi="Aptos"/>
          <w:noProof/>
          <w:sz w:val="24"/>
          <w:szCs w:val="24"/>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D8C33F0"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193ACD">
        <w:rPr>
          <w:rFonts w:ascii="Aptos" w:hAnsi="Aptos"/>
          <w:noProof/>
          <w:sz w:val="24"/>
          <w:szCs w:val="24"/>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104412"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193ACD">
        <w:rPr>
          <w:rFonts w:ascii="Aptos" w:hAnsi="Aptos"/>
          <w:noProof/>
          <w:sz w:val="24"/>
          <w:szCs w:val="24"/>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DD5F833"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193ACD">
        <w:rPr>
          <w:rFonts w:ascii="Aptos" w:hAnsi="Aptos"/>
          <w:noProof/>
          <w:sz w:val="24"/>
          <w:szCs w:val="24"/>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F0DE371"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193ACD">
        <w:rPr>
          <w:rFonts w:ascii="Aptos" w:hAnsi="Aptos"/>
          <w:noProof/>
          <w:sz w:val="24"/>
          <w:szCs w:val="24"/>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B346BE6"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193ACD">
        <w:rPr>
          <w:rFonts w:ascii="Aptos" w:hAnsi="Aptos"/>
          <w:noProof/>
          <w:sz w:val="24"/>
          <w:szCs w:val="24"/>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EF06DE0"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sidRPr="00193ACD">
        <w:rPr>
          <w:rFonts w:ascii="Aptos" w:hAnsi="Aptos"/>
          <w:b/>
          <w:color w:val="0082BC"/>
          <w:sz w:val="24"/>
          <w:szCs w:val="24"/>
        </w:rPr>
        <w:tab/>
      </w:r>
    </w:p>
    <w:p w14:paraId="2648CFAC" w14:textId="57E763DC" w:rsidR="000B3B22" w:rsidRPr="00193ACD" w:rsidRDefault="00522A66">
      <w:pPr>
        <w:rPr>
          <w:rFonts w:ascii="Aptos" w:hAnsi="Aptos"/>
          <w:sz w:val="24"/>
          <w:szCs w:val="24"/>
        </w:rPr>
      </w:pPr>
      <w:r w:rsidRPr="00193ACD">
        <w:rPr>
          <w:rFonts w:ascii="Aptos" w:hAnsi="Aptos"/>
          <w:noProof/>
          <w:sz w:val="24"/>
          <w:szCs w:val="24"/>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31573B" w:rsidRDefault="00671606" w:rsidP="00671606">
                            <w:pPr>
                              <w:spacing w:after="0" w:line="240" w:lineRule="auto"/>
                              <w:rPr>
                                <w:rFonts w:ascii="Aptos Display" w:hAnsi="Aptos Display"/>
                                <w:sz w:val="28"/>
                                <w:szCs w:val="28"/>
                              </w:rPr>
                            </w:pPr>
                            <w:r w:rsidRPr="0031573B">
                              <w:rPr>
                                <w:rFonts w:ascii="Aptos Display" w:hAnsi="Aptos Display"/>
                                <w:sz w:val="28"/>
                                <w:szCs w:val="28"/>
                              </w:rPr>
                              <w:t>Hi,</w:t>
                            </w:r>
                          </w:p>
                          <w:p w14:paraId="494B38DB" w14:textId="77777777" w:rsidR="00671606" w:rsidRPr="0031573B" w:rsidRDefault="00671606" w:rsidP="00671606">
                            <w:pPr>
                              <w:spacing w:after="0" w:line="240" w:lineRule="auto"/>
                              <w:rPr>
                                <w:rFonts w:ascii="Aptos Display" w:hAnsi="Aptos Display"/>
                                <w:sz w:val="28"/>
                                <w:szCs w:val="28"/>
                              </w:rPr>
                            </w:pPr>
                          </w:p>
                          <w:p w14:paraId="192565E0" w14:textId="72CCFE13" w:rsidR="00671606" w:rsidRPr="0031573B" w:rsidRDefault="00522A66" w:rsidP="00671606">
                            <w:pPr>
                              <w:spacing w:after="0" w:line="240" w:lineRule="auto"/>
                              <w:rPr>
                                <w:rFonts w:ascii="Aptos Display" w:hAnsi="Aptos Display"/>
                                <w:sz w:val="28"/>
                                <w:szCs w:val="28"/>
                              </w:rPr>
                            </w:pPr>
                            <w:r w:rsidRPr="0031573B">
                              <w:rPr>
                                <w:rFonts w:ascii="Aptos Display" w:hAnsi="Aptos Display"/>
                                <w:sz w:val="28"/>
                                <w:szCs w:val="28"/>
                              </w:rPr>
                              <w:t>We would</w:t>
                            </w:r>
                            <w:r w:rsidR="00671606" w:rsidRPr="0031573B">
                              <w:rPr>
                                <w:rFonts w:ascii="Aptos Display" w:hAnsi="Aptos Display"/>
                                <w:sz w:val="28"/>
                                <w:szCs w:val="28"/>
                              </w:rPr>
                              <w:t xml:space="preserve"> like to thank you for your interest in the </w:t>
                            </w:r>
                            <w:r w:rsidR="004B0493" w:rsidRPr="0031573B">
                              <w:rPr>
                                <w:rFonts w:ascii="Aptos Display" w:hAnsi="Aptos Display"/>
                                <w:sz w:val="28"/>
                                <w:szCs w:val="28"/>
                              </w:rPr>
                              <w:t>Place Partnership</w:t>
                            </w:r>
                            <w:r w:rsidR="006B7932" w:rsidRPr="0031573B">
                              <w:rPr>
                                <w:rFonts w:ascii="Aptos Display" w:hAnsi="Aptos Display"/>
                                <w:sz w:val="28"/>
                                <w:szCs w:val="28"/>
                              </w:rPr>
                              <w:t xml:space="preserve"> Strategic Lead</w:t>
                            </w:r>
                            <w:r w:rsidR="00671606" w:rsidRPr="0031573B">
                              <w:rPr>
                                <w:rFonts w:ascii="Aptos Display" w:hAnsi="Aptos Display"/>
                                <w:sz w:val="28"/>
                                <w:szCs w:val="28"/>
                              </w:rPr>
                              <w:t xml:space="preserve"> role within Sefton Council’s </w:t>
                            </w:r>
                            <w:r w:rsidR="004B0493" w:rsidRPr="0031573B">
                              <w:rPr>
                                <w:rFonts w:ascii="Aptos Display" w:hAnsi="Aptos Display"/>
                                <w:sz w:val="28"/>
                                <w:szCs w:val="28"/>
                              </w:rPr>
                              <w:t>Communities team</w:t>
                            </w:r>
                            <w:r w:rsidR="003E2B31" w:rsidRPr="0031573B">
                              <w:rPr>
                                <w:rFonts w:ascii="Aptos Display" w:hAnsi="Aptos Display"/>
                                <w:sz w:val="28"/>
                                <w:szCs w:val="28"/>
                              </w:rPr>
                              <w:t xml:space="preserve">, supporting </w:t>
                            </w:r>
                            <w:r w:rsidR="004B0493" w:rsidRPr="0031573B">
                              <w:rPr>
                                <w:rFonts w:ascii="Aptos Display" w:hAnsi="Aptos Display"/>
                                <w:sz w:val="28"/>
                                <w:szCs w:val="28"/>
                              </w:rPr>
                              <w:t>the development of our Sport England funded Place Partnership</w:t>
                            </w:r>
                            <w:r w:rsidR="00671606" w:rsidRPr="0031573B">
                              <w:rPr>
                                <w:rFonts w:ascii="Aptos Display" w:hAnsi="Aptos Display"/>
                                <w:sz w:val="28"/>
                                <w:szCs w:val="28"/>
                              </w:rPr>
                              <w:t>.</w:t>
                            </w:r>
                          </w:p>
                          <w:p w14:paraId="212852F3" w14:textId="77777777" w:rsidR="00671606" w:rsidRPr="0031573B" w:rsidRDefault="00671606" w:rsidP="00671606">
                            <w:pPr>
                              <w:spacing w:after="0" w:line="240" w:lineRule="auto"/>
                              <w:rPr>
                                <w:rFonts w:ascii="Aptos Display" w:hAnsi="Aptos Display"/>
                                <w:sz w:val="28"/>
                                <w:szCs w:val="28"/>
                              </w:rPr>
                            </w:pPr>
                          </w:p>
                          <w:p w14:paraId="07B86B1A" w14:textId="5B87D359" w:rsidR="003E25CB" w:rsidRPr="0031573B" w:rsidRDefault="003E25CB" w:rsidP="00671606">
                            <w:pPr>
                              <w:spacing w:after="0" w:line="240" w:lineRule="auto"/>
                              <w:rPr>
                                <w:rFonts w:ascii="Aptos Display" w:hAnsi="Aptos Display"/>
                                <w:sz w:val="28"/>
                                <w:szCs w:val="28"/>
                              </w:rPr>
                            </w:pPr>
                            <w:r w:rsidRPr="0031573B">
                              <w:rPr>
                                <w:rFonts w:ascii="Aptos Display" w:hAnsi="Aptos Display"/>
                                <w:sz w:val="28"/>
                                <w:szCs w:val="28"/>
                              </w:rPr>
                              <w:t xml:space="preserve">This is an exciting and rewarding opportunity for someone who thrives on </w:t>
                            </w:r>
                            <w:r w:rsidR="00EE4C7F" w:rsidRPr="0031573B">
                              <w:rPr>
                                <w:rFonts w:ascii="Aptos Display" w:hAnsi="Aptos Display"/>
                                <w:sz w:val="28"/>
                                <w:szCs w:val="28"/>
                              </w:rPr>
                              <w:t>developing opportunities for our communities to improve their lives through physical activity</w:t>
                            </w:r>
                            <w:r w:rsidR="00C50DFC" w:rsidRPr="0031573B">
                              <w:rPr>
                                <w:rFonts w:ascii="Aptos Display" w:hAnsi="Aptos Display"/>
                                <w:sz w:val="28"/>
                                <w:szCs w:val="28"/>
                              </w:rPr>
                              <w:t>, leading system change and addressing health in</w:t>
                            </w:r>
                            <w:r w:rsidR="008722FA" w:rsidRPr="0031573B">
                              <w:rPr>
                                <w:rFonts w:ascii="Aptos Display" w:hAnsi="Aptos Display"/>
                                <w:sz w:val="28"/>
                                <w:szCs w:val="28"/>
                              </w:rPr>
                              <w:t>equalities.</w:t>
                            </w:r>
                          </w:p>
                          <w:p w14:paraId="72338EAC" w14:textId="77777777" w:rsidR="003E25CB" w:rsidRPr="0031573B" w:rsidRDefault="003E25CB" w:rsidP="00671606">
                            <w:pPr>
                              <w:spacing w:after="0" w:line="240" w:lineRule="auto"/>
                              <w:rPr>
                                <w:rFonts w:ascii="Aptos Display" w:hAnsi="Aptos Display"/>
                                <w:sz w:val="28"/>
                                <w:szCs w:val="28"/>
                              </w:rPr>
                            </w:pPr>
                          </w:p>
                          <w:p w14:paraId="165B49EC" w14:textId="126519B6" w:rsidR="003E2B31" w:rsidRPr="0031573B" w:rsidRDefault="003E2B31" w:rsidP="003E25CB">
                            <w:pPr>
                              <w:spacing w:after="0" w:line="240" w:lineRule="auto"/>
                              <w:rPr>
                                <w:rFonts w:ascii="Aptos Display" w:hAnsi="Aptos Display"/>
                                <w:sz w:val="28"/>
                                <w:szCs w:val="28"/>
                              </w:rPr>
                            </w:pPr>
                            <w:r w:rsidRPr="0031573B">
                              <w:rPr>
                                <w:rFonts w:ascii="Aptos Display" w:hAnsi="Aptos Display"/>
                                <w:sz w:val="28"/>
                                <w:szCs w:val="28"/>
                              </w:rPr>
                              <w:t>Y</w:t>
                            </w:r>
                            <w:r w:rsidR="003E25CB" w:rsidRPr="0031573B">
                              <w:rPr>
                                <w:rFonts w:ascii="Aptos Display" w:hAnsi="Aptos Display"/>
                                <w:sz w:val="28"/>
                                <w:szCs w:val="28"/>
                              </w:rPr>
                              <w:t xml:space="preserve">ou’ll play a key role in </w:t>
                            </w:r>
                            <w:r w:rsidR="000A4C7F" w:rsidRPr="0031573B">
                              <w:rPr>
                                <w:rFonts w:ascii="Aptos Display" w:hAnsi="Aptos Display"/>
                                <w:sz w:val="28"/>
                                <w:szCs w:val="28"/>
                              </w:rPr>
                              <w:t>leading the development of the Place Partnership</w:t>
                            </w:r>
                            <w:r w:rsidRPr="0031573B">
                              <w:rPr>
                                <w:rFonts w:ascii="Aptos Display" w:hAnsi="Aptos Display"/>
                                <w:sz w:val="28"/>
                                <w:szCs w:val="28"/>
                              </w:rPr>
                              <w:t xml:space="preserve">, </w:t>
                            </w:r>
                            <w:r w:rsidR="000A4C7F" w:rsidRPr="0031573B">
                              <w:rPr>
                                <w:rFonts w:ascii="Aptos Display" w:hAnsi="Aptos Display"/>
                                <w:sz w:val="28"/>
                                <w:szCs w:val="28"/>
                              </w:rPr>
                              <w:t>working with colleagues across the Liverpool City Region</w:t>
                            </w:r>
                            <w:r w:rsidR="005771D3" w:rsidRPr="0031573B">
                              <w:rPr>
                                <w:rFonts w:ascii="Aptos Display" w:hAnsi="Aptos Display"/>
                                <w:sz w:val="28"/>
                                <w:szCs w:val="28"/>
                              </w:rPr>
                              <w:t xml:space="preserve"> as well as across Sefton. W</w:t>
                            </w:r>
                            <w:r w:rsidR="003E25CB" w:rsidRPr="0031573B">
                              <w:rPr>
                                <w:rFonts w:ascii="Aptos Display" w:hAnsi="Aptos Display"/>
                                <w:sz w:val="28"/>
                                <w:szCs w:val="28"/>
                              </w:rPr>
                              <w:t xml:space="preserve">e’re looking for someone who can </w:t>
                            </w:r>
                            <w:r w:rsidR="005771D3" w:rsidRPr="0031573B">
                              <w:rPr>
                                <w:rFonts w:ascii="Aptos Display" w:hAnsi="Aptos Display"/>
                                <w:sz w:val="28"/>
                                <w:szCs w:val="28"/>
                              </w:rPr>
                              <w:t>strategically lead</w:t>
                            </w:r>
                            <w:r w:rsidR="00483401" w:rsidRPr="0031573B">
                              <w:rPr>
                                <w:rFonts w:ascii="Aptos Display" w:hAnsi="Aptos Display"/>
                                <w:sz w:val="28"/>
                                <w:szCs w:val="28"/>
                              </w:rPr>
                              <w:t>, and work with our communities to deliver the best outcomes</w:t>
                            </w:r>
                            <w:r w:rsidR="003E25CB" w:rsidRPr="0031573B">
                              <w:rPr>
                                <w:rFonts w:ascii="Aptos Display" w:hAnsi="Aptos Display"/>
                                <w:sz w:val="28"/>
                                <w:szCs w:val="28"/>
                              </w:rPr>
                              <w:t xml:space="preserve">. </w:t>
                            </w:r>
                          </w:p>
                          <w:p w14:paraId="093A94EE" w14:textId="77777777" w:rsidR="003E2B31" w:rsidRPr="0031573B" w:rsidRDefault="003E2B31" w:rsidP="003E25CB">
                            <w:pPr>
                              <w:spacing w:after="0" w:line="240" w:lineRule="auto"/>
                              <w:rPr>
                                <w:rFonts w:ascii="Aptos Display" w:hAnsi="Aptos Display"/>
                                <w:sz w:val="28"/>
                                <w:szCs w:val="28"/>
                              </w:rPr>
                            </w:pPr>
                          </w:p>
                          <w:p w14:paraId="45386F1E" w14:textId="3FEB8F24" w:rsidR="003E25CB" w:rsidRPr="0031573B" w:rsidRDefault="00D96F44" w:rsidP="003E25CB">
                            <w:pPr>
                              <w:spacing w:after="0" w:line="240" w:lineRule="auto"/>
                              <w:rPr>
                                <w:rFonts w:ascii="Aptos Display" w:hAnsi="Aptos Display"/>
                                <w:sz w:val="28"/>
                                <w:szCs w:val="28"/>
                              </w:rPr>
                            </w:pPr>
                            <w:r w:rsidRPr="0031573B">
                              <w:rPr>
                                <w:rFonts w:ascii="Aptos Display" w:hAnsi="Aptos Display"/>
                                <w:sz w:val="28"/>
                                <w:szCs w:val="28"/>
                              </w:rPr>
                              <w:t>As a person, i</w:t>
                            </w:r>
                            <w:r w:rsidR="003E25CB" w:rsidRPr="0031573B">
                              <w:rPr>
                                <w:rFonts w:ascii="Aptos Display" w:hAnsi="Aptos Display"/>
                                <w:sz w:val="28"/>
                                <w:szCs w:val="28"/>
                              </w:rPr>
                              <w:t xml:space="preserve">f you’re someone who </w:t>
                            </w:r>
                            <w:r w:rsidR="008722FA" w:rsidRPr="0031573B">
                              <w:rPr>
                                <w:rFonts w:ascii="Aptos Display" w:hAnsi="Aptos Display"/>
                                <w:sz w:val="28"/>
                                <w:szCs w:val="28"/>
                              </w:rPr>
                              <w:t>is highly organised, can generate enthusiasm and support from partners</w:t>
                            </w:r>
                            <w:r w:rsidR="003E25CB" w:rsidRPr="0031573B">
                              <w:rPr>
                                <w:rFonts w:ascii="Aptos Display" w:hAnsi="Aptos Display"/>
                                <w:sz w:val="28"/>
                                <w:szCs w:val="28"/>
                              </w:rPr>
                              <w:t xml:space="preserve"> and </w:t>
                            </w:r>
                            <w:r w:rsidR="009D4637" w:rsidRPr="0031573B">
                              <w:rPr>
                                <w:rFonts w:ascii="Aptos Display" w:hAnsi="Aptos Display"/>
                                <w:sz w:val="28"/>
                                <w:szCs w:val="28"/>
                              </w:rPr>
                              <w:t xml:space="preserve">has </w:t>
                            </w:r>
                            <w:r w:rsidR="003E25CB" w:rsidRPr="0031573B">
                              <w:rPr>
                                <w:rFonts w:ascii="Aptos Display" w:hAnsi="Aptos Display"/>
                                <w:sz w:val="28"/>
                                <w:szCs w:val="28"/>
                              </w:rPr>
                              <w:t>a genuine passion for making a difference, we’d be delighted to hear from you</w:t>
                            </w:r>
                            <w:r w:rsidRPr="0031573B">
                              <w:rPr>
                                <w:rFonts w:ascii="Aptos Display" w:hAnsi="Aptos Display"/>
                                <w:sz w:val="28"/>
                                <w:szCs w:val="28"/>
                              </w:rPr>
                              <w:t>.</w:t>
                            </w:r>
                            <w:r w:rsidR="00304C45" w:rsidRPr="0031573B">
                              <w:rPr>
                                <w:rFonts w:ascii="Aptos Display" w:hAnsi="Aptos Display"/>
                                <w:sz w:val="28"/>
                                <w:szCs w:val="28"/>
                              </w:rPr>
                              <w:t xml:space="preserve">  </w:t>
                            </w:r>
                          </w:p>
                          <w:p w14:paraId="5A41F488" w14:textId="77777777" w:rsidR="00671606" w:rsidRPr="0031573B" w:rsidRDefault="00671606" w:rsidP="00671606">
                            <w:pPr>
                              <w:spacing w:after="0" w:line="240" w:lineRule="auto"/>
                              <w:rPr>
                                <w:rFonts w:ascii="Aptos Display" w:hAnsi="Aptos Display"/>
                                <w:sz w:val="28"/>
                                <w:szCs w:val="28"/>
                              </w:rPr>
                            </w:pPr>
                          </w:p>
                          <w:p w14:paraId="01F3038F" w14:textId="278B458B" w:rsidR="00671606" w:rsidRPr="0031573B" w:rsidRDefault="00671606" w:rsidP="00671606">
                            <w:pPr>
                              <w:spacing w:after="0" w:line="240" w:lineRule="auto"/>
                              <w:rPr>
                                <w:rFonts w:ascii="Aptos Display" w:hAnsi="Aptos Display"/>
                                <w:sz w:val="28"/>
                                <w:szCs w:val="28"/>
                              </w:rPr>
                            </w:pPr>
                            <w:r w:rsidRPr="0031573B">
                              <w:rPr>
                                <w:rFonts w:ascii="Aptos Display" w:hAnsi="Aptos Display"/>
                                <w:sz w:val="28"/>
                                <w:szCs w:val="28"/>
                              </w:rPr>
                              <w:t xml:space="preserve">The Job Description and Person Specification for this role are included within the job pack. </w:t>
                            </w:r>
                            <w:r w:rsidR="004E7A46" w:rsidRPr="0031573B">
                              <w:rPr>
                                <w:rFonts w:ascii="Aptos Display" w:hAnsi="Aptos Display"/>
                                <w:sz w:val="28"/>
                                <w:szCs w:val="28"/>
                              </w:rPr>
                              <w:t xml:space="preserve"> </w:t>
                            </w:r>
                            <w:r w:rsidRPr="0031573B">
                              <w:rPr>
                                <w:rFonts w:ascii="Aptos Display" w:hAnsi="Aptos Display"/>
                                <w:sz w:val="28"/>
                                <w:szCs w:val="28"/>
                              </w:rPr>
                              <w:t>If you have any questions about the vacancy, please refer to the job pack for the appropriate contact details.</w:t>
                            </w:r>
                          </w:p>
                          <w:p w14:paraId="7E561A37" w14:textId="77777777" w:rsidR="00671606" w:rsidRPr="0031573B" w:rsidRDefault="00671606" w:rsidP="00671606">
                            <w:pPr>
                              <w:spacing w:after="0" w:line="240" w:lineRule="auto"/>
                              <w:rPr>
                                <w:rFonts w:ascii="Aptos Display" w:hAnsi="Aptos Display"/>
                                <w:sz w:val="28"/>
                                <w:szCs w:val="28"/>
                              </w:rPr>
                            </w:pPr>
                          </w:p>
                          <w:p w14:paraId="08B5229B" w14:textId="63839C62" w:rsidR="00D9688B" w:rsidRPr="0031573B" w:rsidRDefault="00514FBC" w:rsidP="00671606">
                            <w:pPr>
                              <w:spacing w:after="0" w:line="240" w:lineRule="auto"/>
                              <w:rPr>
                                <w:rFonts w:ascii="Aptos Display" w:hAnsi="Aptos Display"/>
                                <w:sz w:val="28"/>
                                <w:szCs w:val="28"/>
                              </w:rPr>
                            </w:pPr>
                            <w:r w:rsidRPr="0031573B">
                              <w:rPr>
                                <w:rFonts w:ascii="Aptos Display" w:hAnsi="Aptos Display"/>
                                <w:sz w:val="28"/>
                                <w:szCs w:val="28"/>
                              </w:rPr>
                              <w:t>If</w:t>
                            </w:r>
                            <w:r w:rsidR="001E7F31" w:rsidRPr="0031573B">
                              <w:rPr>
                                <w:rFonts w:ascii="Aptos Display" w:hAnsi="Aptos Display"/>
                                <w:sz w:val="28"/>
                                <w:szCs w:val="28"/>
                              </w:rPr>
                              <w:t>,</w:t>
                            </w:r>
                            <w:r w:rsidRPr="0031573B">
                              <w:rPr>
                                <w:rFonts w:ascii="Aptos Display" w:hAnsi="Aptos Display"/>
                                <w:sz w:val="28"/>
                                <w:szCs w:val="28"/>
                              </w:rPr>
                              <w:t xml:space="preserve"> when you’ve </w:t>
                            </w:r>
                            <w:r w:rsidR="001E7F31" w:rsidRPr="0031573B">
                              <w:rPr>
                                <w:rFonts w:ascii="Aptos Display" w:hAnsi="Aptos Display"/>
                                <w:sz w:val="28"/>
                                <w:szCs w:val="28"/>
                              </w:rPr>
                              <w:t xml:space="preserve">finishing </w:t>
                            </w:r>
                            <w:r w:rsidRPr="0031573B">
                              <w:rPr>
                                <w:rFonts w:ascii="Aptos Display" w:hAnsi="Aptos Display"/>
                                <w:sz w:val="28"/>
                                <w:szCs w:val="28"/>
                              </w:rPr>
                              <w:t>read</w:t>
                            </w:r>
                            <w:r w:rsidR="001E7F31" w:rsidRPr="0031573B">
                              <w:rPr>
                                <w:rFonts w:ascii="Aptos Display" w:hAnsi="Aptos Display"/>
                                <w:sz w:val="28"/>
                                <w:szCs w:val="28"/>
                              </w:rPr>
                              <w:t>ing</w:t>
                            </w:r>
                            <w:r w:rsidRPr="0031573B">
                              <w:rPr>
                                <w:rFonts w:ascii="Aptos Display" w:hAnsi="Aptos Display"/>
                                <w:sz w:val="28"/>
                                <w:szCs w:val="28"/>
                              </w:rPr>
                              <w:t xml:space="preserve"> this pack, you like what you </w:t>
                            </w:r>
                            <w:r w:rsidR="00D9688B" w:rsidRPr="0031573B">
                              <w:rPr>
                                <w:rFonts w:ascii="Aptos Display" w:hAnsi="Aptos Display"/>
                                <w:sz w:val="28"/>
                                <w:szCs w:val="28"/>
                              </w:rPr>
                              <w:t xml:space="preserve">see, and Sefton’s Vision and Values align to yours then we can’t wait to hear from you. </w:t>
                            </w:r>
                          </w:p>
                          <w:p w14:paraId="39B50755" w14:textId="77777777" w:rsidR="00D9688B" w:rsidRPr="0031573B" w:rsidRDefault="00D9688B" w:rsidP="00671606">
                            <w:pPr>
                              <w:spacing w:after="0" w:line="240" w:lineRule="auto"/>
                              <w:rPr>
                                <w:rFonts w:ascii="Aptos Display" w:hAnsi="Aptos Display"/>
                                <w:sz w:val="28"/>
                                <w:szCs w:val="28"/>
                              </w:rPr>
                            </w:pPr>
                          </w:p>
                          <w:p w14:paraId="62DC2431" w14:textId="27FD410B" w:rsidR="00671606" w:rsidRPr="0031573B" w:rsidRDefault="00671606" w:rsidP="00671606">
                            <w:pPr>
                              <w:spacing w:after="0" w:line="240" w:lineRule="auto"/>
                              <w:rPr>
                                <w:rFonts w:ascii="Aptos Display" w:hAnsi="Aptos Display"/>
                                <w:sz w:val="28"/>
                                <w:szCs w:val="28"/>
                              </w:rPr>
                            </w:pPr>
                            <w:r w:rsidRPr="0031573B">
                              <w:rPr>
                                <w:rFonts w:ascii="Aptos Display" w:hAnsi="Aptos Display"/>
                                <w:sz w:val="28"/>
                                <w:szCs w:val="28"/>
                              </w:rPr>
                              <w:t>Best of luck!</w:t>
                            </w:r>
                          </w:p>
                          <w:p w14:paraId="752CA344" w14:textId="77777777" w:rsidR="003E2B31" w:rsidRPr="0031573B" w:rsidRDefault="003E2B31" w:rsidP="00671606">
                            <w:pPr>
                              <w:spacing w:after="0" w:line="240" w:lineRule="auto"/>
                              <w:rPr>
                                <w:rFonts w:ascii="Aptos Display" w:hAnsi="Aptos Display"/>
                                <w:sz w:val="28"/>
                                <w:szCs w:val="28"/>
                              </w:rPr>
                            </w:pPr>
                          </w:p>
                          <w:p w14:paraId="730E18D2" w14:textId="2B2B162C" w:rsidR="003E2B31" w:rsidRPr="0031573B" w:rsidRDefault="00DA0DFF" w:rsidP="00671606">
                            <w:pPr>
                              <w:spacing w:after="0" w:line="240" w:lineRule="auto"/>
                              <w:rPr>
                                <w:rFonts w:ascii="Aptos Display" w:hAnsi="Aptos Display"/>
                                <w:sz w:val="28"/>
                                <w:szCs w:val="28"/>
                              </w:rPr>
                            </w:pPr>
                            <w:r w:rsidRPr="0031573B">
                              <w:rPr>
                                <w:rFonts w:ascii="Aptos Display" w:hAnsi="Aptos Display"/>
                                <w:sz w:val="28"/>
                                <w:szCs w:val="28"/>
                              </w:rPr>
                              <w:t>Helen Birrell</w:t>
                            </w:r>
                          </w:p>
                          <w:p w14:paraId="56D5B4A0" w14:textId="3CC9FD2B" w:rsidR="003E2B31" w:rsidRPr="0031573B" w:rsidRDefault="00DA0DFF" w:rsidP="00671606">
                            <w:pPr>
                              <w:spacing w:after="0" w:line="240" w:lineRule="auto"/>
                              <w:rPr>
                                <w:rFonts w:ascii="Aptos Display" w:hAnsi="Aptos Display"/>
                                <w:sz w:val="28"/>
                                <w:szCs w:val="28"/>
                              </w:rPr>
                            </w:pPr>
                            <w:r w:rsidRPr="0031573B">
                              <w:rPr>
                                <w:rFonts w:ascii="Aptos Display" w:hAnsi="Aptos Display"/>
                                <w:sz w:val="28"/>
                                <w:szCs w:val="28"/>
                              </w:rPr>
                              <w:t>Service Manager - Communities</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31573B" w:rsidRDefault="00671606" w:rsidP="00671606">
                      <w:pPr>
                        <w:spacing w:after="0" w:line="240" w:lineRule="auto"/>
                        <w:rPr>
                          <w:rFonts w:ascii="Aptos Display" w:hAnsi="Aptos Display"/>
                          <w:sz w:val="28"/>
                          <w:szCs w:val="28"/>
                        </w:rPr>
                      </w:pPr>
                      <w:r w:rsidRPr="0031573B">
                        <w:rPr>
                          <w:rFonts w:ascii="Aptos Display" w:hAnsi="Aptos Display"/>
                          <w:sz w:val="28"/>
                          <w:szCs w:val="28"/>
                        </w:rPr>
                        <w:t>Hi,</w:t>
                      </w:r>
                    </w:p>
                    <w:p w14:paraId="494B38DB" w14:textId="77777777" w:rsidR="00671606" w:rsidRPr="0031573B" w:rsidRDefault="00671606" w:rsidP="00671606">
                      <w:pPr>
                        <w:spacing w:after="0" w:line="240" w:lineRule="auto"/>
                        <w:rPr>
                          <w:rFonts w:ascii="Aptos Display" w:hAnsi="Aptos Display"/>
                          <w:sz w:val="28"/>
                          <w:szCs w:val="28"/>
                        </w:rPr>
                      </w:pPr>
                    </w:p>
                    <w:p w14:paraId="192565E0" w14:textId="72CCFE13" w:rsidR="00671606" w:rsidRPr="0031573B" w:rsidRDefault="00522A66" w:rsidP="00671606">
                      <w:pPr>
                        <w:spacing w:after="0" w:line="240" w:lineRule="auto"/>
                        <w:rPr>
                          <w:rFonts w:ascii="Aptos Display" w:hAnsi="Aptos Display"/>
                          <w:sz w:val="28"/>
                          <w:szCs w:val="28"/>
                        </w:rPr>
                      </w:pPr>
                      <w:r w:rsidRPr="0031573B">
                        <w:rPr>
                          <w:rFonts w:ascii="Aptos Display" w:hAnsi="Aptos Display"/>
                          <w:sz w:val="28"/>
                          <w:szCs w:val="28"/>
                        </w:rPr>
                        <w:t>We would</w:t>
                      </w:r>
                      <w:r w:rsidR="00671606" w:rsidRPr="0031573B">
                        <w:rPr>
                          <w:rFonts w:ascii="Aptos Display" w:hAnsi="Aptos Display"/>
                          <w:sz w:val="28"/>
                          <w:szCs w:val="28"/>
                        </w:rPr>
                        <w:t xml:space="preserve"> like to thank you for your interest in the </w:t>
                      </w:r>
                      <w:r w:rsidR="004B0493" w:rsidRPr="0031573B">
                        <w:rPr>
                          <w:rFonts w:ascii="Aptos Display" w:hAnsi="Aptos Display"/>
                          <w:sz w:val="28"/>
                          <w:szCs w:val="28"/>
                        </w:rPr>
                        <w:t>Place Partnership</w:t>
                      </w:r>
                      <w:r w:rsidR="006B7932" w:rsidRPr="0031573B">
                        <w:rPr>
                          <w:rFonts w:ascii="Aptos Display" w:hAnsi="Aptos Display"/>
                          <w:sz w:val="28"/>
                          <w:szCs w:val="28"/>
                        </w:rPr>
                        <w:t xml:space="preserve"> Strategic Lead</w:t>
                      </w:r>
                      <w:r w:rsidR="00671606" w:rsidRPr="0031573B">
                        <w:rPr>
                          <w:rFonts w:ascii="Aptos Display" w:hAnsi="Aptos Display"/>
                          <w:sz w:val="28"/>
                          <w:szCs w:val="28"/>
                        </w:rPr>
                        <w:t xml:space="preserve"> role within Sefton Council’s </w:t>
                      </w:r>
                      <w:r w:rsidR="004B0493" w:rsidRPr="0031573B">
                        <w:rPr>
                          <w:rFonts w:ascii="Aptos Display" w:hAnsi="Aptos Display"/>
                          <w:sz w:val="28"/>
                          <w:szCs w:val="28"/>
                        </w:rPr>
                        <w:t>Communities team</w:t>
                      </w:r>
                      <w:r w:rsidR="003E2B31" w:rsidRPr="0031573B">
                        <w:rPr>
                          <w:rFonts w:ascii="Aptos Display" w:hAnsi="Aptos Display"/>
                          <w:sz w:val="28"/>
                          <w:szCs w:val="28"/>
                        </w:rPr>
                        <w:t xml:space="preserve">, supporting </w:t>
                      </w:r>
                      <w:r w:rsidR="004B0493" w:rsidRPr="0031573B">
                        <w:rPr>
                          <w:rFonts w:ascii="Aptos Display" w:hAnsi="Aptos Display"/>
                          <w:sz w:val="28"/>
                          <w:szCs w:val="28"/>
                        </w:rPr>
                        <w:t>the development of our Sport England funded Place Partnership</w:t>
                      </w:r>
                      <w:r w:rsidR="00671606" w:rsidRPr="0031573B">
                        <w:rPr>
                          <w:rFonts w:ascii="Aptos Display" w:hAnsi="Aptos Display"/>
                          <w:sz w:val="28"/>
                          <w:szCs w:val="28"/>
                        </w:rPr>
                        <w:t>.</w:t>
                      </w:r>
                    </w:p>
                    <w:p w14:paraId="212852F3" w14:textId="77777777" w:rsidR="00671606" w:rsidRPr="0031573B" w:rsidRDefault="00671606" w:rsidP="00671606">
                      <w:pPr>
                        <w:spacing w:after="0" w:line="240" w:lineRule="auto"/>
                        <w:rPr>
                          <w:rFonts w:ascii="Aptos Display" w:hAnsi="Aptos Display"/>
                          <w:sz w:val="28"/>
                          <w:szCs w:val="28"/>
                        </w:rPr>
                      </w:pPr>
                    </w:p>
                    <w:p w14:paraId="07B86B1A" w14:textId="5B87D359" w:rsidR="003E25CB" w:rsidRPr="0031573B" w:rsidRDefault="003E25CB" w:rsidP="00671606">
                      <w:pPr>
                        <w:spacing w:after="0" w:line="240" w:lineRule="auto"/>
                        <w:rPr>
                          <w:rFonts w:ascii="Aptos Display" w:hAnsi="Aptos Display"/>
                          <w:sz w:val="28"/>
                          <w:szCs w:val="28"/>
                        </w:rPr>
                      </w:pPr>
                      <w:r w:rsidRPr="0031573B">
                        <w:rPr>
                          <w:rFonts w:ascii="Aptos Display" w:hAnsi="Aptos Display"/>
                          <w:sz w:val="28"/>
                          <w:szCs w:val="28"/>
                        </w:rPr>
                        <w:t xml:space="preserve">This is an exciting and rewarding opportunity for someone who thrives on </w:t>
                      </w:r>
                      <w:r w:rsidR="00EE4C7F" w:rsidRPr="0031573B">
                        <w:rPr>
                          <w:rFonts w:ascii="Aptos Display" w:hAnsi="Aptos Display"/>
                          <w:sz w:val="28"/>
                          <w:szCs w:val="28"/>
                        </w:rPr>
                        <w:t>developing opportunities for our communities to improve their lives through physical activity</w:t>
                      </w:r>
                      <w:r w:rsidR="00C50DFC" w:rsidRPr="0031573B">
                        <w:rPr>
                          <w:rFonts w:ascii="Aptos Display" w:hAnsi="Aptos Display"/>
                          <w:sz w:val="28"/>
                          <w:szCs w:val="28"/>
                        </w:rPr>
                        <w:t>, leading system change and addressing health in</w:t>
                      </w:r>
                      <w:r w:rsidR="008722FA" w:rsidRPr="0031573B">
                        <w:rPr>
                          <w:rFonts w:ascii="Aptos Display" w:hAnsi="Aptos Display"/>
                          <w:sz w:val="28"/>
                          <w:szCs w:val="28"/>
                        </w:rPr>
                        <w:t>equalities.</w:t>
                      </w:r>
                    </w:p>
                    <w:p w14:paraId="72338EAC" w14:textId="77777777" w:rsidR="003E25CB" w:rsidRPr="0031573B" w:rsidRDefault="003E25CB" w:rsidP="00671606">
                      <w:pPr>
                        <w:spacing w:after="0" w:line="240" w:lineRule="auto"/>
                        <w:rPr>
                          <w:rFonts w:ascii="Aptos Display" w:hAnsi="Aptos Display"/>
                          <w:sz w:val="28"/>
                          <w:szCs w:val="28"/>
                        </w:rPr>
                      </w:pPr>
                    </w:p>
                    <w:p w14:paraId="165B49EC" w14:textId="126519B6" w:rsidR="003E2B31" w:rsidRPr="0031573B" w:rsidRDefault="003E2B31" w:rsidP="003E25CB">
                      <w:pPr>
                        <w:spacing w:after="0" w:line="240" w:lineRule="auto"/>
                        <w:rPr>
                          <w:rFonts w:ascii="Aptos Display" w:hAnsi="Aptos Display"/>
                          <w:sz w:val="28"/>
                          <w:szCs w:val="28"/>
                        </w:rPr>
                      </w:pPr>
                      <w:r w:rsidRPr="0031573B">
                        <w:rPr>
                          <w:rFonts w:ascii="Aptos Display" w:hAnsi="Aptos Display"/>
                          <w:sz w:val="28"/>
                          <w:szCs w:val="28"/>
                        </w:rPr>
                        <w:t>Y</w:t>
                      </w:r>
                      <w:r w:rsidR="003E25CB" w:rsidRPr="0031573B">
                        <w:rPr>
                          <w:rFonts w:ascii="Aptos Display" w:hAnsi="Aptos Display"/>
                          <w:sz w:val="28"/>
                          <w:szCs w:val="28"/>
                        </w:rPr>
                        <w:t xml:space="preserve">ou’ll play a key role in </w:t>
                      </w:r>
                      <w:r w:rsidR="000A4C7F" w:rsidRPr="0031573B">
                        <w:rPr>
                          <w:rFonts w:ascii="Aptos Display" w:hAnsi="Aptos Display"/>
                          <w:sz w:val="28"/>
                          <w:szCs w:val="28"/>
                        </w:rPr>
                        <w:t>leading the development of the Place Partnership</w:t>
                      </w:r>
                      <w:r w:rsidRPr="0031573B">
                        <w:rPr>
                          <w:rFonts w:ascii="Aptos Display" w:hAnsi="Aptos Display"/>
                          <w:sz w:val="28"/>
                          <w:szCs w:val="28"/>
                        </w:rPr>
                        <w:t xml:space="preserve">, </w:t>
                      </w:r>
                      <w:r w:rsidR="000A4C7F" w:rsidRPr="0031573B">
                        <w:rPr>
                          <w:rFonts w:ascii="Aptos Display" w:hAnsi="Aptos Display"/>
                          <w:sz w:val="28"/>
                          <w:szCs w:val="28"/>
                        </w:rPr>
                        <w:t>working with colleagues across the Liverpool City Region</w:t>
                      </w:r>
                      <w:r w:rsidR="005771D3" w:rsidRPr="0031573B">
                        <w:rPr>
                          <w:rFonts w:ascii="Aptos Display" w:hAnsi="Aptos Display"/>
                          <w:sz w:val="28"/>
                          <w:szCs w:val="28"/>
                        </w:rPr>
                        <w:t xml:space="preserve"> as well as across Sefton. W</w:t>
                      </w:r>
                      <w:r w:rsidR="003E25CB" w:rsidRPr="0031573B">
                        <w:rPr>
                          <w:rFonts w:ascii="Aptos Display" w:hAnsi="Aptos Display"/>
                          <w:sz w:val="28"/>
                          <w:szCs w:val="28"/>
                        </w:rPr>
                        <w:t xml:space="preserve">e’re looking for someone who can </w:t>
                      </w:r>
                      <w:r w:rsidR="005771D3" w:rsidRPr="0031573B">
                        <w:rPr>
                          <w:rFonts w:ascii="Aptos Display" w:hAnsi="Aptos Display"/>
                          <w:sz w:val="28"/>
                          <w:szCs w:val="28"/>
                        </w:rPr>
                        <w:t>strategically lead</w:t>
                      </w:r>
                      <w:r w:rsidR="00483401" w:rsidRPr="0031573B">
                        <w:rPr>
                          <w:rFonts w:ascii="Aptos Display" w:hAnsi="Aptos Display"/>
                          <w:sz w:val="28"/>
                          <w:szCs w:val="28"/>
                        </w:rPr>
                        <w:t>, and work with our communities to deliver the best outcomes</w:t>
                      </w:r>
                      <w:r w:rsidR="003E25CB" w:rsidRPr="0031573B">
                        <w:rPr>
                          <w:rFonts w:ascii="Aptos Display" w:hAnsi="Aptos Display"/>
                          <w:sz w:val="28"/>
                          <w:szCs w:val="28"/>
                        </w:rPr>
                        <w:t xml:space="preserve">. </w:t>
                      </w:r>
                    </w:p>
                    <w:p w14:paraId="093A94EE" w14:textId="77777777" w:rsidR="003E2B31" w:rsidRPr="0031573B" w:rsidRDefault="003E2B31" w:rsidP="003E25CB">
                      <w:pPr>
                        <w:spacing w:after="0" w:line="240" w:lineRule="auto"/>
                        <w:rPr>
                          <w:rFonts w:ascii="Aptos Display" w:hAnsi="Aptos Display"/>
                          <w:sz w:val="28"/>
                          <w:szCs w:val="28"/>
                        </w:rPr>
                      </w:pPr>
                    </w:p>
                    <w:p w14:paraId="45386F1E" w14:textId="3FEB8F24" w:rsidR="003E25CB" w:rsidRPr="0031573B" w:rsidRDefault="00D96F44" w:rsidP="003E25CB">
                      <w:pPr>
                        <w:spacing w:after="0" w:line="240" w:lineRule="auto"/>
                        <w:rPr>
                          <w:rFonts w:ascii="Aptos Display" w:hAnsi="Aptos Display"/>
                          <w:sz w:val="28"/>
                          <w:szCs w:val="28"/>
                        </w:rPr>
                      </w:pPr>
                      <w:r w:rsidRPr="0031573B">
                        <w:rPr>
                          <w:rFonts w:ascii="Aptos Display" w:hAnsi="Aptos Display"/>
                          <w:sz w:val="28"/>
                          <w:szCs w:val="28"/>
                        </w:rPr>
                        <w:t>As a person, i</w:t>
                      </w:r>
                      <w:r w:rsidR="003E25CB" w:rsidRPr="0031573B">
                        <w:rPr>
                          <w:rFonts w:ascii="Aptos Display" w:hAnsi="Aptos Display"/>
                          <w:sz w:val="28"/>
                          <w:szCs w:val="28"/>
                        </w:rPr>
                        <w:t xml:space="preserve">f you’re someone who </w:t>
                      </w:r>
                      <w:r w:rsidR="008722FA" w:rsidRPr="0031573B">
                        <w:rPr>
                          <w:rFonts w:ascii="Aptos Display" w:hAnsi="Aptos Display"/>
                          <w:sz w:val="28"/>
                          <w:szCs w:val="28"/>
                        </w:rPr>
                        <w:t>is highly organised, can generate enthusiasm and support from partners</w:t>
                      </w:r>
                      <w:r w:rsidR="003E25CB" w:rsidRPr="0031573B">
                        <w:rPr>
                          <w:rFonts w:ascii="Aptos Display" w:hAnsi="Aptos Display"/>
                          <w:sz w:val="28"/>
                          <w:szCs w:val="28"/>
                        </w:rPr>
                        <w:t xml:space="preserve"> and </w:t>
                      </w:r>
                      <w:r w:rsidR="009D4637" w:rsidRPr="0031573B">
                        <w:rPr>
                          <w:rFonts w:ascii="Aptos Display" w:hAnsi="Aptos Display"/>
                          <w:sz w:val="28"/>
                          <w:szCs w:val="28"/>
                        </w:rPr>
                        <w:t xml:space="preserve">has </w:t>
                      </w:r>
                      <w:r w:rsidR="003E25CB" w:rsidRPr="0031573B">
                        <w:rPr>
                          <w:rFonts w:ascii="Aptos Display" w:hAnsi="Aptos Display"/>
                          <w:sz w:val="28"/>
                          <w:szCs w:val="28"/>
                        </w:rPr>
                        <w:t>a genuine passion for making a difference, we’d be delighted to hear from you</w:t>
                      </w:r>
                      <w:r w:rsidRPr="0031573B">
                        <w:rPr>
                          <w:rFonts w:ascii="Aptos Display" w:hAnsi="Aptos Display"/>
                          <w:sz w:val="28"/>
                          <w:szCs w:val="28"/>
                        </w:rPr>
                        <w:t>.</w:t>
                      </w:r>
                      <w:r w:rsidR="00304C45" w:rsidRPr="0031573B">
                        <w:rPr>
                          <w:rFonts w:ascii="Aptos Display" w:hAnsi="Aptos Display"/>
                          <w:sz w:val="28"/>
                          <w:szCs w:val="28"/>
                        </w:rPr>
                        <w:t xml:space="preserve">  </w:t>
                      </w:r>
                    </w:p>
                    <w:p w14:paraId="5A41F488" w14:textId="77777777" w:rsidR="00671606" w:rsidRPr="0031573B" w:rsidRDefault="00671606" w:rsidP="00671606">
                      <w:pPr>
                        <w:spacing w:after="0" w:line="240" w:lineRule="auto"/>
                        <w:rPr>
                          <w:rFonts w:ascii="Aptos Display" w:hAnsi="Aptos Display"/>
                          <w:sz w:val="28"/>
                          <w:szCs w:val="28"/>
                        </w:rPr>
                      </w:pPr>
                    </w:p>
                    <w:p w14:paraId="01F3038F" w14:textId="278B458B" w:rsidR="00671606" w:rsidRPr="0031573B" w:rsidRDefault="00671606" w:rsidP="00671606">
                      <w:pPr>
                        <w:spacing w:after="0" w:line="240" w:lineRule="auto"/>
                        <w:rPr>
                          <w:rFonts w:ascii="Aptos Display" w:hAnsi="Aptos Display"/>
                          <w:sz w:val="28"/>
                          <w:szCs w:val="28"/>
                        </w:rPr>
                      </w:pPr>
                      <w:r w:rsidRPr="0031573B">
                        <w:rPr>
                          <w:rFonts w:ascii="Aptos Display" w:hAnsi="Aptos Display"/>
                          <w:sz w:val="28"/>
                          <w:szCs w:val="28"/>
                        </w:rPr>
                        <w:t xml:space="preserve">The Job Description and Person Specification for this role are included within the job pack. </w:t>
                      </w:r>
                      <w:r w:rsidR="004E7A46" w:rsidRPr="0031573B">
                        <w:rPr>
                          <w:rFonts w:ascii="Aptos Display" w:hAnsi="Aptos Display"/>
                          <w:sz w:val="28"/>
                          <w:szCs w:val="28"/>
                        </w:rPr>
                        <w:t xml:space="preserve"> </w:t>
                      </w:r>
                      <w:r w:rsidRPr="0031573B">
                        <w:rPr>
                          <w:rFonts w:ascii="Aptos Display" w:hAnsi="Aptos Display"/>
                          <w:sz w:val="28"/>
                          <w:szCs w:val="28"/>
                        </w:rPr>
                        <w:t>If you have any questions about the vacancy, please refer to the job pack for the appropriate contact details.</w:t>
                      </w:r>
                    </w:p>
                    <w:p w14:paraId="7E561A37" w14:textId="77777777" w:rsidR="00671606" w:rsidRPr="0031573B" w:rsidRDefault="00671606" w:rsidP="00671606">
                      <w:pPr>
                        <w:spacing w:after="0" w:line="240" w:lineRule="auto"/>
                        <w:rPr>
                          <w:rFonts w:ascii="Aptos Display" w:hAnsi="Aptos Display"/>
                          <w:sz w:val="28"/>
                          <w:szCs w:val="28"/>
                        </w:rPr>
                      </w:pPr>
                    </w:p>
                    <w:p w14:paraId="08B5229B" w14:textId="63839C62" w:rsidR="00D9688B" w:rsidRPr="0031573B" w:rsidRDefault="00514FBC" w:rsidP="00671606">
                      <w:pPr>
                        <w:spacing w:after="0" w:line="240" w:lineRule="auto"/>
                        <w:rPr>
                          <w:rFonts w:ascii="Aptos Display" w:hAnsi="Aptos Display"/>
                          <w:sz w:val="28"/>
                          <w:szCs w:val="28"/>
                        </w:rPr>
                      </w:pPr>
                      <w:r w:rsidRPr="0031573B">
                        <w:rPr>
                          <w:rFonts w:ascii="Aptos Display" w:hAnsi="Aptos Display"/>
                          <w:sz w:val="28"/>
                          <w:szCs w:val="28"/>
                        </w:rPr>
                        <w:t>If</w:t>
                      </w:r>
                      <w:r w:rsidR="001E7F31" w:rsidRPr="0031573B">
                        <w:rPr>
                          <w:rFonts w:ascii="Aptos Display" w:hAnsi="Aptos Display"/>
                          <w:sz w:val="28"/>
                          <w:szCs w:val="28"/>
                        </w:rPr>
                        <w:t>,</w:t>
                      </w:r>
                      <w:r w:rsidRPr="0031573B">
                        <w:rPr>
                          <w:rFonts w:ascii="Aptos Display" w:hAnsi="Aptos Display"/>
                          <w:sz w:val="28"/>
                          <w:szCs w:val="28"/>
                        </w:rPr>
                        <w:t xml:space="preserve"> when you’ve </w:t>
                      </w:r>
                      <w:r w:rsidR="001E7F31" w:rsidRPr="0031573B">
                        <w:rPr>
                          <w:rFonts w:ascii="Aptos Display" w:hAnsi="Aptos Display"/>
                          <w:sz w:val="28"/>
                          <w:szCs w:val="28"/>
                        </w:rPr>
                        <w:t xml:space="preserve">finishing </w:t>
                      </w:r>
                      <w:r w:rsidRPr="0031573B">
                        <w:rPr>
                          <w:rFonts w:ascii="Aptos Display" w:hAnsi="Aptos Display"/>
                          <w:sz w:val="28"/>
                          <w:szCs w:val="28"/>
                        </w:rPr>
                        <w:t>read</w:t>
                      </w:r>
                      <w:r w:rsidR="001E7F31" w:rsidRPr="0031573B">
                        <w:rPr>
                          <w:rFonts w:ascii="Aptos Display" w:hAnsi="Aptos Display"/>
                          <w:sz w:val="28"/>
                          <w:szCs w:val="28"/>
                        </w:rPr>
                        <w:t>ing</w:t>
                      </w:r>
                      <w:r w:rsidRPr="0031573B">
                        <w:rPr>
                          <w:rFonts w:ascii="Aptos Display" w:hAnsi="Aptos Display"/>
                          <w:sz w:val="28"/>
                          <w:szCs w:val="28"/>
                        </w:rPr>
                        <w:t xml:space="preserve"> this pack, you like what you </w:t>
                      </w:r>
                      <w:r w:rsidR="00D9688B" w:rsidRPr="0031573B">
                        <w:rPr>
                          <w:rFonts w:ascii="Aptos Display" w:hAnsi="Aptos Display"/>
                          <w:sz w:val="28"/>
                          <w:szCs w:val="28"/>
                        </w:rPr>
                        <w:t xml:space="preserve">see, and Sefton’s Vision and Values align to yours then we can’t wait to hear from you. </w:t>
                      </w:r>
                    </w:p>
                    <w:p w14:paraId="39B50755" w14:textId="77777777" w:rsidR="00D9688B" w:rsidRPr="0031573B" w:rsidRDefault="00D9688B" w:rsidP="00671606">
                      <w:pPr>
                        <w:spacing w:after="0" w:line="240" w:lineRule="auto"/>
                        <w:rPr>
                          <w:rFonts w:ascii="Aptos Display" w:hAnsi="Aptos Display"/>
                          <w:sz w:val="28"/>
                          <w:szCs w:val="28"/>
                        </w:rPr>
                      </w:pPr>
                    </w:p>
                    <w:p w14:paraId="62DC2431" w14:textId="27FD410B" w:rsidR="00671606" w:rsidRPr="0031573B" w:rsidRDefault="00671606" w:rsidP="00671606">
                      <w:pPr>
                        <w:spacing w:after="0" w:line="240" w:lineRule="auto"/>
                        <w:rPr>
                          <w:rFonts w:ascii="Aptos Display" w:hAnsi="Aptos Display"/>
                          <w:sz w:val="28"/>
                          <w:szCs w:val="28"/>
                        </w:rPr>
                      </w:pPr>
                      <w:r w:rsidRPr="0031573B">
                        <w:rPr>
                          <w:rFonts w:ascii="Aptos Display" w:hAnsi="Aptos Display"/>
                          <w:sz w:val="28"/>
                          <w:szCs w:val="28"/>
                        </w:rPr>
                        <w:t>Best of luck!</w:t>
                      </w:r>
                    </w:p>
                    <w:p w14:paraId="752CA344" w14:textId="77777777" w:rsidR="003E2B31" w:rsidRPr="0031573B" w:rsidRDefault="003E2B31" w:rsidP="00671606">
                      <w:pPr>
                        <w:spacing w:after="0" w:line="240" w:lineRule="auto"/>
                        <w:rPr>
                          <w:rFonts w:ascii="Aptos Display" w:hAnsi="Aptos Display"/>
                          <w:sz w:val="28"/>
                          <w:szCs w:val="28"/>
                        </w:rPr>
                      </w:pPr>
                    </w:p>
                    <w:p w14:paraId="730E18D2" w14:textId="2B2B162C" w:rsidR="003E2B31" w:rsidRPr="0031573B" w:rsidRDefault="00DA0DFF" w:rsidP="00671606">
                      <w:pPr>
                        <w:spacing w:after="0" w:line="240" w:lineRule="auto"/>
                        <w:rPr>
                          <w:rFonts w:ascii="Aptos Display" w:hAnsi="Aptos Display"/>
                          <w:sz w:val="28"/>
                          <w:szCs w:val="28"/>
                        </w:rPr>
                      </w:pPr>
                      <w:r w:rsidRPr="0031573B">
                        <w:rPr>
                          <w:rFonts w:ascii="Aptos Display" w:hAnsi="Aptos Display"/>
                          <w:sz w:val="28"/>
                          <w:szCs w:val="28"/>
                        </w:rPr>
                        <w:t>Helen Birrell</w:t>
                      </w:r>
                    </w:p>
                    <w:p w14:paraId="56D5B4A0" w14:textId="3CC9FD2B" w:rsidR="003E2B31" w:rsidRPr="0031573B" w:rsidRDefault="00DA0DFF" w:rsidP="00671606">
                      <w:pPr>
                        <w:spacing w:after="0" w:line="240" w:lineRule="auto"/>
                        <w:rPr>
                          <w:rFonts w:ascii="Aptos Display" w:hAnsi="Aptos Display"/>
                          <w:sz w:val="28"/>
                          <w:szCs w:val="28"/>
                        </w:rPr>
                      </w:pPr>
                      <w:r w:rsidRPr="0031573B">
                        <w:rPr>
                          <w:rFonts w:ascii="Aptos Display" w:hAnsi="Aptos Display"/>
                          <w:sz w:val="28"/>
                          <w:szCs w:val="28"/>
                        </w:rPr>
                        <w:t>Service Manager - Communities</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193ACD" w:rsidRDefault="000B3B22">
      <w:pPr>
        <w:rPr>
          <w:rFonts w:ascii="Aptos" w:hAnsi="Aptos"/>
          <w:sz w:val="24"/>
          <w:szCs w:val="24"/>
        </w:rPr>
      </w:pPr>
    </w:p>
    <w:p w14:paraId="7763ECEB" w14:textId="048F5B6E" w:rsidR="000B3B22" w:rsidRPr="00193ACD" w:rsidRDefault="000B3B22">
      <w:pPr>
        <w:rPr>
          <w:rFonts w:ascii="Aptos" w:hAnsi="Aptos"/>
          <w:sz w:val="24"/>
          <w:szCs w:val="24"/>
        </w:rPr>
      </w:pPr>
    </w:p>
    <w:p w14:paraId="3B3BF7AB" w14:textId="67E07529" w:rsidR="000B3B22" w:rsidRPr="00193ACD" w:rsidRDefault="000B3B22">
      <w:pPr>
        <w:rPr>
          <w:rFonts w:ascii="Aptos" w:hAnsi="Aptos"/>
          <w:sz w:val="24"/>
          <w:szCs w:val="24"/>
        </w:rPr>
      </w:pPr>
    </w:p>
    <w:p w14:paraId="3E9A32A7" w14:textId="15CDE78E" w:rsidR="000B3B22" w:rsidRPr="00193ACD" w:rsidRDefault="000B3B22">
      <w:pPr>
        <w:rPr>
          <w:rFonts w:ascii="Aptos" w:hAnsi="Aptos"/>
          <w:sz w:val="24"/>
          <w:szCs w:val="24"/>
        </w:rPr>
      </w:pPr>
    </w:p>
    <w:p w14:paraId="543CC695" w14:textId="33277B70" w:rsidR="00170274" w:rsidRPr="00193ACD" w:rsidRDefault="00170274" w:rsidP="0049316D">
      <w:pPr>
        <w:rPr>
          <w:rFonts w:ascii="Aptos" w:hAnsi="Aptos"/>
          <w:b/>
          <w:color w:val="0082BC"/>
          <w:sz w:val="24"/>
          <w:szCs w:val="24"/>
        </w:rPr>
      </w:pPr>
    </w:p>
    <w:p w14:paraId="6D7294E8" w14:textId="773BF767" w:rsidR="00170274" w:rsidRPr="00193ACD" w:rsidRDefault="00170274" w:rsidP="0049316D">
      <w:pPr>
        <w:rPr>
          <w:rFonts w:ascii="Aptos" w:hAnsi="Aptos"/>
          <w:b/>
          <w:color w:val="0082BC"/>
          <w:sz w:val="24"/>
          <w:szCs w:val="24"/>
        </w:rPr>
      </w:pPr>
    </w:p>
    <w:p w14:paraId="03D779DE" w14:textId="4C5D5BC8" w:rsidR="00170274" w:rsidRPr="00193ACD" w:rsidRDefault="00170274" w:rsidP="0049316D">
      <w:pPr>
        <w:rPr>
          <w:rFonts w:ascii="Aptos" w:hAnsi="Aptos"/>
          <w:b/>
          <w:color w:val="0082BC"/>
          <w:sz w:val="24"/>
          <w:szCs w:val="24"/>
        </w:rPr>
      </w:pPr>
    </w:p>
    <w:p w14:paraId="2A1DF892" w14:textId="1B1C34C1" w:rsidR="00170274" w:rsidRPr="00193ACD" w:rsidRDefault="00170274" w:rsidP="0049316D">
      <w:pPr>
        <w:rPr>
          <w:rFonts w:ascii="Aptos" w:hAnsi="Aptos"/>
          <w:b/>
          <w:color w:val="0082BC"/>
          <w:sz w:val="24"/>
          <w:szCs w:val="24"/>
        </w:rPr>
      </w:pPr>
    </w:p>
    <w:p w14:paraId="54E8B75D" w14:textId="3EA5BCF0" w:rsidR="00170274" w:rsidRPr="00193ACD" w:rsidRDefault="00170274" w:rsidP="0049316D">
      <w:pPr>
        <w:rPr>
          <w:rFonts w:ascii="Aptos" w:hAnsi="Aptos"/>
          <w:b/>
          <w:color w:val="0082BC"/>
          <w:sz w:val="24"/>
          <w:szCs w:val="24"/>
        </w:rPr>
      </w:pPr>
    </w:p>
    <w:p w14:paraId="6FAE099F" w14:textId="74F8EF82" w:rsidR="00170274" w:rsidRPr="00193ACD" w:rsidRDefault="00170274" w:rsidP="0049316D">
      <w:pPr>
        <w:rPr>
          <w:rFonts w:ascii="Aptos" w:hAnsi="Aptos"/>
          <w:b/>
          <w:color w:val="0082BC"/>
          <w:sz w:val="24"/>
          <w:szCs w:val="24"/>
        </w:rPr>
      </w:pPr>
    </w:p>
    <w:p w14:paraId="2830E6AE" w14:textId="77777777" w:rsidR="00F24918" w:rsidRPr="00193ACD" w:rsidRDefault="005715A1" w:rsidP="0049316D">
      <w:pPr>
        <w:rPr>
          <w:rFonts w:ascii="Aptos" w:hAnsi="Aptos"/>
          <w:b/>
          <w:color w:val="0082BC"/>
          <w:sz w:val="24"/>
          <w:szCs w:val="24"/>
        </w:rPr>
        <w:sectPr w:rsidR="00F24918" w:rsidRPr="00193ACD" w:rsidSect="00034616">
          <w:headerReference w:type="default" r:id="rId15"/>
          <w:footerReference w:type="default" r:id="rId16"/>
          <w:pgSz w:w="12240" w:h="15840"/>
          <w:pgMar w:top="1440" w:right="1800" w:bottom="1440" w:left="1800" w:header="720" w:footer="720" w:gutter="0"/>
          <w:cols w:space="720"/>
          <w:docGrid w:linePitch="360"/>
        </w:sectPr>
      </w:pPr>
      <w:r w:rsidRPr="00193ACD">
        <w:rPr>
          <w:rFonts w:ascii="Aptos" w:hAnsi="Aptos"/>
          <w:noProof/>
          <w:sz w:val="24"/>
          <w:szCs w:val="24"/>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3" cstate="print"/>
                    <a:stretch>
                      <a:fillRect/>
                    </a:stretch>
                  </pic:blipFill>
                  <pic:spPr>
                    <a:xfrm>
                      <a:off x="0" y="0"/>
                      <a:ext cx="2288652" cy="373945"/>
                    </a:xfrm>
                    <a:prstGeom prst="rect">
                      <a:avLst/>
                    </a:prstGeom>
                  </pic:spPr>
                </pic:pic>
              </a:graphicData>
            </a:graphic>
          </wp:anchor>
        </w:drawing>
      </w:r>
    </w:p>
    <w:p w14:paraId="76928DAE" w14:textId="77777777" w:rsidR="00C10C81" w:rsidRPr="00193ACD" w:rsidRDefault="00C10C81" w:rsidP="001115BF">
      <w:pPr>
        <w:rPr>
          <w:rFonts w:ascii="Aptos" w:hAnsi="Aptos"/>
          <w:b/>
          <w:color w:val="007CBB"/>
          <w:sz w:val="24"/>
          <w:szCs w:val="24"/>
        </w:rPr>
      </w:pPr>
    </w:p>
    <w:sdt>
      <w:sdtPr>
        <w:rPr>
          <w:rFonts w:ascii="Aptos" w:eastAsiaTheme="minorEastAsia" w:hAnsi="Aptos" w:cstheme="minorBidi"/>
          <w:b w:val="0"/>
          <w:bCs w:val="0"/>
          <w:color w:val="auto"/>
          <w:sz w:val="24"/>
          <w:szCs w:val="24"/>
        </w:rPr>
        <w:id w:val="162512051"/>
        <w:docPartObj>
          <w:docPartGallery w:val="Table of Contents"/>
          <w:docPartUnique/>
        </w:docPartObj>
      </w:sdtPr>
      <w:sdtEndPr/>
      <w:sdtContent>
        <w:p w14:paraId="708AA259" w14:textId="1C264FFF" w:rsidR="00C10C81" w:rsidRPr="00193ACD" w:rsidRDefault="00C10C81" w:rsidP="00C10C81">
          <w:pPr>
            <w:pStyle w:val="TOCHeading"/>
            <w:jc w:val="center"/>
            <w:rPr>
              <w:rFonts w:ascii="Aptos" w:hAnsi="Aptos" w:cs="Arial"/>
              <w:color w:val="007CBB"/>
              <w:sz w:val="24"/>
              <w:szCs w:val="24"/>
            </w:rPr>
          </w:pPr>
          <w:r w:rsidRPr="00193ACD">
            <w:rPr>
              <w:rFonts w:ascii="Aptos" w:hAnsi="Aptos" w:cs="Arial"/>
              <w:color w:val="007CBB"/>
              <w:sz w:val="24"/>
              <w:szCs w:val="24"/>
            </w:rPr>
            <w:t>Contents</w:t>
          </w:r>
        </w:p>
        <w:p w14:paraId="21B4ADB1" w14:textId="1D7D7154" w:rsidR="002F39DE" w:rsidRPr="00193ACD" w:rsidRDefault="00C10C81">
          <w:pPr>
            <w:pStyle w:val="TOC2"/>
            <w:rPr>
              <w:rFonts w:ascii="Aptos" w:hAnsi="Aptos"/>
              <w:noProof/>
              <w:kern w:val="2"/>
              <w:sz w:val="24"/>
              <w:szCs w:val="24"/>
              <w:lang w:eastAsia="en-GB"/>
              <w14:ligatures w14:val="standardContextual"/>
            </w:rPr>
          </w:pPr>
          <w:r w:rsidRPr="00193ACD">
            <w:rPr>
              <w:rStyle w:val="Hyperlink"/>
              <w:rFonts w:ascii="Aptos" w:hAnsi="Aptos"/>
              <w:noProof/>
              <w:color w:val="auto"/>
              <w:sz w:val="24"/>
              <w:szCs w:val="24"/>
              <w:u w:val="none"/>
            </w:rPr>
            <w:fldChar w:fldCharType="begin"/>
          </w:r>
          <w:r w:rsidRPr="00193ACD">
            <w:rPr>
              <w:rStyle w:val="Hyperlink"/>
              <w:rFonts w:ascii="Aptos" w:hAnsi="Aptos"/>
              <w:noProof/>
              <w:color w:val="auto"/>
              <w:sz w:val="24"/>
              <w:szCs w:val="24"/>
              <w:u w:val="none"/>
            </w:rPr>
            <w:instrText xml:space="preserve"> TOC \o "1-3" \h \z \u </w:instrText>
          </w:r>
          <w:r w:rsidRPr="00193ACD">
            <w:rPr>
              <w:rStyle w:val="Hyperlink"/>
              <w:rFonts w:ascii="Aptos" w:hAnsi="Aptos"/>
              <w:noProof/>
              <w:color w:val="auto"/>
              <w:sz w:val="24"/>
              <w:szCs w:val="24"/>
              <w:u w:val="none"/>
            </w:rPr>
            <w:fldChar w:fldCharType="separate"/>
          </w:r>
          <w:hyperlink w:anchor="_Toc222994875" w:history="1">
            <w:r w:rsidR="002F39DE" w:rsidRPr="00193ACD">
              <w:rPr>
                <w:rStyle w:val="Hyperlink"/>
                <w:rFonts w:ascii="Aptos" w:hAnsi="Aptos" w:cs="Arial"/>
                <w:noProof/>
                <w:sz w:val="24"/>
                <w:szCs w:val="24"/>
              </w:rPr>
              <w:t>About the Borough of Sefton</w:t>
            </w:r>
            <w:r w:rsidR="002F39DE" w:rsidRPr="00193ACD">
              <w:rPr>
                <w:rFonts w:ascii="Aptos" w:hAnsi="Aptos"/>
                <w:noProof/>
                <w:webHidden/>
                <w:sz w:val="24"/>
                <w:szCs w:val="24"/>
              </w:rPr>
              <w:tab/>
            </w:r>
            <w:r w:rsidR="002F39DE" w:rsidRPr="00193ACD">
              <w:rPr>
                <w:rFonts w:ascii="Aptos" w:hAnsi="Aptos"/>
                <w:noProof/>
                <w:webHidden/>
                <w:sz w:val="24"/>
                <w:szCs w:val="24"/>
              </w:rPr>
              <w:fldChar w:fldCharType="begin"/>
            </w:r>
            <w:r w:rsidR="002F39DE" w:rsidRPr="00193ACD">
              <w:rPr>
                <w:rFonts w:ascii="Aptos" w:hAnsi="Aptos"/>
                <w:noProof/>
                <w:webHidden/>
                <w:sz w:val="24"/>
                <w:szCs w:val="24"/>
              </w:rPr>
              <w:instrText xml:space="preserve"> PAGEREF _Toc222994875 \h </w:instrText>
            </w:r>
            <w:r w:rsidR="002F39DE" w:rsidRPr="00193ACD">
              <w:rPr>
                <w:rFonts w:ascii="Aptos" w:hAnsi="Aptos"/>
                <w:noProof/>
                <w:webHidden/>
                <w:sz w:val="24"/>
                <w:szCs w:val="24"/>
              </w:rPr>
            </w:r>
            <w:r w:rsidR="002F39DE" w:rsidRPr="00193ACD">
              <w:rPr>
                <w:rFonts w:ascii="Aptos" w:hAnsi="Aptos"/>
                <w:noProof/>
                <w:webHidden/>
                <w:sz w:val="24"/>
                <w:szCs w:val="24"/>
              </w:rPr>
              <w:fldChar w:fldCharType="separate"/>
            </w:r>
            <w:r w:rsidR="002F39DE" w:rsidRPr="00193ACD">
              <w:rPr>
                <w:rFonts w:ascii="Aptos" w:hAnsi="Aptos"/>
                <w:noProof/>
                <w:webHidden/>
                <w:sz w:val="24"/>
                <w:szCs w:val="24"/>
              </w:rPr>
              <w:t>1</w:t>
            </w:r>
            <w:r w:rsidR="002F39DE" w:rsidRPr="00193ACD">
              <w:rPr>
                <w:rFonts w:ascii="Aptos" w:hAnsi="Aptos"/>
                <w:noProof/>
                <w:webHidden/>
                <w:sz w:val="24"/>
                <w:szCs w:val="24"/>
              </w:rPr>
              <w:fldChar w:fldCharType="end"/>
            </w:r>
          </w:hyperlink>
        </w:p>
        <w:p w14:paraId="2B781720" w14:textId="4A6D5A0D" w:rsidR="002F39DE" w:rsidRPr="00193ACD" w:rsidRDefault="002F39DE">
          <w:pPr>
            <w:pStyle w:val="TOC2"/>
            <w:rPr>
              <w:rFonts w:ascii="Aptos" w:hAnsi="Aptos"/>
              <w:noProof/>
              <w:kern w:val="2"/>
              <w:sz w:val="24"/>
              <w:szCs w:val="24"/>
              <w:lang w:eastAsia="en-GB"/>
              <w14:ligatures w14:val="standardContextual"/>
            </w:rPr>
          </w:pPr>
          <w:hyperlink w:anchor="_Toc222994876" w:history="1">
            <w:r w:rsidRPr="00193ACD">
              <w:rPr>
                <w:rStyle w:val="Hyperlink"/>
                <w:rFonts w:ascii="Aptos" w:hAnsi="Aptos" w:cs="Arial"/>
                <w:noProof/>
                <w:sz w:val="24"/>
                <w:szCs w:val="24"/>
              </w:rPr>
              <w:t>Our Vision and Values</w:t>
            </w:r>
            <w:r w:rsidRPr="00193ACD">
              <w:rPr>
                <w:rFonts w:ascii="Aptos" w:hAnsi="Aptos"/>
                <w:noProof/>
                <w:webHidden/>
                <w:sz w:val="24"/>
                <w:szCs w:val="24"/>
              </w:rPr>
              <w:tab/>
            </w:r>
            <w:r w:rsidRPr="00193ACD">
              <w:rPr>
                <w:rFonts w:ascii="Aptos" w:hAnsi="Aptos"/>
                <w:noProof/>
                <w:webHidden/>
                <w:sz w:val="24"/>
                <w:szCs w:val="24"/>
              </w:rPr>
              <w:fldChar w:fldCharType="begin"/>
            </w:r>
            <w:r w:rsidRPr="00193ACD">
              <w:rPr>
                <w:rFonts w:ascii="Aptos" w:hAnsi="Aptos"/>
                <w:noProof/>
                <w:webHidden/>
                <w:sz w:val="24"/>
                <w:szCs w:val="24"/>
              </w:rPr>
              <w:instrText xml:space="preserve"> PAGEREF _Toc222994876 \h </w:instrText>
            </w:r>
            <w:r w:rsidRPr="00193ACD">
              <w:rPr>
                <w:rFonts w:ascii="Aptos" w:hAnsi="Aptos"/>
                <w:noProof/>
                <w:webHidden/>
                <w:sz w:val="24"/>
                <w:szCs w:val="24"/>
              </w:rPr>
            </w:r>
            <w:r w:rsidRPr="00193ACD">
              <w:rPr>
                <w:rFonts w:ascii="Aptos" w:hAnsi="Aptos"/>
                <w:noProof/>
                <w:webHidden/>
                <w:sz w:val="24"/>
                <w:szCs w:val="24"/>
              </w:rPr>
              <w:fldChar w:fldCharType="separate"/>
            </w:r>
            <w:r w:rsidRPr="00193ACD">
              <w:rPr>
                <w:rFonts w:ascii="Aptos" w:hAnsi="Aptos"/>
                <w:noProof/>
                <w:webHidden/>
                <w:sz w:val="24"/>
                <w:szCs w:val="24"/>
              </w:rPr>
              <w:t>2</w:t>
            </w:r>
            <w:r w:rsidRPr="00193ACD">
              <w:rPr>
                <w:rFonts w:ascii="Aptos" w:hAnsi="Aptos"/>
                <w:noProof/>
                <w:webHidden/>
                <w:sz w:val="24"/>
                <w:szCs w:val="24"/>
              </w:rPr>
              <w:fldChar w:fldCharType="end"/>
            </w:r>
          </w:hyperlink>
        </w:p>
        <w:p w14:paraId="391BE677" w14:textId="760F09D7" w:rsidR="002F39DE" w:rsidRPr="00193ACD" w:rsidRDefault="002F39DE">
          <w:pPr>
            <w:pStyle w:val="TOC2"/>
            <w:rPr>
              <w:rFonts w:ascii="Aptos" w:hAnsi="Aptos"/>
              <w:noProof/>
              <w:kern w:val="2"/>
              <w:sz w:val="24"/>
              <w:szCs w:val="24"/>
              <w:lang w:eastAsia="en-GB"/>
              <w14:ligatures w14:val="standardContextual"/>
            </w:rPr>
          </w:pPr>
          <w:hyperlink w:anchor="_Toc222994877" w:history="1">
            <w:r w:rsidRPr="00193ACD">
              <w:rPr>
                <w:rStyle w:val="Hyperlink"/>
                <w:rFonts w:ascii="Aptos" w:hAnsi="Aptos" w:cs="Arial"/>
                <w:noProof/>
                <w:sz w:val="24"/>
                <w:szCs w:val="24"/>
              </w:rPr>
              <w:t>Our Successes and Key Projects</w:t>
            </w:r>
            <w:r w:rsidRPr="00193ACD">
              <w:rPr>
                <w:rFonts w:ascii="Aptos" w:hAnsi="Aptos"/>
                <w:noProof/>
                <w:webHidden/>
                <w:sz w:val="24"/>
                <w:szCs w:val="24"/>
              </w:rPr>
              <w:tab/>
            </w:r>
            <w:r w:rsidRPr="00193ACD">
              <w:rPr>
                <w:rFonts w:ascii="Aptos" w:hAnsi="Aptos"/>
                <w:noProof/>
                <w:webHidden/>
                <w:sz w:val="24"/>
                <w:szCs w:val="24"/>
              </w:rPr>
              <w:fldChar w:fldCharType="begin"/>
            </w:r>
            <w:r w:rsidRPr="00193ACD">
              <w:rPr>
                <w:rFonts w:ascii="Aptos" w:hAnsi="Aptos"/>
                <w:noProof/>
                <w:webHidden/>
                <w:sz w:val="24"/>
                <w:szCs w:val="24"/>
              </w:rPr>
              <w:instrText xml:space="preserve"> PAGEREF _Toc222994877 \h </w:instrText>
            </w:r>
            <w:r w:rsidRPr="00193ACD">
              <w:rPr>
                <w:rFonts w:ascii="Aptos" w:hAnsi="Aptos"/>
                <w:noProof/>
                <w:webHidden/>
                <w:sz w:val="24"/>
                <w:szCs w:val="24"/>
              </w:rPr>
            </w:r>
            <w:r w:rsidRPr="00193ACD">
              <w:rPr>
                <w:rFonts w:ascii="Aptos" w:hAnsi="Aptos"/>
                <w:noProof/>
                <w:webHidden/>
                <w:sz w:val="24"/>
                <w:szCs w:val="24"/>
              </w:rPr>
              <w:fldChar w:fldCharType="separate"/>
            </w:r>
            <w:r w:rsidRPr="00193ACD">
              <w:rPr>
                <w:rFonts w:ascii="Aptos" w:hAnsi="Aptos"/>
                <w:noProof/>
                <w:webHidden/>
                <w:sz w:val="24"/>
                <w:szCs w:val="24"/>
              </w:rPr>
              <w:t>2</w:t>
            </w:r>
            <w:r w:rsidRPr="00193ACD">
              <w:rPr>
                <w:rFonts w:ascii="Aptos" w:hAnsi="Aptos"/>
                <w:noProof/>
                <w:webHidden/>
                <w:sz w:val="24"/>
                <w:szCs w:val="24"/>
              </w:rPr>
              <w:fldChar w:fldCharType="end"/>
            </w:r>
          </w:hyperlink>
        </w:p>
        <w:p w14:paraId="7E6533C6" w14:textId="3126EA05" w:rsidR="002F39DE" w:rsidRPr="00193ACD" w:rsidRDefault="002F39DE">
          <w:pPr>
            <w:pStyle w:val="TOC2"/>
            <w:rPr>
              <w:rFonts w:ascii="Aptos" w:hAnsi="Aptos"/>
              <w:noProof/>
              <w:kern w:val="2"/>
              <w:sz w:val="24"/>
              <w:szCs w:val="24"/>
              <w:lang w:eastAsia="en-GB"/>
              <w14:ligatures w14:val="standardContextual"/>
            </w:rPr>
          </w:pPr>
          <w:hyperlink w:anchor="_Toc222994878" w:history="1">
            <w:r w:rsidRPr="00193ACD">
              <w:rPr>
                <w:rStyle w:val="Hyperlink"/>
                <w:rFonts w:ascii="Aptos" w:hAnsi="Aptos" w:cs="Arial"/>
                <w:noProof/>
                <w:sz w:val="24"/>
                <w:szCs w:val="24"/>
              </w:rPr>
              <w:t>An Inclusive Workplace</w:t>
            </w:r>
            <w:r w:rsidRPr="00193ACD">
              <w:rPr>
                <w:rFonts w:ascii="Aptos" w:hAnsi="Aptos"/>
                <w:noProof/>
                <w:webHidden/>
                <w:sz w:val="24"/>
                <w:szCs w:val="24"/>
              </w:rPr>
              <w:tab/>
            </w:r>
            <w:r w:rsidRPr="00193ACD">
              <w:rPr>
                <w:rFonts w:ascii="Aptos" w:hAnsi="Aptos"/>
                <w:noProof/>
                <w:webHidden/>
                <w:sz w:val="24"/>
                <w:szCs w:val="24"/>
              </w:rPr>
              <w:fldChar w:fldCharType="begin"/>
            </w:r>
            <w:r w:rsidRPr="00193ACD">
              <w:rPr>
                <w:rFonts w:ascii="Aptos" w:hAnsi="Aptos"/>
                <w:noProof/>
                <w:webHidden/>
                <w:sz w:val="24"/>
                <w:szCs w:val="24"/>
              </w:rPr>
              <w:instrText xml:space="preserve"> PAGEREF _Toc222994878 \h </w:instrText>
            </w:r>
            <w:r w:rsidRPr="00193ACD">
              <w:rPr>
                <w:rFonts w:ascii="Aptos" w:hAnsi="Aptos"/>
                <w:noProof/>
                <w:webHidden/>
                <w:sz w:val="24"/>
                <w:szCs w:val="24"/>
              </w:rPr>
            </w:r>
            <w:r w:rsidRPr="00193ACD">
              <w:rPr>
                <w:rFonts w:ascii="Aptos" w:hAnsi="Aptos"/>
                <w:noProof/>
                <w:webHidden/>
                <w:sz w:val="24"/>
                <w:szCs w:val="24"/>
              </w:rPr>
              <w:fldChar w:fldCharType="separate"/>
            </w:r>
            <w:r w:rsidRPr="00193ACD">
              <w:rPr>
                <w:rFonts w:ascii="Aptos" w:hAnsi="Aptos"/>
                <w:noProof/>
                <w:webHidden/>
                <w:sz w:val="24"/>
                <w:szCs w:val="24"/>
              </w:rPr>
              <w:t>3</w:t>
            </w:r>
            <w:r w:rsidRPr="00193ACD">
              <w:rPr>
                <w:rFonts w:ascii="Aptos" w:hAnsi="Aptos"/>
                <w:noProof/>
                <w:webHidden/>
                <w:sz w:val="24"/>
                <w:szCs w:val="24"/>
              </w:rPr>
              <w:fldChar w:fldCharType="end"/>
            </w:r>
          </w:hyperlink>
        </w:p>
        <w:p w14:paraId="0B803D40" w14:textId="59B24982" w:rsidR="002F39DE" w:rsidRPr="00193ACD" w:rsidRDefault="002F39DE">
          <w:pPr>
            <w:pStyle w:val="TOC2"/>
            <w:rPr>
              <w:rFonts w:ascii="Aptos" w:hAnsi="Aptos"/>
              <w:noProof/>
              <w:kern w:val="2"/>
              <w:sz w:val="24"/>
              <w:szCs w:val="24"/>
              <w:lang w:eastAsia="en-GB"/>
              <w14:ligatures w14:val="standardContextual"/>
            </w:rPr>
          </w:pPr>
          <w:hyperlink w:anchor="_Toc222994879" w:history="1">
            <w:r w:rsidRPr="00193ACD">
              <w:rPr>
                <w:rStyle w:val="Hyperlink"/>
                <w:rFonts w:ascii="Aptos" w:hAnsi="Aptos" w:cs="Arial"/>
                <w:noProof/>
                <w:sz w:val="24"/>
                <w:szCs w:val="24"/>
              </w:rPr>
              <w:t>Liverpool City Region Fair Employment Charter</w:t>
            </w:r>
            <w:r w:rsidRPr="00193ACD">
              <w:rPr>
                <w:rFonts w:ascii="Aptos" w:hAnsi="Aptos"/>
                <w:noProof/>
                <w:webHidden/>
                <w:sz w:val="24"/>
                <w:szCs w:val="24"/>
              </w:rPr>
              <w:tab/>
            </w:r>
            <w:r w:rsidRPr="00193ACD">
              <w:rPr>
                <w:rFonts w:ascii="Aptos" w:hAnsi="Aptos"/>
                <w:noProof/>
                <w:webHidden/>
                <w:sz w:val="24"/>
                <w:szCs w:val="24"/>
              </w:rPr>
              <w:fldChar w:fldCharType="begin"/>
            </w:r>
            <w:r w:rsidRPr="00193ACD">
              <w:rPr>
                <w:rFonts w:ascii="Aptos" w:hAnsi="Aptos"/>
                <w:noProof/>
                <w:webHidden/>
                <w:sz w:val="24"/>
                <w:szCs w:val="24"/>
              </w:rPr>
              <w:instrText xml:space="preserve"> PAGEREF _Toc222994879 \h </w:instrText>
            </w:r>
            <w:r w:rsidRPr="00193ACD">
              <w:rPr>
                <w:rFonts w:ascii="Aptos" w:hAnsi="Aptos"/>
                <w:noProof/>
                <w:webHidden/>
                <w:sz w:val="24"/>
                <w:szCs w:val="24"/>
              </w:rPr>
            </w:r>
            <w:r w:rsidRPr="00193ACD">
              <w:rPr>
                <w:rFonts w:ascii="Aptos" w:hAnsi="Aptos"/>
                <w:noProof/>
                <w:webHidden/>
                <w:sz w:val="24"/>
                <w:szCs w:val="24"/>
              </w:rPr>
              <w:fldChar w:fldCharType="separate"/>
            </w:r>
            <w:r w:rsidRPr="00193ACD">
              <w:rPr>
                <w:rFonts w:ascii="Aptos" w:hAnsi="Aptos"/>
                <w:noProof/>
                <w:webHidden/>
                <w:sz w:val="24"/>
                <w:szCs w:val="24"/>
              </w:rPr>
              <w:t>4</w:t>
            </w:r>
            <w:r w:rsidRPr="00193ACD">
              <w:rPr>
                <w:rFonts w:ascii="Aptos" w:hAnsi="Aptos"/>
                <w:noProof/>
                <w:webHidden/>
                <w:sz w:val="24"/>
                <w:szCs w:val="24"/>
              </w:rPr>
              <w:fldChar w:fldCharType="end"/>
            </w:r>
          </w:hyperlink>
        </w:p>
        <w:p w14:paraId="51BA7FB7" w14:textId="46C82A49" w:rsidR="002F39DE" w:rsidRPr="00193ACD" w:rsidRDefault="002F39DE">
          <w:pPr>
            <w:pStyle w:val="TOC2"/>
            <w:rPr>
              <w:rFonts w:ascii="Aptos" w:hAnsi="Aptos"/>
              <w:noProof/>
              <w:kern w:val="2"/>
              <w:sz w:val="24"/>
              <w:szCs w:val="24"/>
              <w:lang w:eastAsia="en-GB"/>
              <w14:ligatures w14:val="standardContextual"/>
            </w:rPr>
          </w:pPr>
          <w:hyperlink w:anchor="_Toc222994880" w:history="1">
            <w:r w:rsidRPr="00193ACD">
              <w:rPr>
                <w:rStyle w:val="Hyperlink"/>
                <w:rFonts w:ascii="Aptos" w:hAnsi="Aptos" w:cs="Arial"/>
                <w:noProof/>
                <w:sz w:val="24"/>
                <w:szCs w:val="24"/>
              </w:rPr>
              <w:t>What We Can Offer You</w:t>
            </w:r>
            <w:r w:rsidRPr="00193ACD">
              <w:rPr>
                <w:rFonts w:ascii="Aptos" w:hAnsi="Aptos"/>
                <w:noProof/>
                <w:webHidden/>
                <w:sz w:val="24"/>
                <w:szCs w:val="24"/>
              </w:rPr>
              <w:tab/>
            </w:r>
            <w:r w:rsidRPr="00193ACD">
              <w:rPr>
                <w:rFonts w:ascii="Aptos" w:hAnsi="Aptos"/>
                <w:noProof/>
                <w:webHidden/>
                <w:sz w:val="24"/>
                <w:szCs w:val="24"/>
              </w:rPr>
              <w:fldChar w:fldCharType="begin"/>
            </w:r>
            <w:r w:rsidRPr="00193ACD">
              <w:rPr>
                <w:rFonts w:ascii="Aptos" w:hAnsi="Aptos"/>
                <w:noProof/>
                <w:webHidden/>
                <w:sz w:val="24"/>
                <w:szCs w:val="24"/>
              </w:rPr>
              <w:instrText xml:space="preserve"> PAGEREF _Toc222994880 \h </w:instrText>
            </w:r>
            <w:r w:rsidRPr="00193ACD">
              <w:rPr>
                <w:rFonts w:ascii="Aptos" w:hAnsi="Aptos"/>
                <w:noProof/>
                <w:webHidden/>
                <w:sz w:val="24"/>
                <w:szCs w:val="24"/>
              </w:rPr>
            </w:r>
            <w:r w:rsidRPr="00193ACD">
              <w:rPr>
                <w:rFonts w:ascii="Aptos" w:hAnsi="Aptos"/>
                <w:noProof/>
                <w:webHidden/>
                <w:sz w:val="24"/>
                <w:szCs w:val="24"/>
              </w:rPr>
              <w:fldChar w:fldCharType="separate"/>
            </w:r>
            <w:r w:rsidRPr="00193ACD">
              <w:rPr>
                <w:rFonts w:ascii="Aptos" w:hAnsi="Aptos"/>
                <w:noProof/>
                <w:webHidden/>
                <w:sz w:val="24"/>
                <w:szCs w:val="24"/>
              </w:rPr>
              <w:t>4</w:t>
            </w:r>
            <w:r w:rsidRPr="00193ACD">
              <w:rPr>
                <w:rFonts w:ascii="Aptos" w:hAnsi="Aptos"/>
                <w:noProof/>
                <w:webHidden/>
                <w:sz w:val="24"/>
                <w:szCs w:val="24"/>
              </w:rPr>
              <w:fldChar w:fldCharType="end"/>
            </w:r>
          </w:hyperlink>
        </w:p>
        <w:p w14:paraId="7AC2638C" w14:textId="2D053EA7" w:rsidR="002F39DE" w:rsidRPr="00193ACD" w:rsidRDefault="002F39DE">
          <w:pPr>
            <w:pStyle w:val="TOC2"/>
            <w:rPr>
              <w:rFonts w:ascii="Aptos" w:hAnsi="Aptos"/>
              <w:noProof/>
              <w:kern w:val="2"/>
              <w:sz w:val="24"/>
              <w:szCs w:val="24"/>
              <w:lang w:eastAsia="en-GB"/>
              <w14:ligatures w14:val="standardContextual"/>
            </w:rPr>
          </w:pPr>
          <w:hyperlink w:anchor="_Toc222994881" w:history="1">
            <w:r w:rsidRPr="00193ACD">
              <w:rPr>
                <w:rStyle w:val="Hyperlink"/>
                <w:rFonts w:ascii="Aptos" w:hAnsi="Aptos" w:cs="Arial"/>
                <w:noProof/>
                <w:sz w:val="24"/>
                <w:szCs w:val="24"/>
              </w:rPr>
              <w:t>About the Role</w:t>
            </w:r>
            <w:r w:rsidRPr="00193ACD">
              <w:rPr>
                <w:rFonts w:ascii="Aptos" w:hAnsi="Aptos"/>
                <w:noProof/>
                <w:webHidden/>
                <w:sz w:val="24"/>
                <w:szCs w:val="24"/>
              </w:rPr>
              <w:tab/>
            </w:r>
            <w:r w:rsidRPr="00193ACD">
              <w:rPr>
                <w:rFonts w:ascii="Aptos" w:hAnsi="Aptos"/>
                <w:noProof/>
                <w:webHidden/>
                <w:sz w:val="24"/>
                <w:szCs w:val="24"/>
              </w:rPr>
              <w:fldChar w:fldCharType="begin"/>
            </w:r>
            <w:r w:rsidRPr="00193ACD">
              <w:rPr>
                <w:rFonts w:ascii="Aptos" w:hAnsi="Aptos"/>
                <w:noProof/>
                <w:webHidden/>
                <w:sz w:val="24"/>
                <w:szCs w:val="24"/>
              </w:rPr>
              <w:instrText xml:space="preserve"> PAGEREF _Toc222994881 \h </w:instrText>
            </w:r>
            <w:r w:rsidRPr="00193ACD">
              <w:rPr>
                <w:rFonts w:ascii="Aptos" w:hAnsi="Aptos"/>
                <w:noProof/>
                <w:webHidden/>
                <w:sz w:val="24"/>
                <w:szCs w:val="24"/>
              </w:rPr>
            </w:r>
            <w:r w:rsidRPr="00193ACD">
              <w:rPr>
                <w:rFonts w:ascii="Aptos" w:hAnsi="Aptos"/>
                <w:noProof/>
                <w:webHidden/>
                <w:sz w:val="24"/>
                <w:szCs w:val="24"/>
              </w:rPr>
              <w:fldChar w:fldCharType="separate"/>
            </w:r>
            <w:r w:rsidRPr="00193ACD">
              <w:rPr>
                <w:rFonts w:ascii="Aptos" w:hAnsi="Aptos"/>
                <w:noProof/>
                <w:webHidden/>
                <w:sz w:val="24"/>
                <w:szCs w:val="24"/>
              </w:rPr>
              <w:t>6</w:t>
            </w:r>
            <w:r w:rsidRPr="00193ACD">
              <w:rPr>
                <w:rFonts w:ascii="Aptos" w:hAnsi="Aptos"/>
                <w:noProof/>
                <w:webHidden/>
                <w:sz w:val="24"/>
                <w:szCs w:val="24"/>
              </w:rPr>
              <w:fldChar w:fldCharType="end"/>
            </w:r>
          </w:hyperlink>
        </w:p>
        <w:p w14:paraId="0E71EA6C" w14:textId="0F378FB9" w:rsidR="002F39DE" w:rsidRPr="00193ACD" w:rsidRDefault="002F39DE">
          <w:pPr>
            <w:pStyle w:val="TOC2"/>
            <w:rPr>
              <w:rFonts w:ascii="Aptos" w:hAnsi="Aptos"/>
              <w:noProof/>
              <w:kern w:val="2"/>
              <w:sz w:val="24"/>
              <w:szCs w:val="24"/>
              <w:lang w:eastAsia="en-GB"/>
              <w14:ligatures w14:val="standardContextual"/>
            </w:rPr>
          </w:pPr>
          <w:hyperlink w:anchor="_Toc222994882" w:history="1">
            <w:r w:rsidRPr="00193ACD">
              <w:rPr>
                <w:rStyle w:val="Hyperlink"/>
                <w:rFonts w:ascii="Aptos" w:hAnsi="Aptos" w:cs="Arial"/>
                <w:noProof/>
                <w:sz w:val="24"/>
                <w:szCs w:val="24"/>
              </w:rPr>
              <w:t>Top Tips on How to Apply</w:t>
            </w:r>
            <w:r w:rsidRPr="00193ACD">
              <w:rPr>
                <w:rFonts w:ascii="Aptos" w:hAnsi="Aptos"/>
                <w:noProof/>
                <w:webHidden/>
                <w:sz w:val="24"/>
                <w:szCs w:val="24"/>
              </w:rPr>
              <w:tab/>
            </w:r>
            <w:r w:rsidRPr="00193ACD">
              <w:rPr>
                <w:rFonts w:ascii="Aptos" w:hAnsi="Aptos"/>
                <w:noProof/>
                <w:webHidden/>
                <w:sz w:val="24"/>
                <w:szCs w:val="24"/>
              </w:rPr>
              <w:fldChar w:fldCharType="begin"/>
            </w:r>
            <w:r w:rsidRPr="00193ACD">
              <w:rPr>
                <w:rFonts w:ascii="Aptos" w:hAnsi="Aptos"/>
                <w:noProof/>
                <w:webHidden/>
                <w:sz w:val="24"/>
                <w:szCs w:val="24"/>
              </w:rPr>
              <w:instrText xml:space="preserve"> PAGEREF _Toc222994882 \h </w:instrText>
            </w:r>
            <w:r w:rsidRPr="00193ACD">
              <w:rPr>
                <w:rFonts w:ascii="Aptos" w:hAnsi="Aptos"/>
                <w:noProof/>
                <w:webHidden/>
                <w:sz w:val="24"/>
                <w:szCs w:val="24"/>
              </w:rPr>
            </w:r>
            <w:r w:rsidRPr="00193ACD">
              <w:rPr>
                <w:rFonts w:ascii="Aptos" w:hAnsi="Aptos"/>
                <w:noProof/>
                <w:webHidden/>
                <w:sz w:val="24"/>
                <w:szCs w:val="24"/>
              </w:rPr>
              <w:fldChar w:fldCharType="separate"/>
            </w:r>
            <w:r w:rsidRPr="00193ACD">
              <w:rPr>
                <w:rFonts w:ascii="Aptos" w:hAnsi="Aptos"/>
                <w:noProof/>
                <w:webHidden/>
                <w:sz w:val="24"/>
                <w:szCs w:val="24"/>
              </w:rPr>
              <w:t>8</w:t>
            </w:r>
            <w:r w:rsidRPr="00193ACD">
              <w:rPr>
                <w:rFonts w:ascii="Aptos" w:hAnsi="Aptos"/>
                <w:noProof/>
                <w:webHidden/>
                <w:sz w:val="24"/>
                <w:szCs w:val="24"/>
              </w:rPr>
              <w:fldChar w:fldCharType="end"/>
            </w:r>
          </w:hyperlink>
        </w:p>
        <w:p w14:paraId="433AEEC0" w14:textId="22B15B7F" w:rsidR="002F39DE" w:rsidRPr="00193ACD" w:rsidRDefault="002F39DE">
          <w:pPr>
            <w:pStyle w:val="TOC2"/>
            <w:rPr>
              <w:rFonts w:ascii="Aptos" w:hAnsi="Aptos"/>
              <w:noProof/>
              <w:kern w:val="2"/>
              <w:sz w:val="24"/>
              <w:szCs w:val="24"/>
              <w:lang w:eastAsia="en-GB"/>
              <w14:ligatures w14:val="standardContextual"/>
            </w:rPr>
          </w:pPr>
          <w:hyperlink w:anchor="_Toc222994883" w:history="1">
            <w:r w:rsidRPr="00193ACD">
              <w:rPr>
                <w:rStyle w:val="Hyperlink"/>
                <w:rFonts w:ascii="Aptos" w:hAnsi="Aptos" w:cs="Arial"/>
                <w:noProof/>
                <w:sz w:val="24"/>
                <w:szCs w:val="24"/>
              </w:rPr>
              <w:t>Application and Selection Information</w:t>
            </w:r>
            <w:r w:rsidRPr="00193ACD">
              <w:rPr>
                <w:rFonts w:ascii="Aptos" w:hAnsi="Aptos"/>
                <w:noProof/>
                <w:webHidden/>
                <w:sz w:val="24"/>
                <w:szCs w:val="24"/>
              </w:rPr>
              <w:tab/>
            </w:r>
            <w:r w:rsidRPr="00193ACD">
              <w:rPr>
                <w:rFonts w:ascii="Aptos" w:hAnsi="Aptos"/>
                <w:noProof/>
                <w:webHidden/>
                <w:sz w:val="24"/>
                <w:szCs w:val="24"/>
              </w:rPr>
              <w:fldChar w:fldCharType="begin"/>
            </w:r>
            <w:r w:rsidRPr="00193ACD">
              <w:rPr>
                <w:rFonts w:ascii="Aptos" w:hAnsi="Aptos"/>
                <w:noProof/>
                <w:webHidden/>
                <w:sz w:val="24"/>
                <w:szCs w:val="24"/>
              </w:rPr>
              <w:instrText xml:space="preserve"> PAGEREF _Toc222994883 \h </w:instrText>
            </w:r>
            <w:r w:rsidRPr="00193ACD">
              <w:rPr>
                <w:rFonts w:ascii="Aptos" w:hAnsi="Aptos"/>
                <w:noProof/>
                <w:webHidden/>
                <w:sz w:val="24"/>
                <w:szCs w:val="24"/>
              </w:rPr>
            </w:r>
            <w:r w:rsidRPr="00193ACD">
              <w:rPr>
                <w:rFonts w:ascii="Aptos" w:hAnsi="Aptos"/>
                <w:noProof/>
                <w:webHidden/>
                <w:sz w:val="24"/>
                <w:szCs w:val="24"/>
              </w:rPr>
              <w:fldChar w:fldCharType="separate"/>
            </w:r>
            <w:r w:rsidRPr="00193ACD">
              <w:rPr>
                <w:rFonts w:ascii="Aptos" w:hAnsi="Aptos"/>
                <w:noProof/>
                <w:webHidden/>
                <w:sz w:val="24"/>
                <w:szCs w:val="24"/>
              </w:rPr>
              <w:t>9</w:t>
            </w:r>
            <w:r w:rsidRPr="00193ACD">
              <w:rPr>
                <w:rFonts w:ascii="Aptos" w:hAnsi="Aptos"/>
                <w:noProof/>
                <w:webHidden/>
                <w:sz w:val="24"/>
                <w:szCs w:val="24"/>
              </w:rPr>
              <w:fldChar w:fldCharType="end"/>
            </w:r>
          </w:hyperlink>
        </w:p>
        <w:p w14:paraId="46E61A76" w14:textId="403B3F6B" w:rsidR="002F39DE" w:rsidRPr="00193ACD" w:rsidRDefault="002F39DE">
          <w:pPr>
            <w:pStyle w:val="TOC2"/>
            <w:rPr>
              <w:rFonts w:ascii="Aptos" w:hAnsi="Aptos"/>
              <w:noProof/>
              <w:kern w:val="2"/>
              <w:sz w:val="24"/>
              <w:szCs w:val="24"/>
              <w:lang w:eastAsia="en-GB"/>
              <w14:ligatures w14:val="standardContextual"/>
            </w:rPr>
          </w:pPr>
          <w:hyperlink w:anchor="_Toc222994884" w:history="1">
            <w:r w:rsidRPr="00193ACD">
              <w:rPr>
                <w:rStyle w:val="Hyperlink"/>
                <w:rFonts w:ascii="Aptos" w:hAnsi="Aptos" w:cs="Arial"/>
                <w:noProof/>
                <w:sz w:val="24"/>
                <w:szCs w:val="24"/>
              </w:rPr>
              <w:t>Appendix A – Job Description and Person Specification</w:t>
            </w:r>
            <w:r w:rsidRPr="00193ACD">
              <w:rPr>
                <w:rFonts w:ascii="Aptos" w:hAnsi="Aptos"/>
                <w:noProof/>
                <w:webHidden/>
                <w:sz w:val="24"/>
                <w:szCs w:val="24"/>
              </w:rPr>
              <w:tab/>
            </w:r>
            <w:r w:rsidRPr="00193ACD">
              <w:rPr>
                <w:rFonts w:ascii="Aptos" w:hAnsi="Aptos"/>
                <w:noProof/>
                <w:webHidden/>
                <w:sz w:val="24"/>
                <w:szCs w:val="24"/>
              </w:rPr>
              <w:fldChar w:fldCharType="begin"/>
            </w:r>
            <w:r w:rsidRPr="00193ACD">
              <w:rPr>
                <w:rFonts w:ascii="Aptos" w:hAnsi="Aptos"/>
                <w:noProof/>
                <w:webHidden/>
                <w:sz w:val="24"/>
                <w:szCs w:val="24"/>
              </w:rPr>
              <w:instrText xml:space="preserve"> PAGEREF _Toc222994884 \h </w:instrText>
            </w:r>
            <w:r w:rsidRPr="00193ACD">
              <w:rPr>
                <w:rFonts w:ascii="Aptos" w:hAnsi="Aptos"/>
                <w:noProof/>
                <w:webHidden/>
                <w:sz w:val="24"/>
                <w:szCs w:val="24"/>
              </w:rPr>
            </w:r>
            <w:r w:rsidRPr="00193ACD">
              <w:rPr>
                <w:rFonts w:ascii="Aptos" w:hAnsi="Aptos"/>
                <w:noProof/>
                <w:webHidden/>
                <w:sz w:val="24"/>
                <w:szCs w:val="24"/>
              </w:rPr>
              <w:fldChar w:fldCharType="separate"/>
            </w:r>
            <w:r w:rsidRPr="00193ACD">
              <w:rPr>
                <w:rFonts w:ascii="Aptos" w:hAnsi="Aptos"/>
                <w:noProof/>
                <w:webHidden/>
                <w:sz w:val="24"/>
                <w:szCs w:val="24"/>
              </w:rPr>
              <w:t>10</w:t>
            </w:r>
            <w:r w:rsidRPr="00193ACD">
              <w:rPr>
                <w:rFonts w:ascii="Aptos" w:hAnsi="Aptos"/>
                <w:noProof/>
                <w:webHidden/>
                <w:sz w:val="24"/>
                <w:szCs w:val="24"/>
              </w:rPr>
              <w:fldChar w:fldCharType="end"/>
            </w:r>
          </w:hyperlink>
        </w:p>
        <w:p w14:paraId="11831D48" w14:textId="0491EB20" w:rsidR="00C10C81" w:rsidRPr="00193ACD" w:rsidRDefault="00C10C81" w:rsidP="00FB01CC">
          <w:pPr>
            <w:pStyle w:val="TOC2"/>
            <w:rPr>
              <w:rFonts w:ascii="Aptos" w:hAnsi="Aptos"/>
              <w:sz w:val="24"/>
              <w:szCs w:val="24"/>
            </w:rPr>
          </w:pPr>
          <w:r w:rsidRPr="00193ACD">
            <w:rPr>
              <w:rStyle w:val="Hyperlink"/>
              <w:rFonts w:ascii="Aptos" w:hAnsi="Aptos"/>
              <w:noProof/>
              <w:color w:val="auto"/>
              <w:sz w:val="24"/>
              <w:szCs w:val="24"/>
              <w:u w:val="none"/>
            </w:rPr>
            <w:fldChar w:fldCharType="end"/>
          </w:r>
        </w:p>
      </w:sdtContent>
    </w:sdt>
    <w:p w14:paraId="5539B731" w14:textId="77777777" w:rsidR="00F04D83" w:rsidRPr="00193ACD" w:rsidRDefault="00F04D83" w:rsidP="004C2FB4">
      <w:pPr>
        <w:rPr>
          <w:rFonts w:ascii="Aptos" w:hAnsi="Aptos" w:cs="Arial"/>
          <w:b/>
          <w:color w:val="007CBB"/>
          <w:sz w:val="24"/>
          <w:szCs w:val="24"/>
        </w:rPr>
        <w:sectPr w:rsidR="00F04D83" w:rsidRPr="00193ACD" w:rsidSect="00F24918">
          <w:footerReference w:type="default" r:id="rId17"/>
          <w:pgSz w:w="12240" w:h="15840"/>
          <w:pgMar w:top="1440" w:right="1800" w:bottom="1440" w:left="1800" w:header="720" w:footer="720" w:gutter="0"/>
          <w:pgNumType w:start="1"/>
          <w:cols w:space="720"/>
          <w:docGrid w:linePitch="360"/>
        </w:sectPr>
      </w:pPr>
    </w:p>
    <w:p w14:paraId="01663A27" w14:textId="77777777" w:rsidR="003E2B31" w:rsidRPr="00193ACD" w:rsidRDefault="003E2B31" w:rsidP="004C2FB4">
      <w:pPr>
        <w:rPr>
          <w:rFonts w:ascii="Aptos" w:hAnsi="Aptos" w:cs="Arial"/>
          <w:b/>
          <w:color w:val="007CBB"/>
          <w:sz w:val="24"/>
          <w:szCs w:val="24"/>
        </w:rPr>
      </w:pPr>
    </w:p>
    <w:p w14:paraId="6E2BC6BD" w14:textId="78982F94" w:rsidR="0049316D" w:rsidRPr="00193ACD" w:rsidRDefault="0049316D" w:rsidP="00511F96">
      <w:pPr>
        <w:pStyle w:val="Heading2"/>
        <w:rPr>
          <w:rFonts w:ascii="Aptos" w:hAnsi="Aptos" w:cs="Arial"/>
          <w:color w:val="007CBB"/>
          <w:sz w:val="24"/>
          <w:szCs w:val="24"/>
        </w:rPr>
      </w:pPr>
      <w:bookmarkStart w:id="0" w:name="_Toc222994875"/>
      <w:r w:rsidRPr="00193ACD">
        <w:rPr>
          <w:rFonts w:ascii="Aptos" w:hAnsi="Aptos" w:cs="Arial"/>
          <w:color w:val="007CBB"/>
          <w:sz w:val="24"/>
          <w:szCs w:val="24"/>
        </w:rPr>
        <w:t>About the Borough of Sefton</w:t>
      </w:r>
      <w:bookmarkEnd w:id="0"/>
    </w:p>
    <w:p w14:paraId="57D73D5F" w14:textId="77777777" w:rsidR="00511F96" w:rsidRPr="00193ACD" w:rsidRDefault="00511F96" w:rsidP="00511F96">
      <w:pPr>
        <w:spacing w:after="0" w:line="240" w:lineRule="auto"/>
        <w:rPr>
          <w:rFonts w:ascii="Aptos" w:hAnsi="Aptos"/>
          <w:sz w:val="24"/>
          <w:szCs w:val="24"/>
        </w:rPr>
      </w:pPr>
    </w:p>
    <w:p w14:paraId="60A6277C" w14:textId="10CD6D5B" w:rsidR="00745BBD" w:rsidRPr="00193ACD" w:rsidRDefault="00745BBD" w:rsidP="00745BBD">
      <w:pPr>
        <w:rPr>
          <w:rFonts w:ascii="Aptos" w:hAnsi="Aptos"/>
          <w:sz w:val="24"/>
          <w:szCs w:val="24"/>
        </w:rPr>
      </w:pPr>
      <w:r w:rsidRPr="00193ACD">
        <w:rPr>
          <w:rFonts w:ascii="Aptos" w:hAnsi="Aptos"/>
          <w:sz w:val="24"/>
          <w:szCs w:val="24"/>
        </w:rPr>
        <w:t>Sefton is a confident and well</w:t>
      </w:r>
      <w:r w:rsidRPr="00193ACD">
        <w:rPr>
          <w:rFonts w:ascii="Aptos" w:hAnsi="Aptos"/>
          <w:sz w:val="24"/>
          <w:szCs w:val="24"/>
        </w:rPr>
        <w:noBreakHyphen/>
        <w:t xml:space="preserve">connected </w:t>
      </w:r>
      <w:r w:rsidR="00FB2749" w:rsidRPr="00193ACD">
        <w:rPr>
          <w:rFonts w:ascii="Aptos" w:hAnsi="Aptos"/>
          <w:sz w:val="24"/>
          <w:szCs w:val="24"/>
        </w:rPr>
        <w:t>Borough</w:t>
      </w:r>
      <w:r w:rsidRPr="00193ACD">
        <w:rPr>
          <w:rFonts w:ascii="Aptos" w:hAnsi="Aptos"/>
          <w:sz w:val="24"/>
          <w:szCs w:val="24"/>
        </w:rPr>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193ACD" w:rsidRDefault="00745BBD" w:rsidP="00745BBD">
      <w:pPr>
        <w:rPr>
          <w:rFonts w:ascii="Aptos" w:hAnsi="Aptos"/>
          <w:sz w:val="24"/>
          <w:szCs w:val="24"/>
        </w:rPr>
      </w:pPr>
      <w:r w:rsidRPr="00193ACD">
        <w:rPr>
          <w:rFonts w:ascii="Aptos" w:hAnsi="Aptos"/>
          <w:sz w:val="24"/>
          <w:szCs w:val="24"/>
        </w:rPr>
        <w:t xml:space="preserve">It is a fantastic place to live and work. </w:t>
      </w:r>
      <w:r w:rsidR="007679B6" w:rsidRPr="00193ACD">
        <w:rPr>
          <w:rFonts w:ascii="Aptos" w:hAnsi="Aptos"/>
          <w:sz w:val="24"/>
          <w:szCs w:val="24"/>
        </w:rPr>
        <w:t xml:space="preserve"> </w:t>
      </w:r>
      <w:r w:rsidRPr="00193ACD">
        <w:rPr>
          <w:rFonts w:ascii="Aptos" w:hAnsi="Aptos"/>
          <w:sz w:val="24"/>
          <w:szCs w:val="24"/>
        </w:rPr>
        <w:t>As the northern</w:t>
      </w:r>
      <w:r w:rsidRPr="00193ACD">
        <w:rPr>
          <w:rFonts w:ascii="Aptos" w:hAnsi="Aptos"/>
          <w:sz w:val="24"/>
          <w:szCs w:val="24"/>
        </w:rPr>
        <w:noBreakHyphen/>
        <w:t xml:space="preserve">most </w:t>
      </w:r>
      <w:r w:rsidR="00FB2749" w:rsidRPr="00193ACD">
        <w:rPr>
          <w:rFonts w:ascii="Aptos" w:hAnsi="Aptos"/>
          <w:sz w:val="24"/>
          <w:szCs w:val="24"/>
        </w:rPr>
        <w:t>Borough</w:t>
      </w:r>
      <w:r w:rsidRPr="00193ACD">
        <w:rPr>
          <w:rFonts w:ascii="Aptos" w:hAnsi="Aptos"/>
          <w:sz w:val="24"/>
          <w:szCs w:val="24"/>
        </w:rPr>
        <w:t xml:space="preserve"> within the Liverpool City Region, Sefton offers a unique blend of beautiful coastline, countryside, attractive villages, thriving industrial areas and the busy Port of Liverpool.</w:t>
      </w:r>
    </w:p>
    <w:p w14:paraId="46726808" w14:textId="77777777" w:rsidR="00745BBD" w:rsidRPr="00193ACD" w:rsidRDefault="00745BBD" w:rsidP="00745BBD">
      <w:pPr>
        <w:rPr>
          <w:rFonts w:ascii="Aptos" w:hAnsi="Aptos"/>
          <w:sz w:val="24"/>
          <w:szCs w:val="24"/>
        </w:rPr>
      </w:pPr>
      <w:r w:rsidRPr="00193ACD">
        <w:rPr>
          <w:rFonts w:ascii="Aptos" w:hAnsi="Aptos"/>
          <w:sz w:val="24"/>
          <w:szCs w:val="24"/>
        </w:rPr>
        <w:t xml:space="preserve">With 22 miles of stunning coastline, Sefton is a leading coastal destination with a growing visitor economy. It is home to the iconic Antony Gormley </w:t>
      </w:r>
      <w:r w:rsidRPr="00193ACD">
        <w:rPr>
          <w:rFonts w:ascii="Aptos" w:hAnsi="Aptos"/>
          <w:i/>
          <w:iCs/>
          <w:sz w:val="24"/>
          <w:szCs w:val="24"/>
        </w:rPr>
        <w:t>Another Place</w:t>
      </w:r>
      <w:r w:rsidRPr="00193ACD">
        <w:rPr>
          <w:rFonts w:ascii="Aptos" w:hAnsi="Aptos"/>
          <w:sz w:val="24"/>
          <w:szCs w:val="24"/>
        </w:rPr>
        <w:t xml:space="preserve"> installation, expansive beaches and protected sand dunes that support several rare species.</w:t>
      </w:r>
    </w:p>
    <w:p w14:paraId="2E0DE47B" w14:textId="370B91D2" w:rsidR="00745BBD" w:rsidRPr="00193ACD" w:rsidRDefault="00745BBD" w:rsidP="00745BBD">
      <w:pPr>
        <w:rPr>
          <w:rFonts w:ascii="Aptos" w:hAnsi="Aptos"/>
          <w:sz w:val="24"/>
          <w:szCs w:val="24"/>
        </w:rPr>
      </w:pPr>
      <w:r w:rsidRPr="00193ACD">
        <w:rPr>
          <w:rFonts w:ascii="Aptos" w:hAnsi="Aptos"/>
          <w:sz w:val="24"/>
          <w:szCs w:val="24"/>
        </w:rPr>
        <w:t xml:space="preserve">While each town and village has its own distinctive character, it is the people of Sefton who make the </w:t>
      </w:r>
      <w:r w:rsidR="00FB2749" w:rsidRPr="00193ACD">
        <w:rPr>
          <w:rFonts w:ascii="Aptos" w:hAnsi="Aptos"/>
          <w:sz w:val="24"/>
          <w:szCs w:val="24"/>
        </w:rPr>
        <w:t>Borough</w:t>
      </w:r>
      <w:r w:rsidRPr="00193ACD">
        <w:rPr>
          <w:rFonts w:ascii="Aptos" w:hAnsi="Aptos"/>
          <w:sz w:val="24"/>
          <w:szCs w:val="24"/>
        </w:rPr>
        <w:t xml:space="preserve"> truly special, creating diverse, welcoming and energetic communities in which to live, work, invest and visit.</w:t>
      </w:r>
    </w:p>
    <w:p w14:paraId="660319E6" w14:textId="7C63E923" w:rsidR="00745BBD" w:rsidRPr="00193ACD" w:rsidRDefault="00745BBD" w:rsidP="00745BBD">
      <w:pPr>
        <w:rPr>
          <w:rFonts w:ascii="Aptos" w:hAnsi="Aptos"/>
          <w:sz w:val="24"/>
          <w:szCs w:val="24"/>
        </w:rPr>
      </w:pPr>
      <w:r w:rsidRPr="00193ACD">
        <w:rPr>
          <w:rFonts w:ascii="Aptos" w:hAnsi="Aptos"/>
          <w:sz w:val="24"/>
          <w:szCs w:val="24"/>
        </w:rPr>
        <w:t>Alongside its miles of golden sands, Sefton offers those who work here access to a world</w:t>
      </w:r>
      <w:r w:rsidRPr="00193ACD">
        <w:rPr>
          <w:rFonts w:ascii="Aptos" w:hAnsi="Aptos"/>
          <w:sz w:val="24"/>
          <w:szCs w:val="24"/>
        </w:rPr>
        <w:noBreakHyphen/>
        <w:t>renowned racecourse, prestigious golf courses, and National Trust nature reserves, ideal places to unwind, explore and enjoy leisure time.</w:t>
      </w:r>
    </w:p>
    <w:p w14:paraId="200576E1" w14:textId="004E1D18" w:rsidR="00745BBD" w:rsidRPr="00193ACD" w:rsidRDefault="00745BBD" w:rsidP="00745BBD">
      <w:pPr>
        <w:rPr>
          <w:rFonts w:ascii="Aptos" w:hAnsi="Aptos"/>
          <w:sz w:val="24"/>
          <w:szCs w:val="24"/>
        </w:rPr>
      </w:pPr>
      <w:r w:rsidRPr="00193ACD">
        <w:rPr>
          <w:rFonts w:ascii="Aptos" w:hAnsi="Aptos"/>
          <w:sz w:val="24"/>
          <w:szCs w:val="24"/>
        </w:rPr>
        <w:t xml:space="preserve">The </w:t>
      </w:r>
      <w:r w:rsidR="00FB2749" w:rsidRPr="00193ACD">
        <w:rPr>
          <w:rFonts w:ascii="Aptos" w:hAnsi="Aptos"/>
          <w:sz w:val="24"/>
          <w:szCs w:val="24"/>
        </w:rPr>
        <w:t>Borough</w:t>
      </w:r>
      <w:r w:rsidRPr="00193ACD">
        <w:rPr>
          <w:rFonts w:ascii="Aptos" w:hAnsi="Aptos"/>
          <w:sz w:val="24"/>
          <w:szCs w:val="24"/>
        </w:rPr>
        <w:t xml:space="preserve"> benefits from excellent transport links, providing easy access to major </w:t>
      </w:r>
      <w:proofErr w:type="gramStart"/>
      <w:r w:rsidRPr="00193ACD">
        <w:rPr>
          <w:rFonts w:ascii="Aptos" w:hAnsi="Aptos"/>
          <w:sz w:val="24"/>
          <w:szCs w:val="24"/>
        </w:rPr>
        <w:t>North West</w:t>
      </w:r>
      <w:proofErr w:type="gramEnd"/>
      <w:r w:rsidRPr="00193ACD">
        <w:rPr>
          <w:rFonts w:ascii="Aptos" w:hAnsi="Aptos"/>
          <w:sz w:val="24"/>
          <w:szCs w:val="24"/>
        </w:rPr>
        <w:t xml:space="preserve"> cities including Liverpool and Manchester, and placing the Lake District and North Wales within reach for weekend breaks.</w:t>
      </w:r>
    </w:p>
    <w:p w14:paraId="0CAE65EA" w14:textId="77777777" w:rsidR="00745BBD" w:rsidRPr="00193ACD" w:rsidRDefault="00745BBD" w:rsidP="00745BBD">
      <w:pPr>
        <w:rPr>
          <w:rFonts w:ascii="Aptos" w:hAnsi="Aptos"/>
          <w:sz w:val="24"/>
          <w:szCs w:val="24"/>
        </w:rPr>
      </w:pPr>
      <w:r w:rsidRPr="00193ACD">
        <w:rPr>
          <w:rFonts w:ascii="Aptos" w:hAnsi="Aptos"/>
          <w:sz w:val="24"/>
          <w:szCs w:val="24"/>
        </w:rPr>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193ACD" w:rsidRDefault="008A2AD1" w:rsidP="00D019F3">
      <w:pPr>
        <w:pStyle w:val="Heading2"/>
        <w:rPr>
          <w:rFonts w:ascii="Aptos" w:hAnsi="Aptos" w:cs="Arial"/>
          <w:color w:val="007CBB"/>
          <w:sz w:val="24"/>
          <w:szCs w:val="24"/>
        </w:rPr>
      </w:pPr>
    </w:p>
    <w:p w14:paraId="0F4ECB12" w14:textId="77777777" w:rsidR="001743EB" w:rsidRPr="00193ACD" w:rsidRDefault="001743EB">
      <w:pPr>
        <w:rPr>
          <w:rFonts w:ascii="Aptos" w:eastAsiaTheme="majorEastAsia" w:hAnsi="Aptos" w:cs="Arial"/>
          <w:b/>
          <w:bCs/>
          <w:color w:val="007CBB"/>
          <w:sz w:val="24"/>
          <w:szCs w:val="24"/>
        </w:rPr>
      </w:pPr>
      <w:r w:rsidRPr="00193ACD">
        <w:rPr>
          <w:rFonts w:ascii="Aptos" w:hAnsi="Aptos" w:cs="Arial"/>
          <w:color w:val="007CBB"/>
          <w:sz w:val="24"/>
          <w:szCs w:val="24"/>
        </w:rPr>
        <w:br w:type="page"/>
      </w:r>
    </w:p>
    <w:p w14:paraId="250B0304" w14:textId="4F184AC3" w:rsidR="00511F96" w:rsidRPr="00193ACD" w:rsidRDefault="00511F96" w:rsidP="00511F96">
      <w:pPr>
        <w:pStyle w:val="Heading2"/>
        <w:rPr>
          <w:rFonts w:ascii="Aptos" w:hAnsi="Aptos" w:cs="Arial"/>
          <w:color w:val="007CBB"/>
          <w:sz w:val="24"/>
          <w:szCs w:val="24"/>
        </w:rPr>
      </w:pPr>
      <w:bookmarkStart w:id="1" w:name="_Toc222994876"/>
      <w:r w:rsidRPr="00193ACD">
        <w:rPr>
          <w:rFonts w:ascii="Aptos" w:hAnsi="Aptos" w:cs="Arial"/>
          <w:color w:val="007CBB"/>
          <w:sz w:val="24"/>
          <w:szCs w:val="24"/>
        </w:rPr>
        <w:lastRenderedPageBreak/>
        <w:t>Our Vision and Values</w:t>
      </w:r>
      <w:bookmarkEnd w:id="1"/>
    </w:p>
    <w:p w14:paraId="7684CC3E" w14:textId="77777777" w:rsidR="00511F96" w:rsidRPr="00193ACD" w:rsidRDefault="00511F96" w:rsidP="00511F96">
      <w:pPr>
        <w:spacing w:after="0" w:line="240" w:lineRule="auto"/>
        <w:rPr>
          <w:rFonts w:ascii="Aptos" w:hAnsi="Aptos"/>
          <w:sz w:val="24"/>
          <w:szCs w:val="24"/>
        </w:rPr>
      </w:pPr>
    </w:p>
    <w:p w14:paraId="6CF07501" w14:textId="44239B56" w:rsidR="007679B6" w:rsidRPr="00193ACD" w:rsidRDefault="005116C5" w:rsidP="007679B6">
      <w:pPr>
        <w:rPr>
          <w:rFonts w:ascii="Aptos" w:hAnsi="Aptos"/>
          <w:sz w:val="24"/>
          <w:szCs w:val="24"/>
        </w:rPr>
      </w:pPr>
      <w:r w:rsidRPr="00193ACD">
        <w:rPr>
          <w:rFonts w:ascii="Aptos" w:hAnsi="Aptos"/>
          <w:sz w:val="24"/>
          <w:szCs w:val="24"/>
        </w:rPr>
        <w:t>At Sefton Council, our vision is to deliver high-quality services that make a real difference to the lives of our residents, visitors, and communities.</w:t>
      </w:r>
      <w:r w:rsidR="00FB2749" w:rsidRPr="00193ACD">
        <w:rPr>
          <w:rFonts w:ascii="Aptos" w:hAnsi="Aptos"/>
          <w:sz w:val="24"/>
          <w:szCs w:val="24"/>
        </w:rPr>
        <w:t xml:space="preserve"> </w:t>
      </w:r>
      <w:r w:rsidRPr="00193ACD">
        <w:rPr>
          <w:rFonts w:ascii="Aptos" w:hAnsi="Aptos"/>
          <w:sz w:val="24"/>
          <w:szCs w:val="24"/>
        </w:rPr>
        <w:t xml:space="preserve"> Everything we do is guided by a strong set of values that shape how we work and interact:</w:t>
      </w:r>
    </w:p>
    <w:p w14:paraId="1407193F" w14:textId="3A31E6A7" w:rsidR="007679B6" w:rsidRPr="00193ACD" w:rsidRDefault="007679B6" w:rsidP="007679B6">
      <w:pPr>
        <w:ind w:left="720"/>
        <w:rPr>
          <w:rFonts w:ascii="Aptos" w:hAnsi="Aptos"/>
          <w:sz w:val="24"/>
          <w:szCs w:val="24"/>
          <w:highlight w:val="green"/>
        </w:rPr>
      </w:pPr>
      <w:r w:rsidRPr="00193ACD">
        <w:rPr>
          <w:rFonts w:ascii="Aptos" w:hAnsi="Aptos"/>
          <w:noProof/>
          <w:sz w:val="24"/>
          <w:szCs w:val="24"/>
          <w:highlight w:val="green"/>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8"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7AE67547"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0"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193ACD" w:rsidRDefault="005116C5" w:rsidP="00BE466B">
      <w:pPr>
        <w:numPr>
          <w:ilvl w:val="0"/>
          <w:numId w:val="16"/>
        </w:numPr>
        <w:rPr>
          <w:rFonts w:ascii="Aptos" w:hAnsi="Aptos"/>
          <w:sz w:val="24"/>
          <w:szCs w:val="24"/>
        </w:rPr>
      </w:pPr>
      <w:r w:rsidRPr="00193ACD">
        <w:rPr>
          <w:rFonts w:ascii="Aptos" w:hAnsi="Aptos"/>
          <w:b/>
          <w:bCs/>
          <w:sz w:val="24"/>
          <w:szCs w:val="24"/>
        </w:rPr>
        <w:t>We put people at the heart of what we do</w:t>
      </w:r>
      <w:r w:rsidRPr="00193ACD">
        <w:rPr>
          <w:rFonts w:ascii="Aptos" w:hAnsi="Aptos"/>
          <w:sz w:val="24"/>
          <w:szCs w:val="24"/>
        </w:rPr>
        <w:t xml:space="preserve"> </w:t>
      </w:r>
      <w:r w:rsidR="00FB2749" w:rsidRPr="00193ACD">
        <w:rPr>
          <w:rFonts w:ascii="Aptos" w:hAnsi="Aptos"/>
          <w:sz w:val="24"/>
          <w:szCs w:val="24"/>
        </w:rPr>
        <w:t>–</w:t>
      </w:r>
      <w:r w:rsidRPr="00193ACD">
        <w:rPr>
          <w:rFonts w:ascii="Aptos" w:hAnsi="Aptos"/>
          <w:sz w:val="24"/>
          <w:szCs w:val="24"/>
        </w:rPr>
        <w:t xml:space="preserve"> ensuring our services are responsive, inclusive, and focused on improving lives.</w:t>
      </w:r>
    </w:p>
    <w:p w14:paraId="1D4A15E3" w14:textId="2EE40FE7" w:rsidR="005116C5" w:rsidRPr="00193ACD" w:rsidRDefault="005116C5" w:rsidP="00BE466B">
      <w:pPr>
        <w:numPr>
          <w:ilvl w:val="0"/>
          <w:numId w:val="16"/>
        </w:numPr>
        <w:rPr>
          <w:rFonts w:ascii="Aptos" w:hAnsi="Aptos"/>
          <w:sz w:val="24"/>
          <w:szCs w:val="24"/>
        </w:rPr>
      </w:pPr>
      <w:r w:rsidRPr="00193ACD">
        <w:rPr>
          <w:rFonts w:ascii="Aptos" w:hAnsi="Aptos"/>
          <w:b/>
          <w:bCs/>
          <w:sz w:val="24"/>
          <w:szCs w:val="24"/>
        </w:rPr>
        <w:t>We listen, value, and respect each other’s views</w:t>
      </w:r>
      <w:r w:rsidRPr="00193ACD">
        <w:rPr>
          <w:rFonts w:ascii="Aptos" w:hAnsi="Aptos"/>
          <w:sz w:val="24"/>
          <w:szCs w:val="24"/>
        </w:rPr>
        <w:t xml:space="preserve"> </w:t>
      </w:r>
      <w:r w:rsidR="00FB2749" w:rsidRPr="00193ACD">
        <w:rPr>
          <w:rFonts w:ascii="Aptos" w:hAnsi="Aptos"/>
          <w:sz w:val="24"/>
          <w:szCs w:val="24"/>
        </w:rPr>
        <w:t>–</w:t>
      </w:r>
      <w:r w:rsidRPr="00193ACD">
        <w:rPr>
          <w:rFonts w:ascii="Aptos" w:hAnsi="Aptos"/>
          <w:sz w:val="24"/>
          <w:szCs w:val="24"/>
        </w:rPr>
        <w:t xml:space="preserve"> fostering a culture of collaboration and mutual respect.</w:t>
      </w:r>
    </w:p>
    <w:p w14:paraId="3E367A22" w14:textId="0CD688BA" w:rsidR="005116C5" w:rsidRPr="00193ACD" w:rsidRDefault="005116C5" w:rsidP="00BE466B">
      <w:pPr>
        <w:numPr>
          <w:ilvl w:val="0"/>
          <w:numId w:val="16"/>
        </w:numPr>
        <w:rPr>
          <w:rFonts w:ascii="Aptos" w:hAnsi="Aptos"/>
          <w:sz w:val="24"/>
          <w:szCs w:val="24"/>
        </w:rPr>
      </w:pPr>
      <w:r w:rsidRPr="00193ACD">
        <w:rPr>
          <w:rFonts w:ascii="Aptos" w:hAnsi="Aptos"/>
          <w:b/>
          <w:bCs/>
          <w:sz w:val="24"/>
          <w:szCs w:val="24"/>
        </w:rPr>
        <w:t>We develop a culture of challenge, ownership, innovation, and improvement</w:t>
      </w:r>
      <w:r w:rsidRPr="00193ACD">
        <w:rPr>
          <w:rFonts w:ascii="Aptos" w:hAnsi="Aptos"/>
          <w:sz w:val="24"/>
          <w:szCs w:val="24"/>
        </w:rPr>
        <w:t xml:space="preserve"> </w:t>
      </w:r>
      <w:r w:rsidR="00FB2749" w:rsidRPr="00193ACD">
        <w:rPr>
          <w:rFonts w:ascii="Aptos" w:hAnsi="Aptos"/>
          <w:sz w:val="24"/>
          <w:szCs w:val="24"/>
        </w:rPr>
        <w:t>–</w:t>
      </w:r>
      <w:r w:rsidRPr="00193ACD">
        <w:rPr>
          <w:rFonts w:ascii="Aptos" w:hAnsi="Aptos"/>
          <w:sz w:val="24"/>
          <w:szCs w:val="24"/>
        </w:rPr>
        <w:t xml:space="preserve"> encouraging creativity and continuous development.</w:t>
      </w:r>
    </w:p>
    <w:p w14:paraId="4AF84DEE" w14:textId="2831CEFE" w:rsidR="005116C5" w:rsidRPr="00193ACD" w:rsidRDefault="005116C5" w:rsidP="00BE466B">
      <w:pPr>
        <w:numPr>
          <w:ilvl w:val="0"/>
          <w:numId w:val="16"/>
        </w:numPr>
        <w:rPr>
          <w:rFonts w:ascii="Aptos" w:hAnsi="Aptos"/>
          <w:sz w:val="24"/>
          <w:szCs w:val="24"/>
        </w:rPr>
      </w:pPr>
      <w:r w:rsidRPr="00193ACD">
        <w:rPr>
          <w:rFonts w:ascii="Aptos" w:hAnsi="Aptos"/>
          <w:b/>
          <w:bCs/>
          <w:sz w:val="24"/>
          <w:szCs w:val="24"/>
        </w:rPr>
        <w:t>We are ambassadors for Sefton</w:t>
      </w:r>
      <w:r w:rsidRPr="00193ACD">
        <w:rPr>
          <w:rFonts w:ascii="Aptos" w:hAnsi="Aptos"/>
          <w:sz w:val="24"/>
          <w:szCs w:val="24"/>
        </w:rPr>
        <w:t xml:space="preserve"> </w:t>
      </w:r>
      <w:r w:rsidR="00FB2749" w:rsidRPr="00193ACD">
        <w:rPr>
          <w:rFonts w:ascii="Aptos" w:hAnsi="Aptos"/>
          <w:sz w:val="24"/>
          <w:szCs w:val="24"/>
        </w:rPr>
        <w:t>–</w:t>
      </w:r>
      <w:r w:rsidRPr="00193ACD">
        <w:rPr>
          <w:rFonts w:ascii="Aptos" w:hAnsi="Aptos"/>
          <w:sz w:val="24"/>
          <w:szCs w:val="24"/>
        </w:rPr>
        <w:t xml:space="preserve"> promoting the </w:t>
      </w:r>
      <w:r w:rsidR="00FB2749" w:rsidRPr="00193ACD">
        <w:rPr>
          <w:rFonts w:ascii="Aptos" w:hAnsi="Aptos"/>
          <w:sz w:val="24"/>
          <w:szCs w:val="24"/>
        </w:rPr>
        <w:t>Borough</w:t>
      </w:r>
      <w:r w:rsidRPr="00193ACD">
        <w:rPr>
          <w:rFonts w:ascii="Aptos" w:hAnsi="Aptos"/>
          <w:sz w:val="24"/>
          <w:szCs w:val="24"/>
        </w:rPr>
        <w:t xml:space="preserve"> positively and proudly representing our communities.</w:t>
      </w:r>
    </w:p>
    <w:p w14:paraId="32D28CA9" w14:textId="04099CC7" w:rsidR="005116C5" w:rsidRPr="00193ACD" w:rsidRDefault="005116C5" w:rsidP="00BE466B">
      <w:pPr>
        <w:numPr>
          <w:ilvl w:val="0"/>
          <w:numId w:val="16"/>
        </w:numPr>
        <w:rPr>
          <w:rFonts w:ascii="Aptos" w:hAnsi="Aptos"/>
          <w:sz w:val="24"/>
          <w:szCs w:val="24"/>
        </w:rPr>
      </w:pPr>
      <w:r w:rsidRPr="00193ACD">
        <w:rPr>
          <w:rFonts w:ascii="Aptos" w:hAnsi="Aptos"/>
          <w:b/>
          <w:bCs/>
          <w:sz w:val="24"/>
          <w:szCs w:val="24"/>
        </w:rPr>
        <w:t>We are responsive and efficient</w:t>
      </w:r>
      <w:r w:rsidRPr="00193ACD">
        <w:rPr>
          <w:rFonts w:ascii="Aptos" w:hAnsi="Aptos"/>
          <w:sz w:val="24"/>
          <w:szCs w:val="24"/>
        </w:rPr>
        <w:t xml:space="preserve"> </w:t>
      </w:r>
      <w:r w:rsidR="00FB2749" w:rsidRPr="00193ACD">
        <w:rPr>
          <w:rFonts w:ascii="Aptos" w:hAnsi="Aptos"/>
          <w:sz w:val="24"/>
          <w:szCs w:val="24"/>
        </w:rPr>
        <w:t>–</w:t>
      </w:r>
      <w:r w:rsidRPr="00193ACD">
        <w:rPr>
          <w:rFonts w:ascii="Aptos" w:hAnsi="Aptos"/>
          <w:sz w:val="24"/>
          <w:szCs w:val="24"/>
        </w:rPr>
        <w:t xml:space="preserve"> delivering services that are timely, effective, and customer-focused.</w:t>
      </w:r>
    </w:p>
    <w:p w14:paraId="526B0A22" w14:textId="0A9DA0E0" w:rsidR="005116C5" w:rsidRPr="00193ACD" w:rsidRDefault="005116C5" w:rsidP="00BE466B">
      <w:pPr>
        <w:numPr>
          <w:ilvl w:val="0"/>
          <w:numId w:val="16"/>
        </w:numPr>
        <w:rPr>
          <w:rFonts w:ascii="Aptos" w:hAnsi="Aptos"/>
          <w:sz w:val="24"/>
          <w:szCs w:val="24"/>
        </w:rPr>
      </w:pPr>
      <w:r w:rsidRPr="00193ACD">
        <w:rPr>
          <w:rFonts w:ascii="Aptos" w:hAnsi="Aptos"/>
          <w:b/>
          <w:bCs/>
          <w:sz w:val="24"/>
          <w:szCs w:val="24"/>
        </w:rPr>
        <w:t>We are clear about what we can and cannot do</w:t>
      </w:r>
      <w:r w:rsidRPr="00193ACD">
        <w:rPr>
          <w:rFonts w:ascii="Aptos" w:hAnsi="Aptos"/>
          <w:sz w:val="24"/>
          <w:szCs w:val="24"/>
        </w:rPr>
        <w:t xml:space="preserve"> </w:t>
      </w:r>
      <w:r w:rsidR="00FB2749" w:rsidRPr="00193ACD">
        <w:rPr>
          <w:rFonts w:ascii="Aptos" w:hAnsi="Aptos"/>
          <w:sz w:val="24"/>
          <w:szCs w:val="24"/>
        </w:rPr>
        <w:t>–</w:t>
      </w:r>
      <w:r w:rsidRPr="00193ACD">
        <w:rPr>
          <w:rFonts w:ascii="Aptos" w:hAnsi="Aptos"/>
          <w:sz w:val="24"/>
          <w:szCs w:val="24"/>
        </w:rPr>
        <w:t xml:space="preserve"> being transparent and honest in all our communications and actions.</w:t>
      </w:r>
    </w:p>
    <w:p w14:paraId="4A119E78" w14:textId="7EFD1B52" w:rsidR="00511F96" w:rsidRPr="00193ACD" w:rsidRDefault="005116C5" w:rsidP="00511F96">
      <w:pPr>
        <w:rPr>
          <w:rFonts w:ascii="Aptos" w:hAnsi="Aptos"/>
          <w:sz w:val="24"/>
          <w:szCs w:val="24"/>
        </w:rPr>
      </w:pPr>
      <w:r w:rsidRPr="00193ACD">
        <w:rPr>
          <w:rFonts w:ascii="Aptos" w:hAnsi="Aptos"/>
          <w:sz w:val="24"/>
          <w:szCs w:val="24"/>
        </w:rPr>
        <w:t>These values underpin our commitment to excellence, inclusivity, and innovation, ensuring that Sefton remains a great place to live, work, and visit.</w:t>
      </w:r>
    </w:p>
    <w:p w14:paraId="0D58AC3A" w14:textId="4E77BF60" w:rsidR="00367D28" w:rsidRPr="00193ACD" w:rsidRDefault="00367D28" w:rsidP="00D019F3">
      <w:pPr>
        <w:pStyle w:val="Heading2"/>
        <w:rPr>
          <w:rFonts w:ascii="Aptos" w:hAnsi="Aptos" w:cs="Arial"/>
          <w:color w:val="007CBB"/>
          <w:sz w:val="24"/>
          <w:szCs w:val="24"/>
        </w:rPr>
      </w:pPr>
      <w:bookmarkStart w:id="2" w:name="_Toc222994877"/>
      <w:r w:rsidRPr="00193ACD">
        <w:rPr>
          <w:rFonts w:ascii="Aptos" w:hAnsi="Aptos" w:cs="Arial"/>
          <w:color w:val="007CBB"/>
          <w:sz w:val="24"/>
          <w:szCs w:val="24"/>
        </w:rPr>
        <w:t>Our Successes and Key Projects</w:t>
      </w:r>
      <w:bookmarkEnd w:id="2"/>
    </w:p>
    <w:p w14:paraId="2090DA4D" w14:textId="77777777" w:rsidR="00511F96" w:rsidRPr="00193ACD" w:rsidRDefault="00511F96" w:rsidP="00511F96">
      <w:pPr>
        <w:spacing w:after="0" w:line="240" w:lineRule="auto"/>
        <w:rPr>
          <w:rFonts w:ascii="Aptos" w:hAnsi="Aptos"/>
          <w:sz w:val="24"/>
          <w:szCs w:val="24"/>
        </w:rPr>
      </w:pPr>
    </w:p>
    <w:p w14:paraId="1DD3EF76" w14:textId="7077D406" w:rsidR="00367D28" w:rsidRPr="00193ACD" w:rsidRDefault="00367D28" w:rsidP="00683667">
      <w:pPr>
        <w:spacing w:after="0"/>
        <w:rPr>
          <w:rFonts w:ascii="Aptos" w:hAnsi="Aptos"/>
          <w:sz w:val="24"/>
          <w:szCs w:val="24"/>
        </w:rPr>
      </w:pPr>
      <w:r w:rsidRPr="00193ACD">
        <w:rPr>
          <w:rFonts w:ascii="Aptos" w:hAnsi="Aptos"/>
          <w:sz w:val="24"/>
          <w:szCs w:val="24"/>
        </w:rPr>
        <w:lastRenderedPageBreak/>
        <w:t xml:space="preserve">Sefton Council is proud of its recent achievements and ongoing commitment to delivering high-quality services. </w:t>
      </w:r>
      <w:r w:rsidR="00FB2749" w:rsidRPr="00193ACD">
        <w:rPr>
          <w:rFonts w:ascii="Aptos" w:hAnsi="Aptos"/>
          <w:sz w:val="24"/>
          <w:szCs w:val="24"/>
        </w:rPr>
        <w:t xml:space="preserve"> </w:t>
      </w:r>
      <w:r w:rsidRPr="00193ACD">
        <w:rPr>
          <w:rFonts w:ascii="Aptos" w:hAnsi="Aptos"/>
          <w:sz w:val="24"/>
          <w:szCs w:val="24"/>
        </w:rPr>
        <w:t xml:space="preserve">Our Adult Social Care services were recently graded Good by the Care Quality Commission (CQC), and our Children’s Services also achieved a </w:t>
      </w:r>
      <w:proofErr w:type="gramStart"/>
      <w:r w:rsidRPr="00193ACD">
        <w:rPr>
          <w:rFonts w:ascii="Aptos" w:hAnsi="Aptos"/>
          <w:sz w:val="24"/>
          <w:szCs w:val="24"/>
        </w:rPr>
        <w:t>Good</w:t>
      </w:r>
      <w:proofErr w:type="gramEnd"/>
      <w:r w:rsidRPr="00193ACD">
        <w:rPr>
          <w:rFonts w:ascii="Aptos" w:hAnsi="Aptos"/>
          <w:sz w:val="24"/>
          <w:szCs w:val="24"/>
        </w:rPr>
        <w:t xml:space="preserve"> rating from Ofsted. </w:t>
      </w:r>
      <w:r w:rsidR="00FB2749" w:rsidRPr="00193ACD">
        <w:rPr>
          <w:rFonts w:ascii="Aptos" w:hAnsi="Aptos"/>
          <w:sz w:val="24"/>
          <w:szCs w:val="24"/>
        </w:rPr>
        <w:t xml:space="preserve"> </w:t>
      </w:r>
      <w:r w:rsidRPr="00193ACD">
        <w:rPr>
          <w:rFonts w:ascii="Aptos" w:hAnsi="Aptos"/>
          <w:sz w:val="24"/>
          <w:szCs w:val="24"/>
        </w:rPr>
        <w:t>These successes reflect the dedication and professionalism of our teams and our focus on continuous improvement.</w:t>
      </w:r>
    </w:p>
    <w:p w14:paraId="71166112" w14:textId="77777777" w:rsidR="00FB2749" w:rsidRPr="00193ACD" w:rsidRDefault="00FB2749" w:rsidP="00683667">
      <w:pPr>
        <w:spacing w:after="0"/>
        <w:rPr>
          <w:rFonts w:ascii="Aptos" w:hAnsi="Aptos"/>
          <w:sz w:val="24"/>
          <w:szCs w:val="24"/>
        </w:rPr>
      </w:pPr>
    </w:p>
    <w:p w14:paraId="669632CB" w14:textId="7466B31C" w:rsidR="00367D28" w:rsidRPr="00193ACD" w:rsidRDefault="00367D28" w:rsidP="00683667">
      <w:pPr>
        <w:spacing w:after="0"/>
        <w:rPr>
          <w:rFonts w:ascii="Aptos" w:hAnsi="Aptos"/>
          <w:sz w:val="24"/>
          <w:szCs w:val="24"/>
        </w:rPr>
      </w:pPr>
      <w:r w:rsidRPr="00193ACD">
        <w:rPr>
          <w:rFonts w:ascii="Aptos" w:hAnsi="Aptos"/>
          <w:sz w:val="24"/>
          <w:szCs w:val="24"/>
        </w:rPr>
        <w:t xml:space="preserve">Alongside these achievements, Sefton Council is actively delivering a range of major capital projects that will transform the </w:t>
      </w:r>
      <w:r w:rsidR="00FB2749" w:rsidRPr="00193ACD">
        <w:rPr>
          <w:rFonts w:ascii="Aptos" w:hAnsi="Aptos"/>
          <w:sz w:val="24"/>
          <w:szCs w:val="24"/>
        </w:rPr>
        <w:t>Borough</w:t>
      </w:r>
      <w:r w:rsidRPr="00193ACD">
        <w:rPr>
          <w:rFonts w:ascii="Aptos" w:hAnsi="Aptos"/>
          <w:sz w:val="24"/>
          <w:szCs w:val="24"/>
        </w:rPr>
        <w:t xml:space="preserve"> and stimulate economic growth.</w:t>
      </w:r>
      <w:r w:rsidR="00FB2749" w:rsidRPr="00193ACD">
        <w:rPr>
          <w:rFonts w:ascii="Aptos" w:hAnsi="Aptos"/>
          <w:sz w:val="24"/>
          <w:szCs w:val="24"/>
        </w:rPr>
        <w:t xml:space="preserve"> </w:t>
      </w:r>
      <w:r w:rsidRPr="00193ACD">
        <w:rPr>
          <w:rFonts w:ascii="Aptos" w:hAnsi="Aptos"/>
          <w:sz w:val="24"/>
          <w:szCs w:val="24"/>
        </w:rPr>
        <w:t xml:space="preserve"> These include the Marine Lake Events Centre in Southport, the Strand Shopping Centre redevelopment in Bootle, and exciting developments such as the Cove Resort and Enterprise Arcade in Southport. </w:t>
      </w:r>
      <w:r w:rsidR="00FB2749" w:rsidRPr="00193ACD">
        <w:rPr>
          <w:rFonts w:ascii="Aptos" w:hAnsi="Aptos"/>
          <w:sz w:val="24"/>
          <w:szCs w:val="24"/>
        </w:rPr>
        <w:t xml:space="preserve"> </w:t>
      </w:r>
      <w:r w:rsidRPr="00193ACD">
        <w:rPr>
          <w:rFonts w:ascii="Aptos" w:hAnsi="Aptos"/>
          <w:sz w:val="24"/>
          <w:szCs w:val="24"/>
        </w:rPr>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193ACD" w:rsidRDefault="00683667" w:rsidP="00683667">
      <w:pPr>
        <w:spacing w:after="0"/>
        <w:rPr>
          <w:rFonts w:ascii="Aptos" w:hAnsi="Aptos"/>
          <w:sz w:val="24"/>
          <w:szCs w:val="24"/>
        </w:rPr>
      </w:pPr>
    </w:p>
    <w:p w14:paraId="2B27870A" w14:textId="22F223B9" w:rsidR="00367D28" w:rsidRPr="00193ACD" w:rsidRDefault="00367D28" w:rsidP="00367D28">
      <w:pPr>
        <w:rPr>
          <w:rFonts w:ascii="Aptos" w:hAnsi="Aptos"/>
          <w:sz w:val="24"/>
          <w:szCs w:val="24"/>
        </w:rPr>
      </w:pPr>
      <w:r w:rsidRPr="00193ACD">
        <w:rPr>
          <w:rFonts w:ascii="Aptos" w:hAnsi="Aptos"/>
          <w:sz w:val="24"/>
          <w:szCs w:val="24"/>
        </w:rPr>
        <w:t xml:space="preserve">These projects form part of our strategic investment programme to attract private sector-led development and create vibrant spaces for residents and visitors. </w:t>
      </w:r>
      <w:r w:rsidR="00FB2749" w:rsidRPr="00193ACD">
        <w:rPr>
          <w:rFonts w:ascii="Aptos" w:hAnsi="Aptos"/>
          <w:sz w:val="24"/>
          <w:szCs w:val="24"/>
        </w:rPr>
        <w:t xml:space="preserve"> </w:t>
      </w:r>
      <w:r w:rsidRPr="00193ACD">
        <w:rPr>
          <w:rFonts w:ascii="Aptos" w:hAnsi="Aptos"/>
          <w:sz w:val="24"/>
          <w:szCs w:val="24"/>
        </w:rPr>
        <w:t>We work closely with local communities to ensure these projects reflect their needs and foster a sense of ownership and pride.</w:t>
      </w:r>
    </w:p>
    <w:p w14:paraId="267456B0" w14:textId="77777777" w:rsidR="00367D28" w:rsidRPr="00193ACD" w:rsidRDefault="00367D28" w:rsidP="00367D28">
      <w:pPr>
        <w:rPr>
          <w:rFonts w:ascii="Aptos" w:hAnsi="Aptos"/>
          <w:sz w:val="24"/>
          <w:szCs w:val="24"/>
        </w:rPr>
      </w:pPr>
      <w:r w:rsidRPr="00193ACD">
        <w:rPr>
          <w:rFonts w:ascii="Aptos" w:hAnsi="Aptos"/>
          <w:sz w:val="24"/>
          <w:szCs w:val="24"/>
        </w:rPr>
        <w:t xml:space="preserve">For more information on these projects and to stay updated on progress, visit the Sefton Council website at </w:t>
      </w:r>
      <w:hyperlink r:id="rId21" w:history="1">
        <w:r w:rsidRPr="00193ACD">
          <w:rPr>
            <w:rStyle w:val="Hyperlink"/>
            <w:rFonts w:ascii="Aptos" w:hAnsi="Aptos"/>
            <w:sz w:val="24"/>
            <w:szCs w:val="24"/>
          </w:rPr>
          <w:t>www.sefton.gov.uk</w:t>
        </w:r>
      </w:hyperlink>
      <w:r w:rsidRPr="00193ACD">
        <w:rPr>
          <w:rFonts w:ascii="Aptos" w:hAnsi="Aptos"/>
          <w:sz w:val="24"/>
          <w:szCs w:val="24"/>
        </w:rPr>
        <w:t xml:space="preserve"> </w:t>
      </w:r>
    </w:p>
    <w:p w14:paraId="366F8038" w14:textId="3B38F9E5" w:rsidR="00454E02" w:rsidRPr="00193ACD" w:rsidRDefault="00565B5D" w:rsidP="00511F96">
      <w:pPr>
        <w:pStyle w:val="Heading2"/>
        <w:rPr>
          <w:rFonts w:ascii="Aptos" w:hAnsi="Aptos" w:cs="Arial"/>
          <w:color w:val="007CBB"/>
          <w:sz w:val="24"/>
          <w:szCs w:val="24"/>
        </w:rPr>
      </w:pPr>
      <w:bookmarkStart w:id="3" w:name="_Toc222994878"/>
      <w:r w:rsidRPr="00193ACD">
        <w:rPr>
          <w:rFonts w:ascii="Aptos" w:hAnsi="Aptos" w:cs="Arial"/>
          <w:color w:val="007CBB"/>
          <w:sz w:val="24"/>
          <w:szCs w:val="24"/>
        </w:rPr>
        <w:t>An Inclusive Workplace</w:t>
      </w:r>
      <w:bookmarkEnd w:id="3"/>
    </w:p>
    <w:p w14:paraId="3332C0B7" w14:textId="77777777" w:rsidR="00511F96" w:rsidRPr="00193ACD" w:rsidRDefault="00511F96" w:rsidP="00511F96">
      <w:pPr>
        <w:spacing w:after="0" w:line="240" w:lineRule="auto"/>
        <w:rPr>
          <w:rFonts w:ascii="Aptos" w:hAnsi="Aptos"/>
          <w:sz w:val="24"/>
          <w:szCs w:val="24"/>
        </w:rPr>
      </w:pPr>
    </w:p>
    <w:p w14:paraId="09BFB993" w14:textId="38DDF792" w:rsidR="009F37BF" w:rsidRPr="00193ACD" w:rsidRDefault="009F37BF" w:rsidP="00683667">
      <w:pPr>
        <w:spacing w:after="0"/>
        <w:rPr>
          <w:rFonts w:ascii="Aptos" w:eastAsia="Times New Roman" w:hAnsi="Aptos" w:cs="Arial"/>
          <w:sz w:val="24"/>
          <w:szCs w:val="24"/>
          <w:lang w:eastAsia="en-GB"/>
        </w:rPr>
      </w:pPr>
      <w:r w:rsidRPr="00193ACD">
        <w:rPr>
          <w:rFonts w:ascii="Aptos" w:eastAsia="Times New Roman" w:hAnsi="Aptos" w:cs="Arial"/>
          <w:sz w:val="24"/>
          <w:szCs w:val="24"/>
          <w:lang w:eastAsia="en-GB"/>
        </w:rPr>
        <w:t xml:space="preserve">We are committed to fostering an inclusive Council that reflects the diverse communities we serve. </w:t>
      </w:r>
      <w:r w:rsidR="00FB2749" w:rsidRPr="00193ACD">
        <w:rPr>
          <w:rFonts w:ascii="Aptos" w:eastAsia="Times New Roman" w:hAnsi="Aptos" w:cs="Arial"/>
          <w:sz w:val="24"/>
          <w:szCs w:val="24"/>
          <w:lang w:eastAsia="en-GB"/>
        </w:rPr>
        <w:t xml:space="preserve"> </w:t>
      </w:r>
      <w:r w:rsidRPr="00193ACD">
        <w:rPr>
          <w:rFonts w:ascii="Aptos" w:eastAsia="Times New Roman" w:hAnsi="Aptos" w:cs="Arial"/>
          <w:sz w:val="24"/>
          <w:szCs w:val="24"/>
          <w:lang w:eastAsia="en-GB"/>
        </w:rPr>
        <w:t>Our workforce brings a wide range of experiences and perspectives, and we value an environment where everyone feels respected, supported, and able to reach their full potential.</w:t>
      </w:r>
    </w:p>
    <w:p w14:paraId="42793982" w14:textId="77777777" w:rsidR="00683667" w:rsidRPr="00193ACD" w:rsidRDefault="00683667" w:rsidP="00683667">
      <w:pPr>
        <w:spacing w:after="0"/>
        <w:rPr>
          <w:rFonts w:ascii="Aptos" w:eastAsia="Times New Roman" w:hAnsi="Aptos" w:cs="Arial"/>
          <w:sz w:val="24"/>
          <w:szCs w:val="24"/>
          <w:lang w:eastAsia="en-GB"/>
        </w:rPr>
      </w:pPr>
    </w:p>
    <w:p w14:paraId="090B95BC" w14:textId="73494AA3" w:rsidR="00CB1FFD" w:rsidRPr="00193ACD" w:rsidRDefault="009F37BF" w:rsidP="009F37BF">
      <w:pPr>
        <w:rPr>
          <w:rFonts w:ascii="Aptos" w:eastAsia="Times New Roman" w:hAnsi="Aptos" w:cs="Arial"/>
          <w:sz w:val="24"/>
          <w:szCs w:val="24"/>
          <w:lang w:eastAsia="en-GB"/>
        </w:rPr>
      </w:pPr>
      <w:r w:rsidRPr="00193ACD">
        <w:rPr>
          <w:rFonts w:ascii="Aptos" w:eastAsia="Times New Roman" w:hAnsi="Aptos" w:cs="Arial"/>
          <w:sz w:val="24"/>
          <w:szCs w:val="24"/>
          <w:lang w:eastAsia="en-GB"/>
        </w:rPr>
        <w:t xml:space="preserve">Sefton is proud to be the first local authority in the Liverpool City Region to achieve </w:t>
      </w:r>
      <w:r w:rsidRPr="00193ACD">
        <w:rPr>
          <w:rFonts w:ascii="Aptos" w:eastAsia="Times New Roman" w:hAnsi="Aptos" w:cs="Arial"/>
          <w:b/>
          <w:bCs/>
          <w:sz w:val="24"/>
          <w:szCs w:val="24"/>
          <w:lang w:eastAsia="en-GB"/>
        </w:rPr>
        <w:t>Navajo</w:t>
      </w:r>
      <w:r w:rsidRPr="00193ACD">
        <w:rPr>
          <w:rFonts w:ascii="Aptos" w:eastAsia="Times New Roman" w:hAnsi="Aptos" w:cs="Arial"/>
          <w:sz w:val="24"/>
          <w:szCs w:val="24"/>
          <w:lang w:eastAsia="en-GB"/>
        </w:rPr>
        <w:t xml:space="preserve"> accreditation, recognising our commitment to LGBTQ+ inclusion. </w:t>
      </w:r>
      <w:r w:rsidR="00FB2749" w:rsidRPr="00193ACD">
        <w:rPr>
          <w:rFonts w:ascii="Aptos" w:eastAsia="Times New Roman" w:hAnsi="Aptos" w:cs="Arial"/>
          <w:sz w:val="24"/>
          <w:szCs w:val="24"/>
          <w:lang w:eastAsia="en-GB"/>
        </w:rPr>
        <w:t xml:space="preserve"> </w:t>
      </w:r>
      <w:r w:rsidRPr="00193ACD">
        <w:rPr>
          <w:rFonts w:ascii="Aptos" w:eastAsia="Times New Roman" w:hAnsi="Aptos" w:cs="Arial"/>
          <w:sz w:val="24"/>
          <w:szCs w:val="24"/>
          <w:lang w:eastAsia="en-GB"/>
        </w:rPr>
        <w:t>We are also a Disability Confident employer and continue to build a workforce that represents our communities.</w:t>
      </w:r>
    </w:p>
    <w:p w14:paraId="4FA20170" w14:textId="39071CCA" w:rsidR="00A91189" w:rsidRPr="00193ACD" w:rsidRDefault="009F37BF" w:rsidP="009725F0">
      <w:pPr>
        <w:spacing w:after="0"/>
        <w:rPr>
          <w:rFonts w:ascii="Aptos" w:eastAsia="Times New Roman" w:hAnsi="Aptos" w:cs="Arial"/>
          <w:sz w:val="24"/>
          <w:szCs w:val="24"/>
          <w:lang w:eastAsia="en-GB"/>
        </w:rPr>
      </w:pPr>
      <w:r w:rsidRPr="00193ACD">
        <w:rPr>
          <w:rFonts w:ascii="Aptos" w:eastAsia="Times New Roman" w:hAnsi="Aptos" w:cs="Arial"/>
          <w:sz w:val="24"/>
          <w:szCs w:val="24"/>
          <w:lang w:eastAsia="en-GB"/>
        </w:rPr>
        <w:t>We support several staff networks, including groups for Black and Ethnically Diverse colleagues, LGBTQ+ staff, women, disabled employees, and a Christian Workplace Group.</w:t>
      </w:r>
    </w:p>
    <w:p w14:paraId="32F8FF95" w14:textId="77777777" w:rsidR="009725F0" w:rsidRPr="00193ACD" w:rsidRDefault="009725F0" w:rsidP="009725F0">
      <w:pPr>
        <w:spacing w:after="0"/>
        <w:rPr>
          <w:rFonts w:ascii="Aptos" w:eastAsia="Times New Roman" w:hAnsi="Aptos" w:cs="Arial"/>
          <w:sz w:val="24"/>
          <w:szCs w:val="24"/>
          <w:lang w:eastAsia="en-GB"/>
        </w:rPr>
      </w:pPr>
    </w:p>
    <w:p w14:paraId="6866F173" w14:textId="6DBAEEEB" w:rsidR="00496E8A" w:rsidRPr="00193ACD" w:rsidRDefault="009F37BF" w:rsidP="00871834">
      <w:pPr>
        <w:spacing w:after="0"/>
        <w:rPr>
          <w:rFonts w:ascii="Aptos" w:eastAsia="Times New Roman" w:hAnsi="Aptos" w:cs="Arial"/>
          <w:sz w:val="24"/>
          <w:szCs w:val="24"/>
          <w:lang w:eastAsia="en-GB"/>
        </w:rPr>
      </w:pPr>
      <w:r w:rsidRPr="00193ACD">
        <w:rPr>
          <w:rFonts w:ascii="Aptos" w:eastAsia="Times New Roman" w:hAnsi="Aptos" w:cs="Arial"/>
          <w:sz w:val="24"/>
          <w:szCs w:val="24"/>
          <w:lang w:eastAsia="en-GB"/>
        </w:rPr>
        <w:lastRenderedPageBreak/>
        <w:t xml:space="preserve">As an Equal Opportunities Employer, we base recruitment solely on skills, experience, and suitability for the role. </w:t>
      </w:r>
      <w:r w:rsidR="00C7120F" w:rsidRPr="00193ACD">
        <w:rPr>
          <w:rFonts w:ascii="Aptos" w:eastAsia="Times New Roman" w:hAnsi="Aptos" w:cs="Arial"/>
          <w:sz w:val="24"/>
          <w:szCs w:val="24"/>
          <w:lang w:eastAsia="en-GB"/>
        </w:rPr>
        <w:t xml:space="preserve"> </w:t>
      </w:r>
      <w:r w:rsidRPr="00193ACD">
        <w:rPr>
          <w:rFonts w:ascii="Aptos" w:eastAsia="Times New Roman" w:hAnsi="Aptos" w:cs="Arial"/>
          <w:sz w:val="24"/>
          <w:szCs w:val="24"/>
          <w:lang w:eastAsia="en-GB"/>
        </w:rPr>
        <w:t>All applicants are treated fairly, and we have also recognised ‘care experienced’ as a protected characteristic within Sefton.</w:t>
      </w:r>
      <w:r w:rsidR="00511F96" w:rsidRPr="00193ACD">
        <w:rPr>
          <w:rFonts w:ascii="Aptos" w:hAnsi="Aptos"/>
          <w:noProof/>
          <w:sz w:val="24"/>
          <w:szCs w:val="24"/>
        </w:rPr>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2"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9FDF03"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3"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75F0FBED" w14:textId="77777777" w:rsidR="00E4473C" w:rsidRPr="00193ACD" w:rsidRDefault="00E4473C" w:rsidP="009F37BF">
      <w:pPr>
        <w:rPr>
          <w:rFonts w:ascii="Aptos" w:eastAsia="Times New Roman" w:hAnsi="Aptos" w:cs="Arial"/>
          <w:sz w:val="24"/>
          <w:szCs w:val="24"/>
          <w:lang w:eastAsia="en-GB"/>
        </w:rPr>
      </w:pPr>
    </w:p>
    <w:p w14:paraId="75C53BB4" w14:textId="3A457AEE" w:rsidR="009F37BF" w:rsidRPr="00193ACD" w:rsidRDefault="00C7120F" w:rsidP="00496E8A">
      <w:pPr>
        <w:spacing w:after="0"/>
        <w:rPr>
          <w:rFonts w:ascii="Aptos" w:eastAsia="Times New Roman" w:hAnsi="Aptos" w:cs="Arial"/>
          <w:sz w:val="24"/>
          <w:szCs w:val="24"/>
          <w:lang w:eastAsia="en-GB"/>
        </w:rPr>
      </w:pPr>
      <w:r w:rsidRPr="00193ACD">
        <w:rPr>
          <w:rFonts w:ascii="Aptos" w:eastAsia="Times New Roman" w:hAnsi="Aptos" w:cs="Arial"/>
          <w:sz w:val="24"/>
          <w:szCs w:val="24"/>
          <w:lang w:eastAsia="en-GB"/>
        </w:rPr>
        <w:t xml:space="preserve">For more information, please refer to our </w:t>
      </w:r>
      <w:hyperlink r:id="rId24" w:history="1">
        <w:r w:rsidRPr="00193ACD">
          <w:rPr>
            <w:rStyle w:val="Hyperlink"/>
            <w:rFonts w:ascii="Aptos" w:eastAsia="Times New Roman" w:hAnsi="Aptos" w:cs="Arial"/>
            <w:sz w:val="24"/>
            <w:szCs w:val="24"/>
            <w:lang w:eastAsia="en-GB"/>
          </w:rPr>
          <w:t>Equality, Diversity and Inclusion Strategy</w:t>
        </w:r>
      </w:hyperlink>
    </w:p>
    <w:p w14:paraId="4250A9BD" w14:textId="77777777" w:rsidR="00511F96" w:rsidRPr="00193ACD" w:rsidRDefault="00511F96" w:rsidP="00511F96">
      <w:pPr>
        <w:spacing w:after="0" w:line="240" w:lineRule="auto"/>
        <w:rPr>
          <w:rFonts w:ascii="Aptos" w:eastAsia="Times New Roman" w:hAnsi="Aptos" w:cs="Arial"/>
          <w:sz w:val="24"/>
          <w:szCs w:val="24"/>
          <w:lang w:eastAsia="en-GB"/>
        </w:rPr>
      </w:pPr>
    </w:p>
    <w:p w14:paraId="42A3CDA1" w14:textId="58A78FDC" w:rsidR="00511F96" w:rsidRPr="00193ACD" w:rsidRDefault="00C16F45" w:rsidP="00511F96">
      <w:pPr>
        <w:pStyle w:val="Heading2"/>
        <w:rPr>
          <w:rFonts w:ascii="Aptos" w:hAnsi="Aptos" w:cs="Arial"/>
          <w:color w:val="007CBB"/>
          <w:sz w:val="24"/>
          <w:szCs w:val="24"/>
        </w:rPr>
      </w:pPr>
      <w:bookmarkStart w:id="4" w:name="_Toc222994879"/>
      <w:r w:rsidRPr="00193ACD">
        <w:rPr>
          <w:rFonts w:ascii="Aptos" w:hAnsi="Aptos" w:cs="Arial"/>
          <w:color w:val="007CBB"/>
          <w:sz w:val="24"/>
          <w:szCs w:val="24"/>
        </w:rPr>
        <w:t>Liverpool City Region Fair Employment Charter</w:t>
      </w:r>
      <w:bookmarkEnd w:id="4"/>
    </w:p>
    <w:p w14:paraId="1657A6EA" w14:textId="77777777" w:rsidR="00511F96" w:rsidRPr="00193ACD" w:rsidRDefault="00511F96" w:rsidP="00511F96">
      <w:pPr>
        <w:spacing w:after="0" w:line="240" w:lineRule="auto"/>
        <w:rPr>
          <w:rFonts w:ascii="Aptos" w:hAnsi="Aptos"/>
          <w:bCs/>
          <w:sz w:val="24"/>
          <w:szCs w:val="24"/>
        </w:rPr>
      </w:pPr>
    </w:p>
    <w:p w14:paraId="08E8C97B" w14:textId="092BC4B6" w:rsidR="004E55FD" w:rsidRPr="00193ACD" w:rsidRDefault="00697B51" w:rsidP="00511F96">
      <w:pPr>
        <w:rPr>
          <w:rFonts w:ascii="Aptos" w:hAnsi="Aptos"/>
          <w:bCs/>
          <w:sz w:val="24"/>
          <w:szCs w:val="24"/>
        </w:rPr>
      </w:pPr>
      <w:r w:rsidRPr="00193ACD">
        <w:rPr>
          <w:rFonts w:ascii="Aptos" w:hAnsi="Aptos" w:cs="Arial"/>
          <w:noProof/>
          <w:color w:val="007CBB"/>
          <w:sz w:val="24"/>
          <w:szCs w:val="24"/>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193ACD">
        <w:rPr>
          <w:rFonts w:ascii="Aptos" w:hAnsi="Aptos"/>
          <w:bCs/>
          <w:sz w:val="24"/>
          <w:szCs w:val="24"/>
        </w:rPr>
        <w:t xml:space="preserve">Sefton Council is proud to support the Liverpool City Region Combined Authority Fair Employment Charter, an initiative that promotes fair, healthy, inclusive, and just workplaces across the region. </w:t>
      </w:r>
      <w:r w:rsidR="00C7120F" w:rsidRPr="00193ACD">
        <w:rPr>
          <w:rFonts w:ascii="Aptos" w:hAnsi="Aptos"/>
          <w:bCs/>
          <w:sz w:val="24"/>
          <w:szCs w:val="24"/>
        </w:rPr>
        <w:t xml:space="preserve"> </w:t>
      </w:r>
      <w:r w:rsidR="00C16F45" w:rsidRPr="00193ACD">
        <w:rPr>
          <w:rFonts w:ascii="Aptos" w:hAnsi="Aptos"/>
          <w:bCs/>
          <w:sz w:val="24"/>
          <w:szCs w:val="24"/>
        </w:rPr>
        <w:t xml:space="preserve">The Charter celebrates good employers and encourages the highest standards in employment practice, including fair pay, secure work, opportunities for progression, strong employee voice, and a commitment to staff wellbeing. </w:t>
      </w:r>
      <w:r w:rsidR="00C7120F" w:rsidRPr="00193ACD">
        <w:rPr>
          <w:rFonts w:ascii="Aptos" w:hAnsi="Aptos"/>
          <w:bCs/>
          <w:sz w:val="24"/>
          <w:szCs w:val="24"/>
        </w:rPr>
        <w:t xml:space="preserve"> </w:t>
      </w:r>
      <w:r w:rsidR="00C16F45" w:rsidRPr="00193ACD">
        <w:rPr>
          <w:rFonts w:ascii="Aptos" w:hAnsi="Aptos"/>
          <w:bCs/>
          <w:sz w:val="24"/>
          <w:szCs w:val="24"/>
        </w:rPr>
        <w:t>By aligning with the Charter, we demonstrate our dedication to providing a fair day’s pay for a fair day’s work and to fostering an equitable and supportive working environment for all colleagues.</w:t>
      </w:r>
    </w:p>
    <w:p w14:paraId="07B23CEF" w14:textId="4B47D7BD" w:rsidR="00187F29" w:rsidRPr="00193ACD" w:rsidRDefault="00FA1CF6" w:rsidP="00511F96">
      <w:pPr>
        <w:pStyle w:val="Heading2"/>
        <w:spacing w:before="0" w:line="240" w:lineRule="auto"/>
        <w:rPr>
          <w:rFonts w:ascii="Aptos" w:hAnsi="Aptos" w:cs="Arial"/>
          <w:color w:val="007CBB"/>
          <w:sz w:val="24"/>
          <w:szCs w:val="24"/>
        </w:rPr>
      </w:pPr>
      <w:bookmarkStart w:id="5" w:name="_Toc222994880"/>
      <w:r w:rsidRPr="00193ACD">
        <w:rPr>
          <w:rFonts w:ascii="Aptos" w:hAnsi="Aptos" w:cs="Arial"/>
          <w:color w:val="007CBB"/>
          <w:sz w:val="24"/>
          <w:szCs w:val="24"/>
        </w:rPr>
        <w:t>What We Can Offer You</w:t>
      </w:r>
      <w:bookmarkEnd w:id="5"/>
    </w:p>
    <w:p w14:paraId="293F5468" w14:textId="77777777" w:rsidR="00511F96" w:rsidRPr="00193ACD" w:rsidRDefault="00511F96" w:rsidP="00511F96">
      <w:pPr>
        <w:spacing w:after="0" w:line="240" w:lineRule="auto"/>
        <w:rPr>
          <w:rFonts w:ascii="Aptos" w:hAnsi="Aptos"/>
          <w:sz w:val="24"/>
          <w:szCs w:val="24"/>
        </w:rPr>
      </w:pPr>
    </w:p>
    <w:p w14:paraId="514F9940" w14:textId="5632B9DD" w:rsidR="00547C3F" w:rsidRPr="00193ACD" w:rsidRDefault="00547C3F" w:rsidP="00187F29">
      <w:pPr>
        <w:numPr>
          <w:ilvl w:val="0"/>
          <w:numId w:val="15"/>
        </w:numPr>
        <w:spacing w:after="0" w:line="240" w:lineRule="auto"/>
        <w:rPr>
          <w:rFonts w:ascii="Aptos" w:hAnsi="Aptos"/>
          <w:sz w:val="24"/>
          <w:szCs w:val="24"/>
        </w:rPr>
      </w:pPr>
      <w:r w:rsidRPr="00193ACD">
        <w:rPr>
          <w:rFonts w:ascii="Aptos" w:hAnsi="Aptos"/>
          <w:sz w:val="24"/>
          <w:szCs w:val="24"/>
        </w:rPr>
        <w:t>A supportive and collaborative working environment</w:t>
      </w:r>
      <w:r w:rsidR="0035256F" w:rsidRPr="00193ACD">
        <w:rPr>
          <w:rFonts w:ascii="Aptos" w:hAnsi="Aptos"/>
          <w:sz w:val="24"/>
          <w:szCs w:val="24"/>
        </w:rPr>
        <w:t>.</w:t>
      </w:r>
    </w:p>
    <w:p w14:paraId="71D56C25" w14:textId="571624B0" w:rsidR="00F97F83" w:rsidRPr="00193ACD" w:rsidRDefault="00F97F83" w:rsidP="00BE466B">
      <w:pPr>
        <w:numPr>
          <w:ilvl w:val="0"/>
          <w:numId w:val="15"/>
        </w:numPr>
        <w:rPr>
          <w:rFonts w:ascii="Aptos" w:hAnsi="Aptos"/>
          <w:sz w:val="24"/>
          <w:szCs w:val="24"/>
        </w:rPr>
      </w:pPr>
      <w:r w:rsidRPr="00193ACD">
        <w:rPr>
          <w:rFonts w:ascii="Aptos" w:hAnsi="Aptos"/>
          <w:sz w:val="24"/>
          <w:szCs w:val="24"/>
        </w:rPr>
        <w:t>An agile approach to working.</w:t>
      </w:r>
    </w:p>
    <w:p w14:paraId="3C859B9B" w14:textId="05F0FD36" w:rsidR="00AE37D0" w:rsidRPr="00193ACD" w:rsidRDefault="00547C3F" w:rsidP="00C55123">
      <w:pPr>
        <w:numPr>
          <w:ilvl w:val="0"/>
          <w:numId w:val="15"/>
        </w:numPr>
        <w:rPr>
          <w:rFonts w:ascii="Aptos" w:hAnsi="Aptos"/>
          <w:sz w:val="24"/>
          <w:szCs w:val="24"/>
        </w:rPr>
      </w:pPr>
      <w:r w:rsidRPr="00193ACD">
        <w:rPr>
          <w:rFonts w:ascii="Aptos" w:hAnsi="Aptos"/>
          <w:sz w:val="24"/>
          <w:szCs w:val="24"/>
        </w:rPr>
        <w:t>Opportunities for professional development and career progression</w:t>
      </w:r>
      <w:r w:rsidR="0035256F" w:rsidRPr="00193ACD">
        <w:rPr>
          <w:rFonts w:ascii="Aptos" w:hAnsi="Aptos"/>
          <w:sz w:val="24"/>
          <w:szCs w:val="24"/>
        </w:rPr>
        <w:t>.</w:t>
      </w:r>
    </w:p>
    <w:p w14:paraId="0A1B0A67" w14:textId="552D0E2C" w:rsidR="00547C3F" w:rsidRPr="00193ACD" w:rsidRDefault="00547C3F" w:rsidP="00BE466B">
      <w:pPr>
        <w:numPr>
          <w:ilvl w:val="0"/>
          <w:numId w:val="15"/>
        </w:numPr>
        <w:rPr>
          <w:rFonts w:ascii="Aptos" w:hAnsi="Aptos"/>
          <w:sz w:val="24"/>
          <w:szCs w:val="24"/>
        </w:rPr>
      </w:pPr>
      <w:r w:rsidRPr="00193ACD">
        <w:rPr>
          <w:rFonts w:ascii="Aptos" w:hAnsi="Aptos"/>
          <w:sz w:val="24"/>
          <w:szCs w:val="24"/>
        </w:rPr>
        <w:t>A role where your work makes a real difference across the organisation</w:t>
      </w:r>
      <w:r w:rsidR="0035256F" w:rsidRPr="00193ACD">
        <w:rPr>
          <w:rFonts w:ascii="Aptos" w:hAnsi="Aptos"/>
          <w:sz w:val="24"/>
          <w:szCs w:val="24"/>
        </w:rPr>
        <w:t>.</w:t>
      </w:r>
    </w:p>
    <w:p w14:paraId="4A6AB78E" w14:textId="62F96920" w:rsidR="00547C3F" w:rsidRPr="00193ACD" w:rsidRDefault="00547C3F" w:rsidP="00BE466B">
      <w:pPr>
        <w:numPr>
          <w:ilvl w:val="0"/>
          <w:numId w:val="15"/>
        </w:numPr>
        <w:rPr>
          <w:rFonts w:ascii="Aptos" w:hAnsi="Aptos"/>
          <w:sz w:val="24"/>
          <w:szCs w:val="24"/>
        </w:rPr>
      </w:pPr>
      <w:r w:rsidRPr="00193ACD">
        <w:rPr>
          <w:rFonts w:ascii="Aptos" w:hAnsi="Aptos"/>
          <w:sz w:val="24"/>
          <w:szCs w:val="24"/>
        </w:rPr>
        <w:lastRenderedPageBreak/>
        <w:t>Flexible working arrangements supporting work</w:t>
      </w:r>
      <w:r w:rsidR="00571B76" w:rsidRPr="00193ACD">
        <w:rPr>
          <w:rFonts w:ascii="Aptos" w:hAnsi="Aptos"/>
          <w:sz w:val="24"/>
          <w:szCs w:val="24"/>
        </w:rPr>
        <w:t>-</w:t>
      </w:r>
      <w:r w:rsidRPr="00193ACD">
        <w:rPr>
          <w:rFonts w:ascii="Aptos" w:hAnsi="Aptos"/>
          <w:sz w:val="24"/>
          <w:szCs w:val="24"/>
        </w:rPr>
        <w:t>life balance</w:t>
      </w:r>
      <w:r w:rsidR="0035256F" w:rsidRPr="00193ACD">
        <w:rPr>
          <w:rFonts w:ascii="Aptos" w:hAnsi="Aptos"/>
          <w:sz w:val="24"/>
          <w:szCs w:val="24"/>
        </w:rPr>
        <w:t>.</w:t>
      </w:r>
    </w:p>
    <w:p w14:paraId="5FB8FFD2" w14:textId="3ABAA331" w:rsidR="00547C3F" w:rsidRPr="00193ACD" w:rsidRDefault="00547C3F" w:rsidP="00BE466B">
      <w:pPr>
        <w:numPr>
          <w:ilvl w:val="0"/>
          <w:numId w:val="15"/>
        </w:numPr>
        <w:rPr>
          <w:rFonts w:ascii="Aptos" w:hAnsi="Aptos"/>
          <w:sz w:val="24"/>
          <w:szCs w:val="24"/>
        </w:rPr>
      </w:pPr>
      <w:r w:rsidRPr="00193ACD">
        <w:rPr>
          <w:rFonts w:ascii="Aptos" w:hAnsi="Aptos"/>
          <w:sz w:val="24"/>
          <w:szCs w:val="24"/>
        </w:rPr>
        <w:t>A strong commitment to equality, diversity, and inclusion</w:t>
      </w:r>
      <w:r w:rsidR="0035256F" w:rsidRPr="00193ACD">
        <w:rPr>
          <w:rFonts w:ascii="Aptos" w:hAnsi="Aptos"/>
          <w:sz w:val="24"/>
          <w:szCs w:val="24"/>
        </w:rPr>
        <w:t>.</w:t>
      </w:r>
    </w:p>
    <w:p w14:paraId="1C1AD13F" w14:textId="7060A410" w:rsidR="00FA1CF6" w:rsidRPr="00193ACD" w:rsidRDefault="00547C3F" w:rsidP="00FA1CF6">
      <w:pPr>
        <w:rPr>
          <w:rFonts w:ascii="Aptos" w:hAnsi="Aptos"/>
          <w:sz w:val="24"/>
          <w:szCs w:val="24"/>
        </w:rPr>
      </w:pPr>
      <w:r w:rsidRPr="00193ACD">
        <w:rPr>
          <w:rFonts w:ascii="Aptos" w:hAnsi="Aptos"/>
          <w:sz w:val="24"/>
          <w:szCs w:val="24"/>
        </w:rPr>
        <w:t>Y</w:t>
      </w:r>
      <w:r w:rsidR="00FA1CF6" w:rsidRPr="00193ACD">
        <w:rPr>
          <w:rFonts w:ascii="Aptos" w:hAnsi="Aptos"/>
          <w:sz w:val="24"/>
          <w:szCs w:val="24"/>
        </w:rPr>
        <w:t>ou will benefit from a comprehensive local government employment package</w:t>
      </w:r>
      <w:r w:rsidRPr="00193ACD">
        <w:rPr>
          <w:rFonts w:ascii="Aptos" w:hAnsi="Aptos"/>
          <w:sz w:val="24"/>
          <w:szCs w:val="24"/>
        </w:rPr>
        <w:t xml:space="preserve"> which includes the following:</w:t>
      </w:r>
    </w:p>
    <w:p w14:paraId="09237F97" w14:textId="3E5E2A6B" w:rsidR="00FA1CF6" w:rsidRPr="00193ACD" w:rsidRDefault="00FA1CF6" w:rsidP="00BE466B">
      <w:pPr>
        <w:numPr>
          <w:ilvl w:val="0"/>
          <w:numId w:val="7"/>
        </w:numPr>
        <w:rPr>
          <w:rFonts w:ascii="Aptos" w:hAnsi="Aptos"/>
          <w:sz w:val="24"/>
          <w:szCs w:val="24"/>
        </w:rPr>
      </w:pPr>
      <w:r w:rsidRPr="00193ACD">
        <w:rPr>
          <w:rFonts w:ascii="Aptos" w:hAnsi="Aptos"/>
          <w:sz w:val="24"/>
          <w:szCs w:val="24"/>
        </w:rPr>
        <w:t>Competitive salary in line with NJC Local Government Pay Scales.</w:t>
      </w:r>
    </w:p>
    <w:p w14:paraId="5D01D2A5" w14:textId="6DA5BDB7" w:rsidR="00524633" w:rsidRPr="00193ACD" w:rsidRDefault="00FA1CF6" w:rsidP="00BE466B">
      <w:pPr>
        <w:numPr>
          <w:ilvl w:val="0"/>
          <w:numId w:val="7"/>
        </w:numPr>
        <w:rPr>
          <w:rFonts w:ascii="Aptos" w:hAnsi="Aptos"/>
          <w:sz w:val="24"/>
          <w:szCs w:val="24"/>
        </w:rPr>
      </w:pPr>
      <w:r w:rsidRPr="00193ACD">
        <w:rPr>
          <w:rFonts w:ascii="Aptos" w:hAnsi="Aptos"/>
          <w:sz w:val="24"/>
          <w:szCs w:val="24"/>
        </w:rPr>
        <w:t>Membership of the Local Government Pension Scheme (LGPS), providing a secure, defined benefit pension with employer contributions.</w:t>
      </w:r>
    </w:p>
    <w:p w14:paraId="55EF41BC" w14:textId="36CC7719" w:rsidR="00FA1CF6" w:rsidRPr="00193ACD" w:rsidRDefault="00FA1CF6" w:rsidP="00FA1CF6">
      <w:pPr>
        <w:rPr>
          <w:rFonts w:ascii="Aptos" w:hAnsi="Aptos"/>
          <w:b/>
          <w:bCs/>
          <w:color w:val="007CBB"/>
          <w:sz w:val="24"/>
          <w:szCs w:val="24"/>
        </w:rPr>
      </w:pPr>
      <w:r w:rsidRPr="00193ACD">
        <w:rPr>
          <w:rFonts w:ascii="Aptos" w:hAnsi="Aptos"/>
          <w:b/>
          <w:color w:val="007CBB"/>
          <w:sz w:val="24"/>
          <w:szCs w:val="24"/>
        </w:rPr>
        <w:t>Annual Leave and Work-Life Balance</w:t>
      </w:r>
    </w:p>
    <w:p w14:paraId="25D2CF9D" w14:textId="77777777" w:rsidR="00D74D8D" w:rsidRPr="00193ACD" w:rsidRDefault="00D74D8D" w:rsidP="00BE466B">
      <w:pPr>
        <w:numPr>
          <w:ilvl w:val="0"/>
          <w:numId w:val="8"/>
        </w:numPr>
        <w:rPr>
          <w:rFonts w:ascii="Aptos" w:eastAsia="Arial" w:hAnsi="Aptos" w:cs="Arial"/>
          <w:sz w:val="24"/>
          <w:szCs w:val="24"/>
        </w:rPr>
      </w:pPr>
      <w:r w:rsidRPr="00193ACD">
        <w:rPr>
          <w:rFonts w:ascii="Aptos" w:hAnsi="Aptos"/>
          <w:sz w:val="24"/>
          <w:szCs w:val="24"/>
        </w:rPr>
        <w:t xml:space="preserve">Generous annual leave entitlement, </w:t>
      </w:r>
      <w:r w:rsidRPr="00193ACD">
        <w:rPr>
          <w:rFonts w:ascii="Aptos" w:eastAsia="Arial" w:hAnsi="Aptos" w:cs="Arial"/>
          <w:sz w:val="24"/>
          <w:szCs w:val="24"/>
        </w:rPr>
        <w:t>28 days annual leave rising to 33 days with 5 years continuous service.</w:t>
      </w:r>
    </w:p>
    <w:p w14:paraId="2B246258" w14:textId="02DB7649" w:rsidR="00FA1CF6" w:rsidRPr="00193ACD" w:rsidRDefault="00FA1CF6" w:rsidP="00BE466B">
      <w:pPr>
        <w:numPr>
          <w:ilvl w:val="0"/>
          <w:numId w:val="8"/>
        </w:numPr>
        <w:rPr>
          <w:rFonts w:ascii="Aptos" w:hAnsi="Aptos"/>
          <w:sz w:val="24"/>
          <w:szCs w:val="24"/>
        </w:rPr>
      </w:pPr>
      <w:r w:rsidRPr="00193ACD">
        <w:rPr>
          <w:rFonts w:ascii="Aptos" w:hAnsi="Aptos"/>
          <w:sz w:val="24"/>
          <w:szCs w:val="24"/>
        </w:rPr>
        <w:t>Additional public (bank) holidays.</w:t>
      </w:r>
    </w:p>
    <w:p w14:paraId="2DDD9C17" w14:textId="31F21007" w:rsidR="00FA1CF6" w:rsidRPr="00193ACD" w:rsidRDefault="00FA1CF6" w:rsidP="00BE466B">
      <w:pPr>
        <w:numPr>
          <w:ilvl w:val="0"/>
          <w:numId w:val="8"/>
        </w:numPr>
        <w:rPr>
          <w:rFonts w:ascii="Aptos" w:hAnsi="Aptos"/>
          <w:sz w:val="24"/>
          <w:szCs w:val="24"/>
        </w:rPr>
      </w:pPr>
      <w:r w:rsidRPr="00193ACD">
        <w:rPr>
          <w:rFonts w:ascii="Aptos" w:hAnsi="Aptos"/>
          <w:sz w:val="24"/>
          <w:szCs w:val="24"/>
        </w:rPr>
        <w:t>Flexible working options to support a healthy work</w:t>
      </w:r>
      <w:r w:rsidR="00390169" w:rsidRPr="00193ACD">
        <w:rPr>
          <w:rFonts w:ascii="Aptos" w:hAnsi="Aptos"/>
          <w:sz w:val="24"/>
          <w:szCs w:val="24"/>
        </w:rPr>
        <w:t>-</w:t>
      </w:r>
      <w:r w:rsidRPr="00193ACD">
        <w:rPr>
          <w:rFonts w:ascii="Aptos" w:hAnsi="Aptos"/>
          <w:sz w:val="24"/>
          <w:szCs w:val="24"/>
        </w:rPr>
        <w:t>life balance, subject to service needs.</w:t>
      </w:r>
    </w:p>
    <w:p w14:paraId="7B7E2274" w14:textId="46D56827" w:rsidR="00866E1F" w:rsidRPr="00193ACD" w:rsidRDefault="00866E1F" w:rsidP="00BE466B">
      <w:pPr>
        <w:numPr>
          <w:ilvl w:val="0"/>
          <w:numId w:val="8"/>
        </w:numPr>
        <w:rPr>
          <w:rFonts w:ascii="Aptos" w:hAnsi="Aptos"/>
          <w:sz w:val="24"/>
          <w:szCs w:val="24"/>
        </w:rPr>
      </w:pPr>
      <w:r w:rsidRPr="00193ACD">
        <w:rPr>
          <w:rFonts w:ascii="Aptos" w:hAnsi="Aptos"/>
          <w:sz w:val="24"/>
          <w:szCs w:val="24"/>
        </w:rPr>
        <w:t>Option to purchase additional annual leave</w:t>
      </w:r>
      <w:r w:rsidR="004F4A4E" w:rsidRPr="00193ACD">
        <w:rPr>
          <w:rFonts w:ascii="Aptos" w:hAnsi="Aptos"/>
          <w:sz w:val="24"/>
          <w:szCs w:val="24"/>
        </w:rPr>
        <w:t>.</w:t>
      </w:r>
    </w:p>
    <w:p w14:paraId="303CA973" w14:textId="77777777" w:rsidR="00FA1CF6" w:rsidRPr="00193ACD" w:rsidRDefault="00FA1CF6" w:rsidP="00FA1CF6">
      <w:pPr>
        <w:rPr>
          <w:rFonts w:ascii="Aptos" w:hAnsi="Aptos"/>
          <w:b/>
          <w:color w:val="007CBB"/>
          <w:sz w:val="24"/>
          <w:szCs w:val="24"/>
        </w:rPr>
      </w:pPr>
      <w:r w:rsidRPr="00193ACD">
        <w:rPr>
          <w:rFonts w:ascii="Aptos" w:hAnsi="Aptos"/>
          <w:b/>
          <w:color w:val="007CBB"/>
          <w:sz w:val="24"/>
          <w:szCs w:val="24"/>
        </w:rPr>
        <w:t>Learning, Development and Career Progression</w:t>
      </w:r>
    </w:p>
    <w:p w14:paraId="1548A4CE" w14:textId="00AE3BD8" w:rsidR="00FA1CF6" w:rsidRPr="00193ACD" w:rsidRDefault="40497DD4" w:rsidP="00BE466B">
      <w:pPr>
        <w:numPr>
          <w:ilvl w:val="0"/>
          <w:numId w:val="9"/>
        </w:numPr>
        <w:rPr>
          <w:rFonts w:ascii="Aptos" w:eastAsia="Arial" w:hAnsi="Aptos" w:cs="Arial"/>
          <w:color w:val="333333"/>
          <w:sz w:val="24"/>
          <w:szCs w:val="24"/>
        </w:rPr>
      </w:pPr>
      <w:r w:rsidRPr="00193ACD">
        <w:rPr>
          <w:rFonts w:ascii="Aptos" w:eastAsia="Arial" w:hAnsi="Aptos" w:cs="Arial"/>
          <w:color w:val="333333"/>
          <w:sz w:val="24"/>
          <w:szCs w:val="24"/>
        </w:rPr>
        <w:t>A comprehensive induction programme</w:t>
      </w:r>
      <w:r w:rsidR="00B60B4B" w:rsidRPr="00193ACD">
        <w:rPr>
          <w:rFonts w:ascii="Aptos" w:eastAsia="Arial" w:hAnsi="Aptos" w:cs="Arial"/>
          <w:color w:val="333333"/>
          <w:sz w:val="24"/>
          <w:szCs w:val="24"/>
        </w:rPr>
        <w:t>.</w:t>
      </w:r>
    </w:p>
    <w:p w14:paraId="5EE662A9" w14:textId="0FBD5EDC" w:rsidR="00FA1CF6" w:rsidRPr="00193ACD" w:rsidRDefault="00FA1CF6" w:rsidP="00BE466B">
      <w:pPr>
        <w:numPr>
          <w:ilvl w:val="0"/>
          <w:numId w:val="9"/>
        </w:numPr>
        <w:rPr>
          <w:rFonts w:ascii="Aptos" w:hAnsi="Aptos"/>
          <w:sz w:val="24"/>
          <w:szCs w:val="24"/>
        </w:rPr>
      </w:pPr>
      <w:r w:rsidRPr="00193ACD">
        <w:rPr>
          <w:rFonts w:ascii="Aptos" w:hAnsi="Aptos"/>
          <w:sz w:val="24"/>
          <w:szCs w:val="24"/>
        </w:rPr>
        <w:t>Access to a wide range of training,</w:t>
      </w:r>
      <w:r w:rsidR="004A77F9" w:rsidRPr="00193ACD">
        <w:rPr>
          <w:rFonts w:ascii="Aptos" w:hAnsi="Aptos"/>
          <w:sz w:val="24"/>
          <w:szCs w:val="24"/>
        </w:rPr>
        <w:t xml:space="preserve"> apprenticeships,</w:t>
      </w:r>
      <w:r w:rsidRPr="00193ACD">
        <w:rPr>
          <w:rFonts w:ascii="Aptos" w:hAnsi="Aptos"/>
          <w:sz w:val="24"/>
          <w:szCs w:val="24"/>
        </w:rPr>
        <w:t xml:space="preserve"> learning</w:t>
      </w:r>
      <w:r w:rsidR="00B60B4B" w:rsidRPr="00193ACD">
        <w:rPr>
          <w:rFonts w:ascii="Aptos" w:hAnsi="Aptos"/>
          <w:sz w:val="24"/>
          <w:szCs w:val="24"/>
        </w:rPr>
        <w:t xml:space="preserve">, </w:t>
      </w:r>
      <w:r w:rsidRPr="00193ACD">
        <w:rPr>
          <w:rFonts w:ascii="Aptos" w:hAnsi="Aptos"/>
          <w:sz w:val="24"/>
          <w:szCs w:val="24"/>
        </w:rPr>
        <w:t>and development opportunities.</w:t>
      </w:r>
    </w:p>
    <w:p w14:paraId="4763E1C2" w14:textId="0E576700" w:rsidR="00FA1CF6" w:rsidRPr="00193ACD" w:rsidRDefault="00FA1CF6" w:rsidP="00BE466B">
      <w:pPr>
        <w:numPr>
          <w:ilvl w:val="0"/>
          <w:numId w:val="9"/>
        </w:numPr>
        <w:rPr>
          <w:rFonts w:ascii="Aptos" w:hAnsi="Aptos"/>
          <w:sz w:val="24"/>
          <w:szCs w:val="24"/>
        </w:rPr>
      </w:pPr>
      <w:r w:rsidRPr="00193ACD">
        <w:rPr>
          <w:rFonts w:ascii="Aptos" w:hAnsi="Aptos"/>
          <w:sz w:val="24"/>
          <w:szCs w:val="24"/>
        </w:rPr>
        <w:t>Support for professional development and role</w:t>
      </w:r>
      <w:r w:rsidR="1553788F" w:rsidRPr="00193ACD">
        <w:rPr>
          <w:rFonts w:ascii="Aptos" w:hAnsi="Aptos"/>
          <w:sz w:val="24"/>
          <w:szCs w:val="24"/>
        </w:rPr>
        <w:t xml:space="preserve"> </w:t>
      </w:r>
      <w:r w:rsidRPr="00193ACD">
        <w:rPr>
          <w:rFonts w:ascii="Aptos" w:hAnsi="Aptos"/>
          <w:sz w:val="24"/>
          <w:szCs w:val="24"/>
        </w:rPr>
        <w:t>related qualifications.</w:t>
      </w:r>
    </w:p>
    <w:p w14:paraId="5DD8ACB0" w14:textId="74D47779" w:rsidR="00FA1CF6" w:rsidRPr="00193ACD" w:rsidRDefault="00FA1CF6" w:rsidP="00BE466B">
      <w:pPr>
        <w:numPr>
          <w:ilvl w:val="0"/>
          <w:numId w:val="9"/>
        </w:numPr>
        <w:rPr>
          <w:rFonts w:ascii="Aptos" w:hAnsi="Aptos"/>
          <w:sz w:val="24"/>
          <w:szCs w:val="24"/>
        </w:rPr>
      </w:pPr>
      <w:r w:rsidRPr="00193ACD">
        <w:rPr>
          <w:rFonts w:ascii="Aptos" w:hAnsi="Aptos"/>
          <w:sz w:val="24"/>
          <w:szCs w:val="24"/>
        </w:rPr>
        <w:t>Opportunities to develop your career within a large and diverse local authority.</w:t>
      </w:r>
    </w:p>
    <w:p w14:paraId="223D7766" w14:textId="255CA8CC" w:rsidR="00FA1CF6" w:rsidRPr="00193ACD" w:rsidRDefault="00FA1CF6" w:rsidP="00FA1CF6">
      <w:pPr>
        <w:rPr>
          <w:rFonts w:ascii="Aptos" w:hAnsi="Aptos"/>
          <w:b/>
          <w:bCs/>
          <w:color w:val="007CBB"/>
          <w:sz w:val="24"/>
          <w:szCs w:val="24"/>
        </w:rPr>
      </w:pPr>
      <w:r w:rsidRPr="00193ACD">
        <w:rPr>
          <w:rFonts w:ascii="Aptos" w:hAnsi="Aptos"/>
          <w:b/>
          <w:color w:val="007CBB"/>
          <w:sz w:val="24"/>
          <w:szCs w:val="24"/>
        </w:rPr>
        <w:t>Health, Wellbeing and Support</w:t>
      </w:r>
    </w:p>
    <w:p w14:paraId="2606030D" w14:textId="37FB6254" w:rsidR="77853C98" w:rsidRPr="00193ACD" w:rsidRDefault="2CAB6C3C" w:rsidP="00BE466B">
      <w:pPr>
        <w:numPr>
          <w:ilvl w:val="0"/>
          <w:numId w:val="10"/>
        </w:numPr>
        <w:rPr>
          <w:rFonts w:ascii="Aptos" w:hAnsi="Aptos"/>
          <w:sz w:val="24"/>
          <w:szCs w:val="24"/>
        </w:rPr>
      </w:pPr>
      <w:r w:rsidRPr="00193ACD">
        <w:rPr>
          <w:rFonts w:ascii="Aptos" w:hAnsi="Aptos"/>
          <w:sz w:val="24"/>
          <w:szCs w:val="24"/>
        </w:rPr>
        <w:t>Enhanced sick pay scheme</w:t>
      </w:r>
      <w:r w:rsidR="002F759F" w:rsidRPr="00193ACD">
        <w:rPr>
          <w:rFonts w:ascii="Aptos" w:hAnsi="Aptos"/>
          <w:sz w:val="24"/>
          <w:szCs w:val="24"/>
        </w:rPr>
        <w:t>.</w:t>
      </w:r>
      <w:r w:rsidRPr="00193ACD">
        <w:rPr>
          <w:rFonts w:ascii="Aptos" w:hAnsi="Aptos"/>
          <w:sz w:val="24"/>
          <w:szCs w:val="24"/>
        </w:rPr>
        <w:t xml:space="preserve"> </w:t>
      </w:r>
    </w:p>
    <w:p w14:paraId="44C1E78D" w14:textId="6D39F806" w:rsidR="00FA1CF6" w:rsidRPr="00193ACD" w:rsidRDefault="00FA1CF6" w:rsidP="00BE466B">
      <w:pPr>
        <w:numPr>
          <w:ilvl w:val="0"/>
          <w:numId w:val="10"/>
        </w:numPr>
        <w:rPr>
          <w:rFonts w:ascii="Aptos" w:hAnsi="Aptos"/>
          <w:sz w:val="24"/>
          <w:szCs w:val="24"/>
        </w:rPr>
      </w:pPr>
      <w:r w:rsidRPr="00193ACD">
        <w:rPr>
          <w:rFonts w:ascii="Aptos" w:hAnsi="Aptos"/>
          <w:sz w:val="24"/>
          <w:szCs w:val="24"/>
        </w:rPr>
        <w:t>Employee wellbeing initiatives and access to occupational health support</w:t>
      </w:r>
      <w:r w:rsidR="009A71D2" w:rsidRPr="00193ACD">
        <w:rPr>
          <w:rFonts w:ascii="Aptos" w:hAnsi="Aptos"/>
          <w:sz w:val="24"/>
          <w:szCs w:val="24"/>
        </w:rPr>
        <w:t>.</w:t>
      </w:r>
    </w:p>
    <w:p w14:paraId="38621623" w14:textId="7DB7ACE7" w:rsidR="00F933C1" w:rsidRPr="00193ACD" w:rsidRDefault="00FA1CF6" w:rsidP="00713D70">
      <w:pPr>
        <w:numPr>
          <w:ilvl w:val="0"/>
          <w:numId w:val="10"/>
        </w:numPr>
        <w:spacing w:after="0"/>
        <w:rPr>
          <w:rFonts w:ascii="Aptos" w:hAnsi="Aptos"/>
          <w:sz w:val="24"/>
          <w:szCs w:val="24"/>
        </w:rPr>
      </w:pPr>
      <w:r w:rsidRPr="00193ACD">
        <w:rPr>
          <w:rFonts w:ascii="Aptos" w:hAnsi="Aptos"/>
          <w:sz w:val="24"/>
          <w:szCs w:val="24"/>
        </w:rPr>
        <w:t>Policies that promote physical and mental wellbeing in the workplace</w:t>
      </w:r>
      <w:r w:rsidR="009A71D2" w:rsidRPr="00193ACD">
        <w:rPr>
          <w:rFonts w:ascii="Aptos" w:hAnsi="Aptos"/>
          <w:sz w:val="24"/>
          <w:szCs w:val="24"/>
        </w:rPr>
        <w:t>.</w:t>
      </w:r>
    </w:p>
    <w:p w14:paraId="7EDB2502" w14:textId="77777777" w:rsidR="00475088" w:rsidRPr="00193ACD" w:rsidRDefault="00475088" w:rsidP="00713D70">
      <w:pPr>
        <w:spacing w:after="0"/>
        <w:rPr>
          <w:rFonts w:ascii="Aptos" w:hAnsi="Aptos"/>
          <w:sz w:val="24"/>
          <w:szCs w:val="24"/>
        </w:rPr>
      </w:pPr>
    </w:p>
    <w:p w14:paraId="388A34D5" w14:textId="56293BB4" w:rsidR="00AE37D0" w:rsidRPr="00193ACD" w:rsidRDefault="00FA1CF6" w:rsidP="00463B70">
      <w:pPr>
        <w:rPr>
          <w:rFonts w:ascii="Aptos" w:hAnsi="Aptos"/>
          <w:b/>
          <w:color w:val="007CBB"/>
          <w:sz w:val="24"/>
          <w:szCs w:val="24"/>
        </w:rPr>
      </w:pPr>
      <w:r w:rsidRPr="00193ACD">
        <w:rPr>
          <w:rFonts w:ascii="Aptos" w:hAnsi="Aptos"/>
          <w:b/>
          <w:color w:val="007CBB"/>
          <w:sz w:val="24"/>
          <w:szCs w:val="24"/>
        </w:rPr>
        <w:t>Family-Friendly and Inclusive Policies</w:t>
      </w:r>
    </w:p>
    <w:p w14:paraId="66CEA451" w14:textId="77777777" w:rsidR="00496E8A" w:rsidRPr="00193ACD" w:rsidRDefault="00496E8A" w:rsidP="00713D70">
      <w:pPr>
        <w:spacing w:after="0"/>
        <w:rPr>
          <w:rFonts w:ascii="Aptos" w:eastAsia="Times New Roman" w:hAnsi="Aptos" w:cs="Arial"/>
          <w:sz w:val="24"/>
          <w:szCs w:val="24"/>
          <w:lang w:eastAsia="en-GB"/>
        </w:rPr>
      </w:pPr>
      <w:r w:rsidRPr="00193ACD">
        <w:rPr>
          <w:rFonts w:ascii="Aptos" w:eastAsia="Times New Roman" w:hAnsi="Aptos" w:cs="Arial"/>
          <w:sz w:val="24"/>
          <w:szCs w:val="24"/>
          <w:lang w:eastAsia="en-GB"/>
        </w:rPr>
        <w:lastRenderedPageBreak/>
        <w:t>Our family</w:t>
      </w:r>
      <w:r w:rsidRPr="00193ACD">
        <w:rPr>
          <w:rFonts w:ascii="Aptos" w:eastAsia="Times New Roman" w:hAnsi="Aptos" w:cs="Arial"/>
          <w:sz w:val="24"/>
          <w:szCs w:val="24"/>
          <w:lang w:eastAsia="en-GB"/>
        </w:rPr>
        <w:noBreakHyphen/>
        <w:t>friendly policies and flexible working arrangements help staff maintain a healthy work</w:t>
      </w:r>
      <w:r w:rsidRPr="00193ACD">
        <w:rPr>
          <w:rFonts w:ascii="Aptos" w:eastAsia="Times New Roman" w:hAnsi="Aptos" w:cs="Arial"/>
          <w:sz w:val="24"/>
          <w:szCs w:val="24"/>
          <w:lang w:eastAsia="en-GB"/>
        </w:rPr>
        <w:noBreakHyphen/>
        <w:t>life balance.</w:t>
      </w:r>
    </w:p>
    <w:p w14:paraId="3885244E" w14:textId="77777777" w:rsidR="00496E8A" w:rsidRPr="00193ACD" w:rsidRDefault="00496E8A" w:rsidP="00713D70">
      <w:pPr>
        <w:spacing w:after="0"/>
        <w:rPr>
          <w:rFonts w:ascii="Aptos" w:hAnsi="Aptos"/>
          <w:b/>
          <w:bCs/>
          <w:color w:val="007CBB"/>
          <w:sz w:val="24"/>
          <w:szCs w:val="24"/>
        </w:rPr>
      </w:pPr>
    </w:p>
    <w:p w14:paraId="0548282F" w14:textId="26B77CFF" w:rsidR="00FA1CF6" w:rsidRPr="00193ACD" w:rsidRDefault="00FA1CF6" w:rsidP="00713D70">
      <w:pPr>
        <w:numPr>
          <w:ilvl w:val="0"/>
          <w:numId w:val="11"/>
        </w:numPr>
        <w:spacing w:after="0"/>
        <w:rPr>
          <w:rFonts w:ascii="Aptos" w:eastAsia="Arial" w:hAnsi="Aptos" w:cs="Arial"/>
          <w:sz w:val="24"/>
          <w:szCs w:val="24"/>
        </w:rPr>
      </w:pPr>
      <w:r w:rsidRPr="00193ACD">
        <w:rPr>
          <w:rFonts w:ascii="Aptos" w:hAnsi="Aptos"/>
          <w:sz w:val="24"/>
          <w:szCs w:val="24"/>
        </w:rPr>
        <w:t>Family</w:t>
      </w:r>
      <w:r w:rsidR="6D5F31B3" w:rsidRPr="00193ACD">
        <w:rPr>
          <w:rFonts w:ascii="Aptos" w:hAnsi="Aptos"/>
          <w:sz w:val="24"/>
          <w:szCs w:val="24"/>
        </w:rPr>
        <w:t xml:space="preserve"> </w:t>
      </w:r>
      <w:r w:rsidRPr="00193ACD">
        <w:rPr>
          <w:rFonts w:ascii="Aptos" w:hAnsi="Aptos"/>
          <w:sz w:val="24"/>
          <w:szCs w:val="24"/>
        </w:rPr>
        <w:t xml:space="preserve">friendly policies, including </w:t>
      </w:r>
      <w:r w:rsidR="2D5FFB87" w:rsidRPr="00193ACD">
        <w:rPr>
          <w:rFonts w:ascii="Aptos" w:hAnsi="Aptos"/>
          <w:sz w:val="24"/>
          <w:szCs w:val="24"/>
        </w:rPr>
        <w:t xml:space="preserve">enhanced </w:t>
      </w:r>
      <w:r w:rsidRPr="00193ACD">
        <w:rPr>
          <w:rFonts w:ascii="Aptos" w:hAnsi="Aptos"/>
          <w:sz w:val="24"/>
          <w:szCs w:val="24"/>
        </w:rPr>
        <w:t xml:space="preserve">maternity, paternity, adoption, </w:t>
      </w:r>
      <w:r w:rsidR="00382592" w:rsidRPr="00193ACD">
        <w:rPr>
          <w:rFonts w:ascii="Aptos" w:hAnsi="Aptos"/>
          <w:sz w:val="24"/>
          <w:szCs w:val="24"/>
        </w:rPr>
        <w:t xml:space="preserve">neonatal care </w:t>
      </w:r>
      <w:r w:rsidRPr="00193ACD">
        <w:rPr>
          <w:rFonts w:ascii="Aptos" w:hAnsi="Aptos"/>
          <w:sz w:val="24"/>
          <w:szCs w:val="24"/>
        </w:rPr>
        <w:t xml:space="preserve">and </w:t>
      </w:r>
      <w:r w:rsidR="5B2B7029" w:rsidRPr="00193ACD">
        <w:rPr>
          <w:rFonts w:ascii="Aptos" w:eastAsia="Helvetica" w:hAnsi="Aptos" w:cs="Helvetica"/>
          <w:color w:val="333333"/>
          <w:sz w:val="24"/>
          <w:szCs w:val="24"/>
        </w:rPr>
        <w:t>special</w:t>
      </w:r>
      <w:r w:rsidRPr="00193ACD">
        <w:rPr>
          <w:rFonts w:ascii="Aptos" w:eastAsia="Helvetica" w:hAnsi="Aptos" w:cs="Helvetica"/>
          <w:color w:val="333333"/>
          <w:sz w:val="24"/>
          <w:szCs w:val="24"/>
        </w:rPr>
        <w:t xml:space="preserve"> leave</w:t>
      </w:r>
      <w:r w:rsidR="5B2B7029" w:rsidRPr="00193ACD">
        <w:rPr>
          <w:rFonts w:ascii="Aptos" w:eastAsia="Helvetica" w:hAnsi="Aptos" w:cs="Helvetica"/>
          <w:color w:val="333333"/>
          <w:sz w:val="24"/>
          <w:szCs w:val="24"/>
        </w:rPr>
        <w:t xml:space="preserve"> </w:t>
      </w:r>
      <w:r w:rsidR="5B2B7029" w:rsidRPr="00193ACD">
        <w:rPr>
          <w:rFonts w:ascii="Aptos" w:eastAsia="Helvetica" w:hAnsi="Aptos" w:cs="Helvetica"/>
          <w:sz w:val="24"/>
          <w:szCs w:val="24"/>
        </w:rPr>
        <w:t xml:space="preserve">to support </w:t>
      </w:r>
      <w:r w:rsidR="00CE7343" w:rsidRPr="00193ACD">
        <w:rPr>
          <w:rFonts w:ascii="Aptos" w:eastAsia="Helvetica" w:hAnsi="Aptos" w:cs="Helvetica"/>
          <w:sz w:val="24"/>
          <w:szCs w:val="24"/>
        </w:rPr>
        <w:t>with</w:t>
      </w:r>
      <w:r w:rsidR="5B2B7029" w:rsidRPr="00193ACD">
        <w:rPr>
          <w:rFonts w:ascii="Aptos" w:eastAsia="Helvetica" w:hAnsi="Aptos" w:cs="Helvetica"/>
          <w:sz w:val="24"/>
          <w:szCs w:val="24"/>
        </w:rPr>
        <w:t xml:space="preserve"> </w:t>
      </w:r>
      <w:r w:rsidR="00FC4661" w:rsidRPr="00193ACD">
        <w:rPr>
          <w:rFonts w:ascii="Aptos" w:eastAsia="Helvetica" w:hAnsi="Aptos" w:cs="Helvetica"/>
          <w:sz w:val="24"/>
          <w:szCs w:val="24"/>
        </w:rPr>
        <w:t>time</w:t>
      </w:r>
      <w:r w:rsidR="5B2B7029" w:rsidRPr="00193ACD">
        <w:rPr>
          <w:rFonts w:ascii="Aptos" w:eastAsia="Helvetica" w:hAnsi="Aptos" w:cs="Helvetica"/>
          <w:sz w:val="24"/>
          <w:szCs w:val="24"/>
        </w:rPr>
        <w:t xml:space="preserve"> off work to deal with issues</w:t>
      </w:r>
      <w:r w:rsidR="00CE7343" w:rsidRPr="00193ACD">
        <w:rPr>
          <w:rFonts w:ascii="Aptos" w:eastAsia="Helvetica" w:hAnsi="Aptos" w:cs="Helvetica"/>
          <w:sz w:val="24"/>
          <w:szCs w:val="24"/>
        </w:rPr>
        <w:t xml:space="preserve"> when</w:t>
      </w:r>
      <w:r w:rsidR="5B2B7029" w:rsidRPr="00193ACD">
        <w:rPr>
          <w:rFonts w:ascii="Aptos" w:eastAsia="Helvetica" w:hAnsi="Aptos" w:cs="Helvetica"/>
          <w:sz w:val="24"/>
          <w:szCs w:val="24"/>
        </w:rPr>
        <w:t xml:space="preserve"> </w:t>
      </w:r>
      <w:r w:rsidR="00CE7343" w:rsidRPr="00193ACD">
        <w:rPr>
          <w:rFonts w:ascii="Aptos" w:eastAsia="Helvetica" w:hAnsi="Aptos" w:cs="Helvetica"/>
          <w:sz w:val="24"/>
          <w:szCs w:val="24"/>
        </w:rPr>
        <w:t>life events happen</w:t>
      </w:r>
      <w:r w:rsidR="5B2B7029" w:rsidRPr="00193ACD">
        <w:rPr>
          <w:rFonts w:ascii="Aptos" w:eastAsia="Helvetica" w:hAnsi="Aptos" w:cs="Helvetica"/>
          <w:sz w:val="24"/>
          <w:szCs w:val="24"/>
        </w:rPr>
        <w:t>.</w:t>
      </w:r>
    </w:p>
    <w:p w14:paraId="6D8C3553" w14:textId="77777777" w:rsidR="00CE7343" w:rsidRPr="00193ACD" w:rsidRDefault="00CE7343" w:rsidP="00CE7343">
      <w:pPr>
        <w:spacing w:after="0"/>
        <w:ind w:left="720"/>
        <w:rPr>
          <w:rFonts w:ascii="Aptos" w:eastAsia="Arial" w:hAnsi="Aptos" w:cs="Arial"/>
          <w:sz w:val="24"/>
          <w:szCs w:val="24"/>
        </w:rPr>
      </w:pPr>
    </w:p>
    <w:p w14:paraId="3C3A5576" w14:textId="039CFF47" w:rsidR="00FA1CF6" w:rsidRPr="00193ACD" w:rsidRDefault="00FA1CF6" w:rsidP="00BE466B">
      <w:pPr>
        <w:numPr>
          <w:ilvl w:val="0"/>
          <w:numId w:val="11"/>
        </w:numPr>
        <w:rPr>
          <w:rFonts w:ascii="Aptos" w:hAnsi="Aptos"/>
          <w:sz w:val="24"/>
          <w:szCs w:val="24"/>
        </w:rPr>
      </w:pPr>
      <w:r w:rsidRPr="00193ACD">
        <w:rPr>
          <w:rFonts w:ascii="Aptos" w:hAnsi="Aptos"/>
          <w:sz w:val="24"/>
          <w:szCs w:val="24"/>
        </w:rPr>
        <w:t>A strong organisational commitment to equality, diversity, and inclusion</w:t>
      </w:r>
      <w:r w:rsidR="009A71D2" w:rsidRPr="00193ACD">
        <w:rPr>
          <w:rFonts w:ascii="Aptos" w:hAnsi="Aptos"/>
          <w:sz w:val="24"/>
          <w:szCs w:val="24"/>
        </w:rPr>
        <w:t>.</w:t>
      </w:r>
    </w:p>
    <w:p w14:paraId="24ED6729" w14:textId="1AFE8D00" w:rsidR="00FA1CF6" w:rsidRPr="00193ACD" w:rsidRDefault="00FA1CF6" w:rsidP="00BE466B">
      <w:pPr>
        <w:numPr>
          <w:ilvl w:val="0"/>
          <w:numId w:val="11"/>
        </w:numPr>
        <w:rPr>
          <w:rFonts w:ascii="Aptos" w:hAnsi="Aptos"/>
          <w:sz w:val="24"/>
          <w:szCs w:val="24"/>
        </w:rPr>
      </w:pPr>
      <w:r w:rsidRPr="00193ACD">
        <w:rPr>
          <w:rFonts w:ascii="Aptos" w:hAnsi="Aptos"/>
          <w:sz w:val="24"/>
          <w:szCs w:val="24"/>
        </w:rPr>
        <w:t>Reasonable adjustments and support to enable disabled employees to thrive</w:t>
      </w:r>
      <w:r w:rsidR="009A71D2" w:rsidRPr="00193ACD">
        <w:rPr>
          <w:rFonts w:ascii="Aptos" w:hAnsi="Aptos"/>
          <w:sz w:val="24"/>
          <w:szCs w:val="24"/>
        </w:rPr>
        <w:t>.</w:t>
      </w:r>
    </w:p>
    <w:p w14:paraId="04B79371" w14:textId="77777777" w:rsidR="00680CB4" w:rsidRPr="00193ACD" w:rsidRDefault="00680CB4" w:rsidP="00680CB4">
      <w:pPr>
        <w:rPr>
          <w:rFonts w:ascii="Aptos" w:hAnsi="Aptos"/>
          <w:b/>
          <w:bCs/>
          <w:color w:val="007CBB"/>
          <w:sz w:val="24"/>
          <w:szCs w:val="24"/>
        </w:rPr>
      </w:pPr>
      <w:r w:rsidRPr="00193ACD">
        <w:rPr>
          <w:rFonts w:ascii="Aptos" w:hAnsi="Aptos"/>
          <w:b/>
          <w:color w:val="007CBB"/>
          <w:sz w:val="24"/>
          <w:szCs w:val="24"/>
        </w:rPr>
        <w:t>Foster Friendly Employer Commitment</w:t>
      </w:r>
    </w:p>
    <w:p w14:paraId="7C81B977" w14:textId="18C0893D" w:rsidR="00C47990" w:rsidRPr="00193ACD" w:rsidRDefault="00680CB4" w:rsidP="00C47990">
      <w:pPr>
        <w:spacing w:after="0"/>
        <w:rPr>
          <w:rFonts w:ascii="Aptos" w:eastAsia="Times New Roman" w:hAnsi="Aptos" w:cs="Arial"/>
          <w:sz w:val="24"/>
          <w:szCs w:val="24"/>
          <w:lang w:eastAsia="en-GB"/>
        </w:rPr>
      </w:pPr>
      <w:r w:rsidRPr="00193ACD">
        <w:rPr>
          <w:rFonts w:ascii="Aptos" w:eastAsia="Times New Roman" w:hAnsi="Aptos" w:cs="Arial"/>
          <w:sz w:val="24"/>
          <w:szCs w:val="24"/>
          <w:lang w:eastAsia="en-GB"/>
        </w:rPr>
        <w:t xml:space="preserve">Sefton Council is proud to be a </w:t>
      </w:r>
      <w:r w:rsidRPr="00193ACD">
        <w:rPr>
          <w:rFonts w:ascii="Aptos" w:eastAsia="Times New Roman" w:hAnsi="Aptos" w:cs="Arial"/>
          <w:i/>
          <w:iCs/>
          <w:sz w:val="24"/>
          <w:szCs w:val="24"/>
          <w:lang w:eastAsia="en-GB"/>
        </w:rPr>
        <w:t>Foster Friendly</w:t>
      </w:r>
      <w:r w:rsidRPr="00193ACD">
        <w:rPr>
          <w:rFonts w:ascii="Aptos" w:eastAsia="Times New Roman" w:hAnsi="Aptos" w:cs="Arial"/>
          <w:sz w:val="24"/>
          <w:szCs w:val="24"/>
          <w:lang w:eastAsia="en-GB"/>
        </w:rPr>
        <w:t xml:space="preserve"> organisation</w:t>
      </w:r>
      <w:r w:rsidR="00BC737D" w:rsidRPr="00193ACD">
        <w:rPr>
          <w:rFonts w:ascii="Aptos" w:eastAsia="Times New Roman" w:hAnsi="Aptos" w:cs="Arial"/>
          <w:sz w:val="24"/>
          <w:szCs w:val="24"/>
          <w:lang w:eastAsia="en-GB"/>
        </w:rPr>
        <w:t xml:space="preserve"> as recognised by The Fostering Network</w:t>
      </w:r>
      <w:r w:rsidRPr="00193ACD">
        <w:rPr>
          <w:rFonts w:ascii="Aptos" w:eastAsia="Times New Roman" w:hAnsi="Aptos" w:cs="Arial"/>
          <w:sz w:val="24"/>
          <w:szCs w:val="24"/>
          <w:lang w:eastAsia="en-GB"/>
        </w:rPr>
        <w:t xml:space="preserve">. </w:t>
      </w:r>
      <w:r w:rsidR="00442354" w:rsidRPr="00193ACD">
        <w:rPr>
          <w:rFonts w:ascii="Aptos" w:eastAsia="Times New Roman" w:hAnsi="Aptos" w:cs="Arial"/>
          <w:sz w:val="24"/>
          <w:szCs w:val="24"/>
          <w:lang w:eastAsia="en-GB"/>
        </w:rPr>
        <w:t xml:space="preserve"> </w:t>
      </w:r>
      <w:r w:rsidRPr="00193ACD">
        <w:rPr>
          <w:rFonts w:ascii="Aptos" w:eastAsia="Times New Roman" w:hAnsi="Aptos" w:cs="Arial"/>
          <w:sz w:val="24"/>
          <w:szCs w:val="24"/>
          <w:lang w:eastAsia="en-GB"/>
        </w:rPr>
        <w:t>We actively support employees who are foster carers or who are applying to foster by offering flexible working arrangements, paid time off for fostering</w:t>
      </w:r>
      <w:r w:rsidRPr="00193ACD">
        <w:rPr>
          <w:rFonts w:ascii="Aptos" w:eastAsia="Times New Roman" w:hAnsi="Aptos" w:cs="Arial"/>
          <w:sz w:val="24"/>
          <w:szCs w:val="24"/>
          <w:lang w:eastAsia="en-GB"/>
        </w:rPr>
        <w:noBreakHyphen/>
        <w:t>related meetings and training, and a workplace culture that recognises the vital role foster carers play in our communities.</w:t>
      </w:r>
    </w:p>
    <w:p w14:paraId="158F37B4" w14:textId="76BD62F2" w:rsidR="00C47990" w:rsidRPr="00193ACD" w:rsidRDefault="00680CB4" w:rsidP="00C41AA7">
      <w:pPr>
        <w:spacing w:after="0"/>
        <w:rPr>
          <w:rFonts w:ascii="Aptos" w:hAnsi="Aptos"/>
          <w:b/>
          <w:bCs/>
          <w:sz w:val="24"/>
          <w:szCs w:val="24"/>
        </w:rPr>
      </w:pPr>
      <w:r w:rsidRPr="00193ACD">
        <w:rPr>
          <w:rFonts w:ascii="Aptos" w:eastAsia="Times New Roman" w:hAnsi="Aptos" w:cs="Arial"/>
          <w:sz w:val="24"/>
          <w:szCs w:val="24"/>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193ACD" w:rsidRDefault="00C41AA7" w:rsidP="00C41AA7">
      <w:pPr>
        <w:spacing w:after="0"/>
        <w:rPr>
          <w:rFonts w:ascii="Aptos" w:hAnsi="Aptos"/>
          <w:b/>
          <w:bCs/>
          <w:sz w:val="24"/>
          <w:szCs w:val="24"/>
        </w:rPr>
      </w:pPr>
    </w:p>
    <w:p w14:paraId="76F8D629" w14:textId="1A6E53BD" w:rsidR="00FA1CF6" w:rsidRPr="00193ACD" w:rsidRDefault="00FA1CF6" w:rsidP="00FA1CF6">
      <w:pPr>
        <w:rPr>
          <w:rFonts w:ascii="Aptos" w:hAnsi="Aptos"/>
          <w:b/>
          <w:bCs/>
          <w:color w:val="007CBB"/>
          <w:sz w:val="24"/>
          <w:szCs w:val="24"/>
        </w:rPr>
      </w:pPr>
      <w:r w:rsidRPr="00193ACD">
        <w:rPr>
          <w:rFonts w:ascii="Aptos" w:hAnsi="Aptos"/>
          <w:b/>
          <w:color w:val="007CBB"/>
          <w:sz w:val="24"/>
          <w:szCs w:val="24"/>
        </w:rPr>
        <w:t xml:space="preserve">Additional Benefits </w:t>
      </w:r>
    </w:p>
    <w:p w14:paraId="5CF81CB4" w14:textId="32740C2C" w:rsidR="00FA1CF6" w:rsidRPr="00193ACD" w:rsidRDefault="00FA1CF6" w:rsidP="00BE466B">
      <w:pPr>
        <w:numPr>
          <w:ilvl w:val="0"/>
          <w:numId w:val="12"/>
        </w:numPr>
        <w:rPr>
          <w:rFonts w:ascii="Aptos" w:hAnsi="Aptos"/>
          <w:sz w:val="24"/>
          <w:szCs w:val="24"/>
        </w:rPr>
      </w:pPr>
      <w:r w:rsidRPr="00193ACD">
        <w:rPr>
          <w:rFonts w:ascii="Aptos" w:hAnsi="Aptos"/>
          <w:sz w:val="24"/>
          <w:szCs w:val="24"/>
        </w:rPr>
        <w:t>Access to salary sacrifice and employee benefit schemes (where applicable)</w:t>
      </w:r>
      <w:r w:rsidR="009A71D2" w:rsidRPr="00193ACD">
        <w:rPr>
          <w:rFonts w:ascii="Aptos" w:hAnsi="Aptos"/>
          <w:sz w:val="24"/>
          <w:szCs w:val="24"/>
        </w:rPr>
        <w:t>.</w:t>
      </w:r>
    </w:p>
    <w:p w14:paraId="35720D3E" w14:textId="2903BF4A" w:rsidR="00FA1CF6" w:rsidRPr="00193ACD" w:rsidRDefault="00FA1CF6" w:rsidP="00BE466B">
      <w:pPr>
        <w:numPr>
          <w:ilvl w:val="0"/>
          <w:numId w:val="12"/>
        </w:numPr>
        <w:rPr>
          <w:rFonts w:ascii="Aptos" w:hAnsi="Aptos"/>
          <w:sz w:val="24"/>
          <w:szCs w:val="24"/>
        </w:rPr>
      </w:pPr>
      <w:r w:rsidRPr="00193ACD">
        <w:rPr>
          <w:rFonts w:ascii="Aptos" w:hAnsi="Aptos"/>
          <w:sz w:val="24"/>
          <w:szCs w:val="24"/>
        </w:rPr>
        <w:t>Opportunities to contribute to meaningful work that supports local communities</w:t>
      </w:r>
      <w:r w:rsidR="009A71D2" w:rsidRPr="00193ACD">
        <w:rPr>
          <w:rFonts w:ascii="Aptos" w:hAnsi="Aptos"/>
          <w:sz w:val="24"/>
          <w:szCs w:val="24"/>
        </w:rPr>
        <w:t>.</w:t>
      </w:r>
    </w:p>
    <w:p w14:paraId="09F959D1" w14:textId="562C695E" w:rsidR="007B5705" w:rsidRPr="00193ACD" w:rsidRDefault="00FA1CF6" w:rsidP="00BE466B">
      <w:pPr>
        <w:numPr>
          <w:ilvl w:val="0"/>
          <w:numId w:val="12"/>
        </w:numPr>
        <w:rPr>
          <w:rFonts w:ascii="Aptos" w:hAnsi="Aptos"/>
          <w:sz w:val="24"/>
          <w:szCs w:val="24"/>
        </w:rPr>
      </w:pPr>
      <w:r w:rsidRPr="00193ACD">
        <w:rPr>
          <w:rFonts w:ascii="Aptos" w:hAnsi="Aptos"/>
          <w:sz w:val="24"/>
          <w:szCs w:val="24"/>
        </w:rPr>
        <w:t>A supportive, values</w:t>
      </w:r>
      <w:r w:rsidR="22D06755" w:rsidRPr="00193ACD">
        <w:rPr>
          <w:rFonts w:ascii="Aptos" w:hAnsi="Aptos"/>
          <w:sz w:val="24"/>
          <w:szCs w:val="24"/>
        </w:rPr>
        <w:t xml:space="preserve"> </w:t>
      </w:r>
      <w:r w:rsidRPr="00193ACD">
        <w:rPr>
          <w:rFonts w:ascii="Aptos" w:hAnsi="Aptos"/>
          <w:sz w:val="24"/>
          <w:szCs w:val="24"/>
        </w:rPr>
        <w:t>led organisational culture</w:t>
      </w:r>
      <w:r w:rsidR="009A71D2" w:rsidRPr="00193ACD">
        <w:rPr>
          <w:rFonts w:ascii="Aptos" w:hAnsi="Aptos"/>
          <w:sz w:val="24"/>
          <w:szCs w:val="24"/>
        </w:rPr>
        <w:t>.</w:t>
      </w:r>
    </w:p>
    <w:p w14:paraId="273320BF" w14:textId="036F149C" w:rsidR="001115BF" w:rsidRPr="00193ACD" w:rsidRDefault="6324EC2D" w:rsidP="001115BF">
      <w:pPr>
        <w:numPr>
          <w:ilvl w:val="0"/>
          <w:numId w:val="12"/>
        </w:numPr>
        <w:spacing w:line="240" w:lineRule="auto"/>
        <w:rPr>
          <w:rFonts w:ascii="Aptos" w:hAnsi="Aptos"/>
          <w:sz w:val="24"/>
          <w:szCs w:val="24"/>
        </w:rPr>
      </w:pPr>
      <w:r w:rsidRPr="00193ACD">
        <w:rPr>
          <w:rFonts w:ascii="Aptos" w:hAnsi="Aptos"/>
          <w:sz w:val="24"/>
          <w:szCs w:val="24"/>
        </w:rPr>
        <w:t>Free parking at office bases (dependent</w:t>
      </w:r>
      <w:r w:rsidR="004B7AC3" w:rsidRPr="00193ACD">
        <w:rPr>
          <w:rFonts w:ascii="Aptos" w:hAnsi="Aptos"/>
          <w:sz w:val="24"/>
          <w:szCs w:val="24"/>
        </w:rPr>
        <w:t xml:space="preserve"> upon the work location</w:t>
      </w:r>
      <w:r w:rsidRPr="00193ACD">
        <w:rPr>
          <w:rFonts w:ascii="Aptos" w:hAnsi="Aptos"/>
          <w:sz w:val="24"/>
          <w:szCs w:val="24"/>
        </w:rPr>
        <w:t>)</w:t>
      </w:r>
      <w:r w:rsidR="002B35AD" w:rsidRPr="00193ACD">
        <w:rPr>
          <w:rFonts w:ascii="Aptos" w:hAnsi="Aptos"/>
          <w:sz w:val="24"/>
          <w:szCs w:val="24"/>
        </w:rPr>
        <w:t>.</w:t>
      </w:r>
    </w:p>
    <w:p w14:paraId="4B4222BA" w14:textId="1651A9B5" w:rsidR="00E41A4B" w:rsidRPr="00A91C8B" w:rsidRDefault="00644E3D" w:rsidP="00511F96">
      <w:pPr>
        <w:pStyle w:val="Heading2"/>
        <w:spacing w:before="0"/>
        <w:rPr>
          <w:rFonts w:ascii="Aptos" w:hAnsi="Aptos" w:cs="Arial"/>
          <w:color w:val="007CBB"/>
          <w:sz w:val="24"/>
          <w:szCs w:val="24"/>
        </w:rPr>
      </w:pPr>
      <w:bookmarkStart w:id="6" w:name="_Toc222994881"/>
      <w:r w:rsidRPr="00A91C8B">
        <w:rPr>
          <w:rFonts w:ascii="Aptos" w:hAnsi="Aptos" w:cs="Arial"/>
          <w:color w:val="007CBB"/>
          <w:sz w:val="24"/>
          <w:szCs w:val="24"/>
        </w:rPr>
        <w:t>About the Role</w:t>
      </w:r>
      <w:bookmarkEnd w:id="6"/>
    </w:p>
    <w:p w14:paraId="13882020" w14:textId="77777777" w:rsidR="00511F96" w:rsidRPr="00563896" w:rsidRDefault="00511F96" w:rsidP="00FE1E81">
      <w:pPr>
        <w:spacing w:after="0"/>
        <w:jc w:val="both"/>
        <w:rPr>
          <w:rFonts w:ascii="Aptos" w:hAnsi="Aptos"/>
          <w:sz w:val="24"/>
          <w:szCs w:val="24"/>
        </w:rPr>
      </w:pPr>
    </w:p>
    <w:p w14:paraId="310F3B08" w14:textId="7DBDE502" w:rsidR="00E41A4B" w:rsidRPr="00563896" w:rsidRDefault="00E41A4B" w:rsidP="00FE1E81">
      <w:pPr>
        <w:spacing w:after="0"/>
        <w:jc w:val="both"/>
        <w:rPr>
          <w:rFonts w:ascii="Aptos" w:hAnsi="Aptos" w:cs="Calibri"/>
          <w:sz w:val="24"/>
          <w:szCs w:val="24"/>
        </w:rPr>
      </w:pPr>
      <w:r w:rsidRPr="00563896">
        <w:rPr>
          <w:rFonts w:ascii="Aptos" w:hAnsi="Aptos" w:cs="Calibri"/>
          <w:sz w:val="24"/>
          <w:szCs w:val="24"/>
        </w:rPr>
        <w:t xml:space="preserve">This is a pivotal role at the heart of </w:t>
      </w:r>
      <w:r w:rsidR="005661E9" w:rsidRPr="00563896">
        <w:rPr>
          <w:rFonts w:ascii="Aptos" w:hAnsi="Aptos" w:cs="Calibri"/>
          <w:sz w:val="24"/>
          <w:szCs w:val="24"/>
        </w:rPr>
        <w:t xml:space="preserve">our </w:t>
      </w:r>
      <w:r w:rsidR="00A91C8B" w:rsidRPr="00563896">
        <w:rPr>
          <w:rFonts w:ascii="Aptos" w:hAnsi="Aptos" w:cs="Calibri"/>
          <w:sz w:val="24"/>
          <w:szCs w:val="24"/>
        </w:rPr>
        <w:t>communities</w:t>
      </w:r>
      <w:r w:rsidR="005661E9" w:rsidRPr="00563896">
        <w:rPr>
          <w:rFonts w:ascii="Aptos" w:hAnsi="Aptos" w:cs="Calibri"/>
          <w:sz w:val="24"/>
          <w:szCs w:val="24"/>
        </w:rPr>
        <w:t xml:space="preserve">, as the Place Partnership work continues to develop you will play a critical role in leading the movement </w:t>
      </w:r>
      <w:r w:rsidR="00EC286F" w:rsidRPr="00563896">
        <w:rPr>
          <w:rFonts w:ascii="Aptos" w:hAnsi="Aptos" w:cs="Calibri"/>
          <w:sz w:val="24"/>
          <w:szCs w:val="24"/>
        </w:rPr>
        <w:t>and connecting with partners.</w:t>
      </w:r>
    </w:p>
    <w:p w14:paraId="30586A4A" w14:textId="77777777" w:rsidR="00E41A4B" w:rsidRPr="00563896" w:rsidRDefault="00E41A4B" w:rsidP="00FE1E81">
      <w:pPr>
        <w:spacing w:after="0" w:line="240" w:lineRule="auto"/>
        <w:jc w:val="both"/>
        <w:rPr>
          <w:rFonts w:ascii="Aptos" w:hAnsi="Aptos" w:cs="Calibri"/>
          <w:sz w:val="24"/>
          <w:szCs w:val="24"/>
        </w:rPr>
      </w:pPr>
    </w:p>
    <w:p w14:paraId="4AF25E31" w14:textId="796D7F38" w:rsidR="00E41A4B" w:rsidRPr="00563896" w:rsidRDefault="00E41A4B" w:rsidP="00FE1E81">
      <w:pPr>
        <w:spacing w:after="0" w:line="240" w:lineRule="auto"/>
        <w:jc w:val="both"/>
        <w:rPr>
          <w:rFonts w:ascii="Aptos" w:hAnsi="Aptos" w:cs="Calibri"/>
          <w:sz w:val="24"/>
          <w:szCs w:val="24"/>
        </w:rPr>
      </w:pPr>
      <w:r w:rsidRPr="00563896">
        <w:rPr>
          <w:rFonts w:ascii="Aptos" w:hAnsi="Aptos" w:cs="Calibri"/>
          <w:sz w:val="24"/>
          <w:szCs w:val="24"/>
        </w:rPr>
        <w:t xml:space="preserve">You will also </w:t>
      </w:r>
      <w:r w:rsidR="00A91C8B" w:rsidRPr="00563896">
        <w:rPr>
          <w:rFonts w:ascii="Aptos" w:hAnsi="Aptos" w:cs="Calibri"/>
          <w:sz w:val="24"/>
          <w:szCs w:val="24"/>
        </w:rPr>
        <w:t>be Sefton’s representation and key person liaising with Merseyside Sports Partnership and Sport England to deliver the priorities outlined as part of the Place Partnership work.</w:t>
      </w:r>
    </w:p>
    <w:p w14:paraId="4F145850" w14:textId="77777777" w:rsidR="00E41A4B" w:rsidRPr="00563896" w:rsidRDefault="00E41A4B" w:rsidP="00822870">
      <w:pPr>
        <w:spacing w:after="0" w:line="240" w:lineRule="auto"/>
        <w:jc w:val="both"/>
        <w:rPr>
          <w:rFonts w:ascii="Aptos" w:hAnsi="Aptos" w:cs="Calibri"/>
          <w:sz w:val="24"/>
          <w:szCs w:val="24"/>
          <w:highlight w:val="red"/>
        </w:rPr>
      </w:pPr>
    </w:p>
    <w:p w14:paraId="5A8CDF16" w14:textId="77777777" w:rsidR="00E41A4B" w:rsidRDefault="00E41A4B" w:rsidP="00822870">
      <w:pPr>
        <w:spacing w:after="0" w:line="240" w:lineRule="auto"/>
        <w:jc w:val="both"/>
        <w:rPr>
          <w:rFonts w:ascii="Aptos" w:hAnsi="Aptos" w:cs="Calibri"/>
          <w:sz w:val="24"/>
          <w:szCs w:val="24"/>
        </w:rPr>
      </w:pPr>
      <w:r w:rsidRPr="00563896">
        <w:rPr>
          <w:rFonts w:ascii="Aptos" w:hAnsi="Aptos" w:cs="Calibri"/>
          <w:sz w:val="24"/>
          <w:szCs w:val="24"/>
        </w:rPr>
        <w:t>The key responsibilities include:</w:t>
      </w:r>
    </w:p>
    <w:p w14:paraId="5EAAB964" w14:textId="77777777" w:rsidR="00871834" w:rsidRPr="00563896" w:rsidRDefault="00871834" w:rsidP="00822870">
      <w:pPr>
        <w:spacing w:after="0" w:line="240" w:lineRule="auto"/>
        <w:jc w:val="both"/>
        <w:rPr>
          <w:rFonts w:ascii="Aptos" w:hAnsi="Aptos" w:cs="Calibri"/>
          <w:sz w:val="24"/>
          <w:szCs w:val="24"/>
        </w:rPr>
      </w:pPr>
    </w:p>
    <w:p w14:paraId="0AC7EEE0" w14:textId="77777777" w:rsidR="00CE1AF4" w:rsidRPr="00CE1AF4" w:rsidRDefault="00CE1AF4" w:rsidP="00CE1AF4">
      <w:pPr>
        <w:numPr>
          <w:ilvl w:val="0"/>
          <w:numId w:val="50"/>
        </w:numPr>
        <w:suppressAutoHyphens/>
        <w:autoSpaceDE w:val="0"/>
        <w:autoSpaceDN w:val="0"/>
        <w:adjustRightInd w:val="0"/>
        <w:spacing w:after="0" w:line="240" w:lineRule="auto"/>
        <w:jc w:val="both"/>
        <w:textAlignment w:val="center"/>
        <w:rPr>
          <w:rFonts w:ascii="Aptos" w:eastAsia="Calibri" w:hAnsi="Aptos" w:cs="Calibri"/>
          <w:bCs/>
          <w:sz w:val="24"/>
          <w:szCs w:val="24"/>
        </w:rPr>
      </w:pPr>
      <w:r w:rsidRPr="00CE1AF4">
        <w:rPr>
          <w:rFonts w:ascii="Aptos" w:eastAsia="Calibri" w:hAnsi="Aptos" w:cs="Calibri"/>
          <w:bCs/>
          <w:sz w:val="24"/>
          <w:szCs w:val="24"/>
        </w:rPr>
        <w:t>Lead on the development of strategies for embedding systems leadership and collaborative community development, to positively influence system transformation around active lives.</w:t>
      </w:r>
    </w:p>
    <w:p w14:paraId="3323C844" w14:textId="77777777" w:rsidR="00CE1AF4" w:rsidRPr="00CE1AF4" w:rsidRDefault="00CE1AF4" w:rsidP="00CE1AF4">
      <w:pPr>
        <w:numPr>
          <w:ilvl w:val="0"/>
          <w:numId w:val="50"/>
        </w:numPr>
        <w:suppressAutoHyphens/>
        <w:autoSpaceDE w:val="0"/>
        <w:autoSpaceDN w:val="0"/>
        <w:adjustRightInd w:val="0"/>
        <w:spacing w:after="0" w:line="240" w:lineRule="auto"/>
        <w:jc w:val="both"/>
        <w:textAlignment w:val="center"/>
        <w:rPr>
          <w:rFonts w:ascii="Aptos" w:eastAsia="Calibri" w:hAnsi="Aptos" w:cs="Calibri"/>
          <w:bCs/>
          <w:sz w:val="24"/>
          <w:szCs w:val="24"/>
        </w:rPr>
      </w:pPr>
      <w:r w:rsidRPr="00CE1AF4">
        <w:rPr>
          <w:rFonts w:ascii="Aptos" w:eastAsia="Calibri" w:hAnsi="Aptos" w:cs="Calibri"/>
          <w:bCs/>
          <w:sz w:val="24"/>
          <w:szCs w:val="24"/>
        </w:rPr>
        <w:t>To promote innovative policy development and best practice in active lives, systems leadership and collaborative working based on significant knowledge, skills and expertise informed by national and international research and practice.</w:t>
      </w:r>
    </w:p>
    <w:p w14:paraId="7EC697B7" w14:textId="77777777" w:rsidR="00CE1AF4" w:rsidRPr="00CE1AF4" w:rsidRDefault="00CE1AF4" w:rsidP="00CE1AF4">
      <w:pPr>
        <w:numPr>
          <w:ilvl w:val="0"/>
          <w:numId w:val="50"/>
        </w:numPr>
        <w:suppressAutoHyphens/>
        <w:autoSpaceDE w:val="0"/>
        <w:autoSpaceDN w:val="0"/>
        <w:adjustRightInd w:val="0"/>
        <w:spacing w:after="0" w:line="240" w:lineRule="auto"/>
        <w:jc w:val="both"/>
        <w:textAlignment w:val="center"/>
        <w:rPr>
          <w:rFonts w:ascii="Aptos" w:eastAsia="Calibri" w:hAnsi="Aptos" w:cs="Calibri"/>
          <w:bCs/>
          <w:sz w:val="24"/>
          <w:szCs w:val="24"/>
        </w:rPr>
      </w:pPr>
      <w:r w:rsidRPr="00CE1AF4">
        <w:rPr>
          <w:rFonts w:ascii="Aptos" w:eastAsia="Calibri" w:hAnsi="Aptos" w:cs="Calibri"/>
          <w:bCs/>
          <w:sz w:val="24"/>
          <w:szCs w:val="24"/>
        </w:rPr>
        <w:t>Present keynote speeches, presentations and workshops locally, regionally, nationally to promote the work of the project and share learning.</w:t>
      </w:r>
    </w:p>
    <w:p w14:paraId="23B73E78" w14:textId="77777777" w:rsidR="00CE1AF4" w:rsidRPr="00563896" w:rsidRDefault="00CE1AF4" w:rsidP="00CE1AF4">
      <w:pPr>
        <w:numPr>
          <w:ilvl w:val="0"/>
          <w:numId w:val="50"/>
        </w:numPr>
        <w:suppressAutoHyphens/>
        <w:autoSpaceDE w:val="0"/>
        <w:autoSpaceDN w:val="0"/>
        <w:adjustRightInd w:val="0"/>
        <w:spacing w:after="0" w:line="240" w:lineRule="auto"/>
        <w:jc w:val="both"/>
        <w:textAlignment w:val="center"/>
        <w:rPr>
          <w:rFonts w:ascii="Aptos" w:eastAsia="Calibri" w:hAnsi="Aptos" w:cs="Calibri"/>
          <w:bCs/>
          <w:sz w:val="24"/>
          <w:szCs w:val="24"/>
        </w:rPr>
      </w:pPr>
      <w:r w:rsidRPr="00CE1AF4">
        <w:rPr>
          <w:rFonts w:ascii="Aptos" w:eastAsia="Calibri" w:hAnsi="Aptos" w:cs="Calibri"/>
          <w:bCs/>
          <w:sz w:val="24"/>
          <w:szCs w:val="24"/>
        </w:rPr>
        <w:t>To lead on the development, promotion and embedding of fair and inclusive practice within the project approach, to ensure all stakeholders in Sefton listen, learn and embed the learning from diverse voices, perspectives and experiences.</w:t>
      </w:r>
    </w:p>
    <w:p w14:paraId="6E0F15E6" w14:textId="150D6110" w:rsidR="00563896" w:rsidRPr="00CE1AF4" w:rsidRDefault="00563896" w:rsidP="00CE1AF4">
      <w:pPr>
        <w:numPr>
          <w:ilvl w:val="0"/>
          <w:numId w:val="50"/>
        </w:numPr>
        <w:suppressAutoHyphens/>
        <w:autoSpaceDE w:val="0"/>
        <w:autoSpaceDN w:val="0"/>
        <w:adjustRightInd w:val="0"/>
        <w:spacing w:after="0" w:line="240" w:lineRule="auto"/>
        <w:jc w:val="both"/>
        <w:textAlignment w:val="center"/>
        <w:rPr>
          <w:rFonts w:ascii="Aptos" w:eastAsia="Calibri" w:hAnsi="Aptos" w:cs="Calibri"/>
          <w:bCs/>
          <w:sz w:val="24"/>
          <w:szCs w:val="24"/>
        </w:rPr>
      </w:pPr>
      <w:r w:rsidRPr="00563896">
        <w:rPr>
          <w:rFonts w:ascii="Aptos" w:eastAsia="Calibri" w:hAnsi="Aptos" w:cs="Calibri"/>
          <w:bCs/>
          <w:sz w:val="24"/>
          <w:szCs w:val="24"/>
        </w:rPr>
        <w:t>Embed evaluation and learning in all parts of the work.</w:t>
      </w:r>
    </w:p>
    <w:p w14:paraId="635B48B9" w14:textId="77777777" w:rsidR="00E20BF1" w:rsidRPr="00563896" w:rsidRDefault="00E20BF1" w:rsidP="00822870">
      <w:pPr>
        <w:spacing w:after="0" w:line="240" w:lineRule="auto"/>
        <w:jc w:val="both"/>
        <w:rPr>
          <w:rFonts w:ascii="Aptos" w:hAnsi="Aptos" w:cs="Calibri"/>
          <w:sz w:val="24"/>
          <w:szCs w:val="24"/>
          <w:highlight w:val="red"/>
        </w:rPr>
      </w:pPr>
    </w:p>
    <w:p w14:paraId="688EBA90" w14:textId="29A822BC" w:rsidR="00644E3D" w:rsidRPr="00A91C8B" w:rsidRDefault="00644E3D" w:rsidP="00822870">
      <w:pPr>
        <w:spacing w:before="100" w:beforeAutospacing="1" w:after="0" w:line="300" w:lineRule="atLeast"/>
        <w:rPr>
          <w:rFonts w:ascii="Aptos" w:eastAsia="Times New Roman" w:hAnsi="Aptos" w:cs="Arial"/>
          <w:sz w:val="24"/>
          <w:szCs w:val="24"/>
          <w:lang w:eastAsia="en-GB"/>
        </w:rPr>
      </w:pPr>
      <w:r w:rsidRPr="00563896">
        <w:rPr>
          <w:rFonts w:ascii="Aptos" w:eastAsia="Times New Roman" w:hAnsi="Aptos" w:cs="Arial"/>
          <w:sz w:val="24"/>
          <w:szCs w:val="24"/>
          <w:lang w:eastAsia="en-GB"/>
        </w:rPr>
        <w:t xml:space="preserve">This role suits someone who is passionate about </w:t>
      </w:r>
      <w:r w:rsidR="00822A87" w:rsidRPr="00563896">
        <w:rPr>
          <w:rFonts w:ascii="Aptos" w:eastAsia="Times New Roman" w:hAnsi="Aptos" w:cs="Arial"/>
          <w:sz w:val="24"/>
          <w:szCs w:val="24"/>
          <w:lang w:eastAsia="en-GB"/>
        </w:rPr>
        <w:t>the positive impact physical activity has in addressing health inequalities and improving lives for Sefton residents. You will be</w:t>
      </w:r>
      <w:r w:rsidRPr="00563896">
        <w:rPr>
          <w:rFonts w:ascii="Aptos" w:eastAsia="Times New Roman" w:hAnsi="Aptos" w:cs="Arial"/>
          <w:sz w:val="24"/>
          <w:szCs w:val="24"/>
          <w:lang w:eastAsia="en-GB"/>
        </w:rPr>
        <w:t xml:space="preserve"> committed to maintaining high standards, and confident</w:t>
      </w:r>
      <w:r w:rsidRPr="00A91C8B">
        <w:rPr>
          <w:rFonts w:ascii="Aptos" w:eastAsia="Times New Roman" w:hAnsi="Aptos" w:cs="Arial"/>
          <w:sz w:val="24"/>
          <w:szCs w:val="24"/>
          <w:lang w:eastAsia="en-GB"/>
        </w:rPr>
        <w:t xml:space="preserve"> working both independently and collaboratively </w:t>
      </w:r>
      <w:r w:rsidR="00A91C8B" w:rsidRPr="00A91C8B">
        <w:rPr>
          <w:rFonts w:ascii="Aptos" w:eastAsia="Times New Roman" w:hAnsi="Aptos" w:cs="Arial"/>
          <w:sz w:val="24"/>
          <w:szCs w:val="24"/>
          <w:lang w:eastAsia="en-GB"/>
        </w:rPr>
        <w:t>across Sefton and the wider Liverpool City Region.</w:t>
      </w:r>
    </w:p>
    <w:p w14:paraId="22E741C0" w14:textId="36488C28" w:rsidR="00032434" w:rsidRPr="00193ACD" w:rsidRDefault="00032434" w:rsidP="00032434">
      <w:pPr>
        <w:spacing w:before="100" w:beforeAutospacing="1" w:after="100" w:afterAutospacing="1" w:line="300" w:lineRule="atLeast"/>
        <w:rPr>
          <w:rFonts w:ascii="Aptos" w:eastAsia="Times New Roman" w:hAnsi="Aptos" w:cs="Arial"/>
          <w:sz w:val="24"/>
          <w:szCs w:val="24"/>
          <w:lang w:eastAsia="en-GB"/>
        </w:rPr>
      </w:pPr>
      <w:r w:rsidRPr="005661E9">
        <w:rPr>
          <w:rFonts w:ascii="Aptos" w:eastAsia="Times New Roman" w:hAnsi="Aptos" w:cs="Arial"/>
          <w:sz w:val="24"/>
          <w:szCs w:val="24"/>
          <w:lang w:eastAsia="en-GB"/>
        </w:rPr>
        <w:t xml:space="preserve">Please see </w:t>
      </w:r>
      <w:r w:rsidRPr="005661E9">
        <w:rPr>
          <w:rFonts w:ascii="Aptos" w:eastAsia="Times New Roman" w:hAnsi="Aptos" w:cs="Arial"/>
          <w:b/>
          <w:bCs/>
          <w:sz w:val="24"/>
          <w:szCs w:val="24"/>
          <w:lang w:eastAsia="en-GB"/>
        </w:rPr>
        <w:t>Appendix A</w:t>
      </w:r>
      <w:r w:rsidR="006F7222" w:rsidRPr="005661E9">
        <w:rPr>
          <w:rFonts w:ascii="Aptos" w:eastAsia="Times New Roman" w:hAnsi="Aptos" w:cs="Arial"/>
          <w:b/>
          <w:bCs/>
          <w:sz w:val="24"/>
          <w:szCs w:val="24"/>
          <w:lang w:eastAsia="en-GB"/>
        </w:rPr>
        <w:t xml:space="preserve"> (page 10)</w:t>
      </w:r>
      <w:r w:rsidRPr="005661E9">
        <w:rPr>
          <w:rFonts w:ascii="Aptos" w:eastAsia="Times New Roman" w:hAnsi="Aptos" w:cs="Arial"/>
          <w:sz w:val="24"/>
          <w:szCs w:val="24"/>
          <w:lang w:eastAsia="en-GB"/>
        </w:rPr>
        <w:t xml:space="preserve"> for a full copy of the Job Description and Person Specification.</w:t>
      </w:r>
    </w:p>
    <w:p w14:paraId="0D9B8919" w14:textId="77777777" w:rsidR="00032434" w:rsidRPr="00193ACD" w:rsidRDefault="00032434" w:rsidP="00032434">
      <w:pPr>
        <w:rPr>
          <w:rFonts w:ascii="Aptos" w:hAnsi="Aptos"/>
          <w:sz w:val="24"/>
          <w:szCs w:val="24"/>
        </w:rPr>
      </w:pPr>
    </w:p>
    <w:p w14:paraId="421B1398" w14:textId="77777777" w:rsidR="00F86ADF" w:rsidRPr="00193ACD" w:rsidRDefault="00F86ADF">
      <w:pPr>
        <w:rPr>
          <w:rFonts w:ascii="Aptos" w:eastAsiaTheme="majorEastAsia" w:hAnsi="Aptos" w:cs="Arial"/>
          <w:b/>
          <w:bCs/>
          <w:color w:val="007CBB"/>
          <w:sz w:val="24"/>
          <w:szCs w:val="24"/>
        </w:rPr>
      </w:pPr>
      <w:r w:rsidRPr="00193ACD">
        <w:rPr>
          <w:rFonts w:ascii="Aptos" w:hAnsi="Aptos" w:cs="Arial"/>
          <w:color w:val="007CBB"/>
          <w:sz w:val="24"/>
          <w:szCs w:val="24"/>
        </w:rPr>
        <w:br w:type="page"/>
      </w:r>
    </w:p>
    <w:p w14:paraId="4F5839D7" w14:textId="77777777" w:rsidR="00F86ADF" w:rsidRPr="00193ACD" w:rsidRDefault="00F86ADF" w:rsidP="00972DD3">
      <w:pPr>
        <w:pStyle w:val="Heading2"/>
        <w:spacing w:before="0" w:line="240" w:lineRule="auto"/>
        <w:rPr>
          <w:rFonts w:ascii="Aptos" w:hAnsi="Aptos" w:cs="Arial"/>
          <w:color w:val="007CBB"/>
          <w:sz w:val="24"/>
          <w:szCs w:val="24"/>
        </w:rPr>
      </w:pPr>
    </w:p>
    <w:p w14:paraId="41728CBE" w14:textId="23CB751A" w:rsidR="00972DD3" w:rsidRPr="00193ACD" w:rsidRDefault="0001246D" w:rsidP="00972DD3">
      <w:pPr>
        <w:pStyle w:val="Heading2"/>
        <w:spacing w:before="0" w:line="240" w:lineRule="auto"/>
        <w:rPr>
          <w:rFonts w:ascii="Aptos" w:hAnsi="Aptos" w:cs="Arial"/>
          <w:color w:val="007CBB"/>
          <w:sz w:val="24"/>
          <w:szCs w:val="24"/>
        </w:rPr>
      </w:pPr>
      <w:bookmarkStart w:id="7" w:name="_Toc222994882"/>
      <w:r w:rsidRPr="00193ACD">
        <w:rPr>
          <w:rFonts w:ascii="Aptos" w:hAnsi="Aptos" w:cs="Arial"/>
          <w:color w:val="007CBB"/>
          <w:sz w:val="24"/>
          <w:szCs w:val="24"/>
        </w:rPr>
        <w:t xml:space="preserve">Top </w:t>
      </w:r>
      <w:r w:rsidR="0041539A" w:rsidRPr="00193ACD">
        <w:rPr>
          <w:rFonts w:ascii="Aptos" w:hAnsi="Aptos" w:cs="Arial"/>
          <w:color w:val="007CBB"/>
          <w:sz w:val="24"/>
          <w:szCs w:val="24"/>
        </w:rPr>
        <w:t xml:space="preserve">Tips on </w:t>
      </w:r>
      <w:r w:rsidR="00E16F88" w:rsidRPr="00193ACD">
        <w:rPr>
          <w:rFonts w:ascii="Aptos" w:hAnsi="Aptos" w:cs="Arial"/>
          <w:color w:val="007CBB"/>
          <w:sz w:val="24"/>
          <w:szCs w:val="24"/>
        </w:rPr>
        <w:t>How to Apply</w:t>
      </w:r>
      <w:bookmarkEnd w:id="7"/>
    </w:p>
    <w:p w14:paraId="54751EE5" w14:textId="77777777" w:rsidR="00972DD3" w:rsidRPr="00193ACD" w:rsidRDefault="00972DD3" w:rsidP="00972DD3">
      <w:pPr>
        <w:spacing w:after="0" w:line="240" w:lineRule="auto"/>
        <w:rPr>
          <w:rFonts w:ascii="Aptos" w:hAnsi="Aptos"/>
          <w:sz w:val="24"/>
          <w:szCs w:val="24"/>
        </w:rPr>
      </w:pPr>
    </w:p>
    <w:p w14:paraId="3D8C56CF" w14:textId="5D665721" w:rsidR="005F3F2A" w:rsidRPr="00193ACD" w:rsidRDefault="005F3F2A" w:rsidP="00972DD3">
      <w:pPr>
        <w:spacing w:after="0" w:line="240" w:lineRule="auto"/>
        <w:rPr>
          <w:rFonts w:ascii="Aptos" w:hAnsi="Aptos"/>
          <w:sz w:val="24"/>
          <w:szCs w:val="24"/>
        </w:rPr>
      </w:pPr>
      <w:r w:rsidRPr="00193ACD">
        <w:rPr>
          <w:rFonts w:ascii="Aptos" w:hAnsi="Aptos"/>
          <w:sz w:val="24"/>
          <w:szCs w:val="24"/>
        </w:rPr>
        <w:t xml:space="preserve">Submitting a strong application gives you the best chance of progressing to the next stage of the recruitment process. </w:t>
      </w:r>
      <w:r w:rsidR="00C56AA1" w:rsidRPr="00193ACD">
        <w:rPr>
          <w:rFonts w:ascii="Aptos" w:hAnsi="Aptos"/>
          <w:sz w:val="24"/>
          <w:szCs w:val="24"/>
        </w:rPr>
        <w:t xml:space="preserve"> </w:t>
      </w:r>
      <w:r w:rsidRPr="00193ACD">
        <w:rPr>
          <w:rFonts w:ascii="Aptos" w:hAnsi="Aptos"/>
          <w:sz w:val="24"/>
          <w:szCs w:val="24"/>
        </w:rPr>
        <w:t>The following guidance applies to all roles and will help you prepare a clear, compelling application:</w:t>
      </w:r>
    </w:p>
    <w:p w14:paraId="71F1570A" w14:textId="77777777" w:rsidR="00972DD3" w:rsidRPr="00193ACD" w:rsidRDefault="00972DD3" w:rsidP="00972DD3">
      <w:pPr>
        <w:spacing w:after="0" w:line="240" w:lineRule="auto"/>
        <w:rPr>
          <w:rFonts w:ascii="Aptos" w:hAnsi="Aptos"/>
          <w:sz w:val="24"/>
          <w:szCs w:val="24"/>
        </w:rPr>
      </w:pPr>
    </w:p>
    <w:p w14:paraId="4BEB2042" w14:textId="77777777" w:rsidR="005F3F2A" w:rsidRPr="00193ACD" w:rsidRDefault="005F3F2A" w:rsidP="005F3F2A">
      <w:pPr>
        <w:rPr>
          <w:rFonts w:ascii="Aptos" w:hAnsi="Aptos"/>
          <w:b/>
          <w:bCs/>
          <w:sz w:val="24"/>
          <w:szCs w:val="24"/>
        </w:rPr>
      </w:pPr>
      <w:r w:rsidRPr="00193ACD">
        <w:rPr>
          <w:rFonts w:ascii="Aptos" w:hAnsi="Aptos"/>
          <w:b/>
          <w:bCs/>
          <w:sz w:val="24"/>
          <w:szCs w:val="24"/>
        </w:rPr>
        <w:t>1. Read the Job Description and Person Specification Thoroughly</w:t>
      </w:r>
    </w:p>
    <w:p w14:paraId="164174BF" w14:textId="77777777" w:rsidR="005F3F2A" w:rsidRPr="00193ACD" w:rsidRDefault="005F3F2A" w:rsidP="00BE466B">
      <w:pPr>
        <w:numPr>
          <w:ilvl w:val="0"/>
          <w:numId w:val="31"/>
        </w:numPr>
        <w:rPr>
          <w:rFonts w:ascii="Aptos" w:hAnsi="Aptos"/>
          <w:sz w:val="24"/>
          <w:szCs w:val="24"/>
        </w:rPr>
      </w:pPr>
      <w:r w:rsidRPr="00193ACD">
        <w:rPr>
          <w:rFonts w:ascii="Aptos" w:hAnsi="Aptos"/>
          <w:sz w:val="24"/>
          <w:szCs w:val="24"/>
        </w:rPr>
        <w:t>Make sure you understand the key duties, expectations, and essential criteria.</w:t>
      </w:r>
    </w:p>
    <w:p w14:paraId="28648381" w14:textId="0FCC716F" w:rsidR="00C56AA1" w:rsidRPr="00193ACD" w:rsidRDefault="005F3F2A" w:rsidP="00C41AA7">
      <w:pPr>
        <w:numPr>
          <w:ilvl w:val="0"/>
          <w:numId w:val="31"/>
        </w:numPr>
        <w:rPr>
          <w:rFonts w:ascii="Aptos" w:hAnsi="Aptos"/>
          <w:sz w:val="24"/>
          <w:szCs w:val="24"/>
        </w:rPr>
      </w:pPr>
      <w:r w:rsidRPr="00193ACD">
        <w:rPr>
          <w:rFonts w:ascii="Aptos" w:hAnsi="Aptos"/>
          <w:sz w:val="24"/>
          <w:szCs w:val="24"/>
        </w:rPr>
        <w:t>Use the person specification as your guide when writing your application.</w:t>
      </w:r>
    </w:p>
    <w:p w14:paraId="75841583" w14:textId="77777777" w:rsidR="005F3F2A" w:rsidRPr="00193ACD" w:rsidRDefault="005F3F2A" w:rsidP="005F3F2A">
      <w:pPr>
        <w:rPr>
          <w:rFonts w:ascii="Aptos" w:hAnsi="Aptos"/>
          <w:b/>
          <w:bCs/>
          <w:sz w:val="24"/>
          <w:szCs w:val="24"/>
        </w:rPr>
      </w:pPr>
      <w:r w:rsidRPr="00193ACD">
        <w:rPr>
          <w:rFonts w:ascii="Aptos" w:hAnsi="Aptos"/>
          <w:b/>
          <w:bCs/>
          <w:sz w:val="24"/>
          <w:szCs w:val="24"/>
        </w:rPr>
        <w:t>2. Provide Clear Evidence of Your Skills and Experience</w:t>
      </w:r>
    </w:p>
    <w:p w14:paraId="673A36BA" w14:textId="77777777" w:rsidR="005F3F2A" w:rsidRPr="00193ACD" w:rsidRDefault="005F3F2A" w:rsidP="00BE466B">
      <w:pPr>
        <w:numPr>
          <w:ilvl w:val="0"/>
          <w:numId w:val="32"/>
        </w:numPr>
        <w:rPr>
          <w:rFonts w:ascii="Aptos" w:hAnsi="Aptos"/>
          <w:sz w:val="24"/>
          <w:szCs w:val="24"/>
        </w:rPr>
      </w:pPr>
      <w:r w:rsidRPr="00193ACD">
        <w:rPr>
          <w:rFonts w:ascii="Aptos" w:hAnsi="Aptos"/>
          <w:sz w:val="24"/>
          <w:szCs w:val="24"/>
        </w:rPr>
        <w:t xml:space="preserve">Show </w:t>
      </w:r>
      <w:r w:rsidRPr="00193ACD">
        <w:rPr>
          <w:rFonts w:ascii="Aptos" w:hAnsi="Aptos"/>
          <w:i/>
          <w:iCs/>
          <w:sz w:val="24"/>
          <w:szCs w:val="24"/>
        </w:rPr>
        <w:t>how</w:t>
      </w:r>
      <w:r w:rsidRPr="00193ACD">
        <w:rPr>
          <w:rFonts w:ascii="Aptos" w:hAnsi="Aptos"/>
          <w:sz w:val="24"/>
          <w:szCs w:val="24"/>
        </w:rPr>
        <w:t xml:space="preserve"> you meet the criteria using specific, real examples.</w:t>
      </w:r>
    </w:p>
    <w:p w14:paraId="3F526C64" w14:textId="77777777" w:rsidR="005F3F2A" w:rsidRPr="00193ACD" w:rsidRDefault="005F3F2A" w:rsidP="00BE466B">
      <w:pPr>
        <w:numPr>
          <w:ilvl w:val="0"/>
          <w:numId w:val="32"/>
        </w:numPr>
        <w:rPr>
          <w:rFonts w:ascii="Aptos" w:hAnsi="Aptos"/>
          <w:sz w:val="24"/>
          <w:szCs w:val="24"/>
        </w:rPr>
      </w:pPr>
      <w:r w:rsidRPr="00193ACD">
        <w:rPr>
          <w:rFonts w:ascii="Aptos" w:hAnsi="Aptos"/>
          <w:sz w:val="24"/>
          <w:szCs w:val="24"/>
        </w:rPr>
        <w:t xml:space="preserve">Consider using the </w:t>
      </w:r>
      <w:r w:rsidRPr="00193ACD">
        <w:rPr>
          <w:rFonts w:ascii="Aptos" w:hAnsi="Aptos"/>
          <w:b/>
          <w:bCs/>
          <w:sz w:val="24"/>
          <w:szCs w:val="24"/>
        </w:rPr>
        <w:t>STAR method</w:t>
      </w:r>
      <w:r w:rsidRPr="00193ACD">
        <w:rPr>
          <w:rFonts w:ascii="Aptos" w:hAnsi="Aptos"/>
          <w:sz w:val="24"/>
          <w:szCs w:val="24"/>
        </w:rPr>
        <w:t xml:space="preserve"> (Situation, Task, Action, Result) to structure your responses.</w:t>
      </w:r>
    </w:p>
    <w:p w14:paraId="5815049B" w14:textId="77777777" w:rsidR="005F3F2A" w:rsidRPr="00193ACD" w:rsidRDefault="005F3F2A" w:rsidP="005F3F2A">
      <w:pPr>
        <w:rPr>
          <w:rFonts w:ascii="Aptos" w:hAnsi="Aptos"/>
          <w:b/>
          <w:bCs/>
          <w:sz w:val="24"/>
          <w:szCs w:val="24"/>
        </w:rPr>
      </w:pPr>
      <w:r w:rsidRPr="00193ACD">
        <w:rPr>
          <w:rFonts w:ascii="Aptos" w:hAnsi="Aptos"/>
          <w:b/>
          <w:bCs/>
          <w:sz w:val="24"/>
          <w:szCs w:val="24"/>
        </w:rPr>
        <w:t>3. Tailor Your Application</w:t>
      </w:r>
    </w:p>
    <w:p w14:paraId="395E84B4" w14:textId="4DDC7475" w:rsidR="005F3F2A" w:rsidRPr="00193ACD" w:rsidRDefault="005F3F2A" w:rsidP="00BE466B">
      <w:pPr>
        <w:numPr>
          <w:ilvl w:val="0"/>
          <w:numId w:val="33"/>
        </w:numPr>
        <w:rPr>
          <w:rFonts w:ascii="Aptos" w:hAnsi="Aptos"/>
          <w:sz w:val="24"/>
          <w:szCs w:val="24"/>
        </w:rPr>
      </w:pPr>
      <w:r w:rsidRPr="00193ACD">
        <w:rPr>
          <w:rFonts w:ascii="Aptos" w:hAnsi="Aptos"/>
          <w:sz w:val="24"/>
          <w:szCs w:val="24"/>
        </w:rPr>
        <w:t xml:space="preserve">Avoid generic statements. </w:t>
      </w:r>
      <w:r w:rsidR="003E54C5" w:rsidRPr="00193ACD">
        <w:rPr>
          <w:rFonts w:ascii="Aptos" w:hAnsi="Aptos"/>
          <w:sz w:val="24"/>
          <w:szCs w:val="24"/>
        </w:rPr>
        <w:t xml:space="preserve"> </w:t>
      </w:r>
      <w:r w:rsidRPr="00193ACD">
        <w:rPr>
          <w:rFonts w:ascii="Aptos" w:hAnsi="Aptos"/>
          <w:sz w:val="24"/>
          <w:szCs w:val="24"/>
        </w:rPr>
        <w:t>Focus on experience that directly relates to the role you are applying for.</w:t>
      </w:r>
    </w:p>
    <w:p w14:paraId="7A15B16C" w14:textId="77777777" w:rsidR="005F3F2A" w:rsidRPr="00193ACD" w:rsidRDefault="005F3F2A" w:rsidP="00BE466B">
      <w:pPr>
        <w:numPr>
          <w:ilvl w:val="0"/>
          <w:numId w:val="33"/>
        </w:numPr>
        <w:rPr>
          <w:rFonts w:ascii="Aptos" w:hAnsi="Aptos"/>
          <w:sz w:val="24"/>
          <w:szCs w:val="24"/>
        </w:rPr>
      </w:pPr>
      <w:r w:rsidRPr="00193ACD">
        <w:rPr>
          <w:rFonts w:ascii="Aptos" w:hAnsi="Aptos"/>
          <w:sz w:val="24"/>
          <w:szCs w:val="24"/>
        </w:rPr>
        <w:t>Demonstrate how your strengths align with the organisation’s values and priorities.</w:t>
      </w:r>
    </w:p>
    <w:p w14:paraId="2D4479BE" w14:textId="77777777" w:rsidR="005F3F2A" w:rsidRPr="00193ACD" w:rsidRDefault="005F3F2A" w:rsidP="005F3F2A">
      <w:pPr>
        <w:rPr>
          <w:rFonts w:ascii="Aptos" w:hAnsi="Aptos"/>
          <w:b/>
          <w:bCs/>
          <w:sz w:val="24"/>
          <w:szCs w:val="24"/>
        </w:rPr>
      </w:pPr>
      <w:r w:rsidRPr="00193ACD">
        <w:rPr>
          <w:rFonts w:ascii="Aptos" w:hAnsi="Aptos"/>
          <w:b/>
          <w:bCs/>
          <w:sz w:val="24"/>
          <w:szCs w:val="24"/>
        </w:rPr>
        <w:t>4. Highlight Your Achievements</w:t>
      </w:r>
    </w:p>
    <w:p w14:paraId="36FF2B17" w14:textId="77777777" w:rsidR="005F3F2A" w:rsidRPr="00193ACD" w:rsidRDefault="005F3F2A" w:rsidP="00BE466B">
      <w:pPr>
        <w:numPr>
          <w:ilvl w:val="0"/>
          <w:numId w:val="34"/>
        </w:numPr>
        <w:rPr>
          <w:rFonts w:ascii="Aptos" w:hAnsi="Aptos"/>
          <w:sz w:val="24"/>
          <w:szCs w:val="24"/>
        </w:rPr>
      </w:pPr>
      <w:r w:rsidRPr="00193ACD">
        <w:rPr>
          <w:rFonts w:ascii="Aptos" w:hAnsi="Aptos"/>
          <w:sz w:val="24"/>
          <w:szCs w:val="24"/>
        </w:rPr>
        <w:t>Include examples of work you are proud of or significant contributions you have made in previous roles.</w:t>
      </w:r>
    </w:p>
    <w:p w14:paraId="528CE417" w14:textId="4E1EA777" w:rsidR="00115BE7" w:rsidRPr="00193ACD" w:rsidRDefault="005F3F2A" w:rsidP="00115BE7">
      <w:pPr>
        <w:numPr>
          <w:ilvl w:val="0"/>
          <w:numId w:val="34"/>
        </w:numPr>
        <w:rPr>
          <w:rFonts w:ascii="Aptos" w:hAnsi="Aptos"/>
          <w:sz w:val="24"/>
          <w:szCs w:val="24"/>
        </w:rPr>
      </w:pPr>
      <w:r w:rsidRPr="00193ACD">
        <w:rPr>
          <w:rFonts w:ascii="Aptos" w:hAnsi="Aptos"/>
          <w:sz w:val="24"/>
          <w:szCs w:val="24"/>
        </w:rPr>
        <w:t xml:space="preserve">Emphasise impact </w:t>
      </w:r>
      <w:r w:rsidR="003E54C5" w:rsidRPr="00193ACD">
        <w:rPr>
          <w:rFonts w:ascii="Aptos" w:hAnsi="Aptos"/>
          <w:sz w:val="24"/>
          <w:szCs w:val="24"/>
        </w:rPr>
        <w:t>–</w:t>
      </w:r>
      <w:r w:rsidRPr="00193ACD">
        <w:rPr>
          <w:rFonts w:ascii="Aptos" w:hAnsi="Aptos"/>
          <w:sz w:val="24"/>
          <w:szCs w:val="24"/>
        </w:rPr>
        <w:t xml:space="preserve"> improvements, efficiencies, positive outcomes, or innovations.</w:t>
      </w:r>
    </w:p>
    <w:p w14:paraId="01964C62" w14:textId="77777777" w:rsidR="005F3F2A" w:rsidRPr="00193ACD" w:rsidRDefault="005F3F2A" w:rsidP="005F3F2A">
      <w:pPr>
        <w:rPr>
          <w:rFonts w:ascii="Aptos" w:hAnsi="Aptos"/>
          <w:b/>
          <w:bCs/>
          <w:sz w:val="24"/>
          <w:szCs w:val="24"/>
        </w:rPr>
      </w:pPr>
      <w:r w:rsidRPr="00193ACD">
        <w:rPr>
          <w:rFonts w:ascii="Aptos" w:hAnsi="Aptos"/>
          <w:b/>
          <w:bCs/>
          <w:sz w:val="24"/>
          <w:szCs w:val="24"/>
        </w:rPr>
        <w:t>5. Be Clear About Qualifications and Training</w:t>
      </w:r>
    </w:p>
    <w:p w14:paraId="7DFCFD20" w14:textId="77777777" w:rsidR="005F3F2A" w:rsidRPr="00193ACD" w:rsidRDefault="005F3F2A" w:rsidP="00BE466B">
      <w:pPr>
        <w:numPr>
          <w:ilvl w:val="0"/>
          <w:numId w:val="35"/>
        </w:numPr>
        <w:rPr>
          <w:rFonts w:ascii="Aptos" w:hAnsi="Aptos"/>
          <w:sz w:val="24"/>
          <w:szCs w:val="24"/>
        </w:rPr>
      </w:pPr>
      <w:r w:rsidRPr="00193ACD">
        <w:rPr>
          <w:rFonts w:ascii="Aptos" w:hAnsi="Aptos"/>
          <w:sz w:val="24"/>
          <w:szCs w:val="24"/>
        </w:rPr>
        <w:t>List all relevant qualifications and professional training, including dates and awarding bodies.</w:t>
      </w:r>
    </w:p>
    <w:p w14:paraId="6D87B74C" w14:textId="77777777" w:rsidR="005F3F2A" w:rsidRPr="00193ACD" w:rsidRDefault="005F3F2A" w:rsidP="00BE466B">
      <w:pPr>
        <w:numPr>
          <w:ilvl w:val="0"/>
          <w:numId w:val="35"/>
        </w:numPr>
        <w:rPr>
          <w:rFonts w:ascii="Aptos" w:hAnsi="Aptos"/>
          <w:sz w:val="24"/>
          <w:szCs w:val="24"/>
        </w:rPr>
      </w:pPr>
      <w:r w:rsidRPr="00193ACD">
        <w:rPr>
          <w:rFonts w:ascii="Aptos" w:hAnsi="Aptos"/>
          <w:sz w:val="24"/>
          <w:szCs w:val="24"/>
        </w:rPr>
        <w:t>If you are working towards a qualification, include expected completion dates.</w:t>
      </w:r>
    </w:p>
    <w:p w14:paraId="0A8FE1F6" w14:textId="77777777" w:rsidR="005F3F2A" w:rsidRPr="00193ACD" w:rsidRDefault="005F3F2A" w:rsidP="005F3F2A">
      <w:pPr>
        <w:rPr>
          <w:rFonts w:ascii="Aptos" w:hAnsi="Aptos"/>
          <w:b/>
          <w:bCs/>
          <w:sz w:val="24"/>
          <w:szCs w:val="24"/>
        </w:rPr>
      </w:pPr>
      <w:r w:rsidRPr="00193ACD">
        <w:rPr>
          <w:rFonts w:ascii="Aptos" w:hAnsi="Aptos"/>
          <w:b/>
          <w:bCs/>
          <w:sz w:val="24"/>
          <w:szCs w:val="24"/>
        </w:rPr>
        <w:lastRenderedPageBreak/>
        <w:t>6. Showcase Transferable Skills</w:t>
      </w:r>
    </w:p>
    <w:p w14:paraId="51B7113A" w14:textId="09C2AB34" w:rsidR="00C41AA7" w:rsidRPr="00871834" w:rsidRDefault="005F3F2A" w:rsidP="001115BF">
      <w:pPr>
        <w:numPr>
          <w:ilvl w:val="0"/>
          <w:numId w:val="36"/>
        </w:numPr>
        <w:rPr>
          <w:rFonts w:ascii="Aptos" w:hAnsi="Aptos"/>
          <w:sz w:val="24"/>
          <w:szCs w:val="24"/>
        </w:rPr>
      </w:pPr>
      <w:r w:rsidRPr="00193ACD">
        <w:rPr>
          <w:rFonts w:ascii="Aptos" w:hAnsi="Aptos"/>
          <w:sz w:val="24"/>
          <w:szCs w:val="24"/>
        </w:rPr>
        <w:t>Skills such as communication, teamwork, problem-solving, digital literacy, and organisation are valuable across all roles.</w:t>
      </w:r>
    </w:p>
    <w:p w14:paraId="3D0A4D77" w14:textId="31286EDD" w:rsidR="005F3F2A" w:rsidRPr="00193ACD" w:rsidRDefault="005F3F2A" w:rsidP="00BE466B">
      <w:pPr>
        <w:numPr>
          <w:ilvl w:val="0"/>
          <w:numId w:val="36"/>
        </w:numPr>
        <w:rPr>
          <w:rFonts w:ascii="Aptos" w:hAnsi="Aptos"/>
          <w:sz w:val="24"/>
          <w:szCs w:val="24"/>
        </w:rPr>
      </w:pPr>
      <w:r w:rsidRPr="00193ACD">
        <w:rPr>
          <w:rFonts w:ascii="Aptos" w:hAnsi="Aptos"/>
          <w:sz w:val="24"/>
          <w:szCs w:val="24"/>
        </w:rPr>
        <w:t>Provide examples that demonstrate these effectively.</w:t>
      </w:r>
    </w:p>
    <w:p w14:paraId="4F4AA812" w14:textId="77777777" w:rsidR="005F3F2A" w:rsidRPr="00193ACD" w:rsidRDefault="005F3F2A" w:rsidP="005F3F2A">
      <w:pPr>
        <w:rPr>
          <w:rFonts w:ascii="Aptos" w:hAnsi="Aptos"/>
          <w:b/>
          <w:bCs/>
          <w:sz w:val="24"/>
          <w:szCs w:val="24"/>
        </w:rPr>
      </w:pPr>
      <w:r w:rsidRPr="00193ACD">
        <w:rPr>
          <w:rFonts w:ascii="Aptos" w:hAnsi="Aptos"/>
          <w:b/>
          <w:bCs/>
          <w:sz w:val="24"/>
          <w:szCs w:val="24"/>
        </w:rPr>
        <w:t>7. Check Your Application Carefully</w:t>
      </w:r>
    </w:p>
    <w:p w14:paraId="7E1E8C35" w14:textId="77777777" w:rsidR="005F3F2A" w:rsidRPr="00193ACD" w:rsidRDefault="005F3F2A" w:rsidP="00BE466B">
      <w:pPr>
        <w:numPr>
          <w:ilvl w:val="0"/>
          <w:numId w:val="37"/>
        </w:numPr>
        <w:rPr>
          <w:rFonts w:ascii="Aptos" w:hAnsi="Aptos"/>
          <w:sz w:val="24"/>
          <w:szCs w:val="24"/>
        </w:rPr>
      </w:pPr>
      <w:r w:rsidRPr="00193ACD">
        <w:rPr>
          <w:rFonts w:ascii="Aptos" w:hAnsi="Aptos"/>
          <w:sz w:val="24"/>
          <w:szCs w:val="24"/>
        </w:rPr>
        <w:t>Review your responses for clarity, spelling, and completeness.</w:t>
      </w:r>
    </w:p>
    <w:p w14:paraId="74F5CD01" w14:textId="77777777" w:rsidR="005F3F2A" w:rsidRPr="00193ACD" w:rsidRDefault="005F3F2A" w:rsidP="00BE466B">
      <w:pPr>
        <w:numPr>
          <w:ilvl w:val="0"/>
          <w:numId w:val="37"/>
        </w:numPr>
        <w:rPr>
          <w:rFonts w:ascii="Aptos" w:hAnsi="Aptos"/>
          <w:sz w:val="24"/>
          <w:szCs w:val="24"/>
        </w:rPr>
      </w:pPr>
      <w:r w:rsidRPr="00193ACD">
        <w:rPr>
          <w:rFonts w:ascii="Aptos" w:hAnsi="Aptos"/>
          <w:sz w:val="24"/>
          <w:szCs w:val="24"/>
        </w:rPr>
        <w:t>Ensure all sections of the application form have been filled in fully.</w:t>
      </w:r>
    </w:p>
    <w:p w14:paraId="14C69408" w14:textId="77777777" w:rsidR="005F3F2A" w:rsidRPr="00193ACD" w:rsidRDefault="005F3F2A" w:rsidP="005F3F2A">
      <w:pPr>
        <w:rPr>
          <w:rFonts w:ascii="Aptos" w:hAnsi="Aptos"/>
          <w:b/>
          <w:bCs/>
          <w:sz w:val="24"/>
          <w:szCs w:val="24"/>
        </w:rPr>
      </w:pPr>
      <w:r w:rsidRPr="00193ACD">
        <w:rPr>
          <w:rFonts w:ascii="Aptos" w:hAnsi="Aptos"/>
          <w:b/>
          <w:bCs/>
          <w:sz w:val="24"/>
          <w:szCs w:val="24"/>
        </w:rPr>
        <w:t>8. Submit Your Application Before the Deadline</w:t>
      </w:r>
    </w:p>
    <w:p w14:paraId="2129A357" w14:textId="77777777" w:rsidR="005F3F2A" w:rsidRPr="00193ACD" w:rsidRDefault="005F3F2A" w:rsidP="00BE466B">
      <w:pPr>
        <w:numPr>
          <w:ilvl w:val="0"/>
          <w:numId w:val="38"/>
        </w:numPr>
        <w:rPr>
          <w:rFonts w:ascii="Aptos" w:hAnsi="Aptos"/>
          <w:sz w:val="24"/>
          <w:szCs w:val="24"/>
        </w:rPr>
      </w:pPr>
      <w:r w:rsidRPr="00193ACD">
        <w:rPr>
          <w:rFonts w:ascii="Aptos" w:hAnsi="Aptos"/>
          <w:sz w:val="24"/>
          <w:szCs w:val="24"/>
        </w:rPr>
        <w:t>Note the closing date and allow plenty of time to prepare your application.</w:t>
      </w:r>
    </w:p>
    <w:p w14:paraId="364D3CA1" w14:textId="76FE5D31" w:rsidR="00B37171" w:rsidRPr="00193ACD" w:rsidRDefault="005F3F2A" w:rsidP="00BE0E7F">
      <w:pPr>
        <w:numPr>
          <w:ilvl w:val="0"/>
          <w:numId w:val="38"/>
        </w:numPr>
        <w:rPr>
          <w:rFonts w:ascii="Aptos" w:hAnsi="Aptos"/>
          <w:sz w:val="24"/>
          <w:szCs w:val="24"/>
        </w:rPr>
      </w:pPr>
      <w:r w:rsidRPr="00193ACD">
        <w:rPr>
          <w:rFonts w:ascii="Aptos" w:hAnsi="Aptos"/>
          <w:sz w:val="24"/>
          <w:szCs w:val="24"/>
        </w:rPr>
        <w:t>Late submissions usually cannot be considered.</w:t>
      </w:r>
    </w:p>
    <w:p w14:paraId="2D98CC19" w14:textId="77777777" w:rsidR="005F3F2A" w:rsidRPr="00193ACD" w:rsidRDefault="005F3F2A" w:rsidP="005F3F2A">
      <w:pPr>
        <w:rPr>
          <w:rFonts w:ascii="Aptos" w:hAnsi="Aptos"/>
          <w:b/>
          <w:bCs/>
          <w:sz w:val="24"/>
          <w:szCs w:val="24"/>
        </w:rPr>
      </w:pPr>
      <w:r w:rsidRPr="00193ACD">
        <w:rPr>
          <w:rFonts w:ascii="Aptos" w:hAnsi="Aptos"/>
          <w:b/>
          <w:bCs/>
          <w:sz w:val="24"/>
          <w:szCs w:val="24"/>
        </w:rPr>
        <w:t>9. Prepare for Potential Next Steps</w:t>
      </w:r>
    </w:p>
    <w:p w14:paraId="59DAAC74" w14:textId="77777777" w:rsidR="005F3F2A" w:rsidRPr="00193ACD" w:rsidRDefault="005F3F2A" w:rsidP="00BE466B">
      <w:pPr>
        <w:numPr>
          <w:ilvl w:val="0"/>
          <w:numId w:val="39"/>
        </w:numPr>
        <w:rPr>
          <w:rFonts w:ascii="Aptos" w:hAnsi="Aptos"/>
          <w:sz w:val="24"/>
          <w:szCs w:val="24"/>
        </w:rPr>
      </w:pPr>
      <w:r w:rsidRPr="00193ACD">
        <w:rPr>
          <w:rFonts w:ascii="Aptos" w:hAnsi="Aptos"/>
          <w:sz w:val="24"/>
          <w:szCs w:val="24"/>
        </w:rPr>
        <w:t>If shortlisted, you may be invited to an interview, assessment task, or presentation.</w:t>
      </w:r>
    </w:p>
    <w:p w14:paraId="581B9F28" w14:textId="77777777" w:rsidR="00651D5D" w:rsidRPr="00193ACD" w:rsidRDefault="005F3F2A" w:rsidP="00BE466B">
      <w:pPr>
        <w:numPr>
          <w:ilvl w:val="0"/>
          <w:numId w:val="39"/>
        </w:numPr>
        <w:rPr>
          <w:rFonts w:ascii="Aptos" w:hAnsi="Aptos"/>
          <w:sz w:val="24"/>
          <w:szCs w:val="24"/>
        </w:rPr>
      </w:pPr>
      <w:r w:rsidRPr="00193ACD">
        <w:rPr>
          <w:rFonts w:ascii="Aptos" w:hAnsi="Aptos"/>
          <w:sz w:val="24"/>
          <w:szCs w:val="24"/>
        </w:rPr>
        <w:t>Be ready to discuss your experience, approach to work, and examples of how you meet the role’s requirements.</w:t>
      </w:r>
    </w:p>
    <w:p w14:paraId="31B61E72" w14:textId="3FA92C77" w:rsidR="00E4716C" w:rsidRPr="00193ACD" w:rsidRDefault="00E4716C" w:rsidP="00317E97">
      <w:pPr>
        <w:pStyle w:val="Heading2"/>
        <w:rPr>
          <w:rFonts w:ascii="Aptos" w:hAnsi="Aptos" w:cs="Arial"/>
          <w:sz w:val="24"/>
          <w:szCs w:val="24"/>
        </w:rPr>
      </w:pPr>
      <w:bookmarkStart w:id="8" w:name="_Toc222994883"/>
      <w:r w:rsidRPr="00193ACD">
        <w:rPr>
          <w:rFonts w:ascii="Aptos" w:hAnsi="Aptos" w:cs="Arial"/>
          <w:sz w:val="24"/>
          <w:szCs w:val="24"/>
        </w:rPr>
        <w:t>Application and Selection Information</w:t>
      </w:r>
      <w:bookmarkEnd w:id="8"/>
    </w:p>
    <w:p w14:paraId="0F95C9CD" w14:textId="77777777" w:rsidR="00651D5D" w:rsidRPr="00193ACD" w:rsidRDefault="00651D5D" w:rsidP="00651D5D">
      <w:pPr>
        <w:spacing w:after="0" w:line="240" w:lineRule="auto"/>
        <w:rPr>
          <w:rFonts w:ascii="Aptos" w:hAnsi="Aptos"/>
          <w:sz w:val="24"/>
          <w:szCs w:val="24"/>
        </w:rPr>
      </w:pPr>
    </w:p>
    <w:p w14:paraId="61F5E647" w14:textId="0B476E17" w:rsidR="00B37171" w:rsidRPr="00193ACD" w:rsidRDefault="00E4716C" w:rsidP="00651D5D">
      <w:pPr>
        <w:spacing w:after="0" w:line="240" w:lineRule="auto"/>
        <w:rPr>
          <w:rFonts w:ascii="Aptos" w:hAnsi="Aptos"/>
          <w:sz w:val="24"/>
          <w:szCs w:val="24"/>
        </w:rPr>
      </w:pPr>
      <w:r w:rsidRPr="00193ACD">
        <w:rPr>
          <w:rFonts w:ascii="Aptos" w:hAnsi="Aptos"/>
          <w:sz w:val="24"/>
          <w:szCs w:val="24"/>
        </w:rPr>
        <w:t xml:space="preserve">The closing date for this vacancy is </w:t>
      </w:r>
      <w:r w:rsidR="004972FD" w:rsidRPr="00193ACD">
        <w:rPr>
          <w:rFonts w:ascii="Aptos" w:hAnsi="Aptos"/>
          <w:b/>
          <w:bCs/>
          <w:sz w:val="24"/>
          <w:szCs w:val="24"/>
        </w:rPr>
        <w:t>Monday 4</w:t>
      </w:r>
      <w:r w:rsidR="004972FD" w:rsidRPr="00193ACD">
        <w:rPr>
          <w:rFonts w:ascii="Aptos" w:hAnsi="Aptos"/>
          <w:b/>
          <w:bCs/>
          <w:sz w:val="24"/>
          <w:szCs w:val="24"/>
          <w:vertAlign w:val="superscript"/>
        </w:rPr>
        <w:t>th</w:t>
      </w:r>
      <w:r w:rsidR="004972FD" w:rsidRPr="00193ACD">
        <w:rPr>
          <w:rFonts w:ascii="Aptos" w:hAnsi="Aptos"/>
          <w:b/>
          <w:bCs/>
          <w:sz w:val="24"/>
          <w:szCs w:val="24"/>
        </w:rPr>
        <w:t xml:space="preserve"> May</w:t>
      </w:r>
      <w:r w:rsidR="003823FA" w:rsidRPr="00193ACD">
        <w:rPr>
          <w:rFonts w:ascii="Aptos" w:hAnsi="Aptos"/>
          <w:b/>
          <w:bCs/>
          <w:sz w:val="24"/>
          <w:szCs w:val="24"/>
        </w:rPr>
        <w:t xml:space="preserve"> 20</w:t>
      </w:r>
      <w:r w:rsidR="00300AAC" w:rsidRPr="00193ACD">
        <w:rPr>
          <w:rFonts w:ascii="Aptos" w:hAnsi="Aptos"/>
          <w:b/>
          <w:bCs/>
          <w:sz w:val="24"/>
          <w:szCs w:val="24"/>
        </w:rPr>
        <w:t xml:space="preserve">26 </w:t>
      </w:r>
      <w:r w:rsidR="00300AAC" w:rsidRPr="00193ACD">
        <w:rPr>
          <w:rFonts w:ascii="Aptos" w:hAnsi="Aptos"/>
          <w:sz w:val="24"/>
          <w:szCs w:val="24"/>
        </w:rPr>
        <w:t>(or earlier in the event of high volume of applications being received)</w:t>
      </w:r>
      <w:r w:rsidRPr="00193ACD">
        <w:rPr>
          <w:rFonts w:ascii="Aptos" w:hAnsi="Aptos"/>
          <w:sz w:val="24"/>
          <w:szCs w:val="24"/>
        </w:rPr>
        <w:t>.</w:t>
      </w:r>
      <w:r w:rsidRPr="00193ACD">
        <w:rPr>
          <w:rFonts w:ascii="Aptos" w:hAnsi="Aptos"/>
          <w:sz w:val="24"/>
          <w:szCs w:val="24"/>
        </w:rPr>
        <w:br/>
      </w:r>
    </w:p>
    <w:p w14:paraId="32BAC8F7" w14:textId="60909C6C" w:rsidR="00E4716C" w:rsidRPr="00193ACD" w:rsidRDefault="00E4716C" w:rsidP="00651D5D">
      <w:pPr>
        <w:spacing w:after="0" w:line="240" w:lineRule="auto"/>
        <w:rPr>
          <w:rFonts w:ascii="Aptos" w:hAnsi="Aptos"/>
          <w:sz w:val="24"/>
          <w:szCs w:val="24"/>
        </w:rPr>
      </w:pPr>
      <w:r w:rsidRPr="00193ACD">
        <w:rPr>
          <w:rFonts w:ascii="Aptos" w:hAnsi="Aptos"/>
          <w:sz w:val="24"/>
          <w:szCs w:val="24"/>
        </w:rPr>
        <w:t xml:space="preserve">Provisional interview dates are </w:t>
      </w:r>
      <w:r w:rsidR="001B58B7" w:rsidRPr="00193ACD">
        <w:rPr>
          <w:rFonts w:ascii="Aptos" w:hAnsi="Aptos"/>
          <w:b/>
          <w:bCs/>
          <w:sz w:val="24"/>
          <w:szCs w:val="24"/>
        </w:rPr>
        <w:t>Friday 15</w:t>
      </w:r>
      <w:r w:rsidR="001B58B7" w:rsidRPr="00193ACD">
        <w:rPr>
          <w:rFonts w:ascii="Aptos" w:hAnsi="Aptos"/>
          <w:b/>
          <w:bCs/>
          <w:sz w:val="24"/>
          <w:szCs w:val="24"/>
          <w:vertAlign w:val="superscript"/>
        </w:rPr>
        <w:t>th</w:t>
      </w:r>
      <w:r w:rsidR="001B58B7" w:rsidRPr="00193ACD">
        <w:rPr>
          <w:rFonts w:ascii="Aptos" w:hAnsi="Aptos"/>
          <w:b/>
          <w:bCs/>
          <w:sz w:val="24"/>
          <w:szCs w:val="24"/>
        </w:rPr>
        <w:t xml:space="preserve"> &amp; Wednesday 20</w:t>
      </w:r>
      <w:r w:rsidR="001B58B7" w:rsidRPr="00193ACD">
        <w:rPr>
          <w:rFonts w:ascii="Aptos" w:hAnsi="Aptos"/>
          <w:b/>
          <w:bCs/>
          <w:sz w:val="24"/>
          <w:szCs w:val="24"/>
          <w:vertAlign w:val="superscript"/>
        </w:rPr>
        <w:t>th</w:t>
      </w:r>
      <w:r w:rsidR="001B58B7" w:rsidRPr="00193ACD">
        <w:rPr>
          <w:rFonts w:ascii="Aptos" w:hAnsi="Aptos"/>
          <w:b/>
          <w:bCs/>
          <w:sz w:val="24"/>
          <w:szCs w:val="24"/>
        </w:rPr>
        <w:t xml:space="preserve"> May</w:t>
      </w:r>
      <w:r w:rsidR="007C2243" w:rsidRPr="00193ACD">
        <w:rPr>
          <w:rFonts w:ascii="Aptos" w:hAnsi="Aptos"/>
          <w:b/>
          <w:bCs/>
          <w:sz w:val="24"/>
          <w:szCs w:val="24"/>
        </w:rPr>
        <w:t xml:space="preserve"> 2026</w:t>
      </w:r>
      <w:r w:rsidRPr="00193ACD">
        <w:rPr>
          <w:rFonts w:ascii="Aptos" w:hAnsi="Aptos"/>
          <w:sz w:val="24"/>
          <w:szCs w:val="24"/>
        </w:rPr>
        <w:t>.</w:t>
      </w:r>
    </w:p>
    <w:p w14:paraId="7375E0A7" w14:textId="77777777" w:rsidR="00651D5D" w:rsidRPr="00193ACD" w:rsidRDefault="00651D5D" w:rsidP="00651D5D">
      <w:pPr>
        <w:spacing w:after="0" w:line="240" w:lineRule="auto"/>
        <w:rPr>
          <w:rFonts w:ascii="Aptos" w:hAnsi="Aptos"/>
          <w:sz w:val="24"/>
          <w:szCs w:val="24"/>
        </w:rPr>
      </w:pPr>
    </w:p>
    <w:p w14:paraId="5758C120" w14:textId="0BDA16DD" w:rsidR="006A52BC" w:rsidRPr="00193ACD" w:rsidRDefault="7872E659" w:rsidP="006A52BC">
      <w:pPr>
        <w:rPr>
          <w:rFonts w:ascii="Aptos" w:eastAsia="Arial" w:hAnsi="Aptos" w:cs="Arial"/>
          <w:sz w:val="24"/>
          <w:szCs w:val="24"/>
        </w:rPr>
      </w:pPr>
      <w:r w:rsidRPr="00193ACD">
        <w:rPr>
          <w:rFonts w:ascii="Aptos" w:eastAsia="Montserrat" w:hAnsi="Aptos" w:cs="Arial"/>
          <w:color w:val="2A2A2A"/>
          <w:sz w:val="24"/>
          <w:szCs w:val="24"/>
        </w:rPr>
        <w:t xml:space="preserve">We are an Equal Opportunities Employer; all candidates will receive equal treatment. </w:t>
      </w:r>
      <w:r w:rsidR="76C8ABAD" w:rsidRPr="00193ACD">
        <w:rPr>
          <w:rFonts w:ascii="Aptos" w:eastAsia="Montserrat" w:hAnsi="Aptos" w:cs="Arial"/>
          <w:color w:val="2A2A2A"/>
          <w:sz w:val="24"/>
          <w:szCs w:val="24"/>
        </w:rPr>
        <w:t xml:space="preserve"> </w:t>
      </w:r>
      <w:r w:rsidRPr="00193ACD">
        <w:rPr>
          <w:rFonts w:ascii="Aptos" w:eastAsia="Montserrat" w:hAnsi="Aptos" w:cs="Arial"/>
          <w:color w:val="2A2A2A"/>
          <w:sz w:val="24"/>
          <w:szCs w:val="24"/>
        </w:rPr>
        <w:t>Our decision to appoint will be based upon whether an individual’s skills, experience, qualifications, and abilities make them the most suitable candidate for the role.</w:t>
      </w:r>
    </w:p>
    <w:p w14:paraId="7EED794C" w14:textId="03EA43EC" w:rsidR="00BE466B" w:rsidRPr="00193ACD" w:rsidRDefault="500CC985" w:rsidP="006A52BC">
      <w:pPr>
        <w:rPr>
          <w:rFonts w:ascii="Aptos" w:eastAsia="Montserrat" w:hAnsi="Aptos" w:cs="Arial"/>
          <w:sz w:val="24"/>
          <w:szCs w:val="24"/>
        </w:rPr>
      </w:pPr>
      <w:r w:rsidRPr="00193ACD">
        <w:rPr>
          <w:rFonts w:ascii="Aptos" w:eastAsia="Montserrat" w:hAnsi="Aptos" w:cs="Arial"/>
          <w:color w:val="2A2A2A"/>
          <w:sz w:val="24"/>
          <w:szCs w:val="24"/>
        </w:rPr>
        <w:t>All disabled and care experienced applicants will be offered an interview where they meet all essential criteria on the person specification.</w:t>
      </w:r>
    </w:p>
    <w:p w14:paraId="4ED4E997" w14:textId="6A8486E2" w:rsidR="00B7578E" w:rsidRPr="00193ACD" w:rsidRDefault="006A52BC" w:rsidP="001115BF">
      <w:pPr>
        <w:rPr>
          <w:rFonts w:ascii="Aptos" w:hAnsi="Aptos"/>
          <w:b/>
          <w:bCs/>
          <w:sz w:val="24"/>
          <w:szCs w:val="24"/>
        </w:rPr>
      </w:pPr>
      <w:r w:rsidRPr="00193ACD">
        <w:rPr>
          <w:rFonts w:ascii="Aptos" w:hAnsi="Aptos"/>
          <w:b/>
          <w:bCs/>
          <w:sz w:val="24"/>
          <w:szCs w:val="24"/>
        </w:rPr>
        <w:t xml:space="preserve">Please ensure that you meet </w:t>
      </w:r>
      <w:r w:rsidR="006F7222" w:rsidRPr="00193ACD">
        <w:rPr>
          <w:rFonts w:ascii="Aptos" w:hAnsi="Aptos"/>
          <w:b/>
          <w:bCs/>
          <w:sz w:val="24"/>
          <w:szCs w:val="24"/>
        </w:rPr>
        <w:t>all</w:t>
      </w:r>
      <w:r w:rsidRPr="00193ACD">
        <w:rPr>
          <w:rFonts w:ascii="Aptos" w:hAnsi="Aptos"/>
          <w:b/>
          <w:bCs/>
          <w:sz w:val="24"/>
          <w:szCs w:val="24"/>
        </w:rPr>
        <w:t xml:space="preserve"> the essential criteria outlined in the person specification before submitting your application. </w:t>
      </w:r>
      <w:r w:rsidR="00B37171" w:rsidRPr="00193ACD">
        <w:rPr>
          <w:rFonts w:ascii="Aptos" w:hAnsi="Aptos"/>
          <w:b/>
          <w:bCs/>
          <w:sz w:val="24"/>
          <w:szCs w:val="24"/>
        </w:rPr>
        <w:t xml:space="preserve"> </w:t>
      </w:r>
      <w:r w:rsidRPr="00193ACD">
        <w:rPr>
          <w:rFonts w:ascii="Aptos" w:hAnsi="Aptos"/>
          <w:b/>
          <w:bCs/>
          <w:sz w:val="24"/>
          <w:szCs w:val="24"/>
        </w:rPr>
        <w:t xml:space="preserve">Only applicants who </w:t>
      </w:r>
      <w:r w:rsidRPr="00193ACD">
        <w:rPr>
          <w:rFonts w:ascii="Aptos" w:hAnsi="Aptos"/>
          <w:b/>
          <w:bCs/>
          <w:sz w:val="24"/>
          <w:szCs w:val="24"/>
        </w:rPr>
        <w:lastRenderedPageBreak/>
        <w:t>demonstrate that they meet all essential criteria will be considered and invited to interview</w:t>
      </w:r>
      <w:r w:rsidR="001115BF" w:rsidRPr="00193ACD">
        <w:rPr>
          <w:rFonts w:ascii="Aptos" w:hAnsi="Aptos"/>
          <w:b/>
          <w:bCs/>
          <w:sz w:val="24"/>
          <w:szCs w:val="24"/>
        </w:rPr>
        <w:t>.</w:t>
      </w:r>
    </w:p>
    <w:p w14:paraId="63E06F16" w14:textId="77777777" w:rsidR="00734959" w:rsidRPr="00193ACD" w:rsidRDefault="00734959" w:rsidP="00FC5D9A">
      <w:pPr>
        <w:pStyle w:val="Heading2"/>
        <w:rPr>
          <w:rFonts w:ascii="Aptos" w:hAnsi="Aptos" w:cs="Arial"/>
          <w:color w:val="007CBB"/>
          <w:sz w:val="24"/>
          <w:szCs w:val="24"/>
        </w:rPr>
      </w:pPr>
      <w:bookmarkStart w:id="9" w:name="_Toc222994884"/>
    </w:p>
    <w:p w14:paraId="7E6E0147" w14:textId="71FBCC7B" w:rsidR="00511F96" w:rsidRPr="00193ACD" w:rsidRDefault="00E16F88" w:rsidP="00FC5D9A">
      <w:pPr>
        <w:pStyle w:val="Heading2"/>
        <w:rPr>
          <w:rFonts w:ascii="Aptos" w:hAnsi="Aptos" w:cs="Arial"/>
          <w:color w:val="007CBB"/>
          <w:sz w:val="24"/>
          <w:szCs w:val="24"/>
        </w:rPr>
      </w:pPr>
      <w:r w:rsidRPr="00193ACD">
        <w:rPr>
          <w:rFonts w:ascii="Aptos" w:hAnsi="Aptos" w:cs="Arial"/>
          <w:color w:val="007CBB"/>
          <w:sz w:val="24"/>
          <w:szCs w:val="24"/>
        </w:rPr>
        <w:t xml:space="preserve">Appendix A – </w:t>
      </w:r>
      <w:r w:rsidR="00B7578E" w:rsidRPr="00193ACD">
        <w:rPr>
          <w:rFonts w:ascii="Aptos" w:hAnsi="Aptos" w:cs="Arial"/>
          <w:color w:val="007CBB"/>
          <w:sz w:val="24"/>
          <w:szCs w:val="24"/>
        </w:rPr>
        <w:t>Job Description and Person Specification</w:t>
      </w:r>
      <w:bookmarkStart w:id="10" w:name="_Toc221808701"/>
      <w:bookmarkEnd w:id="9"/>
    </w:p>
    <w:p w14:paraId="6A191F27" w14:textId="77777777" w:rsidR="00FC5D9A" w:rsidRPr="00193ACD" w:rsidRDefault="00FC5D9A" w:rsidP="00FC5D9A">
      <w:pPr>
        <w:rPr>
          <w:rFonts w:ascii="Aptos" w:hAnsi="Aptos"/>
          <w:sz w:val="24"/>
          <w:szCs w:val="24"/>
        </w:rPr>
      </w:pPr>
    </w:p>
    <w:bookmarkEnd w:id="10"/>
    <w:p w14:paraId="59A0D8F9" w14:textId="51577578" w:rsidR="00B7578E" w:rsidRPr="00193ACD" w:rsidRDefault="00FC5D9A" w:rsidP="00B7578E">
      <w:pPr>
        <w:rPr>
          <w:rFonts w:ascii="Aptos" w:hAnsi="Aptos"/>
          <w:b/>
          <w:bCs/>
          <w:sz w:val="24"/>
          <w:szCs w:val="24"/>
        </w:rPr>
      </w:pPr>
      <w:r w:rsidRPr="00193ACD">
        <w:rPr>
          <w:rFonts w:ascii="Aptos" w:hAnsi="Aptos"/>
          <w:b/>
          <w:bCs/>
          <w:sz w:val="24"/>
          <w:szCs w:val="24"/>
        </w:rPr>
        <w:t xml:space="preserve">Post: </w:t>
      </w:r>
      <w:r w:rsidR="00D13A98" w:rsidRPr="00193ACD">
        <w:rPr>
          <w:rFonts w:ascii="Aptos" w:hAnsi="Aptos"/>
          <w:b/>
          <w:bCs/>
          <w:sz w:val="24"/>
          <w:szCs w:val="24"/>
        </w:rPr>
        <w:tab/>
      </w:r>
      <w:r w:rsidR="00D13A98" w:rsidRPr="00193ACD">
        <w:rPr>
          <w:rFonts w:ascii="Aptos" w:hAnsi="Aptos"/>
          <w:b/>
          <w:bCs/>
          <w:sz w:val="24"/>
          <w:szCs w:val="24"/>
        </w:rPr>
        <w:tab/>
      </w:r>
      <w:r w:rsidR="00D13A98" w:rsidRPr="00193ACD">
        <w:rPr>
          <w:rFonts w:ascii="Aptos" w:hAnsi="Aptos"/>
          <w:b/>
          <w:bCs/>
          <w:sz w:val="24"/>
          <w:szCs w:val="24"/>
        </w:rPr>
        <w:tab/>
        <w:t>Place Partnership Strategic Lead</w:t>
      </w:r>
    </w:p>
    <w:p w14:paraId="1AE77A83" w14:textId="65F0AFF6" w:rsidR="00547C3F" w:rsidRPr="00193ACD" w:rsidRDefault="00E16F88">
      <w:pPr>
        <w:rPr>
          <w:rFonts w:ascii="Aptos" w:hAnsi="Aptos"/>
          <w:sz w:val="24"/>
          <w:szCs w:val="24"/>
        </w:rPr>
      </w:pPr>
      <w:r w:rsidRPr="00193ACD">
        <w:rPr>
          <w:rFonts w:ascii="Aptos" w:hAnsi="Aptos"/>
          <w:b/>
          <w:bCs/>
          <w:sz w:val="24"/>
          <w:szCs w:val="24"/>
        </w:rPr>
        <w:t>Directorate:</w:t>
      </w:r>
      <w:r w:rsidRPr="00193ACD">
        <w:rPr>
          <w:rFonts w:ascii="Aptos" w:hAnsi="Aptos"/>
          <w:sz w:val="24"/>
          <w:szCs w:val="24"/>
        </w:rPr>
        <w:t xml:space="preserve"> </w:t>
      </w:r>
      <w:r w:rsidR="00B7578E" w:rsidRPr="00193ACD">
        <w:rPr>
          <w:rFonts w:ascii="Aptos" w:hAnsi="Aptos"/>
          <w:sz w:val="24"/>
          <w:szCs w:val="24"/>
        </w:rPr>
        <w:tab/>
      </w:r>
      <w:r w:rsidR="00B7578E" w:rsidRPr="00193ACD">
        <w:rPr>
          <w:rFonts w:ascii="Aptos" w:hAnsi="Aptos"/>
          <w:sz w:val="24"/>
          <w:szCs w:val="24"/>
        </w:rPr>
        <w:tab/>
      </w:r>
      <w:r w:rsidR="001550B3" w:rsidRPr="00193ACD">
        <w:rPr>
          <w:rFonts w:ascii="Aptos" w:hAnsi="Aptos"/>
          <w:sz w:val="24"/>
          <w:szCs w:val="24"/>
        </w:rPr>
        <w:t>Communities</w:t>
      </w:r>
      <w:r w:rsidR="00547C3F" w:rsidRPr="00193ACD">
        <w:rPr>
          <w:rFonts w:ascii="Aptos" w:hAnsi="Aptos"/>
          <w:sz w:val="24"/>
          <w:szCs w:val="24"/>
        </w:rPr>
        <w:t xml:space="preserve"> </w:t>
      </w:r>
    </w:p>
    <w:p w14:paraId="4272A21D" w14:textId="2F153A02" w:rsidR="002E7AA9" w:rsidRPr="00193ACD" w:rsidRDefault="00E16F88">
      <w:pPr>
        <w:rPr>
          <w:rFonts w:ascii="Aptos" w:hAnsi="Aptos"/>
          <w:sz w:val="24"/>
          <w:szCs w:val="24"/>
        </w:rPr>
      </w:pPr>
      <w:r w:rsidRPr="00193ACD">
        <w:rPr>
          <w:rFonts w:ascii="Aptos" w:hAnsi="Aptos"/>
          <w:b/>
          <w:bCs/>
          <w:sz w:val="24"/>
          <w:szCs w:val="24"/>
        </w:rPr>
        <w:t>Location:</w:t>
      </w:r>
      <w:r w:rsidRPr="00193ACD">
        <w:rPr>
          <w:rFonts w:ascii="Aptos" w:hAnsi="Aptos"/>
          <w:sz w:val="24"/>
          <w:szCs w:val="24"/>
        </w:rPr>
        <w:t xml:space="preserve"> </w:t>
      </w:r>
      <w:r w:rsidR="00B7578E" w:rsidRPr="00193ACD">
        <w:rPr>
          <w:rFonts w:ascii="Aptos" w:hAnsi="Aptos"/>
          <w:sz w:val="24"/>
          <w:szCs w:val="24"/>
        </w:rPr>
        <w:tab/>
      </w:r>
      <w:r w:rsidR="00B7578E" w:rsidRPr="00193ACD">
        <w:rPr>
          <w:rFonts w:ascii="Aptos" w:hAnsi="Aptos"/>
          <w:sz w:val="24"/>
          <w:szCs w:val="24"/>
        </w:rPr>
        <w:tab/>
      </w:r>
      <w:r w:rsidR="00BD4A15" w:rsidRPr="00193ACD">
        <w:rPr>
          <w:rFonts w:ascii="Aptos" w:hAnsi="Aptos"/>
          <w:sz w:val="24"/>
          <w:szCs w:val="24"/>
        </w:rPr>
        <w:t>Bootle Town Hall, Oriel Road, L20 3AE</w:t>
      </w:r>
    </w:p>
    <w:p w14:paraId="49D56F0C" w14:textId="72FF6891" w:rsidR="00547C3F" w:rsidRPr="00193ACD" w:rsidRDefault="00E16F88">
      <w:pPr>
        <w:rPr>
          <w:rFonts w:ascii="Aptos" w:hAnsi="Aptos"/>
          <w:sz w:val="24"/>
          <w:szCs w:val="24"/>
        </w:rPr>
      </w:pPr>
      <w:r w:rsidRPr="00193ACD">
        <w:rPr>
          <w:rFonts w:ascii="Aptos" w:hAnsi="Aptos"/>
          <w:b/>
          <w:bCs/>
          <w:sz w:val="24"/>
          <w:szCs w:val="24"/>
        </w:rPr>
        <w:t>Division:</w:t>
      </w:r>
      <w:r w:rsidRPr="00193ACD">
        <w:rPr>
          <w:rFonts w:ascii="Aptos" w:hAnsi="Aptos"/>
          <w:sz w:val="24"/>
          <w:szCs w:val="24"/>
        </w:rPr>
        <w:t xml:space="preserve"> </w:t>
      </w:r>
      <w:r w:rsidR="00F1522F" w:rsidRPr="00193ACD">
        <w:rPr>
          <w:rFonts w:ascii="Aptos" w:hAnsi="Aptos"/>
          <w:sz w:val="24"/>
          <w:szCs w:val="24"/>
        </w:rPr>
        <w:tab/>
      </w:r>
      <w:r w:rsidR="00F1522F" w:rsidRPr="00193ACD">
        <w:rPr>
          <w:rFonts w:ascii="Aptos" w:hAnsi="Aptos"/>
          <w:sz w:val="24"/>
          <w:szCs w:val="24"/>
        </w:rPr>
        <w:tab/>
      </w:r>
      <w:r w:rsidR="001550B3" w:rsidRPr="00193ACD">
        <w:rPr>
          <w:rFonts w:ascii="Aptos" w:hAnsi="Aptos"/>
          <w:sz w:val="24"/>
          <w:szCs w:val="24"/>
        </w:rPr>
        <w:t>Community Safety &amp; Engageme</w:t>
      </w:r>
      <w:r w:rsidR="00BD4A15" w:rsidRPr="00193ACD">
        <w:rPr>
          <w:rFonts w:ascii="Aptos" w:hAnsi="Aptos"/>
          <w:sz w:val="24"/>
          <w:szCs w:val="24"/>
        </w:rPr>
        <w:t>nt</w:t>
      </w:r>
      <w:r w:rsidRPr="00193ACD">
        <w:rPr>
          <w:rFonts w:ascii="Aptos" w:hAnsi="Aptos"/>
          <w:sz w:val="24"/>
          <w:szCs w:val="24"/>
        </w:rPr>
        <w:t xml:space="preserve">     </w:t>
      </w:r>
    </w:p>
    <w:p w14:paraId="7C755BFA" w14:textId="790060F5" w:rsidR="00DC74D7" w:rsidRPr="00193ACD" w:rsidRDefault="00E16F88">
      <w:pPr>
        <w:rPr>
          <w:rFonts w:ascii="Aptos" w:hAnsi="Aptos"/>
          <w:color w:val="333333"/>
          <w:sz w:val="24"/>
          <w:szCs w:val="24"/>
        </w:rPr>
      </w:pPr>
      <w:r w:rsidRPr="00193ACD">
        <w:rPr>
          <w:rFonts w:ascii="Aptos" w:hAnsi="Aptos"/>
          <w:b/>
          <w:bCs/>
          <w:sz w:val="24"/>
          <w:szCs w:val="24"/>
        </w:rPr>
        <w:t>Grade:</w:t>
      </w:r>
      <w:r w:rsidRPr="00193ACD">
        <w:rPr>
          <w:rFonts w:ascii="Aptos" w:hAnsi="Aptos"/>
          <w:sz w:val="24"/>
          <w:szCs w:val="24"/>
        </w:rPr>
        <w:t xml:space="preserve"> </w:t>
      </w:r>
      <w:r w:rsidR="00CF74B7" w:rsidRPr="00193ACD">
        <w:rPr>
          <w:rFonts w:ascii="Aptos" w:hAnsi="Aptos"/>
          <w:sz w:val="24"/>
          <w:szCs w:val="24"/>
        </w:rPr>
        <w:tab/>
      </w:r>
      <w:r w:rsidR="00CF74B7" w:rsidRPr="00193ACD">
        <w:rPr>
          <w:rFonts w:ascii="Aptos" w:hAnsi="Aptos"/>
          <w:sz w:val="24"/>
          <w:szCs w:val="24"/>
        </w:rPr>
        <w:tab/>
      </w:r>
      <w:r w:rsidR="004C1865" w:rsidRPr="00193ACD">
        <w:rPr>
          <w:rFonts w:ascii="Aptos" w:hAnsi="Aptos"/>
          <w:sz w:val="24"/>
          <w:szCs w:val="24"/>
        </w:rPr>
        <w:t>L</w:t>
      </w:r>
      <w:r w:rsidR="00547C3F" w:rsidRPr="00193ACD">
        <w:rPr>
          <w:rFonts w:ascii="Aptos" w:hAnsi="Aptos"/>
          <w:sz w:val="24"/>
          <w:szCs w:val="24"/>
        </w:rPr>
        <w:t xml:space="preserve"> </w:t>
      </w:r>
      <w:r w:rsidR="00547C3F" w:rsidRPr="00193ACD">
        <w:rPr>
          <w:rFonts w:ascii="Aptos" w:hAnsi="Aptos"/>
          <w:color w:val="333333"/>
          <w:sz w:val="24"/>
          <w:szCs w:val="24"/>
        </w:rPr>
        <w:t xml:space="preserve">   </w:t>
      </w:r>
      <w:r w:rsidR="00A07798" w:rsidRPr="00193ACD">
        <w:rPr>
          <w:rFonts w:ascii="Aptos" w:hAnsi="Aptos"/>
          <w:color w:val="333333"/>
          <w:sz w:val="24"/>
          <w:szCs w:val="24"/>
        </w:rPr>
        <w:tab/>
      </w:r>
      <w:r w:rsidR="00547C3F" w:rsidRPr="00193ACD">
        <w:rPr>
          <w:rFonts w:ascii="Aptos" w:hAnsi="Aptos"/>
          <w:color w:val="333333"/>
          <w:sz w:val="24"/>
          <w:szCs w:val="24"/>
        </w:rPr>
        <w:t>£</w:t>
      </w:r>
      <w:r w:rsidR="004F2346" w:rsidRPr="00193ACD">
        <w:rPr>
          <w:rFonts w:ascii="Aptos" w:hAnsi="Aptos"/>
          <w:color w:val="333333"/>
          <w:sz w:val="24"/>
          <w:szCs w:val="24"/>
        </w:rPr>
        <w:t>53,460 - £</w:t>
      </w:r>
      <w:r w:rsidR="00C3688B" w:rsidRPr="00193ACD">
        <w:rPr>
          <w:rFonts w:ascii="Aptos" w:hAnsi="Aptos"/>
          <w:color w:val="333333"/>
          <w:sz w:val="24"/>
          <w:szCs w:val="24"/>
        </w:rPr>
        <w:t>54,495</w:t>
      </w:r>
    </w:p>
    <w:p w14:paraId="4A0600D9" w14:textId="187DF8EF" w:rsidR="002E7AA9" w:rsidRDefault="00E16F88">
      <w:pPr>
        <w:rPr>
          <w:rFonts w:ascii="Aptos" w:hAnsi="Aptos"/>
          <w:sz w:val="24"/>
          <w:szCs w:val="24"/>
        </w:rPr>
      </w:pPr>
      <w:r w:rsidRPr="00193ACD">
        <w:rPr>
          <w:rFonts w:ascii="Aptos" w:hAnsi="Aptos"/>
          <w:b/>
          <w:bCs/>
          <w:sz w:val="24"/>
          <w:szCs w:val="24"/>
        </w:rPr>
        <w:t>Reporting to:</w:t>
      </w:r>
      <w:r w:rsidRPr="00193ACD">
        <w:rPr>
          <w:rFonts w:ascii="Aptos" w:hAnsi="Aptos"/>
          <w:sz w:val="24"/>
          <w:szCs w:val="24"/>
        </w:rPr>
        <w:t xml:space="preserve"> </w:t>
      </w:r>
      <w:r w:rsidR="0062565B" w:rsidRPr="00193ACD">
        <w:rPr>
          <w:rFonts w:ascii="Aptos" w:hAnsi="Aptos"/>
          <w:sz w:val="24"/>
          <w:szCs w:val="24"/>
        </w:rPr>
        <w:tab/>
      </w:r>
      <w:r w:rsidR="004C1865" w:rsidRPr="00193ACD">
        <w:rPr>
          <w:rFonts w:ascii="Aptos" w:hAnsi="Aptos"/>
          <w:sz w:val="24"/>
          <w:szCs w:val="24"/>
        </w:rPr>
        <w:t xml:space="preserve">Service Manager </w:t>
      </w:r>
      <w:r w:rsidR="00BD4A15" w:rsidRPr="00193ACD">
        <w:rPr>
          <w:rFonts w:ascii="Aptos" w:hAnsi="Aptos"/>
          <w:sz w:val="24"/>
          <w:szCs w:val="24"/>
        </w:rPr>
        <w:t>–</w:t>
      </w:r>
      <w:r w:rsidR="004C1865" w:rsidRPr="00193ACD">
        <w:rPr>
          <w:rFonts w:ascii="Aptos" w:hAnsi="Aptos"/>
          <w:sz w:val="24"/>
          <w:szCs w:val="24"/>
        </w:rPr>
        <w:t xml:space="preserve"> Communit</w:t>
      </w:r>
      <w:r w:rsidR="00BD4A15" w:rsidRPr="00193ACD">
        <w:rPr>
          <w:rFonts w:ascii="Aptos" w:hAnsi="Aptos"/>
          <w:sz w:val="24"/>
          <w:szCs w:val="24"/>
        </w:rPr>
        <w:t>y Safety &amp; Engagement</w:t>
      </w:r>
    </w:p>
    <w:p w14:paraId="2024738D" w14:textId="4C63AE53" w:rsidR="00193ACD" w:rsidRPr="00193ACD" w:rsidRDefault="009D1C8A">
      <w:pPr>
        <w:rPr>
          <w:rFonts w:ascii="Aptos" w:hAnsi="Aptos"/>
          <w:sz w:val="24"/>
          <w:szCs w:val="24"/>
        </w:rPr>
      </w:pPr>
      <w:r w:rsidRPr="00311816">
        <w:rPr>
          <w:rFonts w:ascii="Aptos" w:hAnsi="Aptos"/>
          <w:b/>
          <w:bCs/>
          <w:sz w:val="24"/>
          <w:szCs w:val="24"/>
        </w:rPr>
        <w:t>Contract:</w:t>
      </w:r>
      <w:r w:rsidRPr="00311816">
        <w:rPr>
          <w:rFonts w:ascii="Aptos" w:hAnsi="Aptos"/>
          <w:b/>
          <w:bCs/>
          <w:sz w:val="24"/>
          <w:szCs w:val="24"/>
        </w:rPr>
        <w:tab/>
      </w:r>
      <w:r>
        <w:rPr>
          <w:rFonts w:ascii="Aptos" w:hAnsi="Aptos"/>
          <w:sz w:val="24"/>
          <w:szCs w:val="24"/>
        </w:rPr>
        <w:tab/>
        <w:t>36 hours per week</w:t>
      </w:r>
      <w:r w:rsidR="00395FE5">
        <w:rPr>
          <w:rFonts w:ascii="Aptos" w:hAnsi="Aptos"/>
          <w:sz w:val="24"/>
          <w:szCs w:val="24"/>
        </w:rPr>
        <w:t xml:space="preserve"> – fixed term until 31</w:t>
      </w:r>
      <w:r w:rsidR="00395FE5" w:rsidRPr="00395FE5">
        <w:rPr>
          <w:rFonts w:ascii="Aptos" w:hAnsi="Aptos"/>
          <w:sz w:val="24"/>
          <w:szCs w:val="24"/>
          <w:vertAlign w:val="superscript"/>
        </w:rPr>
        <w:t>st</w:t>
      </w:r>
      <w:r w:rsidR="00395FE5">
        <w:rPr>
          <w:rFonts w:ascii="Aptos" w:hAnsi="Aptos"/>
          <w:sz w:val="24"/>
          <w:szCs w:val="24"/>
        </w:rPr>
        <w:t xml:space="preserve"> March 2028</w:t>
      </w:r>
    </w:p>
    <w:p w14:paraId="7AD0C7C9" w14:textId="77777777" w:rsidR="00311816" w:rsidRPr="00311816" w:rsidRDefault="00311816" w:rsidP="00311816">
      <w:pPr>
        <w:tabs>
          <w:tab w:val="num" w:pos="900"/>
        </w:tabs>
        <w:spacing w:after="0" w:line="360" w:lineRule="auto"/>
        <w:jc w:val="both"/>
        <w:rPr>
          <w:rFonts w:ascii="Aptos" w:eastAsia="Times New Roman" w:hAnsi="Aptos" w:cstheme="minorHAnsi"/>
          <w:b/>
          <w:bCs/>
          <w:sz w:val="24"/>
          <w:szCs w:val="24"/>
          <w:u w:val="single"/>
        </w:rPr>
      </w:pPr>
      <w:r w:rsidRPr="00311816">
        <w:rPr>
          <w:rFonts w:ascii="Aptos" w:eastAsia="Times New Roman" w:hAnsi="Aptos" w:cstheme="minorHAnsi"/>
          <w:b/>
          <w:bCs/>
          <w:sz w:val="24"/>
          <w:szCs w:val="24"/>
          <w:u w:val="single"/>
        </w:rPr>
        <w:t>JOB PURPOSE</w:t>
      </w:r>
    </w:p>
    <w:p w14:paraId="368D5D7C" w14:textId="77777777" w:rsidR="00311816" w:rsidRPr="00311816" w:rsidRDefault="00311816" w:rsidP="00311816">
      <w:pPr>
        <w:numPr>
          <w:ilvl w:val="0"/>
          <w:numId w:val="49"/>
        </w:numPr>
        <w:tabs>
          <w:tab w:val="num" w:pos="900"/>
        </w:tabs>
        <w:spacing w:after="0" w:line="360" w:lineRule="auto"/>
        <w:jc w:val="both"/>
        <w:rPr>
          <w:rFonts w:ascii="Aptos" w:eastAsia="Times New Roman" w:hAnsi="Aptos" w:cstheme="minorHAnsi"/>
          <w:sz w:val="24"/>
          <w:szCs w:val="24"/>
        </w:rPr>
      </w:pPr>
      <w:r w:rsidRPr="00311816">
        <w:rPr>
          <w:rFonts w:ascii="Aptos" w:eastAsia="Times New Roman" w:hAnsi="Aptos" w:cstheme="minorHAnsi"/>
          <w:sz w:val="24"/>
          <w:szCs w:val="24"/>
        </w:rPr>
        <w:t xml:space="preserve">To provide long term strategic leadership to the Sport England Place Partnership team, the wider Council, elected Members and system partners. </w:t>
      </w:r>
    </w:p>
    <w:p w14:paraId="68483470" w14:textId="77777777" w:rsidR="00311816" w:rsidRPr="00311816" w:rsidRDefault="00311816" w:rsidP="00311816">
      <w:pPr>
        <w:numPr>
          <w:ilvl w:val="0"/>
          <w:numId w:val="49"/>
        </w:numPr>
        <w:tabs>
          <w:tab w:val="num" w:pos="900"/>
        </w:tabs>
        <w:spacing w:after="0" w:line="360" w:lineRule="auto"/>
        <w:jc w:val="both"/>
        <w:rPr>
          <w:rFonts w:ascii="Aptos" w:eastAsia="Times New Roman" w:hAnsi="Aptos" w:cstheme="minorHAnsi"/>
          <w:sz w:val="24"/>
          <w:szCs w:val="24"/>
        </w:rPr>
      </w:pPr>
      <w:r w:rsidRPr="00311816">
        <w:rPr>
          <w:rFonts w:ascii="Aptos" w:eastAsia="Times New Roman" w:hAnsi="Aptos" w:cstheme="minorHAnsi"/>
          <w:sz w:val="24"/>
          <w:szCs w:val="24"/>
        </w:rPr>
        <w:t xml:space="preserve">To advise senior leaders in education, the local authority, health, Police and Voluntary, Community and Faith Social Enterprise (VCFSE) in developing and embedding strategies focused on active lives and tackling inequalities for their organisations. </w:t>
      </w:r>
    </w:p>
    <w:p w14:paraId="35109716" w14:textId="77777777" w:rsidR="00311816" w:rsidRPr="00311816" w:rsidRDefault="00311816" w:rsidP="00311816">
      <w:pPr>
        <w:numPr>
          <w:ilvl w:val="0"/>
          <w:numId w:val="49"/>
        </w:numPr>
        <w:tabs>
          <w:tab w:val="num" w:pos="900"/>
        </w:tabs>
        <w:spacing w:after="0" w:line="360" w:lineRule="auto"/>
        <w:jc w:val="both"/>
        <w:rPr>
          <w:rFonts w:ascii="Aptos" w:eastAsia="Times New Roman" w:hAnsi="Aptos" w:cstheme="minorHAnsi"/>
          <w:sz w:val="24"/>
          <w:szCs w:val="24"/>
        </w:rPr>
      </w:pPr>
      <w:r w:rsidRPr="00311816">
        <w:rPr>
          <w:rFonts w:ascii="Aptos" w:eastAsia="Times New Roman" w:hAnsi="Aptos" w:cstheme="minorHAnsi"/>
          <w:sz w:val="24"/>
          <w:szCs w:val="24"/>
        </w:rPr>
        <w:t>To support these organisations to provide practical support to implement these strategies and policies through the provision of a Sefton wide community collaborative systems leadership and community of learning approach.</w:t>
      </w:r>
    </w:p>
    <w:p w14:paraId="5880FE22" w14:textId="77777777" w:rsidR="00311816" w:rsidRPr="00311816" w:rsidRDefault="00311816" w:rsidP="00311816">
      <w:pPr>
        <w:numPr>
          <w:ilvl w:val="0"/>
          <w:numId w:val="49"/>
        </w:numPr>
        <w:tabs>
          <w:tab w:val="num" w:pos="900"/>
        </w:tabs>
        <w:spacing w:after="0" w:line="360" w:lineRule="auto"/>
        <w:jc w:val="both"/>
        <w:rPr>
          <w:rFonts w:ascii="Aptos" w:eastAsia="Times New Roman" w:hAnsi="Aptos" w:cstheme="minorHAnsi"/>
          <w:sz w:val="24"/>
          <w:szCs w:val="24"/>
        </w:rPr>
      </w:pPr>
      <w:r w:rsidRPr="00311816">
        <w:rPr>
          <w:rFonts w:ascii="Aptos" w:eastAsia="Times New Roman" w:hAnsi="Aptos" w:cstheme="minorHAnsi"/>
          <w:sz w:val="24"/>
          <w:szCs w:val="24"/>
        </w:rPr>
        <w:t>To lead on the long-term strategic vision of embedding active lives through co-production and systems leadership across all sectors in Sefton and beyond.</w:t>
      </w:r>
    </w:p>
    <w:p w14:paraId="67A241B4" w14:textId="77777777" w:rsidR="00311816" w:rsidRPr="00311816" w:rsidRDefault="00311816" w:rsidP="00311816">
      <w:pPr>
        <w:numPr>
          <w:ilvl w:val="0"/>
          <w:numId w:val="49"/>
        </w:numPr>
        <w:tabs>
          <w:tab w:val="num" w:pos="900"/>
        </w:tabs>
        <w:spacing w:after="0" w:line="360" w:lineRule="auto"/>
        <w:jc w:val="both"/>
        <w:rPr>
          <w:rFonts w:ascii="Aptos" w:eastAsia="Times New Roman" w:hAnsi="Aptos" w:cstheme="minorHAnsi"/>
          <w:sz w:val="24"/>
          <w:szCs w:val="24"/>
        </w:rPr>
      </w:pPr>
      <w:r w:rsidRPr="00311816">
        <w:rPr>
          <w:rFonts w:ascii="Aptos" w:eastAsia="Times New Roman" w:hAnsi="Aptos" w:cstheme="minorHAnsi"/>
          <w:sz w:val="24"/>
          <w:szCs w:val="24"/>
        </w:rPr>
        <w:t>To lead and develop strategies to ensure community members inform and influence decision-making across Sefton around Active Lives, sharing this good practice on a regional and national level.</w:t>
      </w:r>
    </w:p>
    <w:p w14:paraId="56BF910C" w14:textId="77777777" w:rsidR="00311816" w:rsidRPr="00311816" w:rsidRDefault="00311816" w:rsidP="00311816">
      <w:pPr>
        <w:tabs>
          <w:tab w:val="num" w:pos="900"/>
        </w:tabs>
        <w:spacing w:after="0" w:line="360" w:lineRule="auto"/>
        <w:jc w:val="both"/>
        <w:rPr>
          <w:rFonts w:ascii="Aptos" w:eastAsia="Times New Roman" w:hAnsi="Aptos" w:cstheme="minorHAnsi"/>
          <w:b/>
          <w:bCs/>
          <w:sz w:val="24"/>
          <w:szCs w:val="24"/>
          <w:u w:val="single"/>
        </w:rPr>
      </w:pPr>
      <w:r w:rsidRPr="00311816">
        <w:rPr>
          <w:rFonts w:ascii="Aptos" w:eastAsia="Times New Roman" w:hAnsi="Aptos" w:cstheme="minorHAnsi"/>
          <w:b/>
          <w:bCs/>
          <w:sz w:val="24"/>
          <w:szCs w:val="24"/>
          <w:u w:val="single"/>
        </w:rPr>
        <w:lastRenderedPageBreak/>
        <w:t>MAIN DUTIES AND RESPONSIBILITIES</w:t>
      </w:r>
    </w:p>
    <w:p w14:paraId="0E2C6077" w14:textId="77777777"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Cs/>
          <w:sz w:val="24"/>
          <w:szCs w:val="24"/>
        </w:rPr>
      </w:pPr>
      <w:r w:rsidRPr="00311816">
        <w:rPr>
          <w:rFonts w:ascii="Aptos" w:eastAsia="Times New Roman" w:hAnsi="Aptos" w:cstheme="minorHAnsi"/>
          <w:bCs/>
          <w:sz w:val="24"/>
          <w:szCs w:val="24"/>
        </w:rPr>
        <w:t>Lead on the development of strategies for embedding systems leadership and collaborative community development, to positively influence system transformation around active lives.</w:t>
      </w:r>
    </w:p>
    <w:p w14:paraId="577D664F" w14:textId="77777777"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Cs/>
          <w:sz w:val="24"/>
          <w:szCs w:val="24"/>
        </w:rPr>
      </w:pPr>
      <w:r w:rsidRPr="00311816">
        <w:rPr>
          <w:rFonts w:ascii="Aptos" w:eastAsia="Times New Roman" w:hAnsi="Aptos" w:cstheme="minorHAnsi"/>
          <w:bCs/>
          <w:sz w:val="24"/>
          <w:szCs w:val="24"/>
        </w:rPr>
        <w:t>To promote innovative policy development and best practice in active lives, systems leadership and collaborative working based on significant knowledge, skills and expertise informed by national and international research and practice.</w:t>
      </w:r>
    </w:p>
    <w:p w14:paraId="00CABD91" w14:textId="77777777"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Cs/>
          <w:sz w:val="24"/>
          <w:szCs w:val="24"/>
        </w:rPr>
      </w:pPr>
      <w:r w:rsidRPr="00311816">
        <w:rPr>
          <w:rFonts w:ascii="Aptos" w:eastAsia="Times New Roman" w:hAnsi="Aptos" w:cstheme="minorHAnsi"/>
          <w:bCs/>
          <w:sz w:val="24"/>
          <w:szCs w:val="24"/>
        </w:rPr>
        <w:t>Present keynote speeches, presentations and workshops locally, regionally, nationally to promote the work of the project and share learning.</w:t>
      </w:r>
    </w:p>
    <w:p w14:paraId="7CD7277C" w14:textId="77777777"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Cs/>
          <w:sz w:val="24"/>
          <w:szCs w:val="24"/>
        </w:rPr>
      </w:pPr>
      <w:r w:rsidRPr="00311816">
        <w:rPr>
          <w:rFonts w:ascii="Aptos" w:eastAsia="Times New Roman" w:hAnsi="Aptos" w:cstheme="minorHAnsi"/>
          <w:bCs/>
          <w:sz w:val="24"/>
          <w:szCs w:val="24"/>
        </w:rPr>
        <w:t>To lead on the development, promotion and embedding of fair and inclusive practice within the project approach, to ensure all stakeholders in Sefton listen, learn and embed the learning from diverse voices, perspectives and experiences.</w:t>
      </w:r>
    </w:p>
    <w:p w14:paraId="6512A8A5" w14:textId="77777777"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Cs/>
          <w:sz w:val="24"/>
          <w:szCs w:val="24"/>
        </w:rPr>
      </w:pPr>
      <w:r w:rsidRPr="00311816">
        <w:rPr>
          <w:rFonts w:ascii="Aptos" w:eastAsia="Times New Roman" w:hAnsi="Aptos" w:cstheme="minorHAnsi"/>
          <w:bCs/>
          <w:sz w:val="24"/>
          <w:szCs w:val="24"/>
        </w:rPr>
        <w:t>To lead on the recruitment, induction and training of appropriate practitioners, and provide line management and supervision for team members, working in accordance with the service’s policy and procedures.</w:t>
      </w:r>
    </w:p>
    <w:p w14:paraId="17DCBD34" w14:textId="77777777"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Cs/>
          <w:sz w:val="24"/>
          <w:szCs w:val="24"/>
        </w:rPr>
      </w:pPr>
      <w:r w:rsidRPr="00311816">
        <w:rPr>
          <w:rFonts w:ascii="Aptos" w:eastAsia="Times New Roman" w:hAnsi="Aptos" w:cstheme="minorHAnsi"/>
          <w:bCs/>
          <w:sz w:val="24"/>
          <w:szCs w:val="24"/>
        </w:rPr>
        <w:t>Lead on a range of contractual requirements and outcomes. Providing returns to Sport England and other relevant organisations.</w:t>
      </w:r>
    </w:p>
    <w:p w14:paraId="0A531FA7" w14:textId="77777777"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Cs/>
          <w:sz w:val="24"/>
          <w:szCs w:val="24"/>
        </w:rPr>
      </w:pPr>
      <w:r w:rsidRPr="00311816">
        <w:rPr>
          <w:rFonts w:ascii="Aptos" w:eastAsia="Times New Roman" w:hAnsi="Aptos" w:cstheme="minorHAnsi"/>
          <w:bCs/>
          <w:sz w:val="24"/>
          <w:szCs w:val="24"/>
        </w:rPr>
        <w:t>Lead on the sharing of learning and reporting of outcomes on research, learning activity and programmes to national and local funders, such as Sport England, the Health &amp; Wellbeing Board and Place Based Partnership.</w:t>
      </w:r>
    </w:p>
    <w:p w14:paraId="31F20024" w14:textId="77777777"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Cs/>
          <w:sz w:val="24"/>
          <w:szCs w:val="24"/>
        </w:rPr>
      </w:pPr>
      <w:r w:rsidRPr="00311816">
        <w:rPr>
          <w:rFonts w:ascii="Aptos" w:eastAsia="Times New Roman" w:hAnsi="Aptos" w:cstheme="minorHAnsi"/>
          <w:bCs/>
          <w:sz w:val="24"/>
          <w:szCs w:val="24"/>
        </w:rPr>
        <w:t>Lead the development of strategies and approaches across Sefton to ensure the Place Partnership principles are embedded across the system.</w:t>
      </w:r>
    </w:p>
    <w:p w14:paraId="2BFC40F1" w14:textId="77777777"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Cs/>
          <w:sz w:val="24"/>
          <w:szCs w:val="24"/>
        </w:rPr>
      </w:pPr>
      <w:r w:rsidRPr="00311816">
        <w:rPr>
          <w:rFonts w:ascii="Aptos" w:eastAsia="Times New Roman" w:hAnsi="Aptos" w:cstheme="minorHAnsi"/>
          <w:bCs/>
          <w:sz w:val="24"/>
          <w:szCs w:val="24"/>
        </w:rPr>
        <w:t>Lead on strategies to attract external funding to both continue and upscale the work.</w:t>
      </w:r>
    </w:p>
    <w:p w14:paraId="07542B8E" w14:textId="77777777"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Cs/>
          <w:sz w:val="24"/>
          <w:szCs w:val="24"/>
        </w:rPr>
      </w:pPr>
      <w:r w:rsidRPr="00311816">
        <w:rPr>
          <w:rFonts w:ascii="Aptos" w:eastAsia="Times New Roman" w:hAnsi="Aptos" w:cstheme="minorHAnsi"/>
          <w:bCs/>
          <w:sz w:val="24"/>
          <w:szCs w:val="24"/>
        </w:rPr>
        <w:t>To lead a range of long-term complex projects, with different funders, locations, disciplines, resources, outcomes, reporting structures and staff teams</w:t>
      </w:r>
    </w:p>
    <w:p w14:paraId="146AF085" w14:textId="5BD89B74" w:rsidR="00311816" w:rsidRPr="00311816" w:rsidRDefault="00311816" w:rsidP="00311816">
      <w:pPr>
        <w:numPr>
          <w:ilvl w:val="0"/>
          <w:numId w:val="50"/>
        </w:numPr>
        <w:tabs>
          <w:tab w:val="num" w:pos="900"/>
        </w:tabs>
        <w:spacing w:after="0" w:line="360" w:lineRule="auto"/>
        <w:jc w:val="both"/>
        <w:rPr>
          <w:rFonts w:ascii="Aptos" w:eastAsia="Times New Roman" w:hAnsi="Aptos" w:cstheme="minorHAnsi"/>
          <w:b/>
          <w:bCs/>
          <w:sz w:val="24"/>
          <w:szCs w:val="24"/>
          <w:u w:val="single"/>
        </w:rPr>
      </w:pPr>
      <w:r w:rsidRPr="00311816">
        <w:rPr>
          <w:rFonts w:ascii="Aptos" w:eastAsia="Times New Roman" w:hAnsi="Aptos" w:cstheme="minorHAnsi"/>
          <w:bCs/>
          <w:sz w:val="24"/>
          <w:szCs w:val="24"/>
        </w:rPr>
        <w:lastRenderedPageBreak/>
        <w:t>To present learning and recommendations to a range of senior leaders, elected members, senior academics and national research organisations to influence local and regional strategy and policy linked to health inequalities.</w:t>
      </w:r>
    </w:p>
    <w:p w14:paraId="251FFADB" w14:textId="77777777" w:rsidR="00BE409F" w:rsidRPr="00193ACD" w:rsidRDefault="00BE409F" w:rsidP="00BE409F">
      <w:pPr>
        <w:tabs>
          <w:tab w:val="num" w:pos="900"/>
        </w:tabs>
        <w:spacing w:after="0" w:line="360" w:lineRule="auto"/>
        <w:jc w:val="both"/>
        <w:rPr>
          <w:rFonts w:ascii="Aptos" w:eastAsia="Times New Roman" w:hAnsi="Aptos" w:cstheme="minorHAnsi"/>
          <w:sz w:val="24"/>
          <w:szCs w:val="24"/>
          <w:highlight w:val="red"/>
        </w:rPr>
      </w:pPr>
    </w:p>
    <w:p w14:paraId="27A25C78" w14:textId="77777777" w:rsidR="00CD2E1B" w:rsidRPr="00193ACD" w:rsidRDefault="00CD2E1B" w:rsidP="00CD2E1B">
      <w:pPr>
        <w:spacing w:after="0" w:line="240" w:lineRule="auto"/>
        <w:ind w:left="720" w:hanging="720"/>
        <w:jc w:val="both"/>
        <w:rPr>
          <w:rFonts w:ascii="Aptos" w:eastAsia="Times New Roman" w:hAnsi="Aptos" w:cs="Arial"/>
          <w:b/>
          <w:sz w:val="24"/>
          <w:szCs w:val="24"/>
          <w:u w:val="single"/>
        </w:rPr>
      </w:pPr>
      <w:r w:rsidRPr="00193ACD">
        <w:rPr>
          <w:rFonts w:ascii="Aptos" w:eastAsia="Times New Roman" w:hAnsi="Aptos" w:cs="Arial"/>
          <w:b/>
          <w:sz w:val="24"/>
          <w:szCs w:val="24"/>
          <w:u w:val="single"/>
        </w:rPr>
        <w:t>SPECIAL CONDITIONS (if applicable)</w:t>
      </w:r>
    </w:p>
    <w:p w14:paraId="1AC240E9" w14:textId="77777777" w:rsidR="00CD2E1B" w:rsidRPr="00193ACD" w:rsidRDefault="00CD2E1B" w:rsidP="00CD2E1B">
      <w:pPr>
        <w:spacing w:after="0" w:line="240" w:lineRule="auto"/>
        <w:jc w:val="both"/>
        <w:rPr>
          <w:rFonts w:ascii="Aptos" w:eastAsia="Times New Roman" w:hAnsi="Aptos" w:cs="Arial"/>
          <w:sz w:val="24"/>
          <w:szCs w:val="24"/>
        </w:rPr>
      </w:pPr>
    </w:p>
    <w:p w14:paraId="2940F1E7" w14:textId="77777777" w:rsidR="00CD2E1B" w:rsidRPr="00193ACD" w:rsidRDefault="00CD2E1B" w:rsidP="00CD2E1B">
      <w:pPr>
        <w:spacing w:after="0" w:line="240" w:lineRule="auto"/>
        <w:contextualSpacing/>
        <w:rPr>
          <w:rFonts w:ascii="Aptos" w:eastAsia="Times New Roman" w:hAnsi="Aptos" w:cs="Arial"/>
          <w:sz w:val="24"/>
          <w:szCs w:val="24"/>
        </w:rPr>
      </w:pPr>
      <w:r w:rsidRPr="00193ACD">
        <w:rPr>
          <w:rFonts w:ascii="Aptos" w:eastAsia="Times New Roman" w:hAnsi="Aptos" w:cs="Arial"/>
          <w:sz w:val="24"/>
          <w:szCs w:val="24"/>
        </w:rPr>
        <w:t>The post holder may be expected to work across different Council buildings and locations within Sefton depending on the needs of the service and casual car allowance will be payable as appropriate.</w:t>
      </w:r>
    </w:p>
    <w:p w14:paraId="3B8CFACB" w14:textId="77777777" w:rsidR="00CD2E1B" w:rsidRPr="00193ACD" w:rsidRDefault="00CD2E1B" w:rsidP="00CD2E1B">
      <w:pPr>
        <w:tabs>
          <w:tab w:val="left" w:pos="5760"/>
        </w:tabs>
        <w:spacing w:after="0" w:line="240" w:lineRule="auto"/>
        <w:contextualSpacing/>
        <w:rPr>
          <w:rFonts w:ascii="Aptos" w:eastAsia="Times New Roman" w:hAnsi="Aptos" w:cs="Arial"/>
          <w:sz w:val="24"/>
          <w:szCs w:val="24"/>
        </w:rPr>
      </w:pPr>
    </w:p>
    <w:p w14:paraId="2A7E095A" w14:textId="77777777" w:rsidR="00CD2E1B" w:rsidRPr="00193ACD" w:rsidRDefault="00CD2E1B" w:rsidP="00CD2E1B">
      <w:pPr>
        <w:spacing w:after="0" w:line="240" w:lineRule="auto"/>
        <w:jc w:val="both"/>
        <w:rPr>
          <w:rFonts w:ascii="Aptos" w:eastAsia="Times New Roman" w:hAnsi="Aptos" w:cs="Arial"/>
          <w:sz w:val="24"/>
          <w:szCs w:val="24"/>
        </w:rPr>
      </w:pPr>
      <w:r w:rsidRPr="00193ACD">
        <w:rPr>
          <w:rFonts w:ascii="Aptos" w:eastAsia="Times New Roman" w:hAnsi="Aptos" w:cs="Arial"/>
          <w:sz w:val="24"/>
          <w:szCs w:val="24"/>
        </w:rPr>
        <w:t xml:space="preserve">Since confidential information is involved with the duties of this post, the post holder will be required to </w:t>
      </w:r>
      <w:proofErr w:type="gramStart"/>
      <w:r w:rsidRPr="00193ACD">
        <w:rPr>
          <w:rFonts w:ascii="Aptos" w:eastAsia="Times New Roman" w:hAnsi="Aptos" w:cs="Arial"/>
          <w:sz w:val="24"/>
          <w:szCs w:val="24"/>
        </w:rPr>
        <w:t>exercise discretion at all times</w:t>
      </w:r>
      <w:proofErr w:type="gramEnd"/>
      <w:r w:rsidRPr="00193ACD">
        <w:rPr>
          <w:rFonts w:ascii="Aptos" w:eastAsia="Times New Roman" w:hAnsi="Aptos" w:cs="Arial"/>
          <w:sz w:val="24"/>
          <w:szCs w:val="24"/>
        </w:rPr>
        <w:t xml:space="preserve"> and to observe relevant codes of practice and legislation in relation to data protection and personal information.</w:t>
      </w:r>
    </w:p>
    <w:p w14:paraId="40397FBC" w14:textId="77777777" w:rsidR="00CD2E1B" w:rsidRPr="00193ACD" w:rsidRDefault="00CD2E1B" w:rsidP="00CD2E1B">
      <w:pPr>
        <w:spacing w:after="0" w:line="240" w:lineRule="auto"/>
        <w:rPr>
          <w:rFonts w:ascii="Aptos" w:eastAsia="Calibri" w:hAnsi="Aptos" w:cs="Times New Roman"/>
          <w:sz w:val="24"/>
          <w:szCs w:val="24"/>
        </w:rPr>
      </w:pPr>
    </w:p>
    <w:p w14:paraId="78E6386B" w14:textId="77777777" w:rsidR="00CD2E1B" w:rsidRPr="00193ACD" w:rsidRDefault="00CD2E1B" w:rsidP="00CD2E1B">
      <w:pPr>
        <w:pStyle w:val="ListParagraph"/>
        <w:numPr>
          <w:ilvl w:val="0"/>
          <w:numId w:val="48"/>
        </w:numPr>
        <w:spacing w:after="0" w:line="240" w:lineRule="auto"/>
        <w:rPr>
          <w:rFonts w:ascii="Aptos" w:eastAsia="Calibri" w:hAnsi="Aptos" w:cs="Times New Roman"/>
          <w:sz w:val="24"/>
          <w:szCs w:val="24"/>
        </w:rPr>
      </w:pPr>
      <w:r w:rsidRPr="00193ACD">
        <w:rPr>
          <w:rFonts w:ascii="Aptos" w:eastAsia="Calibri" w:hAnsi="Aptos" w:cs="Times New Roman"/>
          <w:sz w:val="24"/>
          <w:szCs w:val="24"/>
        </w:rPr>
        <w:t>36-hour per week post.</w:t>
      </w:r>
    </w:p>
    <w:p w14:paraId="330F5B01" w14:textId="77777777" w:rsidR="00CD2E1B" w:rsidRPr="00193ACD" w:rsidRDefault="00CD2E1B" w:rsidP="00CD2E1B">
      <w:pPr>
        <w:pStyle w:val="ListParagraph"/>
        <w:numPr>
          <w:ilvl w:val="0"/>
          <w:numId w:val="48"/>
        </w:numPr>
        <w:spacing w:after="0" w:line="240" w:lineRule="auto"/>
        <w:rPr>
          <w:rFonts w:ascii="Aptos" w:eastAsia="Calibri" w:hAnsi="Aptos" w:cs="Times New Roman"/>
          <w:sz w:val="24"/>
          <w:szCs w:val="24"/>
        </w:rPr>
      </w:pPr>
      <w:r w:rsidRPr="00193ACD">
        <w:rPr>
          <w:rFonts w:ascii="Aptos" w:eastAsia="Calibri" w:hAnsi="Aptos" w:cs="Times New Roman"/>
          <w:sz w:val="24"/>
          <w:szCs w:val="24"/>
        </w:rPr>
        <w:t>A casual car allowance is payable.</w:t>
      </w:r>
    </w:p>
    <w:p w14:paraId="6F231232" w14:textId="77777777" w:rsidR="00CD2E1B" w:rsidRPr="00193ACD" w:rsidRDefault="00CD2E1B" w:rsidP="00CD2E1B">
      <w:pPr>
        <w:pStyle w:val="ListParagraph"/>
        <w:numPr>
          <w:ilvl w:val="0"/>
          <w:numId w:val="48"/>
        </w:numPr>
        <w:spacing w:after="0" w:line="240" w:lineRule="auto"/>
        <w:rPr>
          <w:rFonts w:ascii="Aptos" w:eastAsia="Calibri" w:hAnsi="Aptos" w:cs="Times New Roman"/>
          <w:sz w:val="24"/>
          <w:szCs w:val="24"/>
        </w:rPr>
      </w:pPr>
      <w:r w:rsidRPr="00193ACD">
        <w:rPr>
          <w:rFonts w:ascii="Aptos" w:eastAsia="Calibri" w:hAnsi="Aptos" w:cs="Times New Roman"/>
          <w:sz w:val="24"/>
          <w:szCs w:val="24"/>
        </w:rPr>
        <w:t>The Council operates a no-smoking policy.</w:t>
      </w:r>
    </w:p>
    <w:p w14:paraId="2F7E0A64" w14:textId="77777777" w:rsidR="00CD2E1B" w:rsidRPr="00193ACD" w:rsidRDefault="00CD2E1B" w:rsidP="00CD2E1B">
      <w:pPr>
        <w:pStyle w:val="ListParagraph"/>
        <w:numPr>
          <w:ilvl w:val="0"/>
          <w:numId w:val="48"/>
        </w:numPr>
        <w:spacing w:after="0" w:line="240" w:lineRule="auto"/>
        <w:rPr>
          <w:rFonts w:ascii="Aptos" w:eastAsia="Calibri" w:hAnsi="Aptos" w:cs="Times New Roman"/>
          <w:sz w:val="24"/>
          <w:szCs w:val="24"/>
        </w:rPr>
      </w:pPr>
      <w:r w:rsidRPr="00193ACD">
        <w:rPr>
          <w:rFonts w:ascii="Aptos" w:eastAsia="Calibri" w:hAnsi="Aptos" w:cs="Times New Roman"/>
          <w:sz w:val="24"/>
          <w:szCs w:val="24"/>
        </w:rPr>
        <w:t>This post is fixed term until 31</w:t>
      </w:r>
      <w:r w:rsidRPr="00193ACD">
        <w:rPr>
          <w:rFonts w:ascii="Aptos" w:eastAsia="Calibri" w:hAnsi="Aptos" w:cs="Times New Roman"/>
          <w:sz w:val="24"/>
          <w:szCs w:val="24"/>
          <w:vertAlign w:val="superscript"/>
        </w:rPr>
        <w:t>st</w:t>
      </w:r>
      <w:r w:rsidRPr="00193ACD">
        <w:rPr>
          <w:rFonts w:ascii="Aptos" w:eastAsia="Calibri" w:hAnsi="Aptos" w:cs="Times New Roman"/>
          <w:sz w:val="24"/>
          <w:szCs w:val="24"/>
        </w:rPr>
        <w:t xml:space="preserve"> March 2028.</w:t>
      </w:r>
    </w:p>
    <w:p w14:paraId="11616C7B" w14:textId="77777777" w:rsidR="00CD2E1B" w:rsidRPr="00193ACD" w:rsidRDefault="00CD2E1B" w:rsidP="00CD2E1B">
      <w:pPr>
        <w:pStyle w:val="ListParagraph"/>
        <w:numPr>
          <w:ilvl w:val="0"/>
          <w:numId w:val="48"/>
        </w:numPr>
        <w:spacing w:after="0" w:line="240" w:lineRule="auto"/>
        <w:rPr>
          <w:rFonts w:ascii="Aptos" w:eastAsia="Calibri" w:hAnsi="Aptos" w:cs="Times New Roman"/>
          <w:sz w:val="24"/>
          <w:szCs w:val="24"/>
        </w:rPr>
      </w:pPr>
      <w:r w:rsidRPr="00193ACD">
        <w:rPr>
          <w:rFonts w:ascii="Aptos" w:eastAsia="Calibri" w:hAnsi="Aptos" w:cs="Times New Roman"/>
          <w:sz w:val="24"/>
          <w:szCs w:val="24"/>
        </w:rPr>
        <w:t>Enhanced DBS clearance is essential for this post. The post you are applying for is exempt from the Rehabilitation of Offenders Act 1974 and therefore you are required to declare any convictions, cautions, reprimands and final warnings that are not ‘protected’ (i.e. filtered out) as defined by the Rehabilitation of Offenders Act 1974 (Exceptions) Order 1975 (Amendment) (England and Wales) Order 2013.  The post you are applying for requires access to the Public Service Network (PSN) and requires compliance with the HMG Baseline Personnel Security Standard.</w:t>
      </w:r>
    </w:p>
    <w:p w14:paraId="618B6F77" w14:textId="77777777" w:rsidR="00CD2E1B" w:rsidRPr="00193ACD" w:rsidRDefault="00CD2E1B" w:rsidP="00CD2E1B">
      <w:pPr>
        <w:spacing w:after="0" w:line="240" w:lineRule="auto"/>
        <w:jc w:val="both"/>
        <w:rPr>
          <w:rFonts w:ascii="Aptos" w:eastAsia="Times New Roman" w:hAnsi="Aptos" w:cs="Arial"/>
          <w:sz w:val="24"/>
          <w:szCs w:val="24"/>
        </w:rPr>
      </w:pPr>
    </w:p>
    <w:p w14:paraId="3D401EB1" w14:textId="77777777" w:rsidR="00CD2E1B" w:rsidRPr="00193ACD" w:rsidRDefault="00CD2E1B" w:rsidP="00CD2E1B">
      <w:pPr>
        <w:spacing w:after="0" w:line="240" w:lineRule="auto"/>
        <w:jc w:val="both"/>
        <w:rPr>
          <w:rFonts w:ascii="Aptos" w:eastAsia="Times New Roman" w:hAnsi="Aptos" w:cs="Arial"/>
          <w:sz w:val="24"/>
          <w:szCs w:val="24"/>
        </w:rPr>
      </w:pPr>
    </w:p>
    <w:p w14:paraId="5FE64CCF" w14:textId="77777777" w:rsidR="00CD2E1B" w:rsidRPr="00193ACD" w:rsidRDefault="00CD2E1B" w:rsidP="00CD2E1B">
      <w:pPr>
        <w:spacing w:after="0" w:line="240" w:lineRule="auto"/>
        <w:ind w:left="720" w:hanging="720"/>
        <w:jc w:val="both"/>
        <w:rPr>
          <w:rFonts w:ascii="Aptos" w:eastAsia="Times New Roman" w:hAnsi="Aptos" w:cs="Arial"/>
          <w:sz w:val="24"/>
          <w:szCs w:val="24"/>
        </w:rPr>
      </w:pPr>
      <w:r w:rsidRPr="00193ACD">
        <w:rPr>
          <w:rFonts w:ascii="Aptos" w:eastAsia="Times New Roman" w:hAnsi="Aptos" w:cs="Arial"/>
          <w:b/>
          <w:sz w:val="24"/>
          <w:szCs w:val="24"/>
          <w:u w:val="single"/>
        </w:rPr>
        <w:t>GENERAL</w:t>
      </w:r>
      <w:r w:rsidRPr="00193ACD">
        <w:rPr>
          <w:rFonts w:ascii="Aptos" w:eastAsia="Times New Roman" w:hAnsi="Aptos" w:cs="Arial"/>
          <w:sz w:val="24"/>
          <w:szCs w:val="24"/>
        </w:rPr>
        <w:t>:</w:t>
      </w:r>
    </w:p>
    <w:p w14:paraId="211D793E" w14:textId="77777777" w:rsidR="00CD2E1B" w:rsidRPr="00193ACD" w:rsidRDefault="00CD2E1B" w:rsidP="00CD2E1B">
      <w:pPr>
        <w:spacing w:after="0" w:line="240" w:lineRule="auto"/>
        <w:ind w:left="720" w:hanging="720"/>
        <w:jc w:val="both"/>
        <w:rPr>
          <w:rFonts w:ascii="Aptos" w:eastAsia="Times New Roman" w:hAnsi="Aptos" w:cs="Arial"/>
          <w:sz w:val="24"/>
          <w:szCs w:val="24"/>
        </w:rPr>
      </w:pPr>
    </w:p>
    <w:p w14:paraId="02C1036A" w14:textId="77777777" w:rsidR="00CD2E1B" w:rsidRPr="00193ACD" w:rsidRDefault="00CD2E1B" w:rsidP="00CD2E1B">
      <w:pPr>
        <w:spacing w:after="0" w:line="240" w:lineRule="auto"/>
        <w:ind w:hanging="720"/>
        <w:jc w:val="both"/>
        <w:rPr>
          <w:rFonts w:ascii="Aptos" w:eastAsia="Times New Roman" w:hAnsi="Aptos" w:cs="Arial"/>
          <w:sz w:val="24"/>
          <w:szCs w:val="24"/>
        </w:rPr>
      </w:pPr>
      <w:r w:rsidRPr="00193ACD">
        <w:rPr>
          <w:rFonts w:ascii="Aptos" w:eastAsia="Times New Roman" w:hAnsi="Aptos" w:cs="Arial"/>
          <w:sz w:val="24"/>
          <w:szCs w:val="24"/>
        </w:rPr>
        <w:tab/>
        <w:t>This job description is a representative document.  Other reasonably similar duties may be allocated from time to time commensurate with the general character of the post and its grading.</w:t>
      </w:r>
    </w:p>
    <w:p w14:paraId="41AC9C5A" w14:textId="77777777" w:rsidR="00CD2E1B" w:rsidRPr="00193ACD" w:rsidRDefault="00CD2E1B" w:rsidP="00CD2E1B">
      <w:pPr>
        <w:spacing w:after="0" w:line="240" w:lineRule="auto"/>
        <w:ind w:left="720" w:hanging="720"/>
        <w:jc w:val="both"/>
        <w:rPr>
          <w:rFonts w:ascii="Aptos" w:eastAsia="Times New Roman" w:hAnsi="Aptos" w:cs="Arial"/>
          <w:sz w:val="24"/>
          <w:szCs w:val="24"/>
        </w:rPr>
      </w:pPr>
    </w:p>
    <w:p w14:paraId="15F6EDEF" w14:textId="77777777" w:rsidR="00CD2E1B" w:rsidRPr="00193ACD" w:rsidRDefault="00CD2E1B" w:rsidP="00CD2E1B">
      <w:pPr>
        <w:spacing w:after="0" w:line="240" w:lineRule="auto"/>
        <w:rPr>
          <w:rFonts w:ascii="Aptos" w:eastAsia="Times New Roman" w:hAnsi="Aptos" w:cs="Arial"/>
          <w:sz w:val="24"/>
          <w:szCs w:val="24"/>
        </w:rPr>
      </w:pPr>
      <w:r w:rsidRPr="00193ACD">
        <w:rPr>
          <w:rFonts w:ascii="Aptos" w:eastAsia="Times New Roman" w:hAnsi="Aptos" w:cs="Arial"/>
          <w:sz w:val="24"/>
          <w:szCs w:val="24"/>
        </w:rPr>
        <w:t>All staff are responsible for the implementation of the Health &amp; Safety Policy as far as it affects them, their colleagues and others who may be affected by their work.  The post holder is also expected to monitor the effectiveness of the health and safety arrangements and systems to ensure appropriate improvements are made where necessary.</w:t>
      </w:r>
    </w:p>
    <w:p w14:paraId="3D12AE02" w14:textId="77777777" w:rsidR="00CD2E1B" w:rsidRPr="00193ACD" w:rsidRDefault="00CD2E1B" w:rsidP="00CD2E1B">
      <w:pPr>
        <w:spacing w:after="0" w:line="240" w:lineRule="auto"/>
        <w:rPr>
          <w:rFonts w:ascii="Aptos" w:eastAsia="Times New Roman" w:hAnsi="Aptos" w:cs="Arial"/>
          <w:sz w:val="24"/>
          <w:szCs w:val="24"/>
        </w:rPr>
      </w:pPr>
    </w:p>
    <w:p w14:paraId="10AA67CF" w14:textId="77777777" w:rsidR="00CD2E1B" w:rsidRPr="00193ACD" w:rsidRDefault="00CD2E1B" w:rsidP="00CD2E1B">
      <w:pPr>
        <w:spacing w:after="0" w:line="240" w:lineRule="auto"/>
        <w:rPr>
          <w:rFonts w:ascii="Aptos" w:eastAsia="Times New Roman" w:hAnsi="Aptos" w:cs="Arial"/>
          <w:sz w:val="24"/>
          <w:szCs w:val="24"/>
        </w:rPr>
      </w:pPr>
      <w:r w:rsidRPr="00193ACD">
        <w:rPr>
          <w:rFonts w:ascii="Aptos" w:eastAsia="Times New Roman" w:hAnsi="Aptos" w:cs="Arial"/>
          <w:sz w:val="24"/>
          <w:szCs w:val="24"/>
        </w:rPr>
        <w:lastRenderedPageBreak/>
        <w:t>The Authority has an approved equality policy in employment and copies are freely available to all employees.  The post holder will be expected to comply, observe and promote the equality policies of the Council.</w:t>
      </w:r>
    </w:p>
    <w:p w14:paraId="745D24F2" w14:textId="77777777" w:rsidR="00CD2E1B" w:rsidRPr="00193ACD" w:rsidRDefault="00CD2E1B" w:rsidP="00CD2E1B">
      <w:pPr>
        <w:spacing w:after="0" w:line="240" w:lineRule="auto"/>
        <w:rPr>
          <w:rFonts w:ascii="Aptos" w:eastAsia="Times New Roman" w:hAnsi="Aptos" w:cs="Arial"/>
          <w:sz w:val="24"/>
          <w:szCs w:val="24"/>
        </w:rPr>
      </w:pPr>
    </w:p>
    <w:p w14:paraId="345F5352" w14:textId="77777777" w:rsidR="00CD2E1B" w:rsidRPr="00193ACD" w:rsidRDefault="00CD2E1B" w:rsidP="00CD2E1B">
      <w:pPr>
        <w:spacing w:after="0" w:line="240" w:lineRule="auto"/>
        <w:rPr>
          <w:rFonts w:ascii="Aptos" w:eastAsia="Times New Roman" w:hAnsi="Aptos" w:cs="Arial"/>
          <w:sz w:val="24"/>
          <w:szCs w:val="24"/>
        </w:rPr>
      </w:pPr>
      <w:r w:rsidRPr="00193ACD">
        <w:rPr>
          <w:rFonts w:ascii="Aptos" w:eastAsia="Times New Roman" w:hAnsi="Aptos" w:cs="Arial"/>
          <w:sz w:val="24"/>
          <w:szCs w:val="24"/>
        </w:rPr>
        <w:t>Note:  Where the post holder is disabled, every effort will be made to support all necessary aids, adaptations or equipment to allow them to carry out all the duties of the job.</w:t>
      </w:r>
    </w:p>
    <w:p w14:paraId="480C50EC" w14:textId="77777777" w:rsidR="00CD2E1B" w:rsidRPr="00193ACD" w:rsidRDefault="00CD2E1B" w:rsidP="00CD2E1B">
      <w:pPr>
        <w:spacing w:after="0" w:line="240" w:lineRule="auto"/>
        <w:rPr>
          <w:rFonts w:ascii="Aptos" w:eastAsia="Times New Roman" w:hAnsi="Aptos" w:cs="Arial"/>
          <w:sz w:val="24"/>
          <w:szCs w:val="24"/>
        </w:rPr>
      </w:pPr>
    </w:p>
    <w:p w14:paraId="1B89494D" w14:textId="77777777" w:rsidR="00CD2E1B" w:rsidRPr="00193ACD" w:rsidRDefault="00CD2E1B" w:rsidP="00CD2E1B">
      <w:pPr>
        <w:keepNext/>
        <w:spacing w:after="0" w:line="240" w:lineRule="auto"/>
        <w:outlineLvl w:val="2"/>
        <w:rPr>
          <w:rFonts w:ascii="Aptos" w:eastAsia="Times New Roman" w:hAnsi="Aptos" w:cs="Arial"/>
          <w:sz w:val="24"/>
          <w:szCs w:val="24"/>
        </w:rPr>
      </w:pPr>
      <w:r w:rsidRPr="00193ACD">
        <w:rPr>
          <w:rFonts w:ascii="Aptos" w:eastAsia="Times New Roman" w:hAnsi="Aptos" w:cs="Arial"/>
          <w:sz w:val="24"/>
          <w:szCs w:val="24"/>
        </w:rPr>
        <w:t>The post is customer facing therefore you must have the ability to fulfil all spoken aspects of the role with confidence through the medium of English.</w:t>
      </w:r>
    </w:p>
    <w:p w14:paraId="7CCDC119" w14:textId="77777777" w:rsidR="00CD2E1B" w:rsidRPr="00193ACD" w:rsidRDefault="00CD2E1B" w:rsidP="00CD2E1B">
      <w:pPr>
        <w:tabs>
          <w:tab w:val="left" w:pos="5760"/>
        </w:tabs>
        <w:spacing w:after="0" w:line="240" w:lineRule="auto"/>
        <w:rPr>
          <w:rFonts w:ascii="Aptos" w:eastAsia="Times New Roman" w:hAnsi="Aptos" w:cs="Times New Roman"/>
          <w:sz w:val="24"/>
          <w:szCs w:val="24"/>
        </w:rPr>
      </w:pPr>
    </w:p>
    <w:p w14:paraId="7C75C9C6" w14:textId="77777777" w:rsidR="00CD2E1B" w:rsidRPr="00193ACD" w:rsidRDefault="00CD2E1B" w:rsidP="00CD2E1B">
      <w:pPr>
        <w:tabs>
          <w:tab w:val="left" w:pos="5760"/>
        </w:tabs>
        <w:spacing w:after="0" w:line="240" w:lineRule="auto"/>
        <w:rPr>
          <w:rFonts w:ascii="Aptos" w:eastAsia="Times New Roman" w:hAnsi="Aptos" w:cs="Arial"/>
          <w:sz w:val="24"/>
          <w:szCs w:val="24"/>
        </w:rPr>
      </w:pPr>
      <w:r w:rsidRPr="00193ACD">
        <w:rPr>
          <w:rFonts w:ascii="Aptos" w:eastAsia="Times New Roman" w:hAnsi="Aptos" w:cs="Arial"/>
          <w:sz w:val="24"/>
          <w:szCs w:val="24"/>
        </w:rPr>
        <w:t>Undertake, and participate in training, coaching and development activities, as appropriate.</w:t>
      </w:r>
    </w:p>
    <w:p w14:paraId="4DCAAE22" w14:textId="77777777" w:rsidR="00CD2E1B" w:rsidRPr="00193ACD" w:rsidRDefault="00CD2E1B" w:rsidP="00CD2E1B">
      <w:pPr>
        <w:tabs>
          <w:tab w:val="left" w:pos="5760"/>
        </w:tabs>
        <w:spacing w:after="0" w:line="240" w:lineRule="auto"/>
        <w:rPr>
          <w:rFonts w:ascii="Aptos" w:eastAsia="Times New Roman" w:hAnsi="Aptos" w:cs="Times New Roman"/>
          <w:sz w:val="24"/>
          <w:szCs w:val="24"/>
        </w:rPr>
      </w:pPr>
    </w:p>
    <w:p w14:paraId="73873C45" w14:textId="77777777" w:rsidR="00CD2E1B" w:rsidRPr="00193ACD" w:rsidRDefault="00CD2E1B" w:rsidP="00CD2E1B">
      <w:pPr>
        <w:tabs>
          <w:tab w:val="left" w:pos="5760"/>
        </w:tabs>
        <w:spacing w:after="0" w:line="240" w:lineRule="auto"/>
        <w:rPr>
          <w:rFonts w:ascii="Aptos" w:eastAsia="Times New Roman" w:hAnsi="Aptos" w:cs="Arial"/>
          <w:sz w:val="24"/>
          <w:szCs w:val="24"/>
        </w:rPr>
      </w:pPr>
      <w:r w:rsidRPr="00193ACD">
        <w:rPr>
          <w:rFonts w:ascii="Aptos" w:eastAsia="Times New Roman" w:hAnsi="Aptos" w:cs="Arial"/>
          <w:sz w:val="24"/>
          <w:szCs w:val="24"/>
        </w:rPr>
        <w:t>The person appointed will be expected to work flexibly and the exact nature of the duties described above is subject to periodic review and is liable to change.</w:t>
      </w:r>
    </w:p>
    <w:p w14:paraId="26200ED1" w14:textId="77777777" w:rsidR="00CD2E1B" w:rsidRPr="00193ACD" w:rsidRDefault="00CD2E1B" w:rsidP="00CD2E1B">
      <w:pPr>
        <w:spacing w:after="0" w:line="240" w:lineRule="auto"/>
        <w:rPr>
          <w:rFonts w:ascii="Aptos" w:eastAsia="Times New Roman" w:hAnsi="Aptos" w:cs="Arial"/>
          <w:sz w:val="24"/>
          <w:szCs w:val="24"/>
        </w:rPr>
      </w:pPr>
    </w:p>
    <w:p w14:paraId="36E52332" w14:textId="77777777" w:rsidR="00CD2E1B" w:rsidRPr="00193ACD" w:rsidRDefault="00CD2E1B" w:rsidP="00CD2E1B">
      <w:pPr>
        <w:spacing w:after="0" w:line="240" w:lineRule="auto"/>
        <w:jc w:val="both"/>
        <w:rPr>
          <w:rFonts w:ascii="Aptos" w:eastAsia="Times New Roman" w:hAnsi="Aptos" w:cs="Arial"/>
          <w:sz w:val="24"/>
          <w:szCs w:val="24"/>
        </w:rPr>
      </w:pPr>
    </w:p>
    <w:p w14:paraId="0F8402A5" w14:textId="77777777" w:rsidR="00CD2E1B" w:rsidRPr="00193ACD" w:rsidRDefault="00CD2E1B" w:rsidP="00CD2E1B">
      <w:pPr>
        <w:spacing w:after="0" w:line="240" w:lineRule="auto"/>
        <w:jc w:val="both"/>
        <w:rPr>
          <w:rFonts w:ascii="Aptos" w:eastAsia="Times New Roman" w:hAnsi="Aptos" w:cs="Arial"/>
          <w:sz w:val="24"/>
          <w:szCs w:val="24"/>
        </w:rPr>
      </w:pPr>
    </w:p>
    <w:p w14:paraId="5666205F" w14:textId="77777777" w:rsidR="00CD2E1B" w:rsidRPr="00193ACD" w:rsidRDefault="00CD2E1B" w:rsidP="00CD2E1B">
      <w:pPr>
        <w:spacing w:after="0" w:line="240" w:lineRule="auto"/>
        <w:ind w:left="720" w:hanging="720"/>
        <w:jc w:val="both"/>
        <w:rPr>
          <w:rFonts w:ascii="Aptos" w:eastAsia="Times New Roman" w:hAnsi="Aptos" w:cs="Arial"/>
          <w:sz w:val="24"/>
          <w:szCs w:val="24"/>
        </w:rPr>
      </w:pPr>
      <w:r w:rsidRPr="00193ACD">
        <w:rPr>
          <w:rFonts w:ascii="Aptos" w:eastAsia="Times New Roman" w:hAnsi="Aptos" w:cs="Arial"/>
          <w:b/>
          <w:sz w:val="24"/>
          <w:szCs w:val="24"/>
          <w:u w:val="single"/>
        </w:rPr>
        <w:t>Prepared by</w:t>
      </w:r>
      <w:r w:rsidRPr="00193ACD">
        <w:rPr>
          <w:rFonts w:ascii="Aptos" w:eastAsia="Times New Roman" w:hAnsi="Aptos" w:cs="Arial"/>
          <w:sz w:val="24"/>
          <w:szCs w:val="24"/>
        </w:rPr>
        <w:t>:</w:t>
      </w:r>
      <w:r w:rsidRPr="00193ACD">
        <w:rPr>
          <w:rFonts w:ascii="Aptos" w:eastAsia="Times New Roman" w:hAnsi="Aptos" w:cs="Arial"/>
          <w:sz w:val="24"/>
          <w:szCs w:val="24"/>
        </w:rPr>
        <w:tab/>
      </w:r>
      <w:r w:rsidRPr="00193ACD">
        <w:rPr>
          <w:rFonts w:ascii="Aptos" w:eastAsia="Times New Roman" w:hAnsi="Aptos" w:cs="Arial"/>
          <w:b/>
          <w:sz w:val="24"/>
          <w:szCs w:val="24"/>
          <w:u w:val="single"/>
        </w:rPr>
        <w:t>Name:</w:t>
      </w:r>
      <w:r w:rsidRPr="00193ACD">
        <w:rPr>
          <w:rFonts w:ascii="Aptos" w:eastAsia="Times New Roman" w:hAnsi="Aptos" w:cs="Arial"/>
          <w:bCs/>
          <w:sz w:val="24"/>
          <w:szCs w:val="24"/>
        </w:rPr>
        <w:tab/>
      </w:r>
      <w:r w:rsidRPr="00193ACD">
        <w:rPr>
          <w:rFonts w:ascii="Aptos" w:eastAsia="Times New Roman" w:hAnsi="Aptos" w:cs="Arial"/>
          <w:bCs/>
          <w:sz w:val="24"/>
          <w:szCs w:val="24"/>
        </w:rPr>
        <w:tab/>
      </w:r>
      <w:r w:rsidRPr="00193ACD">
        <w:rPr>
          <w:rFonts w:ascii="Aptos" w:eastAsia="Times New Roman" w:hAnsi="Aptos" w:cs="Arial"/>
          <w:sz w:val="24"/>
          <w:szCs w:val="24"/>
        </w:rPr>
        <w:t>Helen Birrell</w:t>
      </w:r>
    </w:p>
    <w:p w14:paraId="26F4D1B4" w14:textId="77777777" w:rsidR="00CD2E1B" w:rsidRPr="00193ACD" w:rsidRDefault="00CD2E1B" w:rsidP="00CD2E1B">
      <w:pPr>
        <w:spacing w:after="0" w:line="240" w:lineRule="auto"/>
        <w:ind w:left="720" w:hanging="720"/>
        <w:jc w:val="both"/>
        <w:rPr>
          <w:rFonts w:ascii="Aptos" w:eastAsia="Times New Roman" w:hAnsi="Aptos" w:cs="Arial"/>
          <w:sz w:val="24"/>
          <w:szCs w:val="24"/>
        </w:rPr>
      </w:pPr>
    </w:p>
    <w:p w14:paraId="191D9D2A" w14:textId="56971249" w:rsidR="00CD2E1B" w:rsidRPr="00193ACD" w:rsidRDefault="00CD2E1B" w:rsidP="00CD2E1B">
      <w:pPr>
        <w:spacing w:after="0" w:line="240" w:lineRule="auto"/>
        <w:ind w:left="720" w:hanging="720"/>
        <w:jc w:val="both"/>
        <w:rPr>
          <w:rFonts w:ascii="Aptos" w:eastAsia="Times New Roman" w:hAnsi="Aptos" w:cs="Arial"/>
          <w:sz w:val="24"/>
          <w:szCs w:val="24"/>
        </w:rPr>
      </w:pPr>
      <w:r w:rsidRPr="00193ACD">
        <w:rPr>
          <w:rFonts w:ascii="Aptos" w:eastAsia="Times New Roman" w:hAnsi="Aptos" w:cs="Arial"/>
          <w:sz w:val="24"/>
          <w:szCs w:val="24"/>
        </w:rPr>
        <w:tab/>
      </w:r>
      <w:r w:rsidRPr="00193ACD">
        <w:rPr>
          <w:rFonts w:ascii="Aptos" w:eastAsia="Times New Roman" w:hAnsi="Aptos" w:cs="Arial"/>
          <w:sz w:val="24"/>
          <w:szCs w:val="24"/>
        </w:rPr>
        <w:tab/>
      </w:r>
      <w:r w:rsidRPr="00193ACD">
        <w:rPr>
          <w:rFonts w:ascii="Aptos" w:eastAsia="Times New Roman" w:hAnsi="Aptos" w:cs="Arial"/>
          <w:b/>
          <w:sz w:val="24"/>
          <w:szCs w:val="24"/>
          <w:u w:val="single"/>
        </w:rPr>
        <w:t>Designation</w:t>
      </w:r>
      <w:r w:rsidRPr="00193ACD">
        <w:rPr>
          <w:rFonts w:ascii="Aptos" w:eastAsia="Times New Roman" w:hAnsi="Aptos" w:cs="Arial"/>
          <w:sz w:val="24"/>
          <w:szCs w:val="24"/>
        </w:rPr>
        <w:t>:</w:t>
      </w:r>
      <w:r w:rsidRPr="00193ACD">
        <w:rPr>
          <w:rFonts w:ascii="Aptos" w:eastAsia="Times New Roman" w:hAnsi="Aptos" w:cs="Arial"/>
          <w:sz w:val="24"/>
          <w:szCs w:val="24"/>
        </w:rPr>
        <w:tab/>
      </w:r>
      <w:r w:rsidR="00871834">
        <w:rPr>
          <w:rFonts w:ascii="Aptos" w:eastAsia="Times New Roman" w:hAnsi="Aptos" w:cs="Arial"/>
          <w:sz w:val="24"/>
          <w:szCs w:val="24"/>
        </w:rPr>
        <w:tab/>
      </w:r>
      <w:r w:rsidRPr="00193ACD">
        <w:rPr>
          <w:rFonts w:ascii="Aptos" w:eastAsia="Times New Roman" w:hAnsi="Aptos" w:cs="Arial"/>
          <w:sz w:val="24"/>
          <w:szCs w:val="24"/>
        </w:rPr>
        <w:t>Service Manager, Communities</w:t>
      </w:r>
    </w:p>
    <w:p w14:paraId="202325A2" w14:textId="77777777" w:rsidR="00CD2E1B" w:rsidRPr="00193ACD" w:rsidRDefault="00CD2E1B" w:rsidP="00CD2E1B">
      <w:pPr>
        <w:spacing w:after="0" w:line="240" w:lineRule="auto"/>
        <w:ind w:left="720" w:hanging="720"/>
        <w:jc w:val="both"/>
        <w:rPr>
          <w:rFonts w:ascii="Aptos" w:eastAsia="Times New Roman" w:hAnsi="Aptos" w:cs="Arial"/>
          <w:sz w:val="24"/>
          <w:szCs w:val="24"/>
        </w:rPr>
      </w:pPr>
    </w:p>
    <w:p w14:paraId="7F67755D" w14:textId="7CA55601" w:rsidR="00CD2E1B" w:rsidRPr="00193ACD" w:rsidRDefault="00CD2E1B" w:rsidP="00CD2E1B">
      <w:pPr>
        <w:spacing w:after="0" w:line="240" w:lineRule="auto"/>
        <w:ind w:left="720" w:hanging="720"/>
        <w:jc w:val="both"/>
        <w:rPr>
          <w:rFonts w:ascii="Aptos" w:eastAsia="Times New Roman" w:hAnsi="Aptos" w:cs="Arial"/>
          <w:sz w:val="24"/>
          <w:szCs w:val="24"/>
        </w:rPr>
      </w:pPr>
      <w:r w:rsidRPr="00193ACD">
        <w:rPr>
          <w:rFonts w:ascii="Aptos" w:eastAsia="Times New Roman" w:hAnsi="Aptos" w:cs="Arial"/>
          <w:sz w:val="24"/>
          <w:szCs w:val="24"/>
        </w:rPr>
        <w:tab/>
      </w:r>
      <w:r w:rsidRPr="00193ACD">
        <w:rPr>
          <w:rFonts w:ascii="Aptos" w:eastAsia="Times New Roman" w:hAnsi="Aptos" w:cs="Arial"/>
          <w:sz w:val="24"/>
          <w:szCs w:val="24"/>
        </w:rPr>
        <w:tab/>
      </w:r>
      <w:r w:rsidRPr="00193ACD">
        <w:rPr>
          <w:rFonts w:ascii="Aptos" w:eastAsia="Times New Roman" w:hAnsi="Aptos" w:cs="Arial"/>
          <w:b/>
          <w:sz w:val="24"/>
          <w:szCs w:val="24"/>
          <w:u w:val="single"/>
        </w:rPr>
        <w:t>Date:</w:t>
      </w:r>
      <w:r w:rsidRPr="00193ACD">
        <w:rPr>
          <w:rFonts w:ascii="Aptos" w:eastAsia="Times New Roman" w:hAnsi="Aptos" w:cs="Arial"/>
          <w:bCs/>
          <w:sz w:val="24"/>
          <w:szCs w:val="24"/>
        </w:rPr>
        <w:tab/>
      </w:r>
      <w:r w:rsidRPr="00193ACD">
        <w:rPr>
          <w:rFonts w:ascii="Aptos" w:eastAsia="Times New Roman" w:hAnsi="Aptos" w:cs="Arial"/>
          <w:bCs/>
          <w:sz w:val="24"/>
          <w:szCs w:val="24"/>
        </w:rPr>
        <w:tab/>
      </w:r>
      <w:r w:rsidR="00871834">
        <w:rPr>
          <w:rFonts w:ascii="Aptos" w:eastAsia="Times New Roman" w:hAnsi="Aptos" w:cs="Arial"/>
          <w:bCs/>
          <w:sz w:val="24"/>
          <w:szCs w:val="24"/>
        </w:rPr>
        <w:tab/>
      </w:r>
      <w:r w:rsidRPr="00193ACD">
        <w:rPr>
          <w:rFonts w:ascii="Aptos" w:eastAsia="Times New Roman" w:hAnsi="Aptos" w:cs="Arial"/>
          <w:sz w:val="24"/>
          <w:szCs w:val="24"/>
        </w:rPr>
        <w:t>January 2026</w:t>
      </w:r>
    </w:p>
    <w:p w14:paraId="3F0E75DC" w14:textId="77777777" w:rsidR="00CD2E1B" w:rsidRPr="003F00B4" w:rsidRDefault="00CD2E1B" w:rsidP="00CD2E1B">
      <w:pPr>
        <w:rPr>
          <w:rFonts w:ascii="Aptos" w:hAnsi="Aptos"/>
          <w:b/>
          <w:bCs/>
        </w:rPr>
      </w:pPr>
    </w:p>
    <w:p w14:paraId="64DCC0DF" w14:textId="283FB5CA" w:rsidR="00BE409F" w:rsidRPr="00193ACD" w:rsidRDefault="00BE409F" w:rsidP="00BE409F">
      <w:pPr>
        <w:rPr>
          <w:rFonts w:ascii="Aptos" w:eastAsia="Times New Roman" w:hAnsi="Aptos" w:cs="Times New Roman"/>
          <w:b/>
          <w:sz w:val="24"/>
          <w:szCs w:val="24"/>
        </w:rPr>
      </w:pPr>
      <w:r w:rsidRPr="00193ACD">
        <w:rPr>
          <w:rFonts w:ascii="Aptos" w:eastAsia="Times New Roman" w:hAnsi="Aptos" w:cs="Times New Roman"/>
          <w:b/>
          <w:sz w:val="24"/>
          <w:szCs w:val="24"/>
        </w:rPr>
        <w:br w:type="page"/>
      </w:r>
    </w:p>
    <w:p w14:paraId="03E0229A" w14:textId="77777777" w:rsidR="00BE409F" w:rsidRPr="00193ACD" w:rsidRDefault="00BE409F" w:rsidP="00BE409F">
      <w:pPr>
        <w:spacing w:after="0" w:line="240" w:lineRule="auto"/>
        <w:rPr>
          <w:rFonts w:ascii="Aptos" w:eastAsia="Times New Roman" w:hAnsi="Aptos" w:cs="Times New Roman"/>
          <w:b/>
          <w:sz w:val="24"/>
          <w:szCs w:val="24"/>
        </w:rPr>
      </w:pPr>
    </w:p>
    <w:p w14:paraId="4DED3868" w14:textId="77777777" w:rsidR="009773AD" w:rsidRPr="00193ACD" w:rsidRDefault="009773AD" w:rsidP="003E1DEC">
      <w:pPr>
        <w:spacing w:after="0" w:line="240" w:lineRule="auto"/>
        <w:rPr>
          <w:rFonts w:ascii="Aptos" w:eastAsia="Times New Roman" w:hAnsi="Aptos" w:cstheme="minorHAnsi"/>
          <w:b/>
          <w:sz w:val="24"/>
          <w:szCs w:val="24"/>
        </w:rPr>
      </w:pPr>
    </w:p>
    <w:p w14:paraId="52A9264E" w14:textId="77777777" w:rsidR="00560C26" w:rsidRPr="00193ACD" w:rsidRDefault="00560C26" w:rsidP="00560C26">
      <w:pPr>
        <w:jc w:val="center"/>
        <w:rPr>
          <w:rFonts w:ascii="Aptos" w:hAnsi="Aptos"/>
          <w:b/>
          <w:bCs/>
          <w:sz w:val="24"/>
          <w:szCs w:val="24"/>
        </w:rPr>
      </w:pPr>
      <w:r w:rsidRPr="00193ACD">
        <w:rPr>
          <w:rFonts w:ascii="Aptos" w:hAnsi="Aptos"/>
          <w:b/>
          <w:bCs/>
          <w:sz w:val="24"/>
          <w:szCs w:val="24"/>
        </w:rPr>
        <w:t>PERSON SPECIFICATION</w:t>
      </w:r>
    </w:p>
    <w:p w14:paraId="3E2F6836" w14:textId="77777777" w:rsidR="00560C26" w:rsidRPr="00193ACD" w:rsidRDefault="00560C26" w:rsidP="00560C26">
      <w:pPr>
        <w:rPr>
          <w:rFonts w:ascii="Aptos" w:hAnsi="Aptos"/>
          <w:b/>
          <w:bCs/>
          <w:sz w:val="24"/>
          <w:szCs w:val="24"/>
        </w:rPr>
      </w:pPr>
      <w:r w:rsidRPr="00193ACD">
        <w:rPr>
          <w:rFonts w:ascii="Aptos" w:hAnsi="Aptos"/>
          <w:b/>
          <w:bCs/>
          <w:sz w:val="24"/>
          <w:szCs w:val="24"/>
        </w:rPr>
        <w:t>Post: Strategic Lead – Sefton Place Partnership</w:t>
      </w:r>
      <w:r w:rsidRPr="00193ACD">
        <w:rPr>
          <w:rFonts w:ascii="Aptos" w:hAnsi="Aptos"/>
          <w:b/>
          <w:bCs/>
          <w:sz w:val="24"/>
          <w:szCs w:val="24"/>
        </w:rPr>
        <w:tab/>
      </w:r>
      <w:r w:rsidRPr="00193ACD">
        <w:rPr>
          <w:rFonts w:ascii="Aptos" w:hAnsi="Aptos"/>
          <w:b/>
          <w:bCs/>
          <w:sz w:val="24"/>
          <w:szCs w:val="24"/>
        </w:rPr>
        <w:tab/>
      </w:r>
      <w:r w:rsidRPr="00193ACD">
        <w:rPr>
          <w:rFonts w:ascii="Aptos" w:hAnsi="Aptos"/>
          <w:b/>
          <w:bCs/>
          <w:sz w:val="24"/>
          <w:szCs w:val="24"/>
        </w:rPr>
        <w:tab/>
      </w:r>
      <w:r w:rsidRPr="00193ACD">
        <w:rPr>
          <w:rFonts w:ascii="Aptos" w:hAnsi="Aptos"/>
          <w:b/>
          <w:bCs/>
          <w:sz w:val="24"/>
          <w:szCs w:val="24"/>
        </w:rPr>
        <w:tab/>
        <w:t>Post No. TBC</w:t>
      </w:r>
    </w:p>
    <w:tbl>
      <w:tblPr>
        <w:tblStyle w:val="TableGrid"/>
        <w:tblW w:w="9493" w:type="dxa"/>
        <w:tblLook w:val="04A0" w:firstRow="1" w:lastRow="0" w:firstColumn="1" w:lastColumn="0" w:noHBand="0" w:noVBand="1"/>
      </w:tblPr>
      <w:tblGrid>
        <w:gridCol w:w="6654"/>
        <w:gridCol w:w="1274"/>
        <w:gridCol w:w="1565"/>
      </w:tblGrid>
      <w:tr w:rsidR="00560C26" w:rsidRPr="00193ACD" w14:paraId="0F8F13EC" w14:textId="77777777" w:rsidTr="003A3776">
        <w:trPr>
          <w:trHeight w:val="1249"/>
        </w:trPr>
        <w:tc>
          <w:tcPr>
            <w:tcW w:w="6854" w:type="dxa"/>
            <w:tcBorders>
              <w:bottom w:val="nil"/>
            </w:tcBorders>
          </w:tcPr>
          <w:p w14:paraId="3BBDAC58" w14:textId="77777777" w:rsidR="00560C26" w:rsidRPr="00193ACD" w:rsidRDefault="00560C26" w:rsidP="00560C26">
            <w:pPr>
              <w:jc w:val="center"/>
              <w:rPr>
                <w:rFonts w:ascii="Aptos" w:hAnsi="Aptos"/>
                <w:b/>
                <w:bCs/>
                <w:sz w:val="24"/>
                <w:szCs w:val="24"/>
              </w:rPr>
            </w:pPr>
            <w:r w:rsidRPr="00193ACD">
              <w:rPr>
                <w:rFonts w:ascii="Aptos" w:hAnsi="Aptos"/>
                <w:b/>
                <w:bCs/>
                <w:sz w:val="24"/>
                <w:szCs w:val="24"/>
              </w:rPr>
              <w:t>Personal Attributes Required</w:t>
            </w:r>
          </w:p>
          <w:p w14:paraId="768985CE" w14:textId="77777777" w:rsidR="00560C26" w:rsidRPr="00193ACD" w:rsidRDefault="00560C26" w:rsidP="00161672">
            <w:pPr>
              <w:rPr>
                <w:rFonts w:ascii="Aptos" w:hAnsi="Aptos"/>
                <w:b/>
                <w:bCs/>
                <w:sz w:val="24"/>
                <w:szCs w:val="24"/>
              </w:rPr>
            </w:pPr>
          </w:p>
        </w:tc>
        <w:tc>
          <w:tcPr>
            <w:tcW w:w="1186" w:type="dxa"/>
            <w:tcBorders>
              <w:bottom w:val="nil"/>
            </w:tcBorders>
            <w:noWrap/>
          </w:tcPr>
          <w:p w14:paraId="14DF27E0" w14:textId="77777777" w:rsidR="00560C26" w:rsidRPr="00193ACD" w:rsidRDefault="00560C26" w:rsidP="00161672">
            <w:pPr>
              <w:jc w:val="center"/>
              <w:rPr>
                <w:rFonts w:ascii="Aptos" w:hAnsi="Aptos"/>
                <w:b/>
                <w:bCs/>
                <w:sz w:val="24"/>
                <w:szCs w:val="24"/>
              </w:rPr>
            </w:pPr>
            <w:r w:rsidRPr="00193ACD">
              <w:rPr>
                <w:rFonts w:ascii="Aptos" w:hAnsi="Aptos"/>
                <w:b/>
                <w:bCs/>
                <w:sz w:val="24"/>
                <w:szCs w:val="24"/>
              </w:rPr>
              <w:t>Essential</w:t>
            </w:r>
          </w:p>
          <w:p w14:paraId="50096F8D" w14:textId="77777777" w:rsidR="00560C26" w:rsidRPr="00193ACD" w:rsidRDefault="00560C26" w:rsidP="00161672">
            <w:pPr>
              <w:jc w:val="center"/>
              <w:rPr>
                <w:rFonts w:ascii="Aptos" w:hAnsi="Aptos"/>
                <w:b/>
                <w:bCs/>
                <w:sz w:val="24"/>
                <w:szCs w:val="24"/>
              </w:rPr>
            </w:pPr>
            <w:r w:rsidRPr="00193ACD">
              <w:rPr>
                <w:rFonts w:ascii="Aptos" w:hAnsi="Aptos"/>
                <w:b/>
                <w:bCs/>
                <w:sz w:val="24"/>
                <w:szCs w:val="24"/>
              </w:rPr>
              <w:t>(E) or</w:t>
            </w:r>
          </w:p>
          <w:p w14:paraId="15095063" w14:textId="77777777" w:rsidR="00560C26" w:rsidRPr="00193ACD" w:rsidRDefault="00560C26" w:rsidP="00161672">
            <w:pPr>
              <w:jc w:val="center"/>
              <w:rPr>
                <w:rFonts w:ascii="Aptos" w:hAnsi="Aptos"/>
                <w:b/>
                <w:bCs/>
                <w:sz w:val="24"/>
                <w:szCs w:val="24"/>
              </w:rPr>
            </w:pPr>
            <w:r w:rsidRPr="00193ACD">
              <w:rPr>
                <w:rFonts w:ascii="Aptos" w:hAnsi="Aptos"/>
                <w:b/>
                <w:bCs/>
                <w:sz w:val="24"/>
                <w:szCs w:val="24"/>
              </w:rPr>
              <w:t>Desirable (D)</w:t>
            </w:r>
          </w:p>
          <w:p w14:paraId="215DA97A" w14:textId="77777777" w:rsidR="00560C26" w:rsidRPr="00193ACD" w:rsidRDefault="00560C26" w:rsidP="00161672">
            <w:pPr>
              <w:jc w:val="center"/>
              <w:rPr>
                <w:rFonts w:ascii="Aptos" w:hAnsi="Aptos"/>
                <w:sz w:val="24"/>
                <w:szCs w:val="24"/>
              </w:rPr>
            </w:pPr>
          </w:p>
        </w:tc>
        <w:tc>
          <w:tcPr>
            <w:tcW w:w="1453" w:type="dxa"/>
            <w:tcBorders>
              <w:bottom w:val="nil"/>
            </w:tcBorders>
            <w:noWrap/>
          </w:tcPr>
          <w:p w14:paraId="213B7A0D" w14:textId="77777777" w:rsidR="00560C26" w:rsidRPr="00193ACD" w:rsidRDefault="00560C26" w:rsidP="00161672">
            <w:pPr>
              <w:jc w:val="center"/>
              <w:rPr>
                <w:rFonts w:ascii="Aptos" w:hAnsi="Aptos"/>
                <w:b/>
                <w:bCs/>
                <w:sz w:val="24"/>
                <w:szCs w:val="24"/>
              </w:rPr>
            </w:pPr>
            <w:r w:rsidRPr="00193ACD">
              <w:rPr>
                <w:rFonts w:ascii="Aptos" w:hAnsi="Aptos"/>
                <w:b/>
                <w:bCs/>
                <w:sz w:val="24"/>
                <w:szCs w:val="24"/>
              </w:rPr>
              <w:t>Method of</w:t>
            </w:r>
          </w:p>
          <w:p w14:paraId="01C5F834" w14:textId="77777777" w:rsidR="00560C26" w:rsidRPr="00193ACD" w:rsidRDefault="00560C26" w:rsidP="00161672">
            <w:pPr>
              <w:jc w:val="center"/>
              <w:rPr>
                <w:rFonts w:ascii="Aptos" w:hAnsi="Aptos"/>
                <w:b/>
                <w:bCs/>
                <w:sz w:val="24"/>
                <w:szCs w:val="24"/>
              </w:rPr>
            </w:pPr>
            <w:r w:rsidRPr="00193ACD">
              <w:rPr>
                <w:rFonts w:ascii="Aptos" w:hAnsi="Aptos"/>
                <w:b/>
                <w:bCs/>
                <w:sz w:val="24"/>
                <w:szCs w:val="24"/>
              </w:rPr>
              <w:t>Assessment</w:t>
            </w:r>
          </w:p>
          <w:p w14:paraId="22CF8E34" w14:textId="77777777" w:rsidR="00560C26" w:rsidRPr="00193ACD" w:rsidRDefault="00560C26" w:rsidP="00161672">
            <w:pPr>
              <w:jc w:val="center"/>
              <w:rPr>
                <w:rFonts w:ascii="Aptos" w:hAnsi="Aptos"/>
                <w:sz w:val="24"/>
                <w:szCs w:val="24"/>
              </w:rPr>
            </w:pPr>
          </w:p>
        </w:tc>
      </w:tr>
      <w:tr w:rsidR="00560C26" w:rsidRPr="00193ACD" w14:paraId="462247FF" w14:textId="77777777" w:rsidTr="003A3776">
        <w:trPr>
          <w:trHeight w:val="580"/>
        </w:trPr>
        <w:tc>
          <w:tcPr>
            <w:tcW w:w="6854" w:type="dxa"/>
            <w:tcBorders>
              <w:bottom w:val="nil"/>
            </w:tcBorders>
          </w:tcPr>
          <w:p w14:paraId="7EFC0398" w14:textId="77777777" w:rsidR="00560C26" w:rsidRPr="00193ACD" w:rsidRDefault="00560C26" w:rsidP="00161672">
            <w:pPr>
              <w:rPr>
                <w:rFonts w:ascii="Aptos" w:hAnsi="Aptos"/>
                <w:b/>
                <w:bCs/>
                <w:sz w:val="24"/>
                <w:szCs w:val="24"/>
              </w:rPr>
            </w:pPr>
            <w:r w:rsidRPr="00193ACD">
              <w:rPr>
                <w:rFonts w:ascii="Aptos" w:hAnsi="Aptos"/>
                <w:b/>
                <w:bCs/>
                <w:sz w:val="24"/>
                <w:szCs w:val="24"/>
              </w:rPr>
              <w:t>QUALIFICATIONS</w:t>
            </w:r>
          </w:p>
          <w:p w14:paraId="2522EDA2" w14:textId="77777777" w:rsidR="00560C26" w:rsidRPr="00193ACD" w:rsidRDefault="00560C26" w:rsidP="00161672">
            <w:pPr>
              <w:rPr>
                <w:rFonts w:ascii="Aptos" w:hAnsi="Aptos"/>
                <w:b/>
                <w:bCs/>
                <w:sz w:val="24"/>
                <w:szCs w:val="24"/>
              </w:rPr>
            </w:pPr>
          </w:p>
          <w:p w14:paraId="48032CCE" w14:textId="77777777" w:rsidR="00560C26" w:rsidRPr="00193ACD" w:rsidRDefault="00560C26" w:rsidP="00560C26">
            <w:pPr>
              <w:pStyle w:val="ListParagraph"/>
              <w:numPr>
                <w:ilvl w:val="0"/>
                <w:numId w:val="47"/>
              </w:numPr>
              <w:rPr>
                <w:rFonts w:ascii="Aptos" w:hAnsi="Aptos"/>
                <w:sz w:val="24"/>
                <w:szCs w:val="24"/>
              </w:rPr>
            </w:pPr>
            <w:r w:rsidRPr="00193ACD">
              <w:rPr>
                <w:rFonts w:ascii="Aptos" w:hAnsi="Aptos"/>
                <w:sz w:val="24"/>
                <w:szCs w:val="24"/>
              </w:rPr>
              <w:t>Degree level qualification in relevant field or equivalent demonstratable experience</w:t>
            </w:r>
          </w:p>
          <w:p w14:paraId="3CDAA338" w14:textId="77777777" w:rsidR="00560C26" w:rsidRPr="00193ACD" w:rsidRDefault="00560C26" w:rsidP="00161672">
            <w:pPr>
              <w:rPr>
                <w:rFonts w:ascii="Aptos" w:hAnsi="Aptos"/>
                <w:sz w:val="24"/>
                <w:szCs w:val="24"/>
              </w:rPr>
            </w:pPr>
          </w:p>
          <w:p w14:paraId="2AB460A7" w14:textId="77777777" w:rsidR="00560C26" w:rsidRPr="00193ACD" w:rsidRDefault="00560C26" w:rsidP="00560C26">
            <w:pPr>
              <w:pStyle w:val="ListParagraph"/>
              <w:numPr>
                <w:ilvl w:val="0"/>
                <w:numId w:val="47"/>
              </w:numPr>
              <w:rPr>
                <w:rFonts w:ascii="Aptos" w:hAnsi="Aptos"/>
                <w:sz w:val="24"/>
                <w:szCs w:val="24"/>
              </w:rPr>
            </w:pPr>
            <w:r w:rsidRPr="00193ACD">
              <w:rPr>
                <w:rFonts w:ascii="Aptos" w:hAnsi="Aptos"/>
                <w:sz w:val="24"/>
                <w:szCs w:val="24"/>
              </w:rPr>
              <w:t>Leadership or management qualification, e.g. Leadership ILM 5</w:t>
            </w:r>
          </w:p>
          <w:p w14:paraId="64ECC12E" w14:textId="77777777" w:rsidR="00560C26" w:rsidRPr="00193ACD" w:rsidRDefault="00560C26" w:rsidP="00161672">
            <w:pPr>
              <w:rPr>
                <w:rFonts w:ascii="Aptos" w:hAnsi="Aptos"/>
                <w:b/>
                <w:bCs/>
                <w:sz w:val="24"/>
                <w:szCs w:val="24"/>
              </w:rPr>
            </w:pPr>
          </w:p>
        </w:tc>
        <w:tc>
          <w:tcPr>
            <w:tcW w:w="1186" w:type="dxa"/>
            <w:tcBorders>
              <w:bottom w:val="nil"/>
            </w:tcBorders>
            <w:noWrap/>
          </w:tcPr>
          <w:p w14:paraId="69BBEBBB" w14:textId="77777777" w:rsidR="00560C26" w:rsidRPr="00193ACD" w:rsidRDefault="00560C26" w:rsidP="00161672">
            <w:pPr>
              <w:jc w:val="center"/>
              <w:rPr>
                <w:rFonts w:ascii="Aptos" w:hAnsi="Aptos"/>
                <w:sz w:val="24"/>
                <w:szCs w:val="24"/>
              </w:rPr>
            </w:pPr>
          </w:p>
          <w:p w14:paraId="694F65F5" w14:textId="77777777" w:rsidR="00560C26" w:rsidRPr="00193ACD" w:rsidRDefault="00560C26" w:rsidP="00161672">
            <w:pPr>
              <w:jc w:val="center"/>
              <w:rPr>
                <w:rFonts w:ascii="Aptos" w:hAnsi="Aptos"/>
                <w:sz w:val="24"/>
                <w:szCs w:val="24"/>
              </w:rPr>
            </w:pPr>
          </w:p>
          <w:p w14:paraId="27919206" w14:textId="5A0611BE" w:rsidR="00560C26" w:rsidRPr="00193ACD" w:rsidRDefault="00560C26" w:rsidP="00560C26">
            <w:pPr>
              <w:jc w:val="center"/>
              <w:rPr>
                <w:rFonts w:ascii="Aptos" w:hAnsi="Aptos"/>
                <w:sz w:val="24"/>
                <w:szCs w:val="24"/>
              </w:rPr>
            </w:pPr>
            <w:r w:rsidRPr="00193ACD">
              <w:rPr>
                <w:rFonts w:ascii="Aptos" w:hAnsi="Aptos"/>
                <w:sz w:val="24"/>
                <w:szCs w:val="24"/>
              </w:rPr>
              <w:t>E</w:t>
            </w:r>
          </w:p>
          <w:p w14:paraId="169BB69D" w14:textId="77777777" w:rsidR="00560C26" w:rsidRPr="00193ACD" w:rsidRDefault="00560C26" w:rsidP="00560C26">
            <w:pPr>
              <w:jc w:val="center"/>
              <w:rPr>
                <w:rFonts w:ascii="Aptos" w:hAnsi="Aptos"/>
                <w:sz w:val="24"/>
                <w:szCs w:val="24"/>
              </w:rPr>
            </w:pPr>
          </w:p>
          <w:p w14:paraId="6EB974FB" w14:textId="77777777" w:rsidR="00560C26" w:rsidRPr="00193ACD" w:rsidRDefault="00560C26" w:rsidP="00560C26">
            <w:pPr>
              <w:jc w:val="center"/>
              <w:rPr>
                <w:rFonts w:ascii="Aptos" w:hAnsi="Aptos"/>
                <w:sz w:val="24"/>
                <w:szCs w:val="24"/>
              </w:rPr>
            </w:pPr>
          </w:p>
          <w:p w14:paraId="5BC9BA1E" w14:textId="66610B22" w:rsidR="00560C26" w:rsidRPr="00193ACD" w:rsidRDefault="00560C26" w:rsidP="00560C26">
            <w:pPr>
              <w:jc w:val="center"/>
              <w:rPr>
                <w:rFonts w:ascii="Aptos" w:hAnsi="Aptos"/>
                <w:sz w:val="24"/>
                <w:szCs w:val="24"/>
              </w:rPr>
            </w:pPr>
            <w:r w:rsidRPr="00193ACD">
              <w:rPr>
                <w:rFonts w:ascii="Aptos" w:hAnsi="Aptos"/>
                <w:sz w:val="24"/>
                <w:szCs w:val="24"/>
              </w:rPr>
              <w:t>E</w:t>
            </w:r>
          </w:p>
          <w:p w14:paraId="26075FF7" w14:textId="11C0ABF5" w:rsidR="00560C26" w:rsidRPr="00193ACD" w:rsidRDefault="00560C26" w:rsidP="00560C26">
            <w:pPr>
              <w:rPr>
                <w:rFonts w:ascii="Aptos" w:hAnsi="Aptos"/>
                <w:sz w:val="24"/>
                <w:szCs w:val="24"/>
              </w:rPr>
            </w:pPr>
          </w:p>
        </w:tc>
        <w:tc>
          <w:tcPr>
            <w:tcW w:w="1453" w:type="dxa"/>
            <w:tcBorders>
              <w:bottom w:val="nil"/>
            </w:tcBorders>
            <w:noWrap/>
          </w:tcPr>
          <w:p w14:paraId="03F95928" w14:textId="77777777" w:rsidR="00560C26" w:rsidRPr="00193ACD" w:rsidRDefault="00560C26" w:rsidP="00161672">
            <w:pPr>
              <w:jc w:val="center"/>
              <w:rPr>
                <w:rFonts w:ascii="Aptos" w:hAnsi="Aptos"/>
                <w:sz w:val="24"/>
                <w:szCs w:val="24"/>
              </w:rPr>
            </w:pPr>
          </w:p>
          <w:p w14:paraId="0FDDFF84" w14:textId="77777777" w:rsidR="00560C26" w:rsidRPr="00193ACD" w:rsidRDefault="00560C26" w:rsidP="00161672">
            <w:pPr>
              <w:rPr>
                <w:rFonts w:ascii="Aptos" w:hAnsi="Aptos"/>
                <w:sz w:val="24"/>
                <w:szCs w:val="24"/>
              </w:rPr>
            </w:pPr>
          </w:p>
          <w:p w14:paraId="52A03655" w14:textId="77777777" w:rsidR="00560C26" w:rsidRPr="00193ACD" w:rsidRDefault="00560C26" w:rsidP="00161672">
            <w:pPr>
              <w:jc w:val="center"/>
              <w:rPr>
                <w:rFonts w:ascii="Aptos" w:hAnsi="Aptos"/>
                <w:sz w:val="24"/>
                <w:szCs w:val="24"/>
              </w:rPr>
            </w:pPr>
            <w:r w:rsidRPr="00193ACD">
              <w:rPr>
                <w:rFonts w:ascii="Aptos" w:hAnsi="Aptos"/>
                <w:sz w:val="24"/>
                <w:szCs w:val="24"/>
              </w:rPr>
              <w:t>AF/I</w:t>
            </w:r>
          </w:p>
          <w:p w14:paraId="67512A60" w14:textId="77777777" w:rsidR="00560C26" w:rsidRPr="00193ACD" w:rsidRDefault="00560C26" w:rsidP="00161672">
            <w:pPr>
              <w:jc w:val="center"/>
              <w:rPr>
                <w:rFonts w:ascii="Aptos" w:hAnsi="Aptos"/>
                <w:sz w:val="24"/>
                <w:szCs w:val="24"/>
              </w:rPr>
            </w:pPr>
          </w:p>
          <w:p w14:paraId="2FD39A5D" w14:textId="77777777" w:rsidR="00560C26" w:rsidRPr="00193ACD" w:rsidRDefault="00560C26" w:rsidP="00161672">
            <w:pPr>
              <w:jc w:val="center"/>
              <w:rPr>
                <w:rFonts w:ascii="Aptos" w:hAnsi="Aptos"/>
                <w:sz w:val="24"/>
                <w:szCs w:val="24"/>
              </w:rPr>
            </w:pPr>
          </w:p>
          <w:p w14:paraId="63D5B46E" w14:textId="77777777" w:rsidR="00560C26" w:rsidRPr="00193ACD" w:rsidRDefault="00560C26" w:rsidP="00161672">
            <w:pPr>
              <w:jc w:val="center"/>
              <w:rPr>
                <w:rFonts w:ascii="Aptos" w:hAnsi="Aptos"/>
                <w:sz w:val="24"/>
                <w:szCs w:val="24"/>
              </w:rPr>
            </w:pPr>
            <w:r w:rsidRPr="00193ACD">
              <w:rPr>
                <w:rFonts w:ascii="Aptos" w:hAnsi="Aptos"/>
                <w:sz w:val="24"/>
                <w:szCs w:val="24"/>
              </w:rPr>
              <w:t>AF/I</w:t>
            </w:r>
          </w:p>
          <w:p w14:paraId="1877C737" w14:textId="77777777" w:rsidR="00560C26" w:rsidRPr="00193ACD" w:rsidRDefault="00560C26" w:rsidP="00161672">
            <w:pPr>
              <w:jc w:val="center"/>
              <w:rPr>
                <w:rFonts w:ascii="Aptos" w:hAnsi="Aptos"/>
                <w:sz w:val="24"/>
                <w:szCs w:val="24"/>
              </w:rPr>
            </w:pPr>
          </w:p>
        </w:tc>
      </w:tr>
      <w:tr w:rsidR="00560C26" w:rsidRPr="00193ACD" w14:paraId="4A554429" w14:textId="77777777" w:rsidTr="003A3776">
        <w:trPr>
          <w:trHeight w:val="580"/>
        </w:trPr>
        <w:tc>
          <w:tcPr>
            <w:tcW w:w="6854" w:type="dxa"/>
            <w:tcBorders>
              <w:bottom w:val="nil"/>
            </w:tcBorders>
            <w:hideMark/>
          </w:tcPr>
          <w:p w14:paraId="2C30D243" w14:textId="77777777" w:rsidR="00560C26" w:rsidRPr="00193ACD" w:rsidRDefault="00560C26" w:rsidP="00161672">
            <w:pPr>
              <w:rPr>
                <w:rFonts w:ascii="Aptos" w:hAnsi="Aptos"/>
                <w:sz w:val="24"/>
                <w:szCs w:val="24"/>
              </w:rPr>
            </w:pPr>
            <w:r w:rsidRPr="00193ACD">
              <w:rPr>
                <w:rFonts w:ascii="Aptos" w:hAnsi="Aptos"/>
                <w:b/>
                <w:bCs/>
                <w:sz w:val="24"/>
                <w:szCs w:val="24"/>
              </w:rPr>
              <w:t>KNOWLEDGE, SKILLS &amp; EXPEREINCE</w:t>
            </w:r>
          </w:p>
          <w:p w14:paraId="67FF18E6"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 xml:space="preserve">Significant knowledge of senior leadership practice relating to systems leadership, active lives and collaborative, whole systems working. </w:t>
            </w:r>
          </w:p>
        </w:tc>
        <w:tc>
          <w:tcPr>
            <w:tcW w:w="1186" w:type="dxa"/>
            <w:tcBorders>
              <w:bottom w:val="nil"/>
            </w:tcBorders>
            <w:noWrap/>
            <w:hideMark/>
          </w:tcPr>
          <w:p w14:paraId="406B111D" w14:textId="77777777" w:rsidR="00560C26" w:rsidRPr="00193ACD" w:rsidRDefault="00560C26" w:rsidP="00161672">
            <w:pPr>
              <w:jc w:val="center"/>
              <w:rPr>
                <w:rFonts w:ascii="Aptos" w:hAnsi="Aptos"/>
                <w:sz w:val="24"/>
                <w:szCs w:val="24"/>
              </w:rPr>
            </w:pPr>
          </w:p>
          <w:p w14:paraId="667C4C0A"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bottom w:val="nil"/>
            </w:tcBorders>
            <w:noWrap/>
            <w:hideMark/>
          </w:tcPr>
          <w:p w14:paraId="497E18EA" w14:textId="77777777" w:rsidR="00560C26" w:rsidRPr="00193ACD" w:rsidRDefault="00560C26" w:rsidP="00161672">
            <w:pPr>
              <w:jc w:val="center"/>
              <w:rPr>
                <w:rFonts w:ascii="Aptos" w:hAnsi="Aptos"/>
                <w:sz w:val="24"/>
                <w:szCs w:val="24"/>
              </w:rPr>
            </w:pPr>
          </w:p>
          <w:p w14:paraId="058E9776"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0DC65A20" w14:textId="77777777" w:rsidTr="003A3776">
        <w:trPr>
          <w:trHeight w:val="580"/>
        </w:trPr>
        <w:tc>
          <w:tcPr>
            <w:tcW w:w="6854" w:type="dxa"/>
            <w:tcBorders>
              <w:top w:val="nil"/>
              <w:bottom w:val="nil"/>
            </w:tcBorders>
            <w:hideMark/>
          </w:tcPr>
          <w:p w14:paraId="4424BEDF"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Significant knowledge of leadership approaches and behaviours needed to lead a range of complex, long term programmes simultaneously.</w:t>
            </w:r>
          </w:p>
        </w:tc>
        <w:tc>
          <w:tcPr>
            <w:tcW w:w="1186" w:type="dxa"/>
            <w:tcBorders>
              <w:top w:val="nil"/>
              <w:bottom w:val="nil"/>
            </w:tcBorders>
            <w:noWrap/>
            <w:hideMark/>
          </w:tcPr>
          <w:p w14:paraId="50BB5304"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3D6CB0C5"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3E064872" w14:textId="77777777" w:rsidTr="003A3776">
        <w:trPr>
          <w:trHeight w:val="290"/>
        </w:trPr>
        <w:tc>
          <w:tcPr>
            <w:tcW w:w="6854" w:type="dxa"/>
            <w:tcBorders>
              <w:top w:val="nil"/>
              <w:bottom w:val="nil"/>
            </w:tcBorders>
            <w:hideMark/>
          </w:tcPr>
          <w:p w14:paraId="0D7C27F7"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 xml:space="preserve">Significant knowledge of leadership practices required to develop diverse and inclusive participation and engagement                                 </w:t>
            </w:r>
          </w:p>
        </w:tc>
        <w:tc>
          <w:tcPr>
            <w:tcW w:w="1186" w:type="dxa"/>
            <w:tcBorders>
              <w:top w:val="nil"/>
              <w:bottom w:val="nil"/>
            </w:tcBorders>
            <w:noWrap/>
            <w:hideMark/>
          </w:tcPr>
          <w:p w14:paraId="6F15D3E4"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336ED5A1"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406FA94A" w14:textId="77777777" w:rsidTr="003A3776">
        <w:trPr>
          <w:trHeight w:val="290"/>
        </w:trPr>
        <w:tc>
          <w:tcPr>
            <w:tcW w:w="6854" w:type="dxa"/>
            <w:tcBorders>
              <w:top w:val="nil"/>
              <w:bottom w:val="nil"/>
            </w:tcBorders>
            <w:hideMark/>
          </w:tcPr>
          <w:p w14:paraId="121617C8"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Significant understanding of project management strategies</w:t>
            </w:r>
          </w:p>
        </w:tc>
        <w:tc>
          <w:tcPr>
            <w:tcW w:w="1186" w:type="dxa"/>
            <w:tcBorders>
              <w:top w:val="nil"/>
              <w:bottom w:val="nil"/>
            </w:tcBorders>
            <w:noWrap/>
            <w:hideMark/>
          </w:tcPr>
          <w:p w14:paraId="749B0961"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7AC3B124"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41272F67" w14:textId="77777777" w:rsidTr="003A3776">
        <w:trPr>
          <w:trHeight w:val="290"/>
        </w:trPr>
        <w:tc>
          <w:tcPr>
            <w:tcW w:w="6854" w:type="dxa"/>
            <w:tcBorders>
              <w:top w:val="nil"/>
              <w:bottom w:val="nil"/>
            </w:tcBorders>
            <w:hideMark/>
          </w:tcPr>
          <w:p w14:paraId="16BE556D"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Significant knowledge of how wider determinants of health impact on communities</w:t>
            </w:r>
          </w:p>
        </w:tc>
        <w:tc>
          <w:tcPr>
            <w:tcW w:w="1186" w:type="dxa"/>
            <w:tcBorders>
              <w:top w:val="nil"/>
              <w:bottom w:val="nil"/>
            </w:tcBorders>
            <w:noWrap/>
            <w:hideMark/>
          </w:tcPr>
          <w:p w14:paraId="1EDFEC66"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0F7CC892"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454298E4" w14:textId="77777777" w:rsidTr="003A3776">
        <w:trPr>
          <w:trHeight w:val="290"/>
        </w:trPr>
        <w:tc>
          <w:tcPr>
            <w:tcW w:w="6854" w:type="dxa"/>
            <w:tcBorders>
              <w:top w:val="nil"/>
              <w:bottom w:val="nil"/>
            </w:tcBorders>
            <w:hideMark/>
          </w:tcPr>
          <w:p w14:paraId="17525C43"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 xml:space="preserve">Significant knowledge of the differing cultures across different sectors and how </w:t>
            </w:r>
            <w:proofErr w:type="gramStart"/>
            <w:r w:rsidRPr="00193ACD">
              <w:rPr>
                <w:rFonts w:ascii="Aptos" w:hAnsi="Aptos"/>
                <w:sz w:val="24"/>
                <w:szCs w:val="24"/>
              </w:rPr>
              <w:t>these impact</w:t>
            </w:r>
            <w:proofErr w:type="gramEnd"/>
            <w:r w:rsidRPr="00193ACD">
              <w:rPr>
                <w:rFonts w:ascii="Aptos" w:hAnsi="Aptos"/>
                <w:sz w:val="24"/>
                <w:szCs w:val="24"/>
              </w:rPr>
              <w:t xml:space="preserve"> on the project outcomes</w:t>
            </w:r>
          </w:p>
        </w:tc>
        <w:tc>
          <w:tcPr>
            <w:tcW w:w="1186" w:type="dxa"/>
            <w:tcBorders>
              <w:top w:val="nil"/>
              <w:bottom w:val="nil"/>
            </w:tcBorders>
            <w:noWrap/>
            <w:hideMark/>
          </w:tcPr>
          <w:p w14:paraId="4DAA21A6"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12D9B6B2"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612A1CD1" w14:textId="77777777" w:rsidTr="003A3776">
        <w:trPr>
          <w:trHeight w:val="290"/>
        </w:trPr>
        <w:tc>
          <w:tcPr>
            <w:tcW w:w="6854" w:type="dxa"/>
            <w:tcBorders>
              <w:top w:val="nil"/>
              <w:bottom w:val="nil"/>
            </w:tcBorders>
            <w:hideMark/>
          </w:tcPr>
          <w:p w14:paraId="26F02E95"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Significant knowledge of national and international research and practice.</w:t>
            </w:r>
          </w:p>
        </w:tc>
        <w:tc>
          <w:tcPr>
            <w:tcW w:w="1186" w:type="dxa"/>
            <w:tcBorders>
              <w:top w:val="nil"/>
              <w:bottom w:val="nil"/>
            </w:tcBorders>
            <w:noWrap/>
            <w:hideMark/>
          </w:tcPr>
          <w:p w14:paraId="6737D61B"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641DAAB0"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475AEEE4" w14:textId="77777777" w:rsidTr="003A3776">
        <w:trPr>
          <w:trHeight w:val="290"/>
        </w:trPr>
        <w:tc>
          <w:tcPr>
            <w:tcW w:w="6854" w:type="dxa"/>
            <w:tcBorders>
              <w:top w:val="nil"/>
              <w:bottom w:val="nil"/>
            </w:tcBorders>
            <w:hideMark/>
          </w:tcPr>
          <w:p w14:paraId="27A079EF"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Excellent leadership skills, experience of staff management</w:t>
            </w:r>
          </w:p>
        </w:tc>
        <w:tc>
          <w:tcPr>
            <w:tcW w:w="1186" w:type="dxa"/>
            <w:tcBorders>
              <w:top w:val="nil"/>
              <w:bottom w:val="nil"/>
            </w:tcBorders>
            <w:noWrap/>
            <w:hideMark/>
          </w:tcPr>
          <w:p w14:paraId="527290E7"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102DC7E9"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0F18E16C" w14:textId="77777777" w:rsidTr="003A3776">
        <w:trPr>
          <w:trHeight w:val="290"/>
        </w:trPr>
        <w:tc>
          <w:tcPr>
            <w:tcW w:w="6854" w:type="dxa"/>
            <w:tcBorders>
              <w:top w:val="nil"/>
              <w:bottom w:val="nil"/>
            </w:tcBorders>
            <w:hideMark/>
          </w:tcPr>
          <w:p w14:paraId="068B71FB"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lastRenderedPageBreak/>
              <w:t>Excellent communication skills both oral, written and presentational both face to face and in the digital environment.</w:t>
            </w:r>
          </w:p>
        </w:tc>
        <w:tc>
          <w:tcPr>
            <w:tcW w:w="1186" w:type="dxa"/>
            <w:tcBorders>
              <w:top w:val="nil"/>
              <w:bottom w:val="nil"/>
            </w:tcBorders>
            <w:noWrap/>
            <w:hideMark/>
          </w:tcPr>
          <w:p w14:paraId="2EA052CC"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579520D1"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23A1A75B" w14:textId="77777777" w:rsidTr="003A3776">
        <w:trPr>
          <w:trHeight w:val="290"/>
        </w:trPr>
        <w:tc>
          <w:tcPr>
            <w:tcW w:w="6854" w:type="dxa"/>
            <w:tcBorders>
              <w:top w:val="nil"/>
              <w:bottom w:val="nil"/>
            </w:tcBorders>
            <w:hideMark/>
          </w:tcPr>
          <w:p w14:paraId="488CAA80"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Significant experience of budget management</w:t>
            </w:r>
          </w:p>
        </w:tc>
        <w:tc>
          <w:tcPr>
            <w:tcW w:w="1186" w:type="dxa"/>
            <w:tcBorders>
              <w:top w:val="nil"/>
              <w:bottom w:val="nil"/>
            </w:tcBorders>
            <w:noWrap/>
            <w:hideMark/>
          </w:tcPr>
          <w:p w14:paraId="5775C82A"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5C8CE107"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6C93B643" w14:textId="77777777" w:rsidTr="003A3776">
        <w:trPr>
          <w:trHeight w:val="290"/>
        </w:trPr>
        <w:tc>
          <w:tcPr>
            <w:tcW w:w="6854" w:type="dxa"/>
            <w:tcBorders>
              <w:top w:val="nil"/>
              <w:bottom w:val="nil"/>
            </w:tcBorders>
            <w:hideMark/>
          </w:tcPr>
          <w:p w14:paraId="0B9E116C"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The ability to engage and build relationships with a wide range of experts</w:t>
            </w:r>
          </w:p>
        </w:tc>
        <w:tc>
          <w:tcPr>
            <w:tcW w:w="1186" w:type="dxa"/>
            <w:tcBorders>
              <w:top w:val="nil"/>
              <w:bottom w:val="nil"/>
            </w:tcBorders>
            <w:noWrap/>
            <w:hideMark/>
          </w:tcPr>
          <w:p w14:paraId="4A0F1B06"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408C9743"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5D24122D" w14:textId="77777777" w:rsidTr="003A3776">
        <w:trPr>
          <w:trHeight w:val="580"/>
        </w:trPr>
        <w:tc>
          <w:tcPr>
            <w:tcW w:w="6854" w:type="dxa"/>
            <w:tcBorders>
              <w:top w:val="nil"/>
              <w:bottom w:val="nil"/>
            </w:tcBorders>
            <w:hideMark/>
          </w:tcPr>
          <w:p w14:paraId="79C408C5"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 xml:space="preserve">The ability to be able to interpret and analyse complex information to enable a wide range of partners to co-produce systems transformation.  </w:t>
            </w:r>
          </w:p>
        </w:tc>
        <w:tc>
          <w:tcPr>
            <w:tcW w:w="1186" w:type="dxa"/>
            <w:tcBorders>
              <w:top w:val="nil"/>
              <w:bottom w:val="nil"/>
            </w:tcBorders>
            <w:noWrap/>
            <w:hideMark/>
          </w:tcPr>
          <w:p w14:paraId="70916513"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14DF7F51"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602FD8D7" w14:textId="77777777" w:rsidTr="003A3776">
        <w:trPr>
          <w:trHeight w:val="290"/>
        </w:trPr>
        <w:tc>
          <w:tcPr>
            <w:tcW w:w="6854" w:type="dxa"/>
            <w:tcBorders>
              <w:top w:val="nil"/>
              <w:bottom w:val="nil"/>
            </w:tcBorders>
            <w:hideMark/>
          </w:tcPr>
          <w:p w14:paraId="4BDA3AB0"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Excellent programme management skills</w:t>
            </w:r>
          </w:p>
        </w:tc>
        <w:tc>
          <w:tcPr>
            <w:tcW w:w="1186" w:type="dxa"/>
            <w:tcBorders>
              <w:top w:val="nil"/>
              <w:bottom w:val="nil"/>
            </w:tcBorders>
            <w:noWrap/>
            <w:hideMark/>
          </w:tcPr>
          <w:p w14:paraId="0E0A52D3"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3D1816CF"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0C67AD34" w14:textId="77777777" w:rsidTr="003A3776">
        <w:trPr>
          <w:trHeight w:val="290"/>
        </w:trPr>
        <w:tc>
          <w:tcPr>
            <w:tcW w:w="6854" w:type="dxa"/>
            <w:tcBorders>
              <w:top w:val="nil"/>
              <w:bottom w:val="nil"/>
            </w:tcBorders>
            <w:hideMark/>
          </w:tcPr>
          <w:p w14:paraId="269EA18C"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 xml:space="preserve">Well organised approach to workload and prioritisation, allocating responsibilities to others.  </w:t>
            </w:r>
          </w:p>
        </w:tc>
        <w:tc>
          <w:tcPr>
            <w:tcW w:w="1186" w:type="dxa"/>
            <w:tcBorders>
              <w:top w:val="nil"/>
              <w:bottom w:val="nil"/>
            </w:tcBorders>
            <w:noWrap/>
            <w:hideMark/>
          </w:tcPr>
          <w:p w14:paraId="2EA851DA"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0A58D172"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08CCFE81" w14:textId="77777777" w:rsidTr="003A3776">
        <w:trPr>
          <w:trHeight w:val="290"/>
        </w:trPr>
        <w:tc>
          <w:tcPr>
            <w:tcW w:w="6854" w:type="dxa"/>
            <w:tcBorders>
              <w:top w:val="nil"/>
              <w:bottom w:val="nil"/>
            </w:tcBorders>
            <w:hideMark/>
          </w:tcPr>
          <w:p w14:paraId="006C4C82"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Excellent problem-solving skills</w:t>
            </w:r>
          </w:p>
        </w:tc>
        <w:tc>
          <w:tcPr>
            <w:tcW w:w="1186" w:type="dxa"/>
            <w:tcBorders>
              <w:top w:val="nil"/>
              <w:bottom w:val="nil"/>
            </w:tcBorders>
            <w:noWrap/>
            <w:hideMark/>
          </w:tcPr>
          <w:p w14:paraId="55BFB592"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36A59189"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01091FCD" w14:textId="77777777" w:rsidTr="003A3776">
        <w:trPr>
          <w:trHeight w:val="290"/>
        </w:trPr>
        <w:tc>
          <w:tcPr>
            <w:tcW w:w="6854" w:type="dxa"/>
            <w:tcBorders>
              <w:top w:val="nil"/>
              <w:bottom w:val="nil"/>
            </w:tcBorders>
            <w:hideMark/>
          </w:tcPr>
          <w:p w14:paraId="3B4C4426"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 xml:space="preserve">The ability to work to deadlines </w:t>
            </w:r>
          </w:p>
        </w:tc>
        <w:tc>
          <w:tcPr>
            <w:tcW w:w="1186" w:type="dxa"/>
            <w:tcBorders>
              <w:top w:val="nil"/>
              <w:bottom w:val="nil"/>
            </w:tcBorders>
            <w:noWrap/>
            <w:hideMark/>
          </w:tcPr>
          <w:p w14:paraId="77DF42DD"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4B15090D"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05E43996" w14:textId="77777777" w:rsidTr="003A3776">
        <w:trPr>
          <w:trHeight w:val="290"/>
        </w:trPr>
        <w:tc>
          <w:tcPr>
            <w:tcW w:w="6854" w:type="dxa"/>
            <w:tcBorders>
              <w:top w:val="nil"/>
              <w:bottom w:val="nil"/>
            </w:tcBorders>
            <w:hideMark/>
          </w:tcPr>
          <w:p w14:paraId="5615BA69"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The ability to work under own initiative and to plan effectively to pre-empt potential situations and counteract effectively.</w:t>
            </w:r>
          </w:p>
        </w:tc>
        <w:tc>
          <w:tcPr>
            <w:tcW w:w="1186" w:type="dxa"/>
            <w:tcBorders>
              <w:top w:val="nil"/>
              <w:bottom w:val="nil"/>
            </w:tcBorders>
            <w:noWrap/>
            <w:hideMark/>
          </w:tcPr>
          <w:p w14:paraId="1A9D3E2B"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1D66A568"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20B0DA43" w14:textId="77777777" w:rsidTr="003A3776">
        <w:trPr>
          <w:trHeight w:val="580"/>
        </w:trPr>
        <w:tc>
          <w:tcPr>
            <w:tcW w:w="6854" w:type="dxa"/>
            <w:tcBorders>
              <w:top w:val="nil"/>
              <w:bottom w:val="nil"/>
            </w:tcBorders>
            <w:hideMark/>
          </w:tcPr>
          <w:p w14:paraId="1F81E8D1" w14:textId="0B920ED0"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Significant experience of working collaboratively at a senior level with a range of partners and experts, including education, health, public sector organisations, VCSFE organisations</w:t>
            </w:r>
          </w:p>
        </w:tc>
        <w:tc>
          <w:tcPr>
            <w:tcW w:w="1186" w:type="dxa"/>
            <w:tcBorders>
              <w:top w:val="nil"/>
              <w:bottom w:val="nil"/>
            </w:tcBorders>
            <w:noWrap/>
            <w:hideMark/>
          </w:tcPr>
          <w:p w14:paraId="55CD4BAD"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3FDD1D11"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176903C1" w14:textId="77777777" w:rsidTr="003A3776">
        <w:trPr>
          <w:trHeight w:val="290"/>
        </w:trPr>
        <w:tc>
          <w:tcPr>
            <w:tcW w:w="6854" w:type="dxa"/>
            <w:tcBorders>
              <w:top w:val="nil"/>
              <w:bottom w:val="nil"/>
            </w:tcBorders>
            <w:hideMark/>
          </w:tcPr>
          <w:p w14:paraId="3BB201F3"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Significant experience of national and international research and practice.</w:t>
            </w:r>
          </w:p>
        </w:tc>
        <w:tc>
          <w:tcPr>
            <w:tcW w:w="1186" w:type="dxa"/>
            <w:tcBorders>
              <w:top w:val="nil"/>
              <w:bottom w:val="nil"/>
            </w:tcBorders>
            <w:noWrap/>
            <w:hideMark/>
          </w:tcPr>
          <w:p w14:paraId="3701974D"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53163E83"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7EDBCFF0" w14:textId="77777777" w:rsidTr="003A3776">
        <w:trPr>
          <w:trHeight w:val="290"/>
        </w:trPr>
        <w:tc>
          <w:tcPr>
            <w:tcW w:w="6854" w:type="dxa"/>
            <w:tcBorders>
              <w:top w:val="nil"/>
              <w:bottom w:val="nil"/>
            </w:tcBorders>
            <w:hideMark/>
          </w:tcPr>
          <w:p w14:paraId="32C1C6A0"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Substantial experience of successful strategic leadership of long-term programmes and strategies</w:t>
            </w:r>
          </w:p>
        </w:tc>
        <w:tc>
          <w:tcPr>
            <w:tcW w:w="1186" w:type="dxa"/>
            <w:tcBorders>
              <w:top w:val="nil"/>
              <w:bottom w:val="nil"/>
            </w:tcBorders>
            <w:noWrap/>
            <w:hideMark/>
          </w:tcPr>
          <w:p w14:paraId="4EEDB4DA"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103FE90A"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730DB839" w14:textId="77777777" w:rsidTr="003A3776">
        <w:trPr>
          <w:trHeight w:val="290"/>
        </w:trPr>
        <w:tc>
          <w:tcPr>
            <w:tcW w:w="6854" w:type="dxa"/>
            <w:tcBorders>
              <w:top w:val="nil"/>
              <w:bottom w:val="nil"/>
            </w:tcBorders>
            <w:hideMark/>
          </w:tcPr>
          <w:p w14:paraId="51C529F1"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Significant experience of leading on long term programmes and strategies, which have a successful delivery and outcomes</w:t>
            </w:r>
          </w:p>
        </w:tc>
        <w:tc>
          <w:tcPr>
            <w:tcW w:w="1186" w:type="dxa"/>
            <w:tcBorders>
              <w:top w:val="nil"/>
              <w:bottom w:val="nil"/>
            </w:tcBorders>
            <w:noWrap/>
            <w:hideMark/>
          </w:tcPr>
          <w:p w14:paraId="13E6D0DB"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18E70DEB"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3277E9E1" w14:textId="77777777" w:rsidTr="003A3776">
        <w:trPr>
          <w:trHeight w:val="290"/>
        </w:trPr>
        <w:tc>
          <w:tcPr>
            <w:tcW w:w="6854" w:type="dxa"/>
            <w:tcBorders>
              <w:top w:val="nil"/>
              <w:bottom w:val="nil"/>
            </w:tcBorders>
            <w:hideMark/>
          </w:tcPr>
          <w:p w14:paraId="70616A53"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 xml:space="preserve">Substantial experience of working alongside senior leaders, including chief executives, elected members, executive principles </w:t>
            </w:r>
          </w:p>
        </w:tc>
        <w:tc>
          <w:tcPr>
            <w:tcW w:w="1186" w:type="dxa"/>
            <w:tcBorders>
              <w:top w:val="nil"/>
              <w:bottom w:val="nil"/>
            </w:tcBorders>
            <w:noWrap/>
            <w:hideMark/>
          </w:tcPr>
          <w:p w14:paraId="6438E9A9"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7668EDCE"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312B7487" w14:textId="77777777" w:rsidTr="003A3776">
        <w:trPr>
          <w:trHeight w:val="290"/>
        </w:trPr>
        <w:tc>
          <w:tcPr>
            <w:tcW w:w="6854" w:type="dxa"/>
            <w:tcBorders>
              <w:top w:val="nil"/>
              <w:bottom w:val="nil"/>
            </w:tcBorders>
            <w:hideMark/>
          </w:tcPr>
          <w:p w14:paraId="3D5421E6"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 xml:space="preserve">Substantial experience of working alongside a range of national research organisations </w:t>
            </w:r>
          </w:p>
        </w:tc>
        <w:tc>
          <w:tcPr>
            <w:tcW w:w="1186" w:type="dxa"/>
            <w:tcBorders>
              <w:top w:val="nil"/>
              <w:bottom w:val="nil"/>
            </w:tcBorders>
            <w:noWrap/>
            <w:hideMark/>
          </w:tcPr>
          <w:p w14:paraId="5FA54121"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61C08141"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6FCFA482" w14:textId="77777777" w:rsidTr="003A3776">
        <w:trPr>
          <w:trHeight w:val="580"/>
        </w:trPr>
        <w:tc>
          <w:tcPr>
            <w:tcW w:w="6854" w:type="dxa"/>
            <w:tcBorders>
              <w:top w:val="nil"/>
              <w:bottom w:val="nil"/>
            </w:tcBorders>
            <w:hideMark/>
          </w:tcPr>
          <w:p w14:paraId="6B2237AE"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Substantial experience of leading on the co-design and co-delivery of complex quantitative and qualitative research strategies and mechanisms</w:t>
            </w:r>
          </w:p>
        </w:tc>
        <w:tc>
          <w:tcPr>
            <w:tcW w:w="1186" w:type="dxa"/>
            <w:tcBorders>
              <w:top w:val="nil"/>
              <w:bottom w:val="nil"/>
            </w:tcBorders>
            <w:noWrap/>
            <w:hideMark/>
          </w:tcPr>
          <w:p w14:paraId="1ABF09D8"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2DE97238"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2464B6E1" w14:textId="77777777" w:rsidTr="003A3776">
        <w:trPr>
          <w:trHeight w:val="290"/>
        </w:trPr>
        <w:tc>
          <w:tcPr>
            <w:tcW w:w="6854" w:type="dxa"/>
            <w:tcBorders>
              <w:top w:val="nil"/>
              <w:bottom w:val="nil"/>
            </w:tcBorders>
            <w:hideMark/>
          </w:tcPr>
          <w:p w14:paraId="0BE70B16"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Substantial experience of developing a range of senior staff to work co-productively with people facing complex disadvantage</w:t>
            </w:r>
          </w:p>
        </w:tc>
        <w:tc>
          <w:tcPr>
            <w:tcW w:w="1186" w:type="dxa"/>
            <w:tcBorders>
              <w:top w:val="nil"/>
              <w:bottom w:val="nil"/>
            </w:tcBorders>
            <w:noWrap/>
            <w:hideMark/>
          </w:tcPr>
          <w:p w14:paraId="39A10836"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71C4C273"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737B463E" w14:textId="77777777" w:rsidTr="003A3776">
        <w:trPr>
          <w:trHeight w:val="290"/>
        </w:trPr>
        <w:tc>
          <w:tcPr>
            <w:tcW w:w="6854" w:type="dxa"/>
            <w:tcBorders>
              <w:top w:val="nil"/>
              <w:bottom w:val="nil"/>
            </w:tcBorders>
            <w:hideMark/>
          </w:tcPr>
          <w:p w14:paraId="46C8AE61"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lastRenderedPageBreak/>
              <w:t>Significant experience of influencing policy and practice at a local, regional and national level</w:t>
            </w:r>
          </w:p>
        </w:tc>
        <w:tc>
          <w:tcPr>
            <w:tcW w:w="1186" w:type="dxa"/>
            <w:tcBorders>
              <w:top w:val="nil"/>
              <w:bottom w:val="nil"/>
            </w:tcBorders>
            <w:noWrap/>
            <w:hideMark/>
          </w:tcPr>
          <w:p w14:paraId="1BD69482"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120C0DD4"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51E0DBAB" w14:textId="77777777" w:rsidTr="003A3776">
        <w:trPr>
          <w:trHeight w:val="290"/>
        </w:trPr>
        <w:tc>
          <w:tcPr>
            <w:tcW w:w="6854" w:type="dxa"/>
            <w:tcBorders>
              <w:top w:val="nil"/>
              <w:bottom w:val="nil"/>
            </w:tcBorders>
            <w:hideMark/>
          </w:tcPr>
          <w:p w14:paraId="5B42BC9F"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 xml:space="preserve">Substantial experience of delivering presentations with complex data and information to a wide audience </w:t>
            </w:r>
          </w:p>
        </w:tc>
        <w:tc>
          <w:tcPr>
            <w:tcW w:w="1186" w:type="dxa"/>
            <w:tcBorders>
              <w:top w:val="nil"/>
              <w:bottom w:val="nil"/>
            </w:tcBorders>
            <w:noWrap/>
            <w:hideMark/>
          </w:tcPr>
          <w:p w14:paraId="2A4B0298"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bottom w:val="nil"/>
            </w:tcBorders>
            <w:noWrap/>
            <w:hideMark/>
          </w:tcPr>
          <w:p w14:paraId="1AAF4B1A"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560C26" w:rsidRPr="00193ACD" w14:paraId="4EAE9AD2" w14:textId="77777777" w:rsidTr="003A3776">
        <w:trPr>
          <w:trHeight w:val="580"/>
        </w:trPr>
        <w:tc>
          <w:tcPr>
            <w:tcW w:w="6854" w:type="dxa"/>
            <w:tcBorders>
              <w:top w:val="nil"/>
            </w:tcBorders>
            <w:hideMark/>
          </w:tcPr>
          <w:p w14:paraId="3A5803F1" w14:textId="77777777" w:rsidR="00560C26" w:rsidRPr="00193ACD" w:rsidRDefault="00560C26" w:rsidP="00560C26">
            <w:pPr>
              <w:pStyle w:val="ListParagraph"/>
              <w:numPr>
                <w:ilvl w:val="0"/>
                <w:numId w:val="46"/>
              </w:numPr>
              <w:spacing w:line="259" w:lineRule="auto"/>
              <w:rPr>
                <w:rFonts w:ascii="Aptos" w:hAnsi="Aptos"/>
                <w:sz w:val="24"/>
                <w:szCs w:val="24"/>
              </w:rPr>
            </w:pPr>
            <w:r w:rsidRPr="00193ACD">
              <w:rPr>
                <w:rFonts w:ascii="Aptos" w:hAnsi="Aptos"/>
                <w:sz w:val="24"/>
                <w:szCs w:val="24"/>
              </w:rPr>
              <w:t xml:space="preserve">Substantial experience of safely managing a complex mix of differing projects risks and issues that have the potential to have significant impact for Sefton Council. </w:t>
            </w:r>
          </w:p>
        </w:tc>
        <w:tc>
          <w:tcPr>
            <w:tcW w:w="1186" w:type="dxa"/>
            <w:tcBorders>
              <w:top w:val="nil"/>
            </w:tcBorders>
            <w:noWrap/>
            <w:hideMark/>
          </w:tcPr>
          <w:p w14:paraId="5D9BFFB4" w14:textId="77777777" w:rsidR="00560C26" w:rsidRPr="00193ACD" w:rsidRDefault="00560C26" w:rsidP="00161672">
            <w:pPr>
              <w:jc w:val="center"/>
              <w:rPr>
                <w:rFonts w:ascii="Aptos" w:hAnsi="Aptos"/>
                <w:sz w:val="24"/>
                <w:szCs w:val="24"/>
              </w:rPr>
            </w:pPr>
            <w:r w:rsidRPr="00193ACD">
              <w:rPr>
                <w:rFonts w:ascii="Aptos" w:hAnsi="Aptos"/>
                <w:sz w:val="24"/>
                <w:szCs w:val="24"/>
              </w:rPr>
              <w:t>E</w:t>
            </w:r>
          </w:p>
        </w:tc>
        <w:tc>
          <w:tcPr>
            <w:tcW w:w="1453" w:type="dxa"/>
            <w:tcBorders>
              <w:top w:val="nil"/>
            </w:tcBorders>
            <w:noWrap/>
            <w:hideMark/>
          </w:tcPr>
          <w:p w14:paraId="44AD7D59" w14:textId="77777777" w:rsidR="00560C26" w:rsidRPr="00193ACD" w:rsidRDefault="00560C26" w:rsidP="00161672">
            <w:pPr>
              <w:jc w:val="center"/>
              <w:rPr>
                <w:rFonts w:ascii="Aptos" w:hAnsi="Aptos"/>
                <w:sz w:val="24"/>
                <w:szCs w:val="24"/>
              </w:rPr>
            </w:pPr>
            <w:r w:rsidRPr="00193ACD">
              <w:rPr>
                <w:rFonts w:ascii="Aptos" w:hAnsi="Aptos"/>
                <w:sz w:val="24"/>
                <w:szCs w:val="24"/>
              </w:rPr>
              <w:t>AF/I/P</w:t>
            </w:r>
          </w:p>
        </w:tc>
      </w:tr>
      <w:tr w:rsidR="003A3776" w:rsidRPr="00193ACD" w14:paraId="164E7B62" w14:textId="77777777" w:rsidTr="003A3776">
        <w:tc>
          <w:tcPr>
            <w:tcW w:w="6854" w:type="dxa"/>
          </w:tcPr>
          <w:p w14:paraId="29A1AB7A" w14:textId="77777777" w:rsidR="003A3776" w:rsidRPr="00193ACD" w:rsidRDefault="003A3776" w:rsidP="00C511C5">
            <w:pPr>
              <w:rPr>
                <w:rFonts w:ascii="Aptos" w:hAnsi="Aptos"/>
                <w:b/>
                <w:bCs/>
                <w:sz w:val="24"/>
                <w:szCs w:val="24"/>
              </w:rPr>
            </w:pPr>
            <w:r w:rsidRPr="00193ACD">
              <w:rPr>
                <w:rFonts w:ascii="Aptos" w:hAnsi="Aptos"/>
                <w:b/>
                <w:bCs/>
                <w:sz w:val="24"/>
                <w:szCs w:val="24"/>
              </w:rPr>
              <w:t>OTHER</w:t>
            </w:r>
            <w:r w:rsidRPr="00193ACD">
              <w:rPr>
                <w:rFonts w:ascii="Aptos" w:hAnsi="Aptos"/>
                <w:b/>
                <w:bCs/>
                <w:sz w:val="24"/>
                <w:szCs w:val="24"/>
              </w:rPr>
              <w:tab/>
            </w:r>
          </w:p>
          <w:p w14:paraId="3A3C224A" w14:textId="77777777" w:rsidR="003A3776" w:rsidRPr="00193ACD" w:rsidRDefault="003A3776" w:rsidP="003A3776">
            <w:pPr>
              <w:pStyle w:val="ListParagraph"/>
              <w:numPr>
                <w:ilvl w:val="0"/>
                <w:numId w:val="45"/>
              </w:numPr>
              <w:rPr>
                <w:rFonts w:ascii="Aptos" w:hAnsi="Aptos"/>
                <w:sz w:val="24"/>
                <w:szCs w:val="24"/>
              </w:rPr>
            </w:pPr>
            <w:r w:rsidRPr="00193ACD">
              <w:rPr>
                <w:rFonts w:ascii="Aptos" w:hAnsi="Aptos"/>
                <w:sz w:val="24"/>
                <w:szCs w:val="24"/>
              </w:rPr>
              <w:t>Ability to understand and demonstrate a commitment to equality and diversity</w:t>
            </w:r>
            <w:r w:rsidRPr="00193ACD">
              <w:rPr>
                <w:rFonts w:ascii="Aptos" w:hAnsi="Aptos"/>
                <w:sz w:val="24"/>
                <w:szCs w:val="24"/>
              </w:rPr>
              <w:tab/>
            </w:r>
          </w:p>
          <w:p w14:paraId="2FFC48DA" w14:textId="77777777" w:rsidR="003A3776" w:rsidRPr="00193ACD" w:rsidRDefault="003A3776" w:rsidP="003A3776">
            <w:pPr>
              <w:pStyle w:val="ListParagraph"/>
              <w:numPr>
                <w:ilvl w:val="0"/>
                <w:numId w:val="45"/>
              </w:numPr>
              <w:rPr>
                <w:rFonts w:ascii="Aptos" w:hAnsi="Aptos"/>
                <w:sz w:val="24"/>
                <w:szCs w:val="24"/>
              </w:rPr>
            </w:pPr>
            <w:r w:rsidRPr="00193ACD">
              <w:rPr>
                <w:rFonts w:ascii="Aptos" w:hAnsi="Aptos"/>
                <w:sz w:val="24"/>
                <w:szCs w:val="24"/>
              </w:rPr>
              <w:t>Ability to work flexibly, including occasional evenings/weekends</w:t>
            </w:r>
            <w:r w:rsidRPr="00193ACD">
              <w:rPr>
                <w:rFonts w:ascii="Aptos" w:hAnsi="Aptos"/>
                <w:sz w:val="24"/>
                <w:szCs w:val="24"/>
              </w:rPr>
              <w:tab/>
            </w:r>
          </w:p>
          <w:p w14:paraId="7C83901C" w14:textId="77777777" w:rsidR="003A3776" w:rsidRPr="00193ACD" w:rsidRDefault="003A3776" w:rsidP="003A3776">
            <w:pPr>
              <w:pStyle w:val="ListParagraph"/>
              <w:numPr>
                <w:ilvl w:val="0"/>
                <w:numId w:val="45"/>
              </w:numPr>
              <w:rPr>
                <w:rFonts w:ascii="Aptos" w:hAnsi="Aptos"/>
                <w:sz w:val="24"/>
                <w:szCs w:val="24"/>
              </w:rPr>
            </w:pPr>
            <w:r w:rsidRPr="00193ACD">
              <w:rPr>
                <w:rFonts w:ascii="Aptos" w:hAnsi="Aptos"/>
                <w:sz w:val="24"/>
                <w:szCs w:val="24"/>
              </w:rPr>
              <w:t>Ability to travel across Sefton</w:t>
            </w:r>
            <w:r w:rsidRPr="00193ACD">
              <w:rPr>
                <w:rFonts w:ascii="Aptos" w:hAnsi="Aptos"/>
                <w:sz w:val="24"/>
                <w:szCs w:val="24"/>
              </w:rPr>
              <w:tab/>
            </w:r>
          </w:p>
        </w:tc>
        <w:tc>
          <w:tcPr>
            <w:tcW w:w="1186" w:type="dxa"/>
          </w:tcPr>
          <w:p w14:paraId="5E3C75DC" w14:textId="77777777" w:rsidR="003A3776" w:rsidRPr="00193ACD" w:rsidRDefault="003A3776" w:rsidP="00C511C5">
            <w:pPr>
              <w:jc w:val="center"/>
              <w:rPr>
                <w:rFonts w:ascii="Aptos" w:hAnsi="Aptos"/>
                <w:sz w:val="24"/>
                <w:szCs w:val="24"/>
              </w:rPr>
            </w:pPr>
          </w:p>
          <w:p w14:paraId="50826425" w14:textId="77777777" w:rsidR="003A3776" w:rsidRPr="00193ACD" w:rsidRDefault="003A3776" w:rsidP="00C511C5">
            <w:pPr>
              <w:jc w:val="center"/>
              <w:rPr>
                <w:rFonts w:ascii="Aptos" w:hAnsi="Aptos"/>
                <w:sz w:val="24"/>
                <w:szCs w:val="24"/>
              </w:rPr>
            </w:pPr>
            <w:r w:rsidRPr="00193ACD">
              <w:rPr>
                <w:rFonts w:ascii="Aptos" w:hAnsi="Aptos"/>
                <w:sz w:val="24"/>
                <w:szCs w:val="24"/>
              </w:rPr>
              <w:t>E</w:t>
            </w:r>
          </w:p>
          <w:p w14:paraId="3548B682" w14:textId="77777777" w:rsidR="003A3776" w:rsidRPr="00193ACD" w:rsidRDefault="003A3776" w:rsidP="00C511C5">
            <w:pPr>
              <w:jc w:val="center"/>
              <w:rPr>
                <w:rFonts w:ascii="Aptos" w:hAnsi="Aptos"/>
                <w:sz w:val="24"/>
                <w:szCs w:val="24"/>
              </w:rPr>
            </w:pPr>
          </w:p>
          <w:p w14:paraId="418E759D" w14:textId="77777777" w:rsidR="003A3776" w:rsidRPr="00193ACD" w:rsidRDefault="003A3776" w:rsidP="00C511C5">
            <w:pPr>
              <w:jc w:val="center"/>
              <w:rPr>
                <w:rFonts w:ascii="Aptos" w:hAnsi="Aptos"/>
                <w:sz w:val="24"/>
                <w:szCs w:val="24"/>
              </w:rPr>
            </w:pPr>
            <w:r w:rsidRPr="00193ACD">
              <w:rPr>
                <w:rFonts w:ascii="Aptos" w:hAnsi="Aptos"/>
                <w:sz w:val="24"/>
                <w:szCs w:val="24"/>
              </w:rPr>
              <w:t>E</w:t>
            </w:r>
          </w:p>
          <w:p w14:paraId="1142E074" w14:textId="77777777" w:rsidR="003A3776" w:rsidRPr="00193ACD" w:rsidRDefault="003A3776" w:rsidP="00C511C5">
            <w:pPr>
              <w:jc w:val="center"/>
              <w:rPr>
                <w:rFonts w:ascii="Aptos" w:hAnsi="Aptos"/>
                <w:sz w:val="24"/>
                <w:szCs w:val="24"/>
              </w:rPr>
            </w:pPr>
          </w:p>
          <w:p w14:paraId="4DA98281" w14:textId="77777777" w:rsidR="003A3776" w:rsidRPr="00193ACD" w:rsidRDefault="003A3776" w:rsidP="00C511C5">
            <w:pPr>
              <w:jc w:val="center"/>
              <w:rPr>
                <w:rFonts w:ascii="Aptos" w:hAnsi="Aptos"/>
                <w:sz w:val="24"/>
                <w:szCs w:val="24"/>
              </w:rPr>
            </w:pPr>
            <w:r w:rsidRPr="00193ACD">
              <w:rPr>
                <w:rFonts w:ascii="Aptos" w:hAnsi="Aptos"/>
                <w:sz w:val="24"/>
                <w:szCs w:val="24"/>
              </w:rPr>
              <w:t>E</w:t>
            </w:r>
          </w:p>
        </w:tc>
        <w:tc>
          <w:tcPr>
            <w:tcW w:w="1453" w:type="dxa"/>
          </w:tcPr>
          <w:p w14:paraId="7B0069D3" w14:textId="77777777" w:rsidR="003A3776" w:rsidRPr="00193ACD" w:rsidRDefault="003A3776" w:rsidP="00C511C5">
            <w:pPr>
              <w:jc w:val="center"/>
              <w:rPr>
                <w:rFonts w:ascii="Aptos" w:hAnsi="Aptos"/>
                <w:sz w:val="24"/>
                <w:szCs w:val="24"/>
              </w:rPr>
            </w:pPr>
          </w:p>
          <w:p w14:paraId="59E8B11F" w14:textId="77777777" w:rsidR="003A3776" w:rsidRPr="00193ACD" w:rsidRDefault="003A3776" w:rsidP="00C511C5">
            <w:pPr>
              <w:jc w:val="center"/>
              <w:rPr>
                <w:rFonts w:ascii="Aptos" w:hAnsi="Aptos"/>
                <w:sz w:val="24"/>
                <w:szCs w:val="24"/>
              </w:rPr>
            </w:pPr>
            <w:r w:rsidRPr="00193ACD">
              <w:rPr>
                <w:rFonts w:ascii="Aptos" w:hAnsi="Aptos"/>
                <w:sz w:val="24"/>
                <w:szCs w:val="24"/>
              </w:rPr>
              <w:t>AF/I</w:t>
            </w:r>
          </w:p>
          <w:p w14:paraId="4EDFDAA3" w14:textId="77777777" w:rsidR="003A3776" w:rsidRPr="00193ACD" w:rsidRDefault="003A3776" w:rsidP="00C511C5">
            <w:pPr>
              <w:jc w:val="center"/>
              <w:rPr>
                <w:rFonts w:ascii="Aptos" w:hAnsi="Aptos"/>
                <w:sz w:val="24"/>
                <w:szCs w:val="24"/>
              </w:rPr>
            </w:pPr>
          </w:p>
          <w:p w14:paraId="7CD37A06" w14:textId="77777777" w:rsidR="003A3776" w:rsidRPr="00193ACD" w:rsidRDefault="003A3776" w:rsidP="00C511C5">
            <w:pPr>
              <w:jc w:val="center"/>
              <w:rPr>
                <w:rFonts w:ascii="Aptos" w:hAnsi="Aptos"/>
                <w:sz w:val="24"/>
                <w:szCs w:val="24"/>
              </w:rPr>
            </w:pPr>
            <w:r w:rsidRPr="00193ACD">
              <w:rPr>
                <w:rFonts w:ascii="Aptos" w:hAnsi="Aptos"/>
                <w:sz w:val="24"/>
                <w:szCs w:val="24"/>
              </w:rPr>
              <w:t>AF/I</w:t>
            </w:r>
          </w:p>
          <w:p w14:paraId="57FD3E13" w14:textId="77777777" w:rsidR="003A3776" w:rsidRPr="00193ACD" w:rsidRDefault="003A3776" w:rsidP="00C511C5">
            <w:pPr>
              <w:jc w:val="center"/>
              <w:rPr>
                <w:rFonts w:ascii="Aptos" w:hAnsi="Aptos"/>
                <w:sz w:val="24"/>
                <w:szCs w:val="24"/>
              </w:rPr>
            </w:pPr>
          </w:p>
          <w:p w14:paraId="29434F85" w14:textId="77777777" w:rsidR="003A3776" w:rsidRPr="00193ACD" w:rsidRDefault="003A3776" w:rsidP="00C511C5">
            <w:pPr>
              <w:jc w:val="center"/>
              <w:rPr>
                <w:rFonts w:ascii="Aptos" w:hAnsi="Aptos"/>
                <w:sz w:val="24"/>
                <w:szCs w:val="24"/>
              </w:rPr>
            </w:pPr>
            <w:r w:rsidRPr="00193ACD">
              <w:rPr>
                <w:rFonts w:ascii="Aptos" w:hAnsi="Aptos"/>
                <w:sz w:val="24"/>
                <w:szCs w:val="24"/>
              </w:rPr>
              <w:t>AF/I</w:t>
            </w:r>
          </w:p>
        </w:tc>
      </w:tr>
    </w:tbl>
    <w:p w14:paraId="51728D9B" w14:textId="77777777" w:rsidR="00193ACD" w:rsidRPr="00193ACD" w:rsidRDefault="00193ACD" w:rsidP="00193ACD">
      <w:pPr>
        <w:spacing w:after="0" w:line="240" w:lineRule="auto"/>
        <w:ind w:left="720" w:hanging="720"/>
        <w:jc w:val="both"/>
        <w:rPr>
          <w:rFonts w:ascii="Aptos" w:eastAsia="Times New Roman" w:hAnsi="Aptos" w:cs="Arial"/>
          <w:b/>
          <w:sz w:val="24"/>
          <w:szCs w:val="24"/>
          <w:u w:val="single"/>
        </w:rPr>
      </w:pPr>
    </w:p>
    <w:p w14:paraId="1B763BD0" w14:textId="77777777" w:rsidR="00560C26" w:rsidRDefault="00560C26" w:rsidP="00560C26"/>
    <w:p w14:paraId="31EEDBBB" w14:textId="77777777" w:rsidR="00A60A21" w:rsidRDefault="00A60A21" w:rsidP="00BE409F"/>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3"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9770A"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26"/>
      <w:footerReference w:type="default" r:id="rId27"/>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127909" w14:textId="77777777" w:rsidR="00EB4C18" w:rsidRPr="00A665FC" w:rsidRDefault="00EB4C18">
      <w:pPr>
        <w:spacing w:after="0" w:line="240" w:lineRule="auto"/>
      </w:pPr>
      <w:r w:rsidRPr="00A665FC">
        <w:separator/>
      </w:r>
    </w:p>
  </w:endnote>
  <w:endnote w:type="continuationSeparator" w:id="0">
    <w:p w14:paraId="0CF0846F" w14:textId="77777777" w:rsidR="00EB4C18" w:rsidRPr="00A665FC" w:rsidRDefault="00EB4C18">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ptos Display">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End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End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A6223C" w14:textId="77777777" w:rsidR="00EB4C18" w:rsidRPr="00A665FC" w:rsidRDefault="00EB4C18">
      <w:pPr>
        <w:spacing w:after="0" w:line="240" w:lineRule="auto"/>
      </w:pPr>
      <w:r w:rsidRPr="00A665FC">
        <w:separator/>
      </w:r>
    </w:p>
  </w:footnote>
  <w:footnote w:type="continuationSeparator" w:id="0">
    <w:p w14:paraId="2B098C98" w14:textId="77777777" w:rsidR="00EB4C18" w:rsidRPr="00A665FC" w:rsidRDefault="00EB4C18">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2C15D80"/>
    <w:multiLevelType w:val="hybridMultilevel"/>
    <w:tmpl w:val="6A64F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1D7917"/>
    <w:multiLevelType w:val="hybridMultilevel"/>
    <w:tmpl w:val="5694D80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23A1BD9"/>
    <w:multiLevelType w:val="hybridMultilevel"/>
    <w:tmpl w:val="958EEDF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89A1930"/>
    <w:multiLevelType w:val="hybridMultilevel"/>
    <w:tmpl w:val="D778B21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45771F1"/>
    <w:multiLevelType w:val="hybridMultilevel"/>
    <w:tmpl w:val="088653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4A835D6"/>
    <w:multiLevelType w:val="hybridMultilevel"/>
    <w:tmpl w:val="8DB28476"/>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2C16F9C"/>
    <w:multiLevelType w:val="hybridMultilevel"/>
    <w:tmpl w:val="17E4D4E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BCB4CE9"/>
    <w:multiLevelType w:val="hybridMultilevel"/>
    <w:tmpl w:val="A42CA9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9"/>
  </w:num>
  <w:num w:numId="8" w16cid:durableId="96677921">
    <w:abstractNumId w:val="40"/>
  </w:num>
  <w:num w:numId="9" w16cid:durableId="1885943946">
    <w:abstractNumId w:val="12"/>
  </w:num>
  <w:num w:numId="10" w16cid:durableId="2102799240">
    <w:abstractNumId w:val="34"/>
  </w:num>
  <w:num w:numId="11" w16cid:durableId="486483934">
    <w:abstractNumId w:val="28"/>
  </w:num>
  <w:num w:numId="12" w16cid:durableId="1548644970">
    <w:abstractNumId w:val="20"/>
  </w:num>
  <w:num w:numId="13" w16cid:durableId="1408651507">
    <w:abstractNumId w:val="29"/>
  </w:num>
  <w:num w:numId="14" w16cid:durableId="1434469441">
    <w:abstractNumId w:val="19"/>
  </w:num>
  <w:num w:numId="15" w16cid:durableId="939293694">
    <w:abstractNumId w:val="44"/>
  </w:num>
  <w:num w:numId="16" w16cid:durableId="1370958176">
    <w:abstractNumId w:val="32"/>
  </w:num>
  <w:num w:numId="17" w16cid:durableId="528959193">
    <w:abstractNumId w:val="13"/>
  </w:num>
  <w:num w:numId="18" w16cid:durableId="1049962024">
    <w:abstractNumId w:val="15"/>
  </w:num>
  <w:num w:numId="19" w16cid:durableId="12801739">
    <w:abstractNumId w:val="48"/>
  </w:num>
  <w:num w:numId="20" w16cid:durableId="1776096321">
    <w:abstractNumId w:val="18"/>
  </w:num>
  <w:num w:numId="21" w16cid:durableId="649674472">
    <w:abstractNumId w:val="16"/>
  </w:num>
  <w:num w:numId="22" w16cid:durableId="203178717">
    <w:abstractNumId w:val="11"/>
  </w:num>
  <w:num w:numId="23" w16cid:durableId="1748461079">
    <w:abstractNumId w:val="41"/>
  </w:num>
  <w:num w:numId="24" w16cid:durableId="547882938">
    <w:abstractNumId w:val="49"/>
  </w:num>
  <w:num w:numId="25" w16cid:durableId="1804886285">
    <w:abstractNumId w:val="21"/>
  </w:num>
  <w:num w:numId="26" w16cid:durableId="753942308">
    <w:abstractNumId w:val="46"/>
  </w:num>
  <w:num w:numId="27" w16cid:durableId="842161897">
    <w:abstractNumId w:val="6"/>
  </w:num>
  <w:num w:numId="28" w16cid:durableId="1169253410">
    <w:abstractNumId w:val="33"/>
  </w:num>
  <w:num w:numId="29" w16cid:durableId="1376005526">
    <w:abstractNumId w:val="47"/>
  </w:num>
  <w:num w:numId="30" w16cid:durableId="992417699">
    <w:abstractNumId w:val="14"/>
  </w:num>
  <w:num w:numId="31" w16cid:durableId="1811945182">
    <w:abstractNumId w:val="17"/>
  </w:num>
  <w:num w:numId="32" w16cid:durableId="752121699">
    <w:abstractNumId w:val="42"/>
  </w:num>
  <w:num w:numId="33" w16cid:durableId="728764366">
    <w:abstractNumId w:val="36"/>
  </w:num>
  <w:num w:numId="34" w16cid:durableId="903369946">
    <w:abstractNumId w:val="8"/>
  </w:num>
  <w:num w:numId="35" w16cid:durableId="1916547196">
    <w:abstractNumId w:val="45"/>
  </w:num>
  <w:num w:numId="36" w16cid:durableId="1313756109">
    <w:abstractNumId w:val="24"/>
  </w:num>
  <w:num w:numId="37" w16cid:durableId="580675113">
    <w:abstractNumId w:val="26"/>
  </w:num>
  <w:num w:numId="38" w16cid:durableId="1158957881">
    <w:abstractNumId w:val="43"/>
  </w:num>
  <w:num w:numId="39" w16cid:durableId="1517885159">
    <w:abstractNumId w:val="10"/>
  </w:num>
  <w:num w:numId="40" w16cid:durableId="1642035715">
    <w:abstractNumId w:val="23"/>
  </w:num>
  <w:num w:numId="41" w16cid:durableId="1929850866">
    <w:abstractNumId w:val="22"/>
  </w:num>
  <w:num w:numId="42" w16cid:durableId="1658533987">
    <w:abstractNumId w:val="37"/>
  </w:num>
  <w:num w:numId="43" w16cid:durableId="620654584">
    <w:abstractNumId w:val="38"/>
  </w:num>
  <w:num w:numId="44" w16cid:durableId="785779211">
    <w:abstractNumId w:val="9"/>
  </w:num>
  <w:num w:numId="45" w16cid:durableId="1144618050">
    <w:abstractNumId w:val="25"/>
  </w:num>
  <w:num w:numId="46" w16cid:durableId="125634453">
    <w:abstractNumId w:val="7"/>
  </w:num>
  <w:num w:numId="47" w16cid:durableId="2135362672">
    <w:abstractNumId w:val="31"/>
  </w:num>
  <w:num w:numId="48" w16cid:durableId="1729645494">
    <w:abstractNumId w:val="30"/>
  </w:num>
  <w:num w:numId="49" w16cid:durableId="1351490977">
    <w:abstractNumId w:val="35"/>
  </w:num>
  <w:num w:numId="50" w16cid:durableId="616833450">
    <w:abstractNumId w:val="2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73C50"/>
    <w:rsid w:val="00074692"/>
    <w:rsid w:val="000812B6"/>
    <w:rsid w:val="00081A7D"/>
    <w:rsid w:val="00096AC7"/>
    <w:rsid w:val="000A1196"/>
    <w:rsid w:val="000A1D22"/>
    <w:rsid w:val="000A4C7F"/>
    <w:rsid w:val="000A7FC7"/>
    <w:rsid w:val="000B3B22"/>
    <w:rsid w:val="000E7316"/>
    <w:rsid w:val="0010147F"/>
    <w:rsid w:val="001115BF"/>
    <w:rsid w:val="00115BE7"/>
    <w:rsid w:val="00122490"/>
    <w:rsid w:val="00125EEB"/>
    <w:rsid w:val="001303A8"/>
    <w:rsid w:val="00143869"/>
    <w:rsid w:val="0015074B"/>
    <w:rsid w:val="001550B3"/>
    <w:rsid w:val="00160D75"/>
    <w:rsid w:val="00166387"/>
    <w:rsid w:val="00170274"/>
    <w:rsid w:val="001735DF"/>
    <w:rsid w:val="001743EB"/>
    <w:rsid w:val="00175C79"/>
    <w:rsid w:val="00187F29"/>
    <w:rsid w:val="00193ACD"/>
    <w:rsid w:val="001A3735"/>
    <w:rsid w:val="001A7573"/>
    <w:rsid w:val="001B2341"/>
    <w:rsid w:val="001B5028"/>
    <w:rsid w:val="001B5148"/>
    <w:rsid w:val="001B58B7"/>
    <w:rsid w:val="001C3FC7"/>
    <w:rsid w:val="001D6147"/>
    <w:rsid w:val="001E7F31"/>
    <w:rsid w:val="001F18BD"/>
    <w:rsid w:val="001F2C43"/>
    <w:rsid w:val="002130A3"/>
    <w:rsid w:val="00221AB6"/>
    <w:rsid w:val="002250F4"/>
    <w:rsid w:val="002259DC"/>
    <w:rsid w:val="002319BA"/>
    <w:rsid w:val="002329E8"/>
    <w:rsid w:val="00244137"/>
    <w:rsid w:val="00245435"/>
    <w:rsid w:val="002569E3"/>
    <w:rsid w:val="00256DD6"/>
    <w:rsid w:val="00260C8D"/>
    <w:rsid w:val="00267DAC"/>
    <w:rsid w:val="00276C44"/>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1816"/>
    <w:rsid w:val="0031573B"/>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95FE5"/>
    <w:rsid w:val="003A0212"/>
    <w:rsid w:val="003A3776"/>
    <w:rsid w:val="003B2419"/>
    <w:rsid w:val="003B272C"/>
    <w:rsid w:val="003B7A2D"/>
    <w:rsid w:val="003C54F2"/>
    <w:rsid w:val="003D356B"/>
    <w:rsid w:val="003D439B"/>
    <w:rsid w:val="003E1DEC"/>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401"/>
    <w:rsid w:val="00483650"/>
    <w:rsid w:val="00484232"/>
    <w:rsid w:val="00487B36"/>
    <w:rsid w:val="0049316D"/>
    <w:rsid w:val="00496E8A"/>
    <w:rsid w:val="004972FD"/>
    <w:rsid w:val="004A21CE"/>
    <w:rsid w:val="004A47DE"/>
    <w:rsid w:val="004A7591"/>
    <w:rsid w:val="004A77F9"/>
    <w:rsid w:val="004B0493"/>
    <w:rsid w:val="004B251A"/>
    <w:rsid w:val="004B5CBD"/>
    <w:rsid w:val="004B7AC3"/>
    <w:rsid w:val="004C1865"/>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2346"/>
    <w:rsid w:val="004F4A4E"/>
    <w:rsid w:val="0050303F"/>
    <w:rsid w:val="005032E1"/>
    <w:rsid w:val="00507028"/>
    <w:rsid w:val="005116C5"/>
    <w:rsid w:val="00511F96"/>
    <w:rsid w:val="00514FBC"/>
    <w:rsid w:val="0051641B"/>
    <w:rsid w:val="00516C82"/>
    <w:rsid w:val="00522A66"/>
    <w:rsid w:val="00524370"/>
    <w:rsid w:val="00524633"/>
    <w:rsid w:val="00531F43"/>
    <w:rsid w:val="00536407"/>
    <w:rsid w:val="00547C3F"/>
    <w:rsid w:val="00547F72"/>
    <w:rsid w:val="00557DAF"/>
    <w:rsid w:val="00560C26"/>
    <w:rsid w:val="00560F73"/>
    <w:rsid w:val="00561405"/>
    <w:rsid w:val="00563896"/>
    <w:rsid w:val="0056452B"/>
    <w:rsid w:val="00565B5D"/>
    <w:rsid w:val="005661E9"/>
    <w:rsid w:val="005715A1"/>
    <w:rsid w:val="00571B76"/>
    <w:rsid w:val="00575170"/>
    <w:rsid w:val="0057534E"/>
    <w:rsid w:val="005771D3"/>
    <w:rsid w:val="00580173"/>
    <w:rsid w:val="0058344C"/>
    <w:rsid w:val="00592C51"/>
    <w:rsid w:val="005A7576"/>
    <w:rsid w:val="005B50D4"/>
    <w:rsid w:val="005B5848"/>
    <w:rsid w:val="005B5AF1"/>
    <w:rsid w:val="005B5FF7"/>
    <w:rsid w:val="005C098F"/>
    <w:rsid w:val="005C1F40"/>
    <w:rsid w:val="005C7CED"/>
    <w:rsid w:val="005D7F83"/>
    <w:rsid w:val="005E287F"/>
    <w:rsid w:val="005E401A"/>
    <w:rsid w:val="005E463D"/>
    <w:rsid w:val="005E5084"/>
    <w:rsid w:val="005F276B"/>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B7932"/>
    <w:rsid w:val="006C339D"/>
    <w:rsid w:val="006C3A5F"/>
    <w:rsid w:val="006D52B0"/>
    <w:rsid w:val="006D7018"/>
    <w:rsid w:val="006E1DDF"/>
    <w:rsid w:val="006F1699"/>
    <w:rsid w:val="006F7222"/>
    <w:rsid w:val="006F7369"/>
    <w:rsid w:val="00700416"/>
    <w:rsid w:val="00702067"/>
    <w:rsid w:val="00713D70"/>
    <w:rsid w:val="0072213A"/>
    <w:rsid w:val="00723800"/>
    <w:rsid w:val="0073474E"/>
    <w:rsid w:val="00734959"/>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5429"/>
    <w:rsid w:val="007D61B3"/>
    <w:rsid w:val="007D78DA"/>
    <w:rsid w:val="007E0B7D"/>
    <w:rsid w:val="007E4461"/>
    <w:rsid w:val="007F06D6"/>
    <w:rsid w:val="007F39F9"/>
    <w:rsid w:val="00805318"/>
    <w:rsid w:val="00810273"/>
    <w:rsid w:val="008110B0"/>
    <w:rsid w:val="008117DF"/>
    <w:rsid w:val="00822870"/>
    <w:rsid w:val="00822A87"/>
    <w:rsid w:val="00823294"/>
    <w:rsid w:val="00827FB8"/>
    <w:rsid w:val="008305C3"/>
    <w:rsid w:val="00833B16"/>
    <w:rsid w:val="00834382"/>
    <w:rsid w:val="00836676"/>
    <w:rsid w:val="00845349"/>
    <w:rsid w:val="0085468D"/>
    <w:rsid w:val="00856E71"/>
    <w:rsid w:val="00865EED"/>
    <w:rsid w:val="00866E1F"/>
    <w:rsid w:val="00871834"/>
    <w:rsid w:val="008722FA"/>
    <w:rsid w:val="00891FF8"/>
    <w:rsid w:val="00896ABA"/>
    <w:rsid w:val="008A0BA7"/>
    <w:rsid w:val="008A10D1"/>
    <w:rsid w:val="008A2AD1"/>
    <w:rsid w:val="008A5F0E"/>
    <w:rsid w:val="008B7841"/>
    <w:rsid w:val="008C2CF8"/>
    <w:rsid w:val="008C49EE"/>
    <w:rsid w:val="008D1315"/>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D1C8A"/>
    <w:rsid w:val="009D4637"/>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56A4F"/>
    <w:rsid w:val="00A60A21"/>
    <w:rsid w:val="00A63AD3"/>
    <w:rsid w:val="00A64288"/>
    <w:rsid w:val="00A665FC"/>
    <w:rsid w:val="00A66D7A"/>
    <w:rsid w:val="00A83330"/>
    <w:rsid w:val="00A87104"/>
    <w:rsid w:val="00A91189"/>
    <w:rsid w:val="00A91C8B"/>
    <w:rsid w:val="00A93EC9"/>
    <w:rsid w:val="00AA1D8D"/>
    <w:rsid w:val="00AA413C"/>
    <w:rsid w:val="00AB253B"/>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369"/>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870C8"/>
    <w:rsid w:val="00B93A75"/>
    <w:rsid w:val="00B9571B"/>
    <w:rsid w:val="00BA074D"/>
    <w:rsid w:val="00BB4A42"/>
    <w:rsid w:val="00BC737D"/>
    <w:rsid w:val="00BD0475"/>
    <w:rsid w:val="00BD1C6B"/>
    <w:rsid w:val="00BD4A15"/>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688B"/>
    <w:rsid w:val="00C37354"/>
    <w:rsid w:val="00C40829"/>
    <w:rsid w:val="00C41AA7"/>
    <w:rsid w:val="00C430C4"/>
    <w:rsid w:val="00C4462C"/>
    <w:rsid w:val="00C469EE"/>
    <w:rsid w:val="00C47990"/>
    <w:rsid w:val="00C50DFC"/>
    <w:rsid w:val="00C55123"/>
    <w:rsid w:val="00C56AA1"/>
    <w:rsid w:val="00C67778"/>
    <w:rsid w:val="00C7120F"/>
    <w:rsid w:val="00C73E92"/>
    <w:rsid w:val="00C74CB6"/>
    <w:rsid w:val="00C77AF3"/>
    <w:rsid w:val="00C929BD"/>
    <w:rsid w:val="00C97E34"/>
    <w:rsid w:val="00CA1C57"/>
    <w:rsid w:val="00CA22A5"/>
    <w:rsid w:val="00CA2E18"/>
    <w:rsid w:val="00CA3CDC"/>
    <w:rsid w:val="00CA40E0"/>
    <w:rsid w:val="00CB0664"/>
    <w:rsid w:val="00CB1FFD"/>
    <w:rsid w:val="00CB4F6B"/>
    <w:rsid w:val="00CC1F55"/>
    <w:rsid w:val="00CD2E1B"/>
    <w:rsid w:val="00CD36EC"/>
    <w:rsid w:val="00CD7261"/>
    <w:rsid w:val="00CE1AF4"/>
    <w:rsid w:val="00CE28C7"/>
    <w:rsid w:val="00CE5365"/>
    <w:rsid w:val="00CE60B7"/>
    <w:rsid w:val="00CE7343"/>
    <w:rsid w:val="00CF361B"/>
    <w:rsid w:val="00CF74B7"/>
    <w:rsid w:val="00D01132"/>
    <w:rsid w:val="00D019F3"/>
    <w:rsid w:val="00D05D53"/>
    <w:rsid w:val="00D0670F"/>
    <w:rsid w:val="00D13A98"/>
    <w:rsid w:val="00D3132B"/>
    <w:rsid w:val="00D36951"/>
    <w:rsid w:val="00D4486B"/>
    <w:rsid w:val="00D44C3C"/>
    <w:rsid w:val="00D459EF"/>
    <w:rsid w:val="00D46EEC"/>
    <w:rsid w:val="00D513CC"/>
    <w:rsid w:val="00D51AF7"/>
    <w:rsid w:val="00D60732"/>
    <w:rsid w:val="00D61A9F"/>
    <w:rsid w:val="00D6429F"/>
    <w:rsid w:val="00D716C2"/>
    <w:rsid w:val="00D74891"/>
    <w:rsid w:val="00D74D8D"/>
    <w:rsid w:val="00D75D0D"/>
    <w:rsid w:val="00D769D0"/>
    <w:rsid w:val="00D7754C"/>
    <w:rsid w:val="00D91EE6"/>
    <w:rsid w:val="00D93447"/>
    <w:rsid w:val="00D93614"/>
    <w:rsid w:val="00D9688B"/>
    <w:rsid w:val="00D96DCA"/>
    <w:rsid w:val="00D96F44"/>
    <w:rsid w:val="00DA0DFF"/>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96535"/>
    <w:rsid w:val="00EB2F8B"/>
    <w:rsid w:val="00EB4C18"/>
    <w:rsid w:val="00EB6227"/>
    <w:rsid w:val="00EB6794"/>
    <w:rsid w:val="00EC2252"/>
    <w:rsid w:val="00EC286F"/>
    <w:rsid w:val="00EC2E52"/>
    <w:rsid w:val="00EC2FD8"/>
    <w:rsid w:val="00EC3EC9"/>
    <w:rsid w:val="00ED0822"/>
    <w:rsid w:val="00ED09DC"/>
    <w:rsid w:val="00ED364B"/>
    <w:rsid w:val="00ED3BFD"/>
    <w:rsid w:val="00EE03CD"/>
    <w:rsid w:val="00EE4C7F"/>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http://www.sefton.gov.uk"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sefton.gov.uk/equality-consultation-and-accessibility/equality-diversity-and-inclusion-strategy/" TargetMode="Externa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20</Pages>
  <Words>3674</Words>
  <Characters>21018</Characters>
  <Application>Microsoft Office Word</Application>
  <DocSecurity>0</DocSecurity>
  <Lines>1000</Lines>
  <Paragraphs>465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24227</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Helen Birrell</cp:lastModifiedBy>
  <cp:revision>31</cp:revision>
  <cp:lastPrinted>2026-02-12T17:58:00Z</cp:lastPrinted>
  <dcterms:created xsi:type="dcterms:W3CDTF">2026-04-07T15:15:00Z</dcterms:created>
  <dcterms:modified xsi:type="dcterms:W3CDTF">2026-04-08T08:17:00Z</dcterms:modified>
  <cp:category/>
</cp:coreProperties>
</file>