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1420" w14:textId="23A9ADBE" w:rsidR="001F758C" w:rsidRPr="00DD72E3" w:rsidRDefault="00000000" w:rsidP="00DD72E3">
      <w:pPr>
        <w:jc w:val="center"/>
        <w:rPr>
          <w:b/>
          <w:bCs/>
          <w:sz w:val="28"/>
          <w:szCs w:val="28"/>
        </w:rPr>
      </w:pPr>
      <w:r w:rsidRPr="00DD72E3">
        <w:rPr>
          <w:b/>
          <w:bCs/>
          <w:sz w:val="28"/>
          <w:szCs w:val="28"/>
        </w:rPr>
        <w:t>Apprentice Early Years Practitioner - Level 2</w:t>
      </w:r>
      <w:r w:rsidRPr="00DD72E3">
        <w:rPr>
          <w:b/>
          <w:bCs/>
          <w:sz w:val="28"/>
          <w:szCs w:val="28"/>
        </w:rPr>
        <w:br/>
      </w:r>
    </w:p>
    <w:p w14:paraId="2E9409FC" w14:textId="4E9F46B3" w:rsidR="001F758C" w:rsidRPr="00DD72E3" w:rsidRDefault="00000000">
      <w:pPr>
        <w:rPr>
          <w:b/>
          <w:bCs/>
        </w:rPr>
      </w:pPr>
      <w:r w:rsidRPr="00DD72E3">
        <w:rPr>
          <w:b/>
          <w:bCs/>
        </w:rPr>
        <w:br/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1F758C" w14:paraId="65EABAED" w14:textId="77777777">
        <w:tc>
          <w:tcPr>
            <w:tcW w:w="4320" w:type="dxa"/>
          </w:tcPr>
          <w:p w14:paraId="004FD3C7" w14:textId="77777777" w:rsidR="001F758C" w:rsidRPr="0022218D" w:rsidRDefault="00000000">
            <w:pPr>
              <w:rPr>
                <w:b/>
                <w:bCs/>
              </w:rPr>
            </w:pPr>
            <w:r w:rsidRPr="0022218D">
              <w:rPr>
                <w:b/>
                <w:bCs/>
              </w:rPr>
              <w:t>Job Title: Apprentice Early Years Practitioner (Level 2)</w:t>
            </w:r>
          </w:p>
        </w:tc>
        <w:tc>
          <w:tcPr>
            <w:tcW w:w="4320" w:type="dxa"/>
          </w:tcPr>
          <w:p w14:paraId="117C3ADC" w14:textId="77777777" w:rsidR="001F758C" w:rsidRPr="0022218D" w:rsidRDefault="00000000">
            <w:pPr>
              <w:rPr>
                <w:b/>
                <w:bCs/>
              </w:rPr>
            </w:pPr>
            <w:r w:rsidRPr="0022218D">
              <w:rPr>
                <w:b/>
                <w:bCs/>
              </w:rPr>
              <w:t>Section/Location: Early Years Foundation Stage (EYFS)</w:t>
            </w:r>
          </w:p>
        </w:tc>
      </w:tr>
      <w:tr w:rsidR="001F758C" w14:paraId="4734D07A" w14:textId="77777777">
        <w:tc>
          <w:tcPr>
            <w:tcW w:w="4320" w:type="dxa"/>
          </w:tcPr>
          <w:p w14:paraId="7911F65C" w14:textId="77777777" w:rsidR="001F758C" w:rsidRPr="0022218D" w:rsidRDefault="00000000">
            <w:pPr>
              <w:rPr>
                <w:b/>
                <w:bCs/>
              </w:rPr>
            </w:pPr>
            <w:r w:rsidRPr="0022218D">
              <w:rPr>
                <w:b/>
                <w:bCs/>
              </w:rPr>
              <w:t>School: New Scotland Hill Primary School and Nursery</w:t>
            </w:r>
          </w:p>
        </w:tc>
        <w:tc>
          <w:tcPr>
            <w:tcW w:w="4320" w:type="dxa"/>
          </w:tcPr>
          <w:p w14:paraId="412518CA" w14:textId="610C657C" w:rsidR="001F758C" w:rsidRPr="0022218D" w:rsidRDefault="007E7FA6">
            <w:pPr>
              <w:rPr>
                <w:b/>
                <w:bCs/>
              </w:rPr>
            </w:pPr>
            <w:r w:rsidRPr="0022218D">
              <w:rPr>
                <w:b/>
                <w:bCs/>
              </w:rPr>
              <w:t xml:space="preserve">Salary: </w:t>
            </w:r>
            <w:r w:rsidR="00CC37B0">
              <w:rPr>
                <w:b/>
                <w:bCs/>
              </w:rPr>
              <w:t>£</w:t>
            </w:r>
            <w:r w:rsidR="00453BF4">
              <w:rPr>
                <w:b/>
                <w:bCs/>
              </w:rPr>
              <w:t xml:space="preserve">10,972 pa </w:t>
            </w:r>
            <w:r w:rsidR="00CC37B0">
              <w:rPr>
                <w:b/>
                <w:bCs/>
              </w:rPr>
              <w:t xml:space="preserve">for </w:t>
            </w:r>
            <w:r w:rsidR="00453BF4">
              <w:rPr>
                <w:b/>
                <w:bCs/>
              </w:rPr>
              <w:t xml:space="preserve">first </w:t>
            </w:r>
            <w:r w:rsidR="00CC37B0">
              <w:rPr>
                <w:b/>
                <w:bCs/>
              </w:rPr>
              <w:t>12 months and then age dependent thereafter</w:t>
            </w:r>
          </w:p>
        </w:tc>
      </w:tr>
      <w:tr w:rsidR="001F758C" w14:paraId="6980C576" w14:textId="77777777">
        <w:tc>
          <w:tcPr>
            <w:tcW w:w="4320" w:type="dxa"/>
          </w:tcPr>
          <w:p w14:paraId="502EC304" w14:textId="77777777" w:rsidR="001F758C" w:rsidRPr="0022218D" w:rsidRDefault="001F758C"/>
        </w:tc>
        <w:tc>
          <w:tcPr>
            <w:tcW w:w="4320" w:type="dxa"/>
          </w:tcPr>
          <w:p w14:paraId="2CFC6378" w14:textId="77777777" w:rsidR="001F758C" w:rsidRPr="0022218D" w:rsidRDefault="00000000">
            <w:pPr>
              <w:rPr>
                <w:b/>
                <w:bCs/>
              </w:rPr>
            </w:pPr>
            <w:r w:rsidRPr="0022218D">
              <w:rPr>
                <w:b/>
                <w:bCs/>
              </w:rPr>
              <w:t>Working Pattern: Monday to Friday (30 hours per week)</w:t>
            </w:r>
          </w:p>
        </w:tc>
      </w:tr>
      <w:tr w:rsidR="001F758C" w14:paraId="651F8B31" w14:textId="77777777">
        <w:tc>
          <w:tcPr>
            <w:tcW w:w="8640" w:type="dxa"/>
            <w:gridSpan w:val="2"/>
          </w:tcPr>
          <w:p w14:paraId="0C243C07" w14:textId="77777777" w:rsidR="001F758C" w:rsidRPr="0022218D" w:rsidRDefault="00000000">
            <w:pPr>
              <w:rPr>
                <w:b/>
                <w:bCs/>
                <w:highlight w:val="lightGray"/>
              </w:rPr>
            </w:pPr>
            <w:r w:rsidRPr="0022218D">
              <w:rPr>
                <w:b/>
                <w:bCs/>
                <w:highlight w:val="lightGray"/>
              </w:rPr>
              <w:t>JOB PURPOSE</w:t>
            </w:r>
          </w:p>
        </w:tc>
      </w:tr>
      <w:tr w:rsidR="001F758C" w14:paraId="59ADA100" w14:textId="77777777">
        <w:tc>
          <w:tcPr>
            <w:tcW w:w="8640" w:type="dxa"/>
            <w:gridSpan w:val="2"/>
          </w:tcPr>
          <w:p w14:paraId="2628AFA6" w14:textId="77777777" w:rsidR="0022218D" w:rsidRDefault="0022218D"/>
          <w:p w14:paraId="218A35FC" w14:textId="77777777" w:rsidR="001F758C" w:rsidRDefault="00000000">
            <w:r>
              <w:t>To support the delivery of high-quality learning, development and care for children within the Early Years Foundation Stage whilst undertaking the Level 2 Early Years Practitioner Apprenticeship Standard. The postholder will develop the knowledge, skills and behaviours required to become a qualified Early Years Practitioner and contribute to the provision of a safe, stimulating and inclusive learning environment for all children. The postholder will participate fully in apprenticeship learning and assessment activities whilst developing professional skills and knowledge relevant to the role.</w:t>
            </w:r>
          </w:p>
          <w:p w14:paraId="062BCEEA" w14:textId="4D2BD8CB" w:rsidR="0022218D" w:rsidRDefault="0022218D"/>
        </w:tc>
      </w:tr>
      <w:tr w:rsidR="001F758C" w14:paraId="12A260B9" w14:textId="77777777">
        <w:tc>
          <w:tcPr>
            <w:tcW w:w="8640" w:type="dxa"/>
            <w:gridSpan w:val="2"/>
          </w:tcPr>
          <w:p w14:paraId="75066D77" w14:textId="77777777" w:rsidR="001F758C" w:rsidRPr="0022218D" w:rsidRDefault="00000000">
            <w:pPr>
              <w:rPr>
                <w:b/>
                <w:bCs/>
                <w:highlight w:val="lightGray"/>
              </w:rPr>
            </w:pPr>
            <w:r w:rsidRPr="0022218D">
              <w:rPr>
                <w:b/>
                <w:bCs/>
                <w:highlight w:val="lightGray"/>
              </w:rPr>
              <w:t>DESIGNATION OF POST AND POSITION WITHIN SCHOOL STRUCTURE</w:t>
            </w:r>
          </w:p>
        </w:tc>
      </w:tr>
      <w:tr w:rsidR="001F758C" w14:paraId="1E60830A" w14:textId="77777777">
        <w:tc>
          <w:tcPr>
            <w:tcW w:w="8640" w:type="dxa"/>
            <w:gridSpan w:val="2"/>
          </w:tcPr>
          <w:p w14:paraId="68C20C87" w14:textId="77777777" w:rsidR="0022218D" w:rsidRDefault="0022218D"/>
          <w:p w14:paraId="5822CB99" w14:textId="77777777" w:rsidR="001F758C" w:rsidRDefault="00000000">
            <w:r>
              <w:t>Responsible to the EYFS Lead, Class Teacher and senior staff.</w:t>
            </w:r>
          </w:p>
          <w:p w14:paraId="7A6561A9" w14:textId="4E45D9D1" w:rsidR="0022218D" w:rsidRDefault="0022218D"/>
        </w:tc>
      </w:tr>
      <w:tr w:rsidR="001F758C" w14:paraId="61CAEB88" w14:textId="77777777">
        <w:tc>
          <w:tcPr>
            <w:tcW w:w="8640" w:type="dxa"/>
            <w:gridSpan w:val="2"/>
          </w:tcPr>
          <w:p w14:paraId="778FC6CF" w14:textId="77777777" w:rsidR="001F758C" w:rsidRPr="0022218D" w:rsidRDefault="00000000">
            <w:pPr>
              <w:rPr>
                <w:b/>
                <w:bCs/>
              </w:rPr>
            </w:pPr>
            <w:r w:rsidRPr="0022218D">
              <w:rPr>
                <w:b/>
                <w:bCs/>
                <w:highlight w:val="lightGray"/>
              </w:rPr>
              <w:t>MAIN DUTIES AND RESPONSIBILITIES</w:t>
            </w:r>
          </w:p>
        </w:tc>
      </w:tr>
      <w:tr w:rsidR="001F758C" w14:paraId="55DE04F7" w14:textId="77777777">
        <w:tc>
          <w:tcPr>
            <w:tcW w:w="8640" w:type="dxa"/>
            <w:gridSpan w:val="2"/>
          </w:tcPr>
          <w:p w14:paraId="202F9F64" w14:textId="77777777" w:rsidR="0022218D" w:rsidRDefault="0022218D"/>
          <w:p w14:paraId="1F8AD40B" w14:textId="77777777" w:rsidR="001F758C" w:rsidRDefault="00000000">
            <w:r>
              <w:t>Support children through play, planned activities and daily routines; assist in delivery of activities linked to the EYFS; support children's social, emotional, physical, communication and language development; observe learning and contribute to assessment activities and learning records; help create a safe, caring and nurturing environment; support personal care, hygiene, snack and mealtime routines where required; prepare and maintain learning resources and environments; work collaboratively with staff, families and professionals; follow safeguarding, child protection, health and safety and confidentiality procedures; participate fully in apprenticeship learning, reviews, assessments and portfolio evidence; undertake off-the-job training; apply apprenticeship learning in the workplace; participate in reflective practice and professional development; promote equality, diversity and inclusion; undertake other duties appropriate to the role.</w:t>
            </w:r>
          </w:p>
          <w:p w14:paraId="40BAB5D2" w14:textId="49E98F6A" w:rsidR="0022218D" w:rsidRDefault="0022218D"/>
        </w:tc>
      </w:tr>
      <w:tr w:rsidR="001F758C" w14:paraId="35F3C173" w14:textId="77777777">
        <w:tc>
          <w:tcPr>
            <w:tcW w:w="8640" w:type="dxa"/>
            <w:gridSpan w:val="2"/>
          </w:tcPr>
          <w:p w14:paraId="4171631A" w14:textId="77777777" w:rsidR="001F758C" w:rsidRPr="0022218D" w:rsidRDefault="00000000">
            <w:pPr>
              <w:rPr>
                <w:b/>
                <w:bCs/>
                <w:highlight w:val="lightGray"/>
              </w:rPr>
            </w:pPr>
            <w:r w:rsidRPr="0022218D">
              <w:rPr>
                <w:b/>
                <w:bCs/>
                <w:highlight w:val="lightGray"/>
              </w:rPr>
              <w:t>SCOPE OF JOB (Budgetary/Resource Control, Impact)</w:t>
            </w:r>
          </w:p>
        </w:tc>
      </w:tr>
      <w:tr w:rsidR="001F758C" w14:paraId="3C3532E6" w14:textId="77777777">
        <w:tc>
          <w:tcPr>
            <w:tcW w:w="8640" w:type="dxa"/>
            <w:gridSpan w:val="2"/>
          </w:tcPr>
          <w:p w14:paraId="029C13C4" w14:textId="77777777" w:rsidR="0022218D" w:rsidRDefault="0022218D"/>
          <w:p w14:paraId="2BEC970B" w14:textId="55F7A517" w:rsidR="001F758C" w:rsidRDefault="007E7FA6">
            <w:r>
              <w:t>The postholder will assist with the management of classroom resources, preparation of learning environments and maintaining a safe environment. The postholder is responsible for ensuring safeguarding and child protection procedures are followed and concerns are raised appropriately.</w:t>
            </w:r>
          </w:p>
          <w:p w14:paraId="63512CEC" w14:textId="2BF57527" w:rsidR="0022218D" w:rsidRDefault="0022218D"/>
        </w:tc>
      </w:tr>
    </w:tbl>
    <w:p w14:paraId="5FEE813D" w14:textId="4F681A1E" w:rsidR="001F758C" w:rsidRPr="00DD72E3" w:rsidRDefault="00000000">
      <w:pPr>
        <w:rPr>
          <w:b/>
          <w:bCs/>
        </w:rPr>
      </w:pPr>
      <w:r w:rsidRPr="00DD72E3">
        <w:rPr>
          <w:b/>
          <w:bCs/>
        </w:rPr>
        <w:lastRenderedPageBreak/>
        <w:br/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1F758C" w14:paraId="01CE4DF1" w14:textId="77777777">
        <w:tc>
          <w:tcPr>
            <w:tcW w:w="2880" w:type="dxa"/>
          </w:tcPr>
          <w:p w14:paraId="5BE0D946" w14:textId="77777777" w:rsidR="001F758C" w:rsidRDefault="00000000">
            <w:r>
              <w:t>KEY CRITERIA</w:t>
            </w:r>
          </w:p>
        </w:tc>
        <w:tc>
          <w:tcPr>
            <w:tcW w:w="2880" w:type="dxa"/>
          </w:tcPr>
          <w:p w14:paraId="5BFC43A5" w14:textId="77777777" w:rsidR="001F758C" w:rsidRDefault="00000000">
            <w:r>
              <w:t>ESSENTIAL</w:t>
            </w:r>
          </w:p>
        </w:tc>
        <w:tc>
          <w:tcPr>
            <w:tcW w:w="2880" w:type="dxa"/>
          </w:tcPr>
          <w:p w14:paraId="77BBFC63" w14:textId="77777777" w:rsidR="001F758C" w:rsidRDefault="00000000">
            <w:r>
              <w:t>DESIRABLE</w:t>
            </w:r>
          </w:p>
        </w:tc>
      </w:tr>
      <w:tr w:rsidR="001F758C" w14:paraId="0F4D63AD" w14:textId="77777777">
        <w:tc>
          <w:tcPr>
            <w:tcW w:w="2880" w:type="dxa"/>
          </w:tcPr>
          <w:p w14:paraId="6290C049" w14:textId="77777777" w:rsidR="001F758C" w:rsidRPr="00DD72E3" w:rsidRDefault="00000000">
            <w:pPr>
              <w:rPr>
                <w:b/>
                <w:bCs/>
              </w:rPr>
            </w:pPr>
            <w:r w:rsidRPr="00DD72E3">
              <w:rPr>
                <w:b/>
                <w:bCs/>
              </w:rPr>
              <w:t>Qualifications and Training</w:t>
            </w:r>
          </w:p>
        </w:tc>
        <w:tc>
          <w:tcPr>
            <w:tcW w:w="2880" w:type="dxa"/>
          </w:tcPr>
          <w:p w14:paraId="662D9107" w14:textId="2E173CFA" w:rsidR="001F758C" w:rsidRDefault="00000000">
            <w:r>
              <w:t>Good literacy and numeracy skills. Ability to meet apprenticeship entry requirements</w:t>
            </w:r>
            <w:r w:rsidR="007E7FA6">
              <w:t xml:space="preserve"> of the Level 2 Early Years Practitioner Apprencieship via Activate Apprenticeships including minimum English and Math’s qualifications where required by the provider.</w:t>
            </w:r>
            <w:r>
              <w:t xml:space="preserve"> Commitment to undertaking and successfully completing the apprenticeship programme.</w:t>
            </w:r>
          </w:p>
        </w:tc>
        <w:tc>
          <w:tcPr>
            <w:tcW w:w="2880" w:type="dxa"/>
          </w:tcPr>
          <w:p w14:paraId="7D21A895" w14:textId="72508DF9" w:rsidR="001F758C" w:rsidRDefault="00000000">
            <w:r>
              <w:t xml:space="preserve">GCSE English </w:t>
            </w:r>
            <w:r w:rsidR="007E7FA6">
              <w:t xml:space="preserve">Grade 4/C or above </w:t>
            </w:r>
            <w:r>
              <w:t xml:space="preserve">and </w:t>
            </w:r>
            <w:r w:rsidR="007E7FA6">
              <w:t xml:space="preserve">GCSE </w:t>
            </w:r>
            <w:r>
              <w:t xml:space="preserve">Maths </w:t>
            </w:r>
            <w:r w:rsidR="007E7FA6">
              <w:t>Grade 4/C or above (or equivalent</w:t>
            </w:r>
            <w:r>
              <w:t xml:space="preserve">); </w:t>
            </w:r>
            <w:r w:rsidR="007E7FA6">
              <w:t>Pediatric</w:t>
            </w:r>
            <w:r>
              <w:t xml:space="preserve"> First Aid; relevant childcare qualification.</w:t>
            </w:r>
          </w:p>
        </w:tc>
      </w:tr>
      <w:tr w:rsidR="001F758C" w14:paraId="78A1A574" w14:textId="77777777">
        <w:tc>
          <w:tcPr>
            <w:tcW w:w="2880" w:type="dxa"/>
          </w:tcPr>
          <w:p w14:paraId="26F5ADF4" w14:textId="77777777" w:rsidR="001F758C" w:rsidRPr="00DD72E3" w:rsidRDefault="00000000">
            <w:pPr>
              <w:rPr>
                <w:b/>
                <w:bCs/>
              </w:rPr>
            </w:pPr>
            <w:r w:rsidRPr="00DD72E3">
              <w:rPr>
                <w:b/>
                <w:bCs/>
              </w:rPr>
              <w:t>Competence Summary</w:t>
            </w:r>
          </w:p>
        </w:tc>
        <w:tc>
          <w:tcPr>
            <w:tcW w:w="2880" w:type="dxa"/>
          </w:tcPr>
          <w:p w14:paraId="3A1F35C5" w14:textId="77777777" w:rsidR="001F758C" w:rsidRDefault="00000000">
            <w:r>
              <w:t>Ability to work effectively with young children; good communication skills; ability to build positive relationships; teamwork; safeguarding awareness; IT skills; ability to organise work; commitment to learning and apprenticeship completion.</w:t>
            </w:r>
          </w:p>
        </w:tc>
        <w:tc>
          <w:tcPr>
            <w:tcW w:w="2880" w:type="dxa"/>
          </w:tcPr>
          <w:p w14:paraId="5A5E8F05" w14:textId="77777777" w:rsidR="001F758C" w:rsidRDefault="00000000">
            <w:r>
              <w:t>Experience working or volunteering with children; awareness of EYFS; understanding of child development and learning through play; awareness of inclusive practice and communication development.</w:t>
            </w:r>
          </w:p>
        </w:tc>
      </w:tr>
      <w:tr w:rsidR="001F758C" w14:paraId="450F7CC1" w14:textId="77777777">
        <w:tc>
          <w:tcPr>
            <w:tcW w:w="2880" w:type="dxa"/>
          </w:tcPr>
          <w:p w14:paraId="6C554FE5" w14:textId="77777777" w:rsidR="001F758C" w:rsidRPr="00DD72E3" w:rsidRDefault="00000000">
            <w:pPr>
              <w:rPr>
                <w:b/>
                <w:bCs/>
              </w:rPr>
            </w:pPr>
            <w:r w:rsidRPr="00DD72E3">
              <w:rPr>
                <w:b/>
                <w:bCs/>
              </w:rPr>
              <w:t>Work-related Personal Requirements</w:t>
            </w:r>
          </w:p>
        </w:tc>
        <w:tc>
          <w:tcPr>
            <w:tcW w:w="2880" w:type="dxa"/>
          </w:tcPr>
          <w:p w14:paraId="1FE6EEAB" w14:textId="77777777" w:rsidR="001F758C" w:rsidRDefault="00000000">
            <w:r>
              <w:t>Committed to equality, diversity and inclusion; caring, patient and enthusiastic; reliable, professional and willing to learn; commitment to safeguarding.</w:t>
            </w:r>
          </w:p>
        </w:tc>
        <w:tc>
          <w:tcPr>
            <w:tcW w:w="2880" w:type="dxa"/>
          </w:tcPr>
          <w:p w14:paraId="795ECDF1" w14:textId="77777777" w:rsidR="001F758C" w:rsidRDefault="001F758C"/>
        </w:tc>
      </w:tr>
      <w:tr w:rsidR="001F758C" w14:paraId="1C57DBF7" w14:textId="77777777">
        <w:tc>
          <w:tcPr>
            <w:tcW w:w="2880" w:type="dxa"/>
          </w:tcPr>
          <w:p w14:paraId="7E31C8A8" w14:textId="77777777" w:rsidR="001F758C" w:rsidRPr="00DD72E3" w:rsidRDefault="00000000">
            <w:pPr>
              <w:rPr>
                <w:b/>
                <w:bCs/>
              </w:rPr>
            </w:pPr>
            <w:r w:rsidRPr="00DD72E3">
              <w:rPr>
                <w:b/>
                <w:bCs/>
              </w:rPr>
              <w:t>Other Work Requirements</w:t>
            </w:r>
          </w:p>
        </w:tc>
        <w:tc>
          <w:tcPr>
            <w:tcW w:w="2880" w:type="dxa"/>
          </w:tcPr>
          <w:p w14:paraId="56EBDF59" w14:textId="77777777" w:rsidR="001F758C" w:rsidRDefault="00000000">
            <w:r>
              <w:t>Participate fully in apprenticeship learning, training, review and assessment activities; undertake off-the-job training; maintain confidentiality and professional standards; participate in reflective practice and continuing professional development; commitment to successful completion of the apprenticeship standard.</w:t>
            </w:r>
          </w:p>
        </w:tc>
        <w:tc>
          <w:tcPr>
            <w:tcW w:w="2880" w:type="dxa"/>
          </w:tcPr>
          <w:p w14:paraId="31E43F29" w14:textId="77777777" w:rsidR="001F758C" w:rsidRDefault="001F758C"/>
        </w:tc>
      </w:tr>
    </w:tbl>
    <w:p w14:paraId="719E64ED" w14:textId="77777777" w:rsidR="004E09B1" w:rsidRDefault="004E09B1"/>
    <w:sectPr w:rsidR="004E09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9654380">
    <w:abstractNumId w:val="8"/>
  </w:num>
  <w:num w:numId="2" w16cid:durableId="683826540">
    <w:abstractNumId w:val="6"/>
  </w:num>
  <w:num w:numId="3" w16cid:durableId="1331251308">
    <w:abstractNumId w:val="5"/>
  </w:num>
  <w:num w:numId="4" w16cid:durableId="329719298">
    <w:abstractNumId w:val="4"/>
  </w:num>
  <w:num w:numId="5" w16cid:durableId="1370763677">
    <w:abstractNumId w:val="7"/>
  </w:num>
  <w:num w:numId="6" w16cid:durableId="1793862586">
    <w:abstractNumId w:val="3"/>
  </w:num>
  <w:num w:numId="7" w16cid:durableId="343868796">
    <w:abstractNumId w:val="2"/>
  </w:num>
  <w:num w:numId="8" w16cid:durableId="767848399">
    <w:abstractNumId w:val="1"/>
  </w:num>
  <w:num w:numId="9" w16cid:durableId="1461877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098"/>
    <w:rsid w:val="001312DD"/>
    <w:rsid w:val="0015074B"/>
    <w:rsid w:val="001E4EFE"/>
    <w:rsid w:val="001F758C"/>
    <w:rsid w:val="0022218D"/>
    <w:rsid w:val="0024413C"/>
    <w:rsid w:val="0029639D"/>
    <w:rsid w:val="00326F90"/>
    <w:rsid w:val="00453BF4"/>
    <w:rsid w:val="004E09B1"/>
    <w:rsid w:val="005A58C2"/>
    <w:rsid w:val="007E7FA6"/>
    <w:rsid w:val="00866694"/>
    <w:rsid w:val="00A339D7"/>
    <w:rsid w:val="00AA1D8D"/>
    <w:rsid w:val="00B47730"/>
    <w:rsid w:val="00CB0664"/>
    <w:rsid w:val="00CC37B0"/>
    <w:rsid w:val="00D07122"/>
    <w:rsid w:val="00DD72E3"/>
    <w:rsid w:val="00FC693F"/>
    <w:rsid w:val="00FE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48689"/>
  <w14:defaultImageDpi w14:val="300"/>
  <w15:docId w15:val="{56A533C3-0F00-4115-B856-6A0AF5A6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Brill</dc:creator>
  <cp:keywords/>
  <dc:description>generated by python-docx</dc:description>
  <cp:lastModifiedBy>Paul Brill</cp:lastModifiedBy>
  <cp:revision>2</cp:revision>
  <dcterms:created xsi:type="dcterms:W3CDTF">2026-09-24T12:49:00Z</dcterms:created>
  <dcterms:modified xsi:type="dcterms:W3CDTF">2026-09-24T12:49:00Z</dcterms:modified>
  <cp:category/>
</cp:coreProperties>
</file>