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6BF2FC85" w:rsidR="006852CF" w:rsidRPr="00A665FC" w:rsidRDefault="007239F7"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Social Worker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6BF2FC85" w:rsidR="006852CF" w:rsidRPr="00A665FC" w:rsidRDefault="007239F7" w:rsidP="006852CF">
                      <w:pPr>
                        <w:spacing w:line="1023" w:lineRule="exact"/>
                        <w:ind w:left="-13"/>
                        <w:jc w:val="center"/>
                        <w:rPr>
                          <w:rFonts w:ascii="Trebuchet MS"/>
                          <w:b/>
                          <w:color w:val="FFFFFF"/>
                          <w:spacing w:val="17"/>
                          <w:sz w:val="104"/>
                        </w:rPr>
                      </w:pPr>
                      <w:r>
                        <w:rPr>
                          <w:rFonts w:ascii="Trebuchet MS"/>
                          <w:b/>
                          <w:color w:val="FFFFFF"/>
                          <w:spacing w:val="17"/>
                          <w:sz w:val="104"/>
                        </w:rPr>
                        <w:t xml:space="preserve">Social Worker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09BDD887">
                <wp:simplePos x="0" y="0"/>
                <wp:positionH relativeFrom="margin">
                  <wp:align>left</wp:align>
                </wp:positionH>
                <wp:positionV relativeFrom="paragraph">
                  <wp:posOffset>8890</wp:posOffset>
                </wp:positionV>
                <wp:extent cx="5781675" cy="712470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124700"/>
                        </a:xfrm>
                        <a:prstGeom prst="rect">
                          <a:avLst/>
                        </a:prstGeom>
                        <a:noFill/>
                        <a:ln w="6350">
                          <a:noFill/>
                        </a:ln>
                      </wps:spPr>
                      <wps:txbx>
                        <w:txbxContent>
                          <w:p w14:paraId="65D815F4" w14:textId="476FEDE6" w:rsidR="00F74424" w:rsidRPr="009A1D8F" w:rsidRDefault="000531FA" w:rsidP="00E54416">
                            <w:pPr>
                              <w:spacing w:after="0" w:line="240" w:lineRule="auto"/>
                              <w:rPr>
                                <w:rFonts w:ascii="Times New Roman" w:eastAsia="Times New Roman" w:hAnsi="Times New Roman" w:cs="Times New Roman"/>
                                <w:sz w:val="24"/>
                                <w:szCs w:val="24"/>
                                <w:lang w:eastAsia="en-GB"/>
                              </w:rPr>
                            </w:pPr>
                            <w:r w:rsidRPr="009A1D8F">
                              <w:rPr>
                                <w:rFonts w:ascii="Segoe UI" w:eastAsia="Times New Roman" w:hAnsi="Segoe UI" w:cs="Segoe UI"/>
                                <w:sz w:val="21"/>
                                <w:szCs w:val="21"/>
                                <w:lang w:eastAsia="en-GB"/>
                              </w:rPr>
                              <w:t> </w:t>
                            </w:r>
                          </w:p>
                          <w:p w14:paraId="34B385F0" w14:textId="5706E959" w:rsidR="009A1D8F" w:rsidRPr="009A1D8F" w:rsidRDefault="009A1D8F" w:rsidP="009A1D8F">
                            <w:pPr>
                              <w:spacing w:before="100" w:beforeAutospacing="1" w:after="100" w:afterAutospacing="1" w:line="300" w:lineRule="atLeast"/>
                              <w:outlineLvl w:val="0"/>
                              <w:rPr>
                                <w:rFonts w:eastAsia="Times New Roman" w:cs="Arial"/>
                                <w:kern w:val="36"/>
                                <w:sz w:val="24"/>
                                <w:szCs w:val="24"/>
                                <w:lang w:eastAsia="en-GB"/>
                              </w:rPr>
                            </w:pPr>
                            <w:r w:rsidRPr="009A1D8F">
                              <w:rPr>
                                <w:rFonts w:eastAsia="Times New Roman" w:cs="Arial"/>
                                <w:kern w:val="36"/>
                                <w:sz w:val="24"/>
                                <w:szCs w:val="24"/>
                                <w:lang w:eastAsia="en-GB"/>
                              </w:rPr>
                              <w:t xml:space="preserve">Welcome, and </w:t>
                            </w:r>
                            <w:r w:rsidRPr="009A1D8F">
                              <w:rPr>
                                <w:rFonts w:eastAsia="Times New Roman" w:cs="Arial"/>
                                <w:sz w:val="24"/>
                                <w:szCs w:val="24"/>
                                <w:lang w:eastAsia="en-GB"/>
                              </w:rPr>
                              <w:t>thank you for your interest in joining the South Community Social Work Team.</w:t>
                            </w:r>
                          </w:p>
                          <w:p w14:paraId="6626177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My name is Katherine Fussell, and I am the Team Manager for the service. We are seeking an experienced and enthusiastic Adult Social Worker who is passionate about supporting adults within the community and making a positive difference to people's lives.</w:t>
                            </w:r>
                          </w:p>
                          <w:p w14:paraId="5E5EEA73" w14:textId="20F53E18"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We are committed to promoting a person-centred, strengths-based approach that empowers people to achieve the outcomes that matter most to them while maintaining their independence and wellbeing</w:t>
                            </w:r>
                            <w:r w:rsidR="004A62BC">
                              <w:rPr>
                                <w:rFonts w:eastAsia="Times New Roman" w:cs="Arial"/>
                                <w:sz w:val="24"/>
                                <w:szCs w:val="24"/>
                                <w:lang w:eastAsia="en-GB"/>
                              </w:rPr>
                              <w:t>.</w:t>
                            </w:r>
                          </w:p>
                          <w:p w14:paraId="7A551CC8" w14:textId="0D33F2FC"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 xml:space="preserve">Our </w:t>
                            </w:r>
                            <w:r w:rsidR="00061B6A">
                              <w:rPr>
                                <w:rFonts w:eastAsia="Times New Roman" w:cs="Arial"/>
                                <w:sz w:val="24"/>
                                <w:szCs w:val="24"/>
                                <w:lang w:eastAsia="en-GB"/>
                              </w:rPr>
                              <w:t>supportive t</w:t>
                            </w:r>
                            <w:r w:rsidRPr="009A1D8F">
                              <w:rPr>
                                <w:rFonts w:eastAsia="Times New Roman" w:cs="Arial"/>
                                <w:sz w:val="24"/>
                                <w:szCs w:val="24"/>
                                <w:lang w:eastAsia="en-GB"/>
                              </w:rPr>
                              <w:t>eam value</w:t>
                            </w:r>
                            <w:r w:rsidR="004A62BC">
                              <w:rPr>
                                <w:rFonts w:eastAsia="Times New Roman" w:cs="Arial"/>
                                <w:sz w:val="24"/>
                                <w:szCs w:val="24"/>
                                <w:lang w:eastAsia="en-GB"/>
                              </w:rPr>
                              <w:t>s</w:t>
                            </w:r>
                            <w:r w:rsidRPr="009A1D8F">
                              <w:rPr>
                                <w:rFonts w:eastAsia="Times New Roman" w:cs="Arial"/>
                                <w:sz w:val="24"/>
                                <w:szCs w:val="24"/>
                                <w:lang w:eastAsia="en-GB"/>
                              </w:rPr>
                              <w:t xml:space="preserve"> collaboration, professional curiosity, reflective practice, and continuous learning. We foster an environment where staff feel valued</w:t>
                            </w:r>
                            <w:r w:rsidR="00061B6A">
                              <w:rPr>
                                <w:rFonts w:eastAsia="Times New Roman" w:cs="Arial"/>
                                <w:sz w:val="24"/>
                                <w:szCs w:val="24"/>
                                <w:lang w:eastAsia="en-GB"/>
                              </w:rPr>
                              <w:t xml:space="preserve"> </w:t>
                            </w:r>
                            <w:r w:rsidRPr="009A1D8F">
                              <w:rPr>
                                <w:rFonts w:eastAsia="Times New Roman" w:cs="Arial"/>
                                <w:sz w:val="24"/>
                                <w:szCs w:val="24"/>
                                <w:lang w:eastAsia="en-GB"/>
                              </w:rPr>
                              <w:t xml:space="preserve">and </w:t>
                            </w:r>
                            <w:r w:rsidR="008D39CC">
                              <w:rPr>
                                <w:rFonts w:eastAsia="Times New Roman" w:cs="Arial"/>
                                <w:sz w:val="24"/>
                                <w:szCs w:val="24"/>
                                <w:lang w:eastAsia="en-GB"/>
                              </w:rPr>
                              <w:t>encouraged</w:t>
                            </w:r>
                            <w:r w:rsidRPr="009A1D8F">
                              <w:rPr>
                                <w:rFonts w:eastAsia="Times New Roman" w:cs="Arial"/>
                                <w:sz w:val="24"/>
                                <w:szCs w:val="24"/>
                                <w:lang w:eastAsia="en-GB"/>
                              </w:rPr>
                              <w:t xml:space="preserve"> to develop their skills and expertise.</w:t>
                            </w:r>
                          </w:p>
                          <w:p w14:paraId="2E3E312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This is an exciting opportunity to join a dynamic community team and contribute to meaningful and rewarding work. I look forward to hearing from applicants who share our values and are committed to delivering excellent social work practice.</w:t>
                            </w:r>
                          </w:p>
                          <w:p w14:paraId="22F0487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I wish you every success with your application and look forward to receiving it.</w:t>
                            </w:r>
                          </w:p>
                          <w:p w14:paraId="77189F8B"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b/>
                                <w:bCs/>
                                <w:sz w:val="24"/>
                                <w:szCs w:val="24"/>
                                <w:lang w:eastAsia="en-GB"/>
                              </w:rPr>
                              <w:t>Katherine Fussell</w:t>
                            </w:r>
                            <w:r w:rsidRPr="009A1D8F">
                              <w:rPr>
                                <w:rFonts w:eastAsia="Times New Roman" w:cs="Arial"/>
                                <w:sz w:val="24"/>
                                <w:szCs w:val="24"/>
                                <w:lang w:eastAsia="en-GB"/>
                              </w:rPr>
                              <w:br/>
                            </w:r>
                            <w:r w:rsidRPr="009A1D8F">
                              <w:rPr>
                                <w:rFonts w:eastAsia="Times New Roman" w:cs="Arial"/>
                                <w:b/>
                                <w:bCs/>
                                <w:sz w:val="24"/>
                                <w:szCs w:val="24"/>
                                <w:lang w:eastAsia="en-GB"/>
                              </w:rPr>
                              <w:t>Team Manager</w:t>
                            </w:r>
                            <w:r w:rsidRPr="009A1D8F">
                              <w:rPr>
                                <w:rFonts w:eastAsia="Times New Roman" w:cs="Arial"/>
                                <w:sz w:val="24"/>
                                <w:szCs w:val="24"/>
                                <w:lang w:eastAsia="en-GB"/>
                              </w:rPr>
                              <w:br/>
                            </w:r>
                            <w:r w:rsidRPr="009A1D8F">
                              <w:rPr>
                                <w:rFonts w:eastAsia="Times New Roman" w:cs="Arial"/>
                                <w:b/>
                                <w:bCs/>
                                <w:sz w:val="24"/>
                                <w:szCs w:val="24"/>
                                <w:lang w:eastAsia="en-GB"/>
                              </w:rPr>
                              <w:t>South Community Social Work Team</w:t>
                            </w:r>
                          </w:p>
                          <w:p w14:paraId="2DCF1838" w14:textId="458B355B" w:rsidR="00F74424" w:rsidRPr="00A665FC" w:rsidRDefault="00F74424" w:rsidP="00A236B7">
                            <w:pPr>
                              <w:rPr>
                                <w:b/>
                                <w:color w:val="0082BC"/>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7pt;width:455.25pt;height:561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MeHQIAADQ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" filled="f" stroked="f" strokeweight=".5pt">
                <v:textbox>
                  <w:txbxContent>
                    <w:p w14:paraId="65D815F4" w14:textId="476FEDE6" w:rsidR="00F74424" w:rsidRPr="009A1D8F" w:rsidRDefault="000531FA" w:rsidP="00E54416">
                      <w:pPr>
                        <w:spacing w:after="0" w:line="240" w:lineRule="auto"/>
                        <w:rPr>
                          <w:rFonts w:ascii="Times New Roman" w:eastAsia="Times New Roman" w:hAnsi="Times New Roman" w:cs="Times New Roman"/>
                          <w:sz w:val="24"/>
                          <w:szCs w:val="24"/>
                          <w:lang w:eastAsia="en-GB"/>
                        </w:rPr>
                      </w:pPr>
                      <w:r w:rsidRPr="009A1D8F">
                        <w:rPr>
                          <w:rFonts w:ascii="Segoe UI" w:eastAsia="Times New Roman" w:hAnsi="Segoe UI" w:cs="Segoe UI"/>
                          <w:sz w:val="21"/>
                          <w:szCs w:val="21"/>
                          <w:lang w:eastAsia="en-GB"/>
                        </w:rPr>
                        <w:t> </w:t>
                      </w:r>
                    </w:p>
                    <w:p w14:paraId="34B385F0" w14:textId="5706E959" w:rsidR="009A1D8F" w:rsidRPr="009A1D8F" w:rsidRDefault="009A1D8F" w:rsidP="009A1D8F">
                      <w:pPr>
                        <w:spacing w:before="100" w:beforeAutospacing="1" w:after="100" w:afterAutospacing="1" w:line="300" w:lineRule="atLeast"/>
                        <w:outlineLvl w:val="0"/>
                        <w:rPr>
                          <w:rFonts w:eastAsia="Times New Roman" w:cs="Arial"/>
                          <w:kern w:val="36"/>
                          <w:sz w:val="24"/>
                          <w:szCs w:val="24"/>
                          <w:lang w:eastAsia="en-GB"/>
                        </w:rPr>
                      </w:pPr>
                      <w:r w:rsidRPr="009A1D8F">
                        <w:rPr>
                          <w:rFonts w:eastAsia="Times New Roman" w:cs="Arial"/>
                          <w:kern w:val="36"/>
                          <w:sz w:val="24"/>
                          <w:szCs w:val="24"/>
                          <w:lang w:eastAsia="en-GB"/>
                        </w:rPr>
                        <w:t xml:space="preserve">Welcome, and </w:t>
                      </w:r>
                      <w:r w:rsidRPr="009A1D8F">
                        <w:rPr>
                          <w:rFonts w:eastAsia="Times New Roman" w:cs="Arial"/>
                          <w:sz w:val="24"/>
                          <w:szCs w:val="24"/>
                          <w:lang w:eastAsia="en-GB"/>
                        </w:rPr>
                        <w:t>thank you for your interest in joining the South Community Social Work Team.</w:t>
                      </w:r>
                    </w:p>
                    <w:p w14:paraId="6626177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My name is Katherine Fussell, and I am the Team Manager for the service. We are seeking an experienced and enthusiastic Adult Social Worker who is passionate about supporting adults within the community and making a positive difference to people's lives.</w:t>
                      </w:r>
                    </w:p>
                    <w:p w14:paraId="5E5EEA73" w14:textId="20F53E18"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We are committed to promoting a person-centred, strengths-based approach that empowers people to achieve the outcomes that matter most to them while maintaining their independence and wellbeing</w:t>
                      </w:r>
                      <w:r w:rsidR="004A62BC">
                        <w:rPr>
                          <w:rFonts w:eastAsia="Times New Roman" w:cs="Arial"/>
                          <w:sz w:val="24"/>
                          <w:szCs w:val="24"/>
                          <w:lang w:eastAsia="en-GB"/>
                        </w:rPr>
                        <w:t>.</w:t>
                      </w:r>
                    </w:p>
                    <w:p w14:paraId="7A551CC8" w14:textId="0D33F2FC"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 xml:space="preserve">Our </w:t>
                      </w:r>
                      <w:r w:rsidR="00061B6A">
                        <w:rPr>
                          <w:rFonts w:eastAsia="Times New Roman" w:cs="Arial"/>
                          <w:sz w:val="24"/>
                          <w:szCs w:val="24"/>
                          <w:lang w:eastAsia="en-GB"/>
                        </w:rPr>
                        <w:t>supportive t</w:t>
                      </w:r>
                      <w:r w:rsidRPr="009A1D8F">
                        <w:rPr>
                          <w:rFonts w:eastAsia="Times New Roman" w:cs="Arial"/>
                          <w:sz w:val="24"/>
                          <w:szCs w:val="24"/>
                          <w:lang w:eastAsia="en-GB"/>
                        </w:rPr>
                        <w:t>eam value</w:t>
                      </w:r>
                      <w:r w:rsidR="004A62BC">
                        <w:rPr>
                          <w:rFonts w:eastAsia="Times New Roman" w:cs="Arial"/>
                          <w:sz w:val="24"/>
                          <w:szCs w:val="24"/>
                          <w:lang w:eastAsia="en-GB"/>
                        </w:rPr>
                        <w:t>s</w:t>
                      </w:r>
                      <w:r w:rsidRPr="009A1D8F">
                        <w:rPr>
                          <w:rFonts w:eastAsia="Times New Roman" w:cs="Arial"/>
                          <w:sz w:val="24"/>
                          <w:szCs w:val="24"/>
                          <w:lang w:eastAsia="en-GB"/>
                        </w:rPr>
                        <w:t xml:space="preserve"> collaboration, professional curiosity, reflective practice, and continuous learning. We foster an environment where staff feel valued</w:t>
                      </w:r>
                      <w:r w:rsidR="00061B6A">
                        <w:rPr>
                          <w:rFonts w:eastAsia="Times New Roman" w:cs="Arial"/>
                          <w:sz w:val="24"/>
                          <w:szCs w:val="24"/>
                          <w:lang w:eastAsia="en-GB"/>
                        </w:rPr>
                        <w:t xml:space="preserve"> </w:t>
                      </w:r>
                      <w:r w:rsidRPr="009A1D8F">
                        <w:rPr>
                          <w:rFonts w:eastAsia="Times New Roman" w:cs="Arial"/>
                          <w:sz w:val="24"/>
                          <w:szCs w:val="24"/>
                          <w:lang w:eastAsia="en-GB"/>
                        </w:rPr>
                        <w:t xml:space="preserve">and </w:t>
                      </w:r>
                      <w:r w:rsidR="008D39CC">
                        <w:rPr>
                          <w:rFonts w:eastAsia="Times New Roman" w:cs="Arial"/>
                          <w:sz w:val="24"/>
                          <w:szCs w:val="24"/>
                          <w:lang w:eastAsia="en-GB"/>
                        </w:rPr>
                        <w:t>encouraged</w:t>
                      </w:r>
                      <w:r w:rsidRPr="009A1D8F">
                        <w:rPr>
                          <w:rFonts w:eastAsia="Times New Roman" w:cs="Arial"/>
                          <w:sz w:val="24"/>
                          <w:szCs w:val="24"/>
                          <w:lang w:eastAsia="en-GB"/>
                        </w:rPr>
                        <w:t xml:space="preserve"> to develop their skills and expertise.</w:t>
                      </w:r>
                    </w:p>
                    <w:p w14:paraId="2E3E312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This is an exciting opportunity to join a dynamic community team and contribute to meaningful and rewarding work. I look forward to hearing from applicants who share our values and are committed to delivering excellent social work practice.</w:t>
                      </w:r>
                    </w:p>
                    <w:p w14:paraId="22F04876"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sz w:val="24"/>
                          <w:szCs w:val="24"/>
                          <w:lang w:eastAsia="en-GB"/>
                        </w:rPr>
                        <w:t>I wish you every success with your application and look forward to receiving it.</w:t>
                      </w:r>
                    </w:p>
                    <w:p w14:paraId="77189F8B" w14:textId="77777777" w:rsidR="009A1D8F" w:rsidRPr="009A1D8F" w:rsidRDefault="009A1D8F" w:rsidP="009A1D8F">
                      <w:pPr>
                        <w:spacing w:before="100" w:beforeAutospacing="1" w:after="100" w:afterAutospacing="1" w:line="300" w:lineRule="atLeast"/>
                        <w:rPr>
                          <w:rFonts w:eastAsia="Times New Roman" w:cs="Arial"/>
                          <w:sz w:val="24"/>
                          <w:szCs w:val="24"/>
                          <w:lang w:eastAsia="en-GB"/>
                        </w:rPr>
                      </w:pPr>
                      <w:r w:rsidRPr="009A1D8F">
                        <w:rPr>
                          <w:rFonts w:eastAsia="Times New Roman" w:cs="Arial"/>
                          <w:b/>
                          <w:bCs/>
                          <w:sz w:val="24"/>
                          <w:szCs w:val="24"/>
                          <w:lang w:eastAsia="en-GB"/>
                        </w:rPr>
                        <w:t>Katherine Fussell</w:t>
                      </w:r>
                      <w:r w:rsidRPr="009A1D8F">
                        <w:rPr>
                          <w:rFonts w:eastAsia="Times New Roman" w:cs="Arial"/>
                          <w:sz w:val="24"/>
                          <w:szCs w:val="24"/>
                          <w:lang w:eastAsia="en-GB"/>
                        </w:rPr>
                        <w:br/>
                      </w:r>
                      <w:r w:rsidRPr="009A1D8F">
                        <w:rPr>
                          <w:rFonts w:eastAsia="Times New Roman" w:cs="Arial"/>
                          <w:b/>
                          <w:bCs/>
                          <w:sz w:val="24"/>
                          <w:szCs w:val="24"/>
                          <w:lang w:eastAsia="en-GB"/>
                        </w:rPr>
                        <w:t>Team Manager</w:t>
                      </w:r>
                      <w:r w:rsidRPr="009A1D8F">
                        <w:rPr>
                          <w:rFonts w:eastAsia="Times New Roman" w:cs="Arial"/>
                          <w:sz w:val="24"/>
                          <w:szCs w:val="24"/>
                          <w:lang w:eastAsia="en-GB"/>
                        </w:rPr>
                        <w:br/>
                      </w:r>
                      <w:r w:rsidRPr="009A1D8F">
                        <w:rPr>
                          <w:rFonts w:eastAsia="Times New Roman" w:cs="Arial"/>
                          <w:b/>
                          <w:bCs/>
                          <w:sz w:val="24"/>
                          <w:szCs w:val="24"/>
                          <w:lang w:eastAsia="en-GB"/>
                        </w:rPr>
                        <w:t>South Community Social Work Team</w:t>
                      </w:r>
                    </w:p>
                    <w:p w14:paraId="2DCF1838" w14:textId="458B355B" w:rsidR="00F74424" w:rsidRPr="00A665FC" w:rsidRDefault="00F74424" w:rsidP="00A236B7">
                      <w:pPr>
                        <w:rPr>
                          <w:b/>
                          <w:color w:val="0082BC"/>
                          <w:sz w:val="28"/>
                          <w:szCs w:val="28"/>
                        </w:rPr>
                      </w:pP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20"/>
          <w:footerReference w:type="default" r:id="rId21"/>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C139B4">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C139B4" w:rsidRDefault="00C10C81" w:rsidP="00C139B4">
          <w:pPr>
            <w:pStyle w:val="TOCHeading"/>
            <w:jc w:val="center"/>
            <w:rPr>
              <w:rFonts w:ascii="Arial" w:hAnsi="Arial" w:cs="Arial"/>
              <w:color w:val="007CBB"/>
              <w:sz w:val="40"/>
              <w:szCs w:val="40"/>
            </w:rPr>
          </w:pPr>
          <w:r w:rsidRPr="00C139B4">
            <w:rPr>
              <w:rFonts w:ascii="Arial" w:hAnsi="Arial" w:cs="Arial"/>
              <w:color w:val="007CBB"/>
              <w:sz w:val="40"/>
              <w:szCs w:val="40"/>
            </w:rPr>
            <w:t>Contents</w:t>
          </w:r>
        </w:p>
        <w:p w14:paraId="21B4ADB1" w14:textId="1D7D7154" w:rsidR="002F39DE" w:rsidRPr="00C139B4" w:rsidRDefault="00C10C81" w:rsidP="00C139B4">
          <w:pPr>
            <w:pStyle w:val="TOC2"/>
            <w:rPr>
              <w:rFonts w:asciiTheme="minorHAnsi" w:hAnsiTheme="minorHAnsi"/>
              <w:noProof/>
              <w:kern w:val="2"/>
              <w:sz w:val="24"/>
              <w:szCs w:val="24"/>
              <w:lang w:eastAsia="en-GB"/>
              <w14:ligatures w14:val="standardContextual"/>
            </w:rPr>
          </w:pPr>
          <w:r w:rsidRPr="00C139B4">
            <w:rPr>
              <w:rStyle w:val="Hyperlink"/>
              <w:noProof/>
              <w:color w:val="auto"/>
              <w:u w:val="none"/>
            </w:rPr>
            <w:fldChar w:fldCharType="begin"/>
          </w:r>
          <w:r w:rsidRPr="00C139B4">
            <w:rPr>
              <w:rStyle w:val="Hyperlink"/>
              <w:noProof/>
              <w:color w:val="auto"/>
              <w:u w:val="none"/>
            </w:rPr>
            <w:instrText xml:space="preserve"> TOC \o "1-3" \h \z \u </w:instrText>
          </w:r>
          <w:r w:rsidRPr="00C139B4">
            <w:rPr>
              <w:rStyle w:val="Hyperlink"/>
              <w:noProof/>
              <w:color w:val="auto"/>
              <w:u w:val="none"/>
            </w:rPr>
            <w:fldChar w:fldCharType="separate"/>
          </w:r>
          <w:hyperlink w:anchor="_Toc222994875" w:history="1">
            <w:r w:rsidR="002F39DE" w:rsidRPr="00C139B4">
              <w:rPr>
                <w:rStyle w:val="Hyperlink"/>
                <w:rFonts w:cs="Arial"/>
                <w:noProof/>
              </w:rPr>
              <w:t>About the Borough of Sefton</w:t>
            </w:r>
            <w:r w:rsidR="002F39DE" w:rsidRPr="00C139B4">
              <w:rPr>
                <w:noProof/>
                <w:webHidden/>
              </w:rPr>
              <w:tab/>
            </w:r>
            <w:r w:rsidR="002F39DE" w:rsidRPr="00C139B4">
              <w:rPr>
                <w:noProof/>
                <w:webHidden/>
              </w:rPr>
              <w:fldChar w:fldCharType="begin"/>
            </w:r>
            <w:r w:rsidR="002F39DE" w:rsidRPr="00C139B4">
              <w:rPr>
                <w:noProof/>
                <w:webHidden/>
              </w:rPr>
              <w:instrText xml:space="preserve"> PAGEREF _Toc222994875 \h </w:instrText>
            </w:r>
            <w:r w:rsidR="002F39DE" w:rsidRPr="00C139B4">
              <w:rPr>
                <w:noProof/>
                <w:webHidden/>
              </w:rPr>
            </w:r>
            <w:r w:rsidR="002F39DE" w:rsidRPr="00C139B4">
              <w:rPr>
                <w:noProof/>
                <w:webHidden/>
              </w:rPr>
              <w:fldChar w:fldCharType="separate"/>
            </w:r>
            <w:r w:rsidR="002F39DE" w:rsidRPr="00C139B4">
              <w:rPr>
                <w:noProof/>
                <w:webHidden/>
              </w:rPr>
              <w:t>1</w:t>
            </w:r>
            <w:r w:rsidR="002F39DE" w:rsidRPr="00C139B4">
              <w:rPr>
                <w:noProof/>
                <w:webHidden/>
              </w:rPr>
              <w:fldChar w:fldCharType="end"/>
            </w:r>
          </w:hyperlink>
        </w:p>
        <w:p w14:paraId="2B781720" w14:textId="4A6D5A0D"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76" w:history="1">
            <w:r w:rsidRPr="00C139B4">
              <w:rPr>
                <w:rStyle w:val="Hyperlink"/>
                <w:rFonts w:cs="Arial"/>
                <w:noProof/>
              </w:rPr>
              <w:t>Our Vision and Values</w:t>
            </w:r>
            <w:r w:rsidRPr="00C139B4">
              <w:rPr>
                <w:noProof/>
                <w:webHidden/>
              </w:rPr>
              <w:tab/>
            </w:r>
            <w:r w:rsidRPr="00C139B4">
              <w:rPr>
                <w:noProof/>
                <w:webHidden/>
              </w:rPr>
              <w:fldChar w:fldCharType="begin"/>
            </w:r>
            <w:r w:rsidRPr="00C139B4">
              <w:rPr>
                <w:noProof/>
                <w:webHidden/>
              </w:rPr>
              <w:instrText xml:space="preserve"> PAGEREF _Toc222994876 \h </w:instrText>
            </w:r>
            <w:r w:rsidRPr="00C139B4">
              <w:rPr>
                <w:noProof/>
                <w:webHidden/>
              </w:rPr>
            </w:r>
            <w:r w:rsidRPr="00C139B4">
              <w:rPr>
                <w:noProof/>
                <w:webHidden/>
              </w:rPr>
              <w:fldChar w:fldCharType="separate"/>
            </w:r>
            <w:r w:rsidRPr="00C139B4">
              <w:rPr>
                <w:noProof/>
                <w:webHidden/>
              </w:rPr>
              <w:t>2</w:t>
            </w:r>
            <w:r w:rsidRPr="00C139B4">
              <w:rPr>
                <w:noProof/>
                <w:webHidden/>
              </w:rPr>
              <w:fldChar w:fldCharType="end"/>
            </w:r>
          </w:hyperlink>
        </w:p>
        <w:p w14:paraId="391BE677" w14:textId="760F09D7"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77" w:history="1">
            <w:r w:rsidRPr="00C139B4">
              <w:rPr>
                <w:rStyle w:val="Hyperlink"/>
                <w:rFonts w:cs="Arial"/>
                <w:noProof/>
              </w:rPr>
              <w:t>Our Successes and Key Projects</w:t>
            </w:r>
            <w:r w:rsidRPr="00C139B4">
              <w:rPr>
                <w:noProof/>
                <w:webHidden/>
              </w:rPr>
              <w:tab/>
            </w:r>
            <w:r w:rsidRPr="00C139B4">
              <w:rPr>
                <w:noProof/>
                <w:webHidden/>
              </w:rPr>
              <w:fldChar w:fldCharType="begin"/>
            </w:r>
            <w:r w:rsidRPr="00C139B4">
              <w:rPr>
                <w:noProof/>
                <w:webHidden/>
              </w:rPr>
              <w:instrText xml:space="preserve"> PAGEREF _Toc222994877 \h </w:instrText>
            </w:r>
            <w:r w:rsidRPr="00C139B4">
              <w:rPr>
                <w:noProof/>
                <w:webHidden/>
              </w:rPr>
            </w:r>
            <w:r w:rsidRPr="00C139B4">
              <w:rPr>
                <w:noProof/>
                <w:webHidden/>
              </w:rPr>
              <w:fldChar w:fldCharType="separate"/>
            </w:r>
            <w:r w:rsidRPr="00C139B4">
              <w:rPr>
                <w:noProof/>
                <w:webHidden/>
              </w:rPr>
              <w:t>2</w:t>
            </w:r>
            <w:r w:rsidRPr="00C139B4">
              <w:rPr>
                <w:noProof/>
                <w:webHidden/>
              </w:rPr>
              <w:fldChar w:fldCharType="end"/>
            </w:r>
          </w:hyperlink>
        </w:p>
        <w:p w14:paraId="7E6533C6" w14:textId="3126EA05"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78" w:history="1">
            <w:r w:rsidRPr="00C139B4">
              <w:rPr>
                <w:rStyle w:val="Hyperlink"/>
                <w:rFonts w:cs="Arial"/>
                <w:noProof/>
              </w:rPr>
              <w:t>An Inclusive Workplace</w:t>
            </w:r>
            <w:r w:rsidRPr="00C139B4">
              <w:rPr>
                <w:noProof/>
                <w:webHidden/>
              </w:rPr>
              <w:tab/>
            </w:r>
            <w:r w:rsidRPr="00C139B4">
              <w:rPr>
                <w:noProof/>
                <w:webHidden/>
              </w:rPr>
              <w:fldChar w:fldCharType="begin"/>
            </w:r>
            <w:r w:rsidRPr="00C139B4">
              <w:rPr>
                <w:noProof/>
                <w:webHidden/>
              </w:rPr>
              <w:instrText xml:space="preserve"> PAGEREF _Toc222994878 \h </w:instrText>
            </w:r>
            <w:r w:rsidRPr="00C139B4">
              <w:rPr>
                <w:noProof/>
                <w:webHidden/>
              </w:rPr>
            </w:r>
            <w:r w:rsidRPr="00C139B4">
              <w:rPr>
                <w:noProof/>
                <w:webHidden/>
              </w:rPr>
              <w:fldChar w:fldCharType="separate"/>
            </w:r>
            <w:r w:rsidRPr="00C139B4">
              <w:rPr>
                <w:noProof/>
                <w:webHidden/>
              </w:rPr>
              <w:t>3</w:t>
            </w:r>
            <w:r w:rsidRPr="00C139B4">
              <w:rPr>
                <w:noProof/>
                <w:webHidden/>
              </w:rPr>
              <w:fldChar w:fldCharType="end"/>
            </w:r>
          </w:hyperlink>
        </w:p>
        <w:p w14:paraId="0B803D40" w14:textId="59B24982"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79" w:history="1">
            <w:r w:rsidRPr="00C139B4">
              <w:rPr>
                <w:rStyle w:val="Hyperlink"/>
                <w:rFonts w:cs="Arial"/>
                <w:noProof/>
              </w:rPr>
              <w:t>Liverpool City Region Fair Employment Charter</w:t>
            </w:r>
            <w:r w:rsidRPr="00C139B4">
              <w:rPr>
                <w:noProof/>
                <w:webHidden/>
              </w:rPr>
              <w:tab/>
            </w:r>
            <w:r w:rsidRPr="00C139B4">
              <w:rPr>
                <w:noProof/>
                <w:webHidden/>
              </w:rPr>
              <w:fldChar w:fldCharType="begin"/>
            </w:r>
            <w:r w:rsidRPr="00C139B4">
              <w:rPr>
                <w:noProof/>
                <w:webHidden/>
              </w:rPr>
              <w:instrText xml:space="preserve"> PAGEREF _Toc222994879 \h </w:instrText>
            </w:r>
            <w:r w:rsidRPr="00C139B4">
              <w:rPr>
                <w:noProof/>
                <w:webHidden/>
              </w:rPr>
            </w:r>
            <w:r w:rsidRPr="00C139B4">
              <w:rPr>
                <w:noProof/>
                <w:webHidden/>
              </w:rPr>
              <w:fldChar w:fldCharType="separate"/>
            </w:r>
            <w:r w:rsidRPr="00C139B4">
              <w:rPr>
                <w:noProof/>
                <w:webHidden/>
              </w:rPr>
              <w:t>4</w:t>
            </w:r>
            <w:r w:rsidRPr="00C139B4">
              <w:rPr>
                <w:noProof/>
                <w:webHidden/>
              </w:rPr>
              <w:fldChar w:fldCharType="end"/>
            </w:r>
          </w:hyperlink>
        </w:p>
        <w:p w14:paraId="51BA7FB7" w14:textId="46C82A49"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80" w:history="1">
            <w:r w:rsidRPr="00C139B4">
              <w:rPr>
                <w:rStyle w:val="Hyperlink"/>
                <w:rFonts w:cs="Arial"/>
                <w:noProof/>
              </w:rPr>
              <w:t>What We Can Offer You</w:t>
            </w:r>
            <w:r w:rsidRPr="00C139B4">
              <w:rPr>
                <w:noProof/>
                <w:webHidden/>
              </w:rPr>
              <w:tab/>
            </w:r>
            <w:r w:rsidRPr="00C139B4">
              <w:rPr>
                <w:noProof/>
                <w:webHidden/>
              </w:rPr>
              <w:fldChar w:fldCharType="begin"/>
            </w:r>
            <w:r w:rsidRPr="00C139B4">
              <w:rPr>
                <w:noProof/>
                <w:webHidden/>
              </w:rPr>
              <w:instrText xml:space="preserve"> PAGEREF _Toc222994880 \h </w:instrText>
            </w:r>
            <w:r w:rsidRPr="00C139B4">
              <w:rPr>
                <w:noProof/>
                <w:webHidden/>
              </w:rPr>
            </w:r>
            <w:r w:rsidRPr="00C139B4">
              <w:rPr>
                <w:noProof/>
                <w:webHidden/>
              </w:rPr>
              <w:fldChar w:fldCharType="separate"/>
            </w:r>
            <w:r w:rsidRPr="00C139B4">
              <w:rPr>
                <w:noProof/>
                <w:webHidden/>
              </w:rPr>
              <w:t>4</w:t>
            </w:r>
            <w:r w:rsidRPr="00C139B4">
              <w:rPr>
                <w:noProof/>
                <w:webHidden/>
              </w:rPr>
              <w:fldChar w:fldCharType="end"/>
            </w:r>
          </w:hyperlink>
        </w:p>
        <w:p w14:paraId="7AC2638C" w14:textId="2D053EA7"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81" w:history="1">
            <w:r w:rsidRPr="00C139B4">
              <w:rPr>
                <w:rStyle w:val="Hyperlink"/>
                <w:rFonts w:cs="Arial"/>
                <w:noProof/>
              </w:rPr>
              <w:t>About the Role</w:t>
            </w:r>
            <w:r w:rsidRPr="00C139B4">
              <w:rPr>
                <w:noProof/>
                <w:webHidden/>
              </w:rPr>
              <w:tab/>
            </w:r>
            <w:r w:rsidRPr="00C139B4">
              <w:rPr>
                <w:noProof/>
                <w:webHidden/>
              </w:rPr>
              <w:fldChar w:fldCharType="begin"/>
            </w:r>
            <w:r w:rsidRPr="00C139B4">
              <w:rPr>
                <w:noProof/>
                <w:webHidden/>
              </w:rPr>
              <w:instrText xml:space="preserve"> PAGEREF _Toc222994881 \h </w:instrText>
            </w:r>
            <w:r w:rsidRPr="00C139B4">
              <w:rPr>
                <w:noProof/>
                <w:webHidden/>
              </w:rPr>
            </w:r>
            <w:r w:rsidRPr="00C139B4">
              <w:rPr>
                <w:noProof/>
                <w:webHidden/>
              </w:rPr>
              <w:fldChar w:fldCharType="separate"/>
            </w:r>
            <w:r w:rsidRPr="00C139B4">
              <w:rPr>
                <w:noProof/>
                <w:webHidden/>
              </w:rPr>
              <w:t>6</w:t>
            </w:r>
            <w:r w:rsidRPr="00C139B4">
              <w:rPr>
                <w:noProof/>
                <w:webHidden/>
              </w:rPr>
              <w:fldChar w:fldCharType="end"/>
            </w:r>
          </w:hyperlink>
        </w:p>
        <w:p w14:paraId="0E71EA6C" w14:textId="0F378FB9"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82" w:history="1">
            <w:r w:rsidRPr="00C139B4">
              <w:rPr>
                <w:rStyle w:val="Hyperlink"/>
                <w:rFonts w:cs="Arial"/>
                <w:noProof/>
              </w:rPr>
              <w:t>Top Tips on How to Apply</w:t>
            </w:r>
            <w:r w:rsidRPr="00C139B4">
              <w:rPr>
                <w:noProof/>
                <w:webHidden/>
              </w:rPr>
              <w:tab/>
            </w:r>
            <w:r w:rsidRPr="00C139B4">
              <w:rPr>
                <w:noProof/>
                <w:webHidden/>
              </w:rPr>
              <w:fldChar w:fldCharType="begin"/>
            </w:r>
            <w:r w:rsidRPr="00C139B4">
              <w:rPr>
                <w:noProof/>
                <w:webHidden/>
              </w:rPr>
              <w:instrText xml:space="preserve"> PAGEREF _Toc222994882 \h </w:instrText>
            </w:r>
            <w:r w:rsidRPr="00C139B4">
              <w:rPr>
                <w:noProof/>
                <w:webHidden/>
              </w:rPr>
            </w:r>
            <w:r w:rsidRPr="00C139B4">
              <w:rPr>
                <w:noProof/>
                <w:webHidden/>
              </w:rPr>
              <w:fldChar w:fldCharType="separate"/>
            </w:r>
            <w:r w:rsidRPr="00C139B4">
              <w:rPr>
                <w:noProof/>
                <w:webHidden/>
              </w:rPr>
              <w:t>8</w:t>
            </w:r>
            <w:r w:rsidRPr="00C139B4">
              <w:rPr>
                <w:noProof/>
                <w:webHidden/>
              </w:rPr>
              <w:fldChar w:fldCharType="end"/>
            </w:r>
          </w:hyperlink>
        </w:p>
        <w:p w14:paraId="433AEEC0" w14:textId="22B15B7F"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83" w:history="1">
            <w:r w:rsidRPr="00C139B4">
              <w:rPr>
                <w:rStyle w:val="Hyperlink"/>
                <w:rFonts w:cs="Arial"/>
                <w:noProof/>
              </w:rPr>
              <w:t>Application and Selection Information</w:t>
            </w:r>
            <w:r w:rsidRPr="00C139B4">
              <w:rPr>
                <w:noProof/>
                <w:webHidden/>
              </w:rPr>
              <w:tab/>
            </w:r>
            <w:r w:rsidRPr="00C139B4">
              <w:rPr>
                <w:noProof/>
                <w:webHidden/>
              </w:rPr>
              <w:fldChar w:fldCharType="begin"/>
            </w:r>
            <w:r w:rsidRPr="00C139B4">
              <w:rPr>
                <w:noProof/>
                <w:webHidden/>
              </w:rPr>
              <w:instrText xml:space="preserve"> PAGEREF _Toc222994883 \h </w:instrText>
            </w:r>
            <w:r w:rsidRPr="00C139B4">
              <w:rPr>
                <w:noProof/>
                <w:webHidden/>
              </w:rPr>
            </w:r>
            <w:r w:rsidRPr="00C139B4">
              <w:rPr>
                <w:noProof/>
                <w:webHidden/>
              </w:rPr>
              <w:fldChar w:fldCharType="separate"/>
            </w:r>
            <w:r w:rsidRPr="00C139B4">
              <w:rPr>
                <w:noProof/>
                <w:webHidden/>
              </w:rPr>
              <w:t>9</w:t>
            </w:r>
            <w:r w:rsidRPr="00C139B4">
              <w:rPr>
                <w:noProof/>
                <w:webHidden/>
              </w:rPr>
              <w:fldChar w:fldCharType="end"/>
            </w:r>
          </w:hyperlink>
        </w:p>
        <w:p w14:paraId="46E61A76" w14:textId="403B3F6B" w:rsidR="002F39DE" w:rsidRPr="00C139B4" w:rsidRDefault="002F39DE" w:rsidP="00C139B4">
          <w:pPr>
            <w:pStyle w:val="TOC2"/>
            <w:rPr>
              <w:rFonts w:asciiTheme="minorHAnsi" w:hAnsiTheme="minorHAnsi"/>
              <w:noProof/>
              <w:kern w:val="2"/>
              <w:sz w:val="24"/>
              <w:szCs w:val="24"/>
              <w:lang w:eastAsia="en-GB"/>
              <w14:ligatures w14:val="standardContextual"/>
            </w:rPr>
          </w:pPr>
          <w:hyperlink w:anchor="_Toc222994884" w:history="1">
            <w:r w:rsidRPr="00C139B4">
              <w:rPr>
                <w:rStyle w:val="Hyperlink"/>
                <w:rFonts w:cs="Arial"/>
                <w:noProof/>
              </w:rPr>
              <w:t>Appendix A – Job Description and Person Specification</w:t>
            </w:r>
            <w:r w:rsidRPr="00C139B4">
              <w:rPr>
                <w:noProof/>
                <w:webHidden/>
              </w:rPr>
              <w:tab/>
            </w:r>
            <w:r w:rsidRPr="00C139B4">
              <w:rPr>
                <w:noProof/>
                <w:webHidden/>
              </w:rPr>
              <w:fldChar w:fldCharType="begin"/>
            </w:r>
            <w:r w:rsidRPr="00C139B4">
              <w:rPr>
                <w:noProof/>
                <w:webHidden/>
              </w:rPr>
              <w:instrText xml:space="preserve"> PAGEREF _Toc222994884 \h </w:instrText>
            </w:r>
            <w:r w:rsidRPr="00C139B4">
              <w:rPr>
                <w:noProof/>
                <w:webHidden/>
              </w:rPr>
            </w:r>
            <w:r w:rsidRPr="00C139B4">
              <w:rPr>
                <w:noProof/>
                <w:webHidden/>
              </w:rPr>
              <w:fldChar w:fldCharType="separate"/>
            </w:r>
            <w:r w:rsidRPr="00C139B4">
              <w:rPr>
                <w:noProof/>
                <w:webHidden/>
              </w:rPr>
              <w:t>10</w:t>
            </w:r>
            <w:r w:rsidRPr="00C139B4">
              <w:rPr>
                <w:noProof/>
                <w:webHidden/>
              </w:rPr>
              <w:fldChar w:fldCharType="end"/>
            </w:r>
          </w:hyperlink>
        </w:p>
        <w:p w14:paraId="11831D48" w14:textId="0491EB20" w:rsidR="00C10C81" w:rsidRPr="00C139B4" w:rsidRDefault="00C10C81" w:rsidP="00C139B4">
          <w:pPr>
            <w:pStyle w:val="TOC2"/>
            <w:rPr>
              <w:sz w:val="32"/>
              <w:szCs w:val="32"/>
            </w:rPr>
          </w:pPr>
          <w:r w:rsidRPr="00C139B4">
            <w:rPr>
              <w:rStyle w:val="Hyperlink"/>
              <w:noProof/>
              <w:color w:val="auto"/>
              <w:u w:val="none"/>
            </w:rPr>
            <w:fldChar w:fldCharType="end"/>
          </w:r>
        </w:p>
      </w:sdtContent>
    </w:sdt>
    <w:p w14:paraId="5539B731" w14:textId="77777777" w:rsidR="00F04D83" w:rsidRPr="00C139B4" w:rsidRDefault="00F04D83" w:rsidP="00C139B4">
      <w:pPr>
        <w:rPr>
          <w:rFonts w:cs="Arial"/>
          <w:b/>
          <w:color w:val="007CBB"/>
          <w:sz w:val="32"/>
          <w:szCs w:val="32"/>
        </w:rPr>
        <w:sectPr w:rsidR="00F04D83" w:rsidRPr="00C139B4"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C139B4" w:rsidRDefault="003E2B31" w:rsidP="00C139B4">
      <w:pPr>
        <w:rPr>
          <w:rFonts w:cs="Arial"/>
          <w:b/>
          <w:color w:val="007CBB"/>
        </w:rPr>
      </w:pPr>
    </w:p>
    <w:p w14:paraId="6E2BC6BD" w14:textId="78982F94" w:rsidR="0049316D" w:rsidRPr="00C139B4" w:rsidRDefault="0049316D" w:rsidP="00C139B4">
      <w:pPr>
        <w:pStyle w:val="Heading2"/>
        <w:rPr>
          <w:rFonts w:ascii="Arial" w:hAnsi="Arial" w:cs="Arial"/>
          <w:color w:val="007CBB"/>
          <w:sz w:val="28"/>
          <w:szCs w:val="28"/>
        </w:rPr>
      </w:pPr>
      <w:bookmarkStart w:id="0" w:name="_Toc222994875"/>
      <w:r w:rsidRPr="00C139B4">
        <w:rPr>
          <w:rFonts w:ascii="Arial" w:hAnsi="Arial" w:cs="Arial"/>
          <w:color w:val="007CBB"/>
          <w:sz w:val="28"/>
          <w:szCs w:val="28"/>
        </w:rPr>
        <w:t>About the Borough of Sefton</w:t>
      </w:r>
      <w:bookmarkEnd w:id="0"/>
    </w:p>
    <w:p w14:paraId="57D73D5F" w14:textId="77777777" w:rsidR="00511F96" w:rsidRPr="00C139B4" w:rsidRDefault="00511F96" w:rsidP="00C139B4">
      <w:pPr>
        <w:spacing w:after="0" w:line="240" w:lineRule="auto"/>
      </w:pPr>
    </w:p>
    <w:p w14:paraId="60A6277C" w14:textId="10CD6D5B" w:rsidR="00745BBD" w:rsidRPr="00C139B4" w:rsidRDefault="00745BBD" w:rsidP="00C139B4">
      <w:r w:rsidRPr="00C139B4">
        <w:t>Sefton is a confident and well</w:t>
      </w:r>
      <w:r w:rsidRPr="00C139B4">
        <w:noBreakHyphen/>
        <w:t xml:space="preserve">connected </w:t>
      </w:r>
      <w:r w:rsidR="00FB2749" w:rsidRPr="00C139B4">
        <w:t>Borough</w:t>
      </w:r>
      <w:r w:rsidRPr="00C139B4">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C139B4" w:rsidRDefault="00745BBD" w:rsidP="00C139B4">
      <w:r w:rsidRPr="00C139B4">
        <w:t xml:space="preserve">It is a fantastic place to live and work. </w:t>
      </w:r>
      <w:r w:rsidR="007679B6" w:rsidRPr="00C139B4">
        <w:t xml:space="preserve"> </w:t>
      </w:r>
      <w:r w:rsidRPr="00C139B4">
        <w:t>As the northern</w:t>
      </w:r>
      <w:r w:rsidRPr="00C139B4">
        <w:noBreakHyphen/>
        <w:t xml:space="preserve">most </w:t>
      </w:r>
      <w:r w:rsidR="00FB2749" w:rsidRPr="00C139B4">
        <w:t>Borough</w:t>
      </w:r>
      <w:r w:rsidRPr="00C139B4">
        <w:t xml:space="preserve"> within the Liverpool City Region, Sefton offers a unique blend of beautiful coastline, countryside, attractive villages, thriving industrial areas and the busy Port of Liverpool.</w:t>
      </w:r>
    </w:p>
    <w:p w14:paraId="46726808" w14:textId="77777777" w:rsidR="00745BBD" w:rsidRPr="00C139B4" w:rsidRDefault="00745BBD" w:rsidP="00C139B4">
      <w:r w:rsidRPr="00C139B4">
        <w:t xml:space="preserve">With 22 miles of stunning coastline, Sefton is a leading coastal destination with a growing visitor economy. It is home to the iconic Antony Gormley </w:t>
      </w:r>
      <w:r w:rsidRPr="00C139B4">
        <w:rPr>
          <w:i/>
          <w:iCs/>
        </w:rPr>
        <w:t>Another Place</w:t>
      </w:r>
      <w:r w:rsidRPr="00C139B4">
        <w:t xml:space="preserve"> installation, expansive beaches and protected sand dunes that support several rare species.</w:t>
      </w:r>
    </w:p>
    <w:p w14:paraId="2E0DE47B" w14:textId="370B91D2" w:rsidR="00745BBD" w:rsidRPr="00C139B4" w:rsidRDefault="00745BBD" w:rsidP="00C139B4">
      <w:r w:rsidRPr="00C139B4">
        <w:t xml:space="preserve">While each town and village has its own distinctive character, it is the people of Sefton who make the </w:t>
      </w:r>
      <w:r w:rsidR="00FB2749" w:rsidRPr="00C139B4">
        <w:t>Borough</w:t>
      </w:r>
      <w:r w:rsidRPr="00C139B4">
        <w:t xml:space="preserve"> truly special, creating diverse, welcoming and energetic communities in which to live, work, invest and visit.</w:t>
      </w:r>
    </w:p>
    <w:p w14:paraId="660319E6" w14:textId="7C63E923" w:rsidR="00745BBD" w:rsidRPr="00C139B4" w:rsidRDefault="00745BBD" w:rsidP="00C139B4">
      <w:r w:rsidRPr="00C139B4">
        <w:t>Alongside its miles of golden sands, Sefton offers those who work here access to a world</w:t>
      </w:r>
      <w:r w:rsidRPr="00C139B4">
        <w:noBreakHyphen/>
        <w:t>renowned racecourse, prestigious golf courses, and National Trust nature reserves, ideal places to unwind, explore and enjoy leisure time.</w:t>
      </w:r>
    </w:p>
    <w:p w14:paraId="200576E1" w14:textId="004E1D18" w:rsidR="00745BBD" w:rsidRPr="00C139B4" w:rsidRDefault="00745BBD" w:rsidP="00C139B4">
      <w:r w:rsidRPr="00C139B4">
        <w:t xml:space="preserve">The </w:t>
      </w:r>
      <w:r w:rsidR="00FB2749" w:rsidRPr="00C139B4">
        <w:t>Borough</w:t>
      </w:r>
      <w:r w:rsidRPr="00C139B4">
        <w:t xml:space="preserve"> benefits from excellent transport links, providing easy access to major </w:t>
      </w:r>
      <w:proofErr w:type="gramStart"/>
      <w:r w:rsidRPr="00C139B4">
        <w:t>North West</w:t>
      </w:r>
      <w:proofErr w:type="gramEnd"/>
      <w:r w:rsidRPr="00C139B4">
        <w:t xml:space="preserve"> cities including Liverpool and Manchester, and placing the Lake District and North Wales within reach for weekend breaks.</w:t>
      </w:r>
    </w:p>
    <w:p w14:paraId="0CAE65EA" w14:textId="77777777" w:rsidR="00745BBD" w:rsidRPr="00C139B4" w:rsidRDefault="00745BBD" w:rsidP="00C139B4">
      <w:r w:rsidRPr="00C139B4">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C139B4" w:rsidRDefault="008A2AD1" w:rsidP="00C139B4">
      <w:pPr>
        <w:pStyle w:val="Heading2"/>
        <w:rPr>
          <w:rFonts w:ascii="Arial" w:hAnsi="Arial" w:cs="Arial"/>
          <w:color w:val="007CBB"/>
          <w:sz w:val="24"/>
          <w:szCs w:val="24"/>
        </w:rPr>
      </w:pPr>
    </w:p>
    <w:p w14:paraId="0F4ECB12" w14:textId="77777777" w:rsidR="001743EB" w:rsidRPr="00C139B4" w:rsidRDefault="001743EB" w:rsidP="00C139B4">
      <w:pPr>
        <w:rPr>
          <w:rFonts w:eastAsiaTheme="majorEastAsia" w:cs="Arial"/>
          <w:b/>
          <w:bCs/>
          <w:color w:val="007CBB"/>
          <w:sz w:val="28"/>
          <w:szCs w:val="28"/>
        </w:rPr>
      </w:pPr>
      <w:r w:rsidRPr="00C139B4">
        <w:rPr>
          <w:rFonts w:cs="Arial"/>
          <w:color w:val="007CBB"/>
          <w:sz w:val="28"/>
          <w:szCs w:val="28"/>
        </w:rPr>
        <w:br w:type="page"/>
      </w:r>
    </w:p>
    <w:p w14:paraId="250B0304" w14:textId="4F184AC3" w:rsidR="00511F96" w:rsidRPr="00C139B4" w:rsidRDefault="00511F96" w:rsidP="00C139B4">
      <w:pPr>
        <w:pStyle w:val="Heading2"/>
        <w:rPr>
          <w:rFonts w:ascii="Arial" w:hAnsi="Arial" w:cs="Arial"/>
          <w:color w:val="007CBB"/>
          <w:sz w:val="28"/>
          <w:szCs w:val="28"/>
        </w:rPr>
      </w:pPr>
      <w:bookmarkStart w:id="1" w:name="_Toc222994876"/>
      <w:r w:rsidRPr="00C139B4">
        <w:rPr>
          <w:rFonts w:ascii="Arial" w:hAnsi="Arial" w:cs="Arial"/>
          <w:color w:val="007CBB"/>
          <w:sz w:val="28"/>
          <w:szCs w:val="28"/>
        </w:rPr>
        <w:lastRenderedPageBreak/>
        <w:t>Our Vision and Values</w:t>
      </w:r>
      <w:bookmarkEnd w:id="1"/>
    </w:p>
    <w:p w14:paraId="7684CC3E" w14:textId="77777777" w:rsidR="00511F96" w:rsidRPr="00C139B4" w:rsidRDefault="00511F96" w:rsidP="00C139B4">
      <w:pPr>
        <w:spacing w:after="0" w:line="240" w:lineRule="auto"/>
      </w:pPr>
    </w:p>
    <w:p w14:paraId="6CF07501" w14:textId="44239B56" w:rsidR="007679B6" w:rsidRPr="00C139B4" w:rsidRDefault="005116C5" w:rsidP="00C139B4">
      <w:r w:rsidRPr="00C139B4">
        <w:t>At Sefton Council, our vision is to deliver high-quality services that make a real difference to the lives of our residents, visitors, and communities.</w:t>
      </w:r>
      <w:r w:rsidR="00FB2749" w:rsidRPr="00C139B4">
        <w:t xml:space="preserve"> </w:t>
      </w:r>
      <w:r w:rsidRPr="00C139B4">
        <w:t xml:space="preserve"> Everything we do is guided by a strong set of values that shape how we work and interact:</w:t>
      </w:r>
    </w:p>
    <w:p w14:paraId="1407193F" w14:textId="3A31E6A7" w:rsidR="007679B6" w:rsidRPr="00C139B4" w:rsidRDefault="007679B6" w:rsidP="00C139B4">
      <w:pPr>
        <w:ind w:left="720"/>
      </w:pPr>
      <w:r w:rsidRPr="00C139B4">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C139B4" w:rsidRDefault="005116C5" w:rsidP="00C139B4">
      <w:pPr>
        <w:numPr>
          <w:ilvl w:val="0"/>
          <w:numId w:val="16"/>
        </w:numPr>
      </w:pPr>
      <w:r w:rsidRPr="00C139B4">
        <w:rPr>
          <w:b/>
          <w:bCs/>
        </w:rPr>
        <w:t>We put people at the heart of what we do</w:t>
      </w:r>
      <w:r w:rsidRPr="00C139B4">
        <w:t xml:space="preserve"> </w:t>
      </w:r>
      <w:r w:rsidR="00FB2749" w:rsidRPr="00C139B4">
        <w:t>–</w:t>
      </w:r>
      <w:r w:rsidRPr="00C139B4">
        <w:t xml:space="preserve"> ensuring our services are responsive, inclusive, and focused on improving lives.</w:t>
      </w:r>
    </w:p>
    <w:p w14:paraId="1D4A15E3" w14:textId="2EE40FE7" w:rsidR="005116C5" w:rsidRPr="00C139B4" w:rsidRDefault="005116C5" w:rsidP="00C139B4">
      <w:pPr>
        <w:numPr>
          <w:ilvl w:val="0"/>
          <w:numId w:val="16"/>
        </w:numPr>
      </w:pPr>
      <w:r w:rsidRPr="00C139B4">
        <w:rPr>
          <w:b/>
          <w:bCs/>
        </w:rPr>
        <w:t>We listen, value, and respect each other’s views</w:t>
      </w:r>
      <w:r w:rsidRPr="00C139B4">
        <w:t xml:space="preserve"> </w:t>
      </w:r>
      <w:r w:rsidR="00FB2749" w:rsidRPr="00C139B4">
        <w:t>–</w:t>
      </w:r>
      <w:r w:rsidRPr="00C139B4">
        <w:t xml:space="preserve"> fostering a culture of collaboration and mutual respect.</w:t>
      </w:r>
    </w:p>
    <w:p w14:paraId="3E367A22" w14:textId="0CD688BA" w:rsidR="005116C5" w:rsidRPr="00C139B4" w:rsidRDefault="005116C5" w:rsidP="00C139B4">
      <w:pPr>
        <w:numPr>
          <w:ilvl w:val="0"/>
          <w:numId w:val="16"/>
        </w:numPr>
      </w:pPr>
      <w:r w:rsidRPr="00C139B4">
        <w:rPr>
          <w:b/>
          <w:bCs/>
        </w:rPr>
        <w:t>We develop a culture of challenge, ownership, innovation, and improvement</w:t>
      </w:r>
      <w:r w:rsidRPr="00C139B4">
        <w:t xml:space="preserve"> </w:t>
      </w:r>
      <w:r w:rsidR="00FB2749" w:rsidRPr="00C139B4">
        <w:t>–</w:t>
      </w:r>
      <w:r w:rsidRPr="00C139B4">
        <w:t xml:space="preserve"> encouraging creativity and continuous development.</w:t>
      </w:r>
    </w:p>
    <w:p w14:paraId="4AF84DEE" w14:textId="2831CEFE" w:rsidR="005116C5" w:rsidRPr="00C139B4" w:rsidRDefault="005116C5" w:rsidP="00C139B4">
      <w:pPr>
        <w:numPr>
          <w:ilvl w:val="0"/>
          <w:numId w:val="16"/>
        </w:numPr>
      </w:pPr>
      <w:r w:rsidRPr="00C139B4">
        <w:rPr>
          <w:b/>
          <w:bCs/>
        </w:rPr>
        <w:t>We are ambassadors for Sefton</w:t>
      </w:r>
      <w:r w:rsidRPr="00C139B4">
        <w:t xml:space="preserve"> </w:t>
      </w:r>
      <w:r w:rsidR="00FB2749" w:rsidRPr="00C139B4">
        <w:t>–</w:t>
      </w:r>
      <w:r w:rsidRPr="00C139B4">
        <w:t xml:space="preserve"> promoting the </w:t>
      </w:r>
      <w:r w:rsidR="00FB2749" w:rsidRPr="00C139B4">
        <w:t>Borough</w:t>
      </w:r>
      <w:r w:rsidRPr="00C139B4">
        <w:t xml:space="preserve"> positively and proudly representing our communities.</w:t>
      </w:r>
    </w:p>
    <w:p w14:paraId="32D28CA9" w14:textId="04099CC7" w:rsidR="005116C5" w:rsidRPr="00C139B4" w:rsidRDefault="005116C5" w:rsidP="00C139B4">
      <w:pPr>
        <w:numPr>
          <w:ilvl w:val="0"/>
          <w:numId w:val="16"/>
        </w:numPr>
      </w:pPr>
      <w:r w:rsidRPr="00C139B4">
        <w:rPr>
          <w:b/>
          <w:bCs/>
        </w:rPr>
        <w:t>We are responsive and efficient</w:t>
      </w:r>
      <w:r w:rsidRPr="00C139B4">
        <w:t xml:space="preserve"> </w:t>
      </w:r>
      <w:r w:rsidR="00FB2749" w:rsidRPr="00C139B4">
        <w:t>–</w:t>
      </w:r>
      <w:r w:rsidRPr="00C139B4">
        <w:t xml:space="preserve"> delivering services that are timely, effective, and customer-focused.</w:t>
      </w:r>
    </w:p>
    <w:p w14:paraId="526B0A22" w14:textId="0A9DA0E0" w:rsidR="005116C5" w:rsidRPr="00C139B4" w:rsidRDefault="005116C5" w:rsidP="00C139B4">
      <w:pPr>
        <w:numPr>
          <w:ilvl w:val="0"/>
          <w:numId w:val="16"/>
        </w:numPr>
      </w:pPr>
      <w:r w:rsidRPr="00C139B4">
        <w:rPr>
          <w:b/>
          <w:bCs/>
        </w:rPr>
        <w:t>We are clear about what we can and cannot do</w:t>
      </w:r>
      <w:r w:rsidRPr="00C139B4">
        <w:t xml:space="preserve"> </w:t>
      </w:r>
      <w:r w:rsidR="00FB2749" w:rsidRPr="00C139B4">
        <w:t>–</w:t>
      </w:r>
      <w:r w:rsidRPr="00C139B4">
        <w:t xml:space="preserve"> being transparent and honest in all our communications and actions.</w:t>
      </w:r>
    </w:p>
    <w:p w14:paraId="4A119E78" w14:textId="7EFD1B52" w:rsidR="00511F96" w:rsidRPr="00C139B4" w:rsidRDefault="005116C5" w:rsidP="00C139B4">
      <w:r w:rsidRPr="00C139B4">
        <w:t>These values underpin our commitment to excellence, inclusivity, and innovation, ensuring that Sefton remains a great place to live, work, and visit.</w:t>
      </w:r>
    </w:p>
    <w:p w14:paraId="0D58AC3A" w14:textId="4E77BF60" w:rsidR="00367D28" w:rsidRPr="00C139B4" w:rsidRDefault="00367D28" w:rsidP="00C139B4">
      <w:pPr>
        <w:pStyle w:val="Heading2"/>
        <w:rPr>
          <w:rFonts w:ascii="Arial" w:hAnsi="Arial" w:cs="Arial"/>
          <w:color w:val="007CBB"/>
          <w:sz w:val="28"/>
          <w:szCs w:val="28"/>
        </w:rPr>
      </w:pPr>
      <w:bookmarkStart w:id="2" w:name="_Toc222994877"/>
      <w:r w:rsidRPr="00C139B4">
        <w:rPr>
          <w:rFonts w:ascii="Arial" w:hAnsi="Arial" w:cs="Arial"/>
          <w:color w:val="007CBB"/>
          <w:sz w:val="28"/>
          <w:szCs w:val="28"/>
        </w:rPr>
        <w:t>Our Successes and Key Projects</w:t>
      </w:r>
      <w:bookmarkEnd w:id="2"/>
    </w:p>
    <w:p w14:paraId="2090DA4D" w14:textId="77777777" w:rsidR="00511F96" w:rsidRPr="00C139B4" w:rsidRDefault="00511F96" w:rsidP="00C139B4">
      <w:pPr>
        <w:spacing w:after="0" w:line="240" w:lineRule="auto"/>
      </w:pPr>
    </w:p>
    <w:p w14:paraId="1DD3EF76" w14:textId="7077D406" w:rsidR="00367D28" w:rsidRPr="00C139B4" w:rsidRDefault="00367D28" w:rsidP="00C139B4">
      <w:pPr>
        <w:spacing w:after="0"/>
      </w:pPr>
      <w:r w:rsidRPr="00C139B4">
        <w:t xml:space="preserve">Sefton Council is proud of its recent achievements and ongoing commitment to delivering high-quality services. </w:t>
      </w:r>
      <w:r w:rsidR="00FB2749" w:rsidRPr="00C139B4">
        <w:t xml:space="preserve"> </w:t>
      </w:r>
      <w:r w:rsidRPr="00C139B4">
        <w:t xml:space="preserve">Our Adult Social Care services were recently graded Good by the Care Quality Commission (CQC), and our Children’s Services also </w:t>
      </w:r>
      <w:r w:rsidRPr="00C139B4">
        <w:lastRenderedPageBreak/>
        <w:t xml:space="preserve">achieved a </w:t>
      </w:r>
      <w:proofErr w:type="gramStart"/>
      <w:r w:rsidRPr="00C139B4">
        <w:t>Good</w:t>
      </w:r>
      <w:proofErr w:type="gramEnd"/>
      <w:r w:rsidRPr="00C139B4">
        <w:t xml:space="preserve"> rating from Ofsted. </w:t>
      </w:r>
      <w:r w:rsidR="00FB2749" w:rsidRPr="00C139B4">
        <w:t xml:space="preserve"> </w:t>
      </w:r>
      <w:r w:rsidRPr="00C139B4">
        <w:t>These successes reflect the dedication and professionalism of our teams and our focus on continuous improvement.</w:t>
      </w:r>
    </w:p>
    <w:p w14:paraId="1AB77641" w14:textId="77777777" w:rsidR="00FB67D6" w:rsidRPr="00C139B4" w:rsidRDefault="00FB67D6" w:rsidP="00C139B4">
      <w:pPr>
        <w:spacing w:after="0"/>
      </w:pPr>
    </w:p>
    <w:p w14:paraId="71166112" w14:textId="5C138548" w:rsidR="00FB2749" w:rsidRPr="00C139B4" w:rsidRDefault="00FB67D6" w:rsidP="00C139B4">
      <w:r w:rsidRPr="00C139B4">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C139B4" w:rsidRDefault="00367D28" w:rsidP="00C139B4">
      <w:pPr>
        <w:spacing w:after="0"/>
      </w:pPr>
      <w:r w:rsidRPr="00C139B4">
        <w:t xml:space="preserve">Alongside these achievements, Sefton Council is actively delivering a range of major capital projects that will transform the </w:t>
      </w:r>
      <w:r w:rsidR="00FB2749" w:rsidRPr="00C139B4">
        <w:t>Borough</w:t>
      </w:r>
      <w:r w:rsidRPr="00C139B4">
        <w:t xml:space="preserve"> and stimulate economic growth.</w:t>
      </w:r>
      <w:r w:rsidR="00FB2749" w:rsidRPr="00C139B4">
        <w:t xml:space="preserve"> </w:t>
      </w:r>
      <w:r w:rsidRPr="00C139B4">
        <w:t xml:space="preserve"> These include the Marine Lake Events Centre in Southport, the Strand Shopping Centre redevelopment in Bootle, and exciting developments such as the Cove Resort and Enterprise Arcade in Southport. </w:t>
      </w:r>
      <w:r w:rsidR="00FB2749" w:rsidRPr="00C139B4">
        <w:t xml:space="preserve"> </w:t>
      </w:r>
      <w:r w:rsidRPr="00C139B4">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C139B4" w:rsidRDefault="00683667" w:rsidP="00C139B4">
      <w:pPr>
        <w:spacing w:after="0"/>
      </w:pPr>
    </w:p>
    <w:p w14:paraId="2B27870A" w14:textId="22F223B9" w:rsidR="00367D28" w:rsidRPr="00C139B4" w:rsidRDefault="00367D28" w:rsidP="00C139B4">
      <w:r w:rsidRPr="00C139B4">
        <w:t xml:space="preserve">These projects form part of our strategic investment programme to attract private sector-led development and create vibrant spaces for residents and visitors. </w:t>
      </w:r>
      <w:r w:rsidR="00FB2749" w:rsidRPr="00C139B4">
        <w:t xml:space="preserve"> </w:t>
      </w:r>
      <w:r w:rsidRPr="00C139B4">
        <w:t>We work closely with local communities to ensure these projects reflect their needs and foster a sense of ownership and pride.</w:t>
      </w:r>
    </w:p>
    <w:p w14:paraId="267456B0" w14:textId="77777777" w:rsidR="00367D28" w:rsidRPr="00C139B4" w:rsidRDefault="00367D28" w:rsidP="00C139B4">
      <w:r w:rsidRPr="00C139B4">
        <w:t xml:space="preserve">For more information on these projects and to stay updated on progress, visit the Sefton Council website at </w:t>
      </w:r>
      <w:hyperlink r:id="rId25" w:history="1">
        <w:r w:rsidRPr="00C139B4">
          <w:rPr>
            <w:rStyle w:val="Hyperlink"/>
          </w:rPr>
          <w:t>www.sefton.gov.uk</w:t>
        </w:r>
      </w:hyperlink>
      <w:r w:rsidRPr="00C139B4">
        <w:t xml:space="preserve"> </w:t>
      </w:r>
    </w:p>
    <w:p w14:paraId="366F8038" w14:textId="3B38F9E5" w:rsidR="00454E02" w:rsidRPr="00C139B4" w:rsidRDefault="00565B5D" w:rsidP="00C139B4">
      <w:pPr>
        <w:pStyle w:val="Heading2"/>
        <w:rPr>
          <w:rFonts w:ascii="Arial" w:hAnsi="Arial" w:cs="Arial"/>
          <w:color w:val="007CBB"/>
          <w:sz w:val="28"/>
          <w:szCs w:val="28"/>
        </w:rPr>
      </w:pPr>
      <w:bookmarkStart w:id="3" w:name="_Toc222994878"/>
      <w:r w:rsidRPr="00C139B4">
        <w:rPr>
          <w:rFonts w:ascii="Arial" w:hAnsi="Arial" w:cs="Arial"/>
          <w:color w:val="007CBB"/>
          <w:sz w:val="28"/>
          <w:szCs w:val="28"/>
        </w:rPr>
        <w:t>An Inclusive Workplace</w:t>
      </w:r>
      <w:bookmarkEnd w:id="3"/>
    </w:p>
    <w:p w14:paraId="3332C0B7" w14:textId="77777777" w:rsidR="00511F96" w:rsidRPr="00C139B4" w:rsidRDefault="00511F96" w:rsidP="00C139B4">
      <w:pPr>
        <w:spacing w:after="0" w:line="240" w:lineRule="auto"/>
      </w:pPr>
    </w:p>
    <w:p w14:paraId="09BFB993" w14:textId="38DDF792" w:rsidR="009F37BF" w:rsidRPr="00C139B4" w:rsidRDefault="009F37BF" w:rsidP="00C139B4">
      <w:pPr>
        <w:spacing w:after="0"/>
        <w:rPr>
          <w:rFonts w:eastAsia="Times New Roman" w:cs="Arial"/>
          <w:lang w:eastAsia="en-GB"/>
        </w:rPr>
      </w:pPr>
      <w:r w:rsidRPr="00C139B4">
        <w:rPr>
          <w:rFonts w:eastAsia="Times New Roman" w:cs="Arial"/>
          <w:lang w:eastAsia="en-GB"/>
        </w:rPr>
        <w:t xml:space="preserve">We are committed to fostering an inclusive Council that reflects the diverse communities we serve. </w:t>
      </w:r>
      <w:r w:rsidR="00FB2749" w:rsidRPr="00C139B4">
        <w:rPr>
          <w:rFonts w:eastAsia="Times New Roman" w:cs="Arial"/>
          <w:lang w:eastAsia="en-GB"/>
        </w:rPr>
        <w:t xml:space="preserve"> </w:t>
      </w:r>
      <w:r w:rsidRPr="00C139B4">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C139B4" w:rsidRDefault="00683667" w:rsidP="00C139B4">
      <w:pPr>
        <w:spacing w:after="0"/>
        <w:rPr>
          <w:rFonts w:eastAsia="Times New Roman" w:cs="Arial"/>
          <w:lang w:eastAsia="en-GB"/>
        </w:rPr>
      </w:pPr>
    </w:p>
    <w:p w14:paraId="090B95BC" w14:textId="73494AA3" w:rsidR="00CB1FFD" w:rsidRPr="00C139B4" w:rsidRDefault="009F37BF" w:rsidP="00C139B4">
      <w:pPr>
        <w:rPr>
          <w:rFonts w:eastAsia="Times New Roman" w:cs="Arial"/>
          <w:lang w:eastAsia="en-GB"/>
        </w:rPr>
      </w:pPr>
      <w:r w:rsidRPr="00C139B4">
        <w:rPr>
          <w:rFonts w:eastAsia="Times New Roman" w:cs="Arial"/>
          <w:lang w:eastAsia="en-GB"/>
        </w:rPr>
        <w:t xml:space="preserve">Sefton is proud to be the first local authority in the Liverpool City Region to achieve </w:t>
      </w:r>
      <w:r w:rsidRPr="00C139B4">
        <w:rPr>
          <w:rFonts w:eastAsia="Times New Roman" w:cs="Arial"/>
          <w:b/>
          <w:bCs/>
          <w:lang w:eastAsia="en-GB"/>
        </w:rPr>
        <w:t>Navajo</w:t>
      </w:r>
      <w:r w:rsidRPr="00C139B4">
        <w:rPr>
          <w:rFonts w:eastAsia="Times New Roman" w:cs="Arial"/>
          <w:lang w:eastAsia="en-GB"/>
        </w:rPr>
        <w:t xml:space="preserve"> accreditation, recognising our commitment to LGBTQ+ inclusion. </w:t>
      </w:r>
      <w:r w:rsidR="00FB2749" w:rsidRPr="00C139B4">
        <w:rPr>
          <w:rFonts w:eastAsia="Times New Roman" w:cs="Arial"/>
          <w:lang w:eastAsia="en-GB"/>
        </w:rPr>
        <w:t xml:space="preserve"> </w:t>
      </w:r>
      <w:r w:rsidRPr="00C139B4">
        <w:rPr>
          <w:rFonts w:eastAsia="Times New Roman" w:cs="Arial"/>
          <w:lang w:eastAsia="en-GB"/>
        </w:rPr>
        <w:t>We are also a Disability Confident employer and continue to build a workforce that represents our communities.</w:t>
      </w:r>
    </w:p>
    <w:p w14:paraId="4FA20170" w14:textId="39071CCA" w:rsidR="00A91189" w:rsidRPr="00C139B4" w:rsidRDefault="009F37BF" w:rsidP="00C139B4">
      <w:pPr>
        <w:spacing w:after="0"/>
        <w:rPr>
          <w:rFonts w:eastAsia="Times New Roman" w:cs="Arial"/>
          <w:lang w:eastAsia="en-GB"/>
        </w:rPr>
      </w:pPr>
      <w:r w:rsidRPr="00C139B4">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C139B4" w:rsidRDefault="009725F0" w:rsidP="00C139B4">
      <w:pPr>
        <w:spacing w:after="0"/>
        <w:rPr>
          <w:rFonts w:eastAsia="Times New Roman" w:cs="Arial"/>
          <w:lang w:eastAsia="en-GB"/>
        </w:rPr>
      </w:pPr>
    </w:p>
    <w:p w14:paraId="711BCCDE" w14:textId="4507E0FD" w:rsidR="00454E02" w:rsidRPr="00C139B4" w:rsidRDefault="009F37BF" w:rsidP="00C139B4">
      <w:pPr>
        <w:spacing w:after="0"/>
        <w:rPr>
          <w:rFonts w:eastAsia="Times New Roman" w:cs="Arial"/>
          <w:lang w:eastAsia="en-GB"/>
        </w:rPr>
      </w:pPr>
      <w:r w:rsidRPr="00C139B4">
        <w:rPr>
          <w:rFonts w:eastAsia="Times New Roman" w:cs="Arial"/>
          <w:lang w:eastAsia="en-GB"/>
        </w:rPr>
        <w:lastRenderedPageBreak/>
        <w:t xml:space="preserve">As an Equal Opportunities Employer, we base recruitment solely on skills, experience, and suitability for the role. </w:t>
      </w:r>
      <w:r w:rsidR="00C7120F" w:rsidRPr="00C139B4">
        <w:rPr>
          <w:rFonts w:eastAsia="Times New Roman" w:cs="Arial"/>
          <w:lang w:eastAsia="en-GB"/>
        </w:rPr>
        <w:t xml:space="preserve"> </w:t>
      </w:r>
      <w:r w:rsidRPr="00C139B4">
        <w:rPr>
          <w:rFonts w:eastAsia="Times New Roman" w:cs="Arial"/>
          <w:lang w:eastAsia="en-GB"/>
        </w:rPr>
        <w:t>All applicants are treated fairly, and we have also recognised ‘care experienced’ as a protected characteristic within Sefton.</w:t>
      </w:r>
    </w:p>
    <w:p w14:paraId="75F0FBED" w14:textId="55B42122" w:rsidR="00E4473C" w:rsidRPr="00C139B4" w:rsidRDefault="00511F96" w:rsidP="00C139B4">
      <w:pPr>
        <w:rPr>
          <w:rFonts w:eastAsia="Times New Roman" w:cs="Arial"/>
          <w:lang w:eastAsia="en-GB"/>
        </w:rPr>
      </w:pPr>
      <w:r w:rsidRPr="00C139B4">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75C53BB4" w14:textId="3A457AEE" w:rsidR="009F37BF" w:rsidRPr="00C139B4" w:rsidRDefault="00C7120F" w:rsidP="00C139B4">
      <w:pPr>
        <w:spacing w:after="0"/>
        <w:rPr>
          <w:rFonts w:eastAsia="Times New Roman" w:cs="Arial"/>
          <w:lang w:eastAsia="en-GB"/>
        </w:rPr>
      </w:pPr>
      <w:r w:rsidRPr="00C139B4">
        <w:rPr>
          <w:rFonts w:eastAsia="Times New Roman" w:cs="Arial"/>
          <w:lang w:eastAsia="en-GB"/>
        </w:rPr>
        <w:t xml:space="preserve">For more information, please refer to our </w:t>
      </w:r>
      <w:hyperlink r:id="rId28" w:history="1">
        <w:r w:rsidRPr="00C139B4">
          <w:rPr>
            <w:rStyle w:val="Hyperlink"/>
            <w:rFonts w:eastAsia="Times New Roman" w:cs="Arial"/>
            <w:lang w:eastAsia="en-GB"/>
          </w:rPr>
          <w:t>Equality, Diversity and Inclusion Strategy</w:t>
        </w:r>
      </w:hyperlink>
    </w:p>
    <w:p w14:paraId="4250A9BD" w14:textId="77777777" w:rsidR="00511F96" w:rsidRPr="00C139B4" w:rsidRDefault="00511F96" w:rsidP="00C139B4">
      <w:pPr>
        <w:spacing w:after="0" w:line="240" w:lineRule="auto"/>
        <w:rPr>
          <w:rFonts w:eastAsia="Times New Roman" w:cs="Arial"/>
          <w:lang w:eastAsia="en-GB"/>
        </w:rPr>
      </w:pPr>
    </w:p>
    <w:p w14:paraId="42A3CDA1" w14:textId="58A78FDC" w:rsidR="00511F96" w:rsidRPr="00C139B4" w:rsidRDefault="00C16F45" w:rsidP="00C139B4">
      <w:pPr>
        <w:pStyle w:val="Heading2"/>
        <w:rPr>
          <w:rFonts w:ascii="Arial" w:hAnsi="Arial" w:cs="Arial"/>
          <w:color w:val="007CBB"/>
          <w:sz w:val="28"/>
          <w:szCs w:val="28"/>
        </w:rPr>
      </w:pPr>
      <w:bookmarkStart w:id="4" w:name="_Toc222994879"/>
      <w:r w:rsidRPr="00C139B4">
        <w:rPr>
          <w:rFonts w:ascii="Arial" w:hAnsi="Arial" w:cs="Arial"/>
          <w:color w:val="007CBB"/>
          <w:sz w:val="28"/>
          <w:szCs w:val="28"/>
        </w:rPr>
        <w:t>Liverpool City Region Fair Employment Charter</w:t>
      </w:r>
      <w:bookmarkEnd w:id="4"/>
    </w:p>
    <w:p w14:paraId="1657A6EA" w14:textId="77777777" w:rsidR="00511F96" w:rsidRPr="00C139B4" w:rsidRDefault="00511F96" w:rsidP="00511F96">
      <w:pPr>
        <w:spacing w:after="0" w:line="240" w:lineRule="auto"/>
        <w:rPr>
          <w:bCs/>
        </w:rPr>
      </w:pPr>
    </w:p>
    <w:p w14:paraId="08E8C97B" w14:textId="092BC4B6" w:rsidR="004E55FD" w:rsidRPr="00C139B4" w:rsidRDefault="00697B51" w:rsidP="00511F96">
      <w:pPr>
        <w:rPr>
          <w:bCs/>
        </w:rPr>
      </w:pPr>
      <w:r w:rsidRPr="00C139B4">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C139B4">
        <w:rPr>
          <w:bCs/>
        </w:rPr>
        <w:t xml:space="preserve">Sefton Council is proud to support the Liverpool City Region Combined Authority Fair Employment Charter, an initiative that promotes fair, healthy, inclusive, and just workplaces across the region. </w:t>
      </w:r>
      <w:r w:rsidR="00C7120F" w:rsidRPr="00C139B4">
        <w:rPr>
          <w:bCs/>
        </w:rPr>
        <w:t xml:space="preserve"> </w:t>
      </w:r>
      <w:r w:rsidR="00C16F45" w:rsidRPr="00C139B4">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C139B4">
        <w:rPr>
          <w:bCs/>
        </w:rPr>
        <w:t xml:space="preserve"> </w:t>
      </w:r>
      <w:r w:rsidR="00C16F45" w:rsidRPr="00C139B4">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C139B4" w:rsidRDefault="00FA1CF6" w:rsidP="00511F96">
      <w:pPr>
        <w:pStyle w:val="Heading2"/>
        <w:spacing w:before="0" w:line="240" w:lineRule="auto"/>
        <w:rPr>
          <w:rFonts w:ascii="Arial" w:hAnsi="Arial" w:cs="Arial"/>
          <w:color w:val="007CBB"/>
          <w:sz w:val="28"/>
          <w:szCs w:val="28"/>
        </w:rPr>
      </w:pPr>
      <w:bookmarkStart w:id="5" w:name="_Toc222994880"/>
      <w:r w:rsidRPr="00C139B4">
        <w:rPr>
          <w:rFonts w:ascii="Arial" w:hAnsi="Arial" w:cs="Arial"/>
          <w:color w:val="007CBB"/>
          <w:sz w:val="28"/>
          <w:szCs w:val="28"/>
        </w:rPr>
        <w:t>What We Can Offer You</w:t>
      </w:r>
      <w:bookmarkEnd w:id="5"/>
    </w:p>
    <w:p w14:paraId="293F5468" w14:textId="77777777" w:rsidR="00511F96" w:rsidRPr="00C139B4" w:rsidRDefault="00511F96" w:rsidP="00511F96">
      <w:pPr>
        <w:spacing w:after="0" w:line="240" w:lineRule="auto"/>
      </w:pPr>
    </w:p>
    <w:p w14:paraId="514F9940" w14:textId="5632B9DD" w:rsidR="00547C3F" w:rsidRPr="00C139B4" w:rsidRDefault="00547C3F" w:rsidP="00187F29">
      <w:pPr>
        <w:numPr>
          <w:ilvl w:val="0"/>
          <w:numId w:val="15"/>
        </w:numPr>
        <w:spacing w:after="0" w:line="240" w:lineRule="auto"/>
      </w:pPr>
      <w:r w:rsidRPr="00C139B4">
        <w:t>A supportive and collaborative working environment</w:t>
      </w:r>
      <w:r w:rsidR="0035256F" w:rsidRPr="00C139B4">
        <w:t>.</w:t>
      </w:r>
    </w:p>
    <w:p w14:paraId="71D56C25" w14:textId="571624B0" w:rsidR="00F97F83" w:rsidRPr="00C139B4" w:rsidRDefault="00F97F83" w:rsidP="00BE466B">
      <w:pPr>
        <w:numPr>
          <w:ilvl w:val="0"/>
          <w:numId w:val="15"/>
        </w:numPr>
      </w:pPr>
      <w:r w:rsidRPr="00C139B4">
        <w:t>An agile approach to working.</w:t>
      </w:r>
    </w:p>
    <w:p w14:paraId="3C859B9B" w14:textId="05F0FD36" w:rsidR="00AE37D0" w:rsidRPr="00C139B4" w:rsidRDefault="00547C3F" w:rsidP="00C55123">
      <w:pPr>
        <w:numPr>
          <w:ilvl w:val="0"/>
          <w:numId w:val="15"/>
        </w:numPr>
      </w:pPr>
      <w:r w:rsidRPr="00C139B4">
        <w:t>Opportunities for professional development and career progression</w:t>
      </w:r>
      <w:r w:rsidR="0035256F" w:rsidRPr="00C139B4">
        <w:t>.</w:t>
      </w:r>
    </w:p>
    <w:p w14:paraId="0A1B0A67" w14:textId="552D0E2C" w:rsidR="00547C3F" w:rsidRPr="00C139B4" w:rsidRDefault="00547C3F" w:rsidP="00BE466B">
      <w:pPr>
        <w:numPr>
          <w:ilvl w:val="0"/>
          <w:numId w:val="15"/>
        </w:numPr>
      </w:pPr>
      <w:r w:rsidRPr="00C139B4">
        <w:t>A role where your work makes a real difference across the organisation</w:t>
      </w:r>
      <w:r w:rsidR="0035256F" w:rsidRPr="00C139B4">
        <w:t>.</w:t>
      </w:r>
    </w:p>
    <w:p w14:paraId="4A6AB78E" w14:textId="62F96920" w:rsidR="00547C3F" w:rsidRPr="00C139B4" w:rsidRDefault="00547C3F" w:rsidP="00BE466B">
      <w:pPr>
        <w:numPr>
          <w:ilvl w:val="0"/>
          <w:numId w:val="15"/>
        </w:numPr>
      </w:pPr>
      <w:r w:rsidRPr="00C139B4">
        <w:t>Flexible working arrangements supporting work</w:t>
      </w:r>
      <w:r w:rsidR="00571B76" w:rsidRPr="00C139B4">
        <w:t>-</w:t>
      </w:r>
      <w:r w:rsidRPr="00C139B4">
        <w:t>life balance</w:t>
      </w:r>
      <w:r w:rsidR="0035256F" w:rsidRPr="00C139B4">
        <w:t>.</w:t>
      </w:r>
    </w:p>
    <w:p w14:paraId="5FB8FFD2" w14:textId="3ABAA331" w:rsidR="00547C3F" w:rsidRPr="00C139B4" w:rsidRDefault="00547C3F" w:rsidP="00BE466B">
      <w:pPr>
        <w:numPr>
          <w:ilvl w:val="0"/>
          <w:numId w:val="15"/>
        </w:numPr>
      </w:pPr>
      <w:r w:rsidRPr="00C139B4">
        <w:t>A strong commitment to equality, diversity, and inclusion</w:t>
      </w:r>
      <w:r w:rsidR="0035256F" w:rsidRPr="00C139B4">
        <w:t>.</w:t>
      </w:r>
    </w:p>
    <w:p w14:paraId="1C1AD13F" w14:textId="7060A410" w:rsidR="00FA1CF6" w:rsidRPr="00C139B4" w:rsidRDefault="00547C3F" w:rsidP="00FA1CF6">
      <w:r w:rsidRPr="00C139B4">
        <w:lastRenderedPageBreak/>
        <w:t>Y</w:t>
      </w:r>
      <w:r w:rsidR="00FA1CF6" w:rsidRPr="00C139B4">
        <w:t>ou will benefit from a comprehensive local government employment package</w:t>
      </w:r>
      <w:r w:rsidRPr="00C139B4">
        <w:t xml:space="preserve"> which includes the following:</w:t>
      </w:r>
    </w:p>
    <w:p w14:paraId="09237F97" w14:textId="3E5E2A6B" w:rsidR="00FA1CF6" w:rsidRPr="00C139B4" w:rsidRDefault="00FA1CF6" w:rsidP="00BE466B">
      <w:pPr>
        <w:numPr>
          <w:ilvl w:val="0"/>
          <w:numId w:val="7"/>
        </w:numPr>
      </w:pPr>
      <w:r w:rsidRPr="00C139B4">
        <w:t>Competitive salary in line with NJC Local Government Pay Scales.</w:t>
      </w:r>
    </w:p>
    <w:p w14:paraId="5D01D2A5" w14:textId="6DA5BDB7" w:rsidR="00524633" w:rsidRPr="00C139B4" w:rsidRDefault="00FA1CF6" w:rsidP="00BE466B">
      <w:pPr>
        <w:numPr>
          <w:ilvl w:val="0"/>
          <w:numId w:val="7"/>
        </w:numPr>
      </w:pPr>
      <w:r w:rsidRPr="00C139B4">
        <w:t>Membership of the Local Government Pension Scheme (LGPS), providing a secure, defined benefit pension with employer contributions.</w:t>
      </w:r>
    </w:p>
    <w:p w14:paraId="55EF41BC" w14:textId="36CC7719" w:rsidR="00FA1CF6" w:rsidRPr="00C139B4" w:rsidRDefault="00FA1CF6" w:rsidP="00FA1CF6">
      <w:pPr>
        <w:rPr>
          <w:b/>
          <w:bCs/>
          <w:color w:val="007CBB"/>
          <w:sz w:val="24"/>
          <w:szCs w:val="24"/>
        </w:rPr>
      </w:pPr>
      <w:r w:rsidRPr="00C139B4">
        <w:rPr>
          <w:b/>
          <w:color w:val="007CBB"/>
          <w:sz w:val="24"/>
          <w:szCs w:val="24"/>
        </w:rPr>
        <w:t>Annual Leave and Work-Life Balance</w:t>
      </w:r>
    </w:p>
    <w:p w14:paraId="25D2CF9D" w14:textId="77777777" w:rsidR="00D74D8D" w:rsidRPr="00C139B4" w:rsidRDefault="00D74D8D" w:rsidP="00BE466B">
      <w:pPr>
        <w:numPr>
          <w:ilvl w:val="0"/>
          <w:numId w:val="8"/>
        </w:numPr>
        <w:rPr>
          <w:rFonts w:eastAsia="Arial" w:cs="Arial"/>
        </w:rPr>
      </w:pPr>
      <w:r w:rsidRPr="00C139B4">
        <w:t xml:space="preserve">Generous annual leave entitlement, </w:t>
      </w:r>
      <w:r w:rsidRPr="00C139B4">
        <w:rPr>
          <w:rFonts w:eastAsia="Arial" w:cs="Arial"/>
        </w:rPr>
        <w:t>28 days annual leave rising to 33 days with 5 years continuous service.</w:t>
      </w:r>
    </w:p>
    <w:p w14:paraId="2B246258" w14:textId="02DB7649" w:rsidR="00FA1CF6" w:rsidRPr="00C139B4" w:rsidRDefault="00FA1CF6" w:rsidP="00BE466B">
      <w:pPr>
        <w:numPr>
          <w:ilvl w:val="0"/>
          <w:numId w:val="8"/>
        </w:numPr>
      </w:pPr>
      <w:r w:rsidRPr="00C139B4">
        <w:t>Additional public (bank) holidays.</w:t>
      </w:r>
    </w:p>
    <w:p w14:paraId="2DDD9C17" w14:textId="31F21007" w:rsidR="00FA1CF6" w:rsidRPr="00C139B4" w:rsidRDefault="00FA1CF6" w:rsidP="00BE466B">
      <w:pPr>
        <w:numPr>
          <w:ilvl w:val="0"/>
          <w:numId w:val="8"/>
        </w:numPr>
      </w:pPr>
      <w:r w:rsidRPr="00C139B4">
        <w:t>Flexible working options to support a healthy work</w:t>
      </w:r>
      <w:r w:rsidR="00390169" w:rsidRPr="00C139B4">
        <w:t>-</w:t>
      </w:r>
      <w:r w:rsidRPr="00C139B4">
        <w:t>life balance, subject to service needs.</w:t>
      </w:r>
    </w:p>
    <w:p w14:paraId="7B7E2274" w14:textId="46D56827" w:rsidR="00866E1F" w:rsidRPr="00C139B4" w:rsidRDefault="00866E1F" w:rsidP="00BE466B">
      <w:pPr>
        <w:numPr>
          <w:ilvl w:val="0"/>
          <w:numId w:val="8"/>
        </w:numPr>
      </w:pPr>
      <w:r w:rsidRPr="00C139B4">
        <w:t>Option to purchase additional annual leave</w:t>
      </w:r>
      <w:r w:rsidR="004F4A4E" w:rsidRPr="00C139B4">
        <w:t>.</w:t>
      </w:r>
    </w:p>
    <w:p w14:paraId="6E4DB64D" w14:textId="1CA7F4E2" w:rsidR="009C6212" w:rsidRPr="00C139B4" w:rsidRDefault="009C6212" w:rsidP="00BE466B">
      <w:pPr>
        <w:numPr>
          <w:ilvl w:val="0"/>
          <w:numId w:val="8"/>
        </w:numPr>
      </w:pPr>
      <w:r w:rsidRPr="00C139B4">
        <w:t>Sefton operate a ‘Shut Down’ period over the Christmas period which staff contribute four fifths of a week’s pay over a 12-month period.</w:t>
      </w:r>
    </w:p>
    <w:p w14:paraId="303CA973" w14:textId="77777777" w:rsidR="00FA1CF6" w:rsidRPr="00C139B4" w:rsidRDefault="00FA1CF6" w:rsidP="00FA1CF6">
      <w:pPr>
        <w:rPr>
          <w:b/>
          <w:color w:val="007CBB"/>
          <w:sz w:val="24"/>
          <w:szCs w:val="24"/>
        </w:rPr>
      </w:pPr>
      <w:r w:rsidRPr="00C139B4">
        <w:rPr>
          <w:b/>
          <w:color w:val="007CBB"/>
          <w:sz w:val="24"/>
          <w:szCs w:val="24"/>
        </w:rPr>
        <w:t>Learning, Development and Career Progression</w:t>
      </w:r>
    </w:p>
    <w:p w14:paraId="1548A4CE" w14:textId="00AE3BD8" w:rsidR="00FA1CF6" w:rsidRPr="00C139B4" w:rsidRDefault="40497DD4" w:rsidP="00BE466B">
      <w:pPr>
        <w:numPr>
          <w:ilvl w:val="0"/>
          <w:numId w:val="9"/>
        </w:numPr>
        <w:rPr>
          <w:rFonts w:eastAsia="Arial" w:cs="Arial"/>
          <w:color w:val="333333"/>
        </w:rPr>
      </w:pPr>
      <w:r w:rsidRPr="00C139B4">
        <w:rPr>
          <w:rFonts w:eastAsia="Arial" w:cs="Arial"/>
          <w:color w:val="333333"/>
        </w:rPr>
        <w:t>A comprehensive induction programme</w:t>
      </w:r>
      <w:r w:rsidR="00B60B4B" w:rsidRPr="00C139B4">
        <w:rPr>
          <w:rFonts w:eastAsia="Arial" w:cs="Arial"/>
          <w:color w:val="333333"/>
        </w:rPr>
        <w:t>.</w:t>
      </w:r>
    </w:p>
    <w:p w14:paraId="5EE662A9" w14:textId="0FBD5EDC" w:rsidR="00FA1CF6" w:rsidRPr="00C139B4" w:rsidRDefault="00FA1CF6" w:rsidP="00BE466B">
      <w:pPr>
        <w:numPr>
          <w:ilvl w:val="0"/>
          <w:numId w:val="9"/>
        </w:numPr>
      </w:pPr>
      <w:r w:rsidRPr="00C139B4">
        <w:t>Access to a wide range of training,</w:t>
      </w:r>
      <w:r w:rsidR="004A77F9" w:rsidRPr="00C139B4">
        <w:t xml:space="preserve"> apprenticeships,</w:t>
      </w:r>
      <w:r w:rsidRPr="00C139B4">
        <w:t xml:space="preserve"> learning</w:t>
      </w:r>
      <w:r w:rsidR="00B60B4B" w:rsidRPr="00C139B4">
        <w:t xml:space="preserve">, </w:t>
      </w:r>
      <w:r w:rsidRPr="00C139B4">
        <w:t>and development opportunities.</w:t>
      </w:r>
    </w:p>
    <w:p w14:paraId="4763E1C2" w14:textId="0E576700" w:rsidR="00FA1CF6" w:rsidRPr="00C139B4" w:rsidRDefault="00FA1CF6" w:rsidP="00BE466B">
      <w:pPr>
        <w:numPr>
          <w:ilvl w:val="0"/>
          <w:numId w:val="9"/>
        </w:numPr>
      </w:pPr>
      <w:r w:rsidRPr="00C139B4">
        <w:t>Support for professional development and role</w:t>
      </w:r>
      <w:r w:rsidR="1553788F" w:rsidRPr="00C139B4">
        <w:t xml:space="preserve"> </w:t>
      </w:r>
      <w:r w:rsidRPr="00C139B4">
        <w:t>related qualifications.</w:t>
      </w:r>
    </w:p>
    <w:p w14:paraId="5DD8ACB0" w14:textId="74D47779" w:rsidR="00FA1CF6" w:rsidRPr="00C139B4" w:rsidRDefault="00FA1CF6" w:rsidP="00BE466B">
      <w:pPr>
        <w:numPr>
          <w:ilvl w:val="0"/>
          <w:numId w:val="9"/>
        </w:numPr>
      </w:pPr>
      <w:r w:rsidRPr="00C139B4">
        <w:t>Opportunities to develop your career within a large and diverse local authority.</w:t>
      </w:r>
    </w:p>
    <w:p w14:paraId="223D7766" w14:textId="255CA8CC" w:rsidR="00FA1CF6" w:rsidRPr="00C139B4" w:rsidRDefault="00FA1CF6" w:rsidP="00FA1CF6">
      <w:pPr>
        <w:rPr>
          <w:b/>
          <w:bCs/>
          <w:color w:val="007CBB"/>
          <w:sz w:val="24"/>
          <w:szCs w:val="24"/>
        </w:rPr>
      </w:pPr>
      <w:r w:rsidRPr="00C139B4">
        <w:rPr>
          <w:b/>
          <w:color w:val="007CBB"/>
          <w:sz w:val="24"/>
          <w:szCs w:val="24"/>
        </w:rPr>
        <w:t>Health, Wellbeing and Support</w:t>
      </w:r>
    </w:p>
    <w:p w14:paraId="2606030D" w14:textId="37FB6254" w:rsidR="77853C98" w:rsidRPr="00C139B4" w:rsidRDefault="2CAB6C3C" w:rsidP="00BE466B">
      <w:pPr>
        <w:numPr>
          <w:ilvl w:val="0"/>
          <w:numId w:val="10"/>
        </w:numPr>
      </w:pPr>
      <w:r w:rsidRPr="00C139B4">
        <w:t>Enhanced sick pay scheme</w:t>
      </w:r>
      <w:r w:rsidR="002F759F" w:rsidRPr="00C139B4">
        <w:t>.</w:t>
      </w:r>
      <w:r w:rsidRPr="00C139B4">
        <w:t xml:space="preserve"> </w:t>
      </w:r>
    </w:p>
    <w:p w14:paraId="44C1E78D" w14:textId="6D39F806" w:rsidR="00FA1CF6" w:rsidRPr="00C139B4" w:rsidRDefault="00FA1CF6" w:rsidP="00BE466B">
      <w:pPr>
        <w:numPr>
          <w:ilvl w:val="0"/>
          <w:numId w:val="10"/>
        </w:numPr>
      </w:pPr>
      <w:r w:rsidRPr="00C139B4">
        <w:t>Employee wellbeing initiatives and access to occupational health support</w:t>
      </w:r>
      <w:r w:rsidR="009A71D2" w:rsidRPr="00C139B4">
        <w:t>.</w:t>
      </w:r>
    </w:p>
    <w:p w14:paraId="38621623" w14:textId="7DB7ACE7" w:rsidR="00F933C1" w:rsidRPr="00C139B4" w:rsidRDefault="00FA1CF6" w:rsidP="00713D70">
      <w:pPr>
        <w:numPr>
          <w:ilvl w:val="0"/>
          <w:numId w:val="10"/>
        </w:numPr>
        <w:spacing w:after="0"/>
      </w:pPr>
      <w:r w:rsidRPr="00C139B4">
        <w:t>Policies that promote physical and mental wellbeing in the workplace</w:t>
      </w:r>
      <w:r w:rsidR="009A71D2" w:rsidRPr="00C139B4">
        <w:t>.</w:t>
      </w:r>
    </w:p>
    <w:p w14:paraId="7EDB2502" w14:textId="77777777" w:rsidR="00475088" w:rsidRPr="00C139B4" w:rsidRDefault="00475088" w:rsidP="00713D70">
      <w:pPr>
        <w:spacing w:after="0"/>
      </w:pPr>
    </w:p>
    <w:p w14:paraId="388A34D5" w14:textId="56293BB4" w:rsidR="00AE37D0" w:rsidRPr="00C139B4" w:rsidRDefault="00FA1CF6" w:rsidP="00463B70">
      <w:pPr>
        <w:rPr>
          <w:b/>
          <w:color w:val="007CBB"/>
          <w:sz w:val="24"/>
          <w:szCs w:val="24"/>
        </w:rPr>
      </w:pPr>
      <w:r w:rsidRPr="00C139B4">
        <w:rPr>
          <w:b/>
          <w:color w:val="007CBB"/>
          <w:sz w:val="24"/>
          <w:szCs w:val="24"/>
        </w:rPr>
        <w:t>Family-Friendly and Inclusive Policies</w:t>
      </w:r>
    </w:p>
    <w:p w14:paraId="66CEA451" w14:textId="77777777" w:rsidR="00496E8A" w:rsidRPr="00C139B4" w:rsidRDefault="00496E8A" w:rsidP="00713D70">
      <w:pPr>
        <w:spacing w:after="0"/>
        <w:rPr>
          <w:rFonts w:eastAsia="Times New Roman" w:cs="Arial"/>
          <w:lang w:eastAsia="en-GB"/>
        </w:rPr>
      </w:pPr>
      <w:r w:rsidRPr="00C139B4">
        <w:rPr>
          <w:rFonts w:eastAsia="Times New Roman" w:cs="Arial"/>
          <w:lang w:eastAsia="en-GB"/>
        </w:rPr>
        <w:t>Our family</w:t>
      </w:r>
      <w:r w:rsidRPr="00C139B4">
        <w:rPr>
          <w:rFonts w:eastAsia="Times New Roman" w:cs="Arial"/>
          <w:lang w:eastAsia="en-GB"/>
        </w:rPr>
        <w:noBreakHyphen/>
        <w:t>friendly policies and flexible working arrangements help staff maintain a healthy work</w:t>
      </w:r>
      <w:r w:rsidRPr="00C139B4">
        <w:rPr>
          <w:rFonts w:eastAsia="Times New Roman" w:cs="Arial"/>
          <w:lang w:eastAsia="en-GB"/>
        </w:rPr>
        <w:noBreakHyphen/>
        <w:t>life balance.</w:t>
      </w:r>
    </w:p>
    <w:p w14:paraId="3885244E" w14:textId="77777777" w:rsidR="00496E8A" w:rsidRPr="00C139B4" w:rsidRDefault="00496E8A" w:rsidP="00713D70">
      <w:pPr>
        <w:spacing w:after="0"/>
        <w:rPr>
          <w:b/>
          <w:bCs/>
          <w:color w:val="007CBB"/>
        </w:rPr>
      </w:pPr>
    </w:p>
    <w:p w14:paraId="0548282F" w14:textId="26B77CFF" w:rsidR="00FA1CF6" w:rsidRPr="00C139B4" w:rsidRDefault="00FA1CF6" w:rsidP="00713D70">
      <w:pPr>
        <w:numPr>
          <w:ilvl w:val="0"/>
          <w:numId w:val="11"/>
        </w:numPr>
        <w:spacing w:after="0"/>
        <w:rPr>
          <w:rFonts w:eastAsia="Arial" w:cs="Arial"/>
        </w:rPr>
      </w:pPr>
      <w:r w:rsidRPr="00C139B4">
        <w:lastRenderedPageBreak/>
        <w:t>Family</w:t>
      </w:r>
      <w:r w:rsidR="6D5F31B3" w:rsidRPr="00C139B4">
        <w:t xml:space="preserve"> </w:t>
      </w:r>
      <w:r w:rsidRPr="00C139B4">
        <w:t xml:space="preserve">friendly policies, including </w:t>
      </w:r>
      <w:r w:rsidR="2D5FFB87" w:rsidRPr="00C139B4">
        <w:t xml:space="preserve">enhanced </w:t>
      </w:r>
      <w:r w:rsidRPr="00C139B4">
        <w:t xml:space="preserve">maternity, paternity, adoption, </w:t>
      </w:r>
      <w:r w:rsidR="00382592" w:rsidRPr="00C139B4">
        <w:t xml:space="preserve">neonatal care </w:t>
      </w:r>
      <w:r w:rsidRPr="00C139B4">
        <w:t xml:space="preserve">and </w:t>
      </w:r>
      <w:r w:rsidR="5B2B7029" w:rsidRPr="00C139B4">
        <w:rPr>
          <w:rFonts w:ascii="Helvetica" w:eastAsia="Helvetica" w:hAnsi="Helvetica" w:cs="Helvetica"/>
          <w:color w:val="333333"/>
          <w:sz w:val="21"/>
          <w:szCs w:val="21"/>
        </w:rPr>
        <w:t>special</w:t>
      </w:r>
      <w:r w:rsidRPr="00C139B4">
        <w:rPr>
          <w:rFonts w:ascii="Helvetica" w:eastAsia="Helvetica" w:hAnsi="Helvetica" w:cs="Helvetica"/>
          <w:color w:val="333333"/>
          <w:sz w:val="21"/>
          <w:szCs w:val="21"/>
        </w:rPr>
        <w:t xml:space="preserve"> leave</w:t>
      </w:r>
      <w:r w:rsidR="5B2B7029" w:rsidRPr="00C139B4">
        <w:rPr>
          <w:rFonts w:ascii="Helvetica" w:eastAsia="Helvetica" w:hAnsi="Helvetica" w:cs="Helvetica"/>
          <w:color w:val="333333"/>
          <w:sz w:val="21"/>
          <w:szCs w:val="21"/>
        </w:rPr>
        <w:t xml:space="preserve"> </w:t>
      </w:r>
      <w:r w:rsidR="5B2B7029" w:rsidRPr="00C139B4">
        <w:rPr>
          <w:rFonts w:ascii="Helvetica" w:eastAsia="Helvetica" w:hAnsi="Helvetica" w:cs="Helvetica"/>
          <w:sz w:val="21"/>
          <w:szCs w:val="21"/>
        </w:rPr>
        <w:t xml:space="preserve">to support </w:t>
      </w:r>
      <w:r w:rsidR="00CE7343" w:rsidRPr="00C139B4">
        <w:rPr>
          <w:rFonts w:ascii="Helvetica" w:eastAsia="Helvetica" w:hAnsi="Helvetica" w:cs="Helvetica"/>
          <w:sz w:val="21"/>
          <w:szCs w:val="21"/>
        </w:rPr>
        <w:t>with</w:t>
      </w:r>
      <w:r w:rsidR="5B2B7029" w:rsidRPr="00C139B4">
        <w:rPr>
          <w:rFonts w:ascii="Helvetica" w:eastAsia="Helvetica" w:hAnsi="Helvetica" w:cs="Helvetica"/>
          <w:sz w:val="21"/>
          <w:szCs w:val="21"/>
        </w:rPr>
        <w:t xml:space="preserve"> </w:t>
      </w:r>
      <w:r w:rsidR="00FC4661" w:rsidRPr="00C139B4">
        <w:rPr>
          <w:rFonts w:ascii="Helvetica" w:eastAsia="Helvetica" w:hAnsi="Helvetica" w:cs="Helvetica"/>
          <w:sz w:val="21"/>
          <w:szCs w:val="21"/>
        </w:rPr>
        <w:t>time</w:t>
      </w:r>
      <w:r w:rsidR="5B2B7029" w:rsidRPr="00C139B4">
        <w:rPr>
          <w:rFonts w:ascii="Helvetica" w:eastAsia="Helvetica" w:hAnsi="Helvetica" w:cs="Helvetica"/>
          <w:sz w:val="21"/>
          <w:szCs w:val="21"/>
        </w:rPr>
        <w:t xml:space="preserve"> off work to deal with issues</w:t>
      </w:r>
      <w:r w:rsidR="00CE7343" w:rsidRPr="00C139B4">
        <w:rPr>
          <w:rFonts w:ascii="Helvetica" w:eastAsia="Helvetica" w:hAnsi="Helvetica" w:cs="Helvetica"/>
          <w:sz w:val="21"/>
          <w:szCs w:val="21"/>
        </w:rPr>
        <w:t xml:space="preserve"> when</w:t>
      </w:r>
      <w:r w:rsidR="5B2B7029" w:rsidRPr="00C139B4">
        <w:rPr>
          <w:rFonts w:ascii="Helvetica" w:eastAsia="Helvetica" w:hAnsi="Helvetica" w:cs="Helvetica"/>
          <w:sz w:val="21"/>
          <w:szCs w:val="21"/>
        </w:rPr>
        <w:t xml:space="preserve"> </w:t>
      </w:r>
      <w:r w:rsidR="00CE7343" w:rsidRPr="00C139B4">
        <w:rPr>
          <w:rFonts w:ascii="Helvetica" w:eastAsia="Helvetica" w:hAnsi="Helvetica" w:cs="Helvetica"/>
          <w:sz w:val="21"/>
          <w:szCs w:val="21"/>
        </w:rPr>
        <w:t>life events happen</w:t>
      </w:r>
      <w:r w:rsidR="5B2B7029" w:rsidRPr="00C139B4">
        <w:rPr>
          <w:rFonts w:ascii="Helvetica" w:eastAsia="Helvetica" w:hAnsi="Helvetica" w:cs="Helvetica"/>
          <w:sz w:val="21"/>
          <w:szCs w:val="21"/>
        </w:rPr>
        <w:t>.</w:t>
      </w:r>
    </w:p>
    <w:p w14:paraId="6D8C3553" w14:textId="77777777" w:rsidR="00CE7343" w:rsidRPr="00C139B4" w:rsidRDefault="00CE7343" w:rsidP="00CE7343">
      <w:pPr>
        <w:spacing w:after="0"/>
        <w:ind w:left="720"/>
        <w:rPr>
          <w:rFonts w:eastAsia="Arial" w:cs="Arial"/>
        </w:rPr>
      </w:pPr>
    </w:p>
    <w:p w14:paraId="3C3A5576" w14:textId="039CFF47" w:rsidR="00FA1CF6" w:rsidRPr="00C139B4" w:rsidRDefault="00FA1CF6" w:rsidP="00BE466B">
      <w:pPr>
        <w:numPr>
          <w:ilvl w:val="0"/>
          <w:numId w:val="11"/>
        </w:numPr>
      </w:pPr>
      <w:r w:rsidRPr="00C139B4">
        <w:t>A strong organisational commitment to equality, diversity, and inclusion</w:t>
      </w:r>
      <w:r w:rsidR="009A71D2" w:rsidRPr="00C139B4">
        <w:t>.</w:t>
      </w:r>
    </w:p>
    <w:p w14:paraId="24ED6729" w14:textId="1AFE8D00" w:rsidR="00FA1CF6" w:rsidRPr="00C139B4" w:rsidRDefault="00FA1CF6" w:rsidP="00BE466B">
      <w:pPr>
        <w:numPr>
          <w:ilvl w:val="0"/>
          <w:numId w:val="11"/>
        </w:numPr>
      </w:pPr>
      <w:r w:rsidRPr="00C139B4">
        <w:t>Reasonable adjustments and support to enable disabled employees to thrive</w:t>
      </w:r>
      <w:r w:rsidR="009A71D2" w:rsidRPr="00C139B4">
        <w:t>.</w:t>
      </w:r>
    </w:p>
    <w:p w14:paraId="04B79371" w14:textId="77777777" w:rsidR="00680CB4" w:rsidRPr="00C139B4" w:rsidRDefault="00680CB4" w:rsidP="00680CB4">
      <w:pPr>
        <w:rPr>
          <w:b/>
          <w:bCs/>
          <w:color w:val="007CBB"/>
          <w:sz w:val="24"/>
          <w:szCs w:val="24"/>
        </w:rPr>
      </w:pPr>
      <w:r w:rsidRPr="00C139B4">
        <w:rPr>
          <w:b/>
          <w:color w:val="007CBB"/>
          <w:sz w:val="24"/>
          <w:szCs w:val="24"/>
        </w:rPr>
        <w:t>Foster Friendly Employer Commitment</w:t>
      </w:r>
    </w:p>
    <w:p w14:paraId="7C81B977" w14:textId="18C0893D" w:rsidR="00C47990" w:rsidRPr="00C139B4" w:rsidRDefault="00680CB4" w:rsidP="00C47990">
      <w:pPr>
        <w:spacing w:after="0"/>
        <w:rPr>
          <w:rFonts w:eastAsia="Times New Roman" w:cs="Arial"/>
          <w:lang w:eastAsia="en-GB"/>
        </w:rPr>
      </w:pPr>
      <w:r w:rsidRPr="00C139B4">
        <w:rPr>
          <w:rFonts w:eastAsia="Times New Roman" w:cs="Arial"/>
          <w:lang w:eastAsia="en-GB"/>
        </w:rPr>
        <w:t xml:space="preserve">Sefton Council is proud to be a </w:t>
      </w:r>
      <w:r w:rsidRPr="00C139B4">
        <w:rPr>
          <w:rFonts w:eastAsia="Times New Roman" w:cs="Arial"/>
          <w:i/>
          <w:iCs/>
          <w:lang w:eastAsia="en-GB"/>
        </w:rPr>
        <w:t>Foster Friendly</w:t>
      </w:r>
      <w:r w:rsidRPr="00C139B4">
        <w:rPr>
          <w:rFonts w:eastAsia="Times New Roman" w:cs="Arial"/>
          <w:lang w:eastAsia="en-GB"/>
        </w:rPr>
        <w:t xml:space="preserve"> organisation</w:t>
      </w:r>
      <w:r w:rsidR="00BC737D" w:rsidRPr="00C139B4">
        <w:rPr>
          <w:rFonts w:eastAsia="Times New Roman" w:cs="Arial"/>
          <w:lang w:eastAsia="en-GB"/>
        </w:rPr>
        <w:t xml:space="preserve"> as recognised by The Fostering Network</w:t>
      </w:r>
      <w:r w:rsidRPr="00C139B4">
        <w:rPr>
          <w:rFonts w:eastAsia="Times New Roman" w:cs="Arial"/>
          <w:lang w:eastAsia="en-GB"/>
        </w:rPr>
        <w:t xml:space="preserve">. </w:t>
      </w:r>
      <w:r w:rsidR="00442354" w:rsidRPr="00C139B4">
        <w:rPr>
          <w:rFonts w:eastAsia="Times New Roman" w:cs="Arial"/>
          <w:lang w:eastAsia="en-GB"/>
        </w:rPr>
        <w:t xml:space="preserve"> </w:t>
      </w:r>
      <w:r w:rsidRPr="00C139B4">
        <w:rPr>
          <w:rFonts w:eastAsia="Times New Roman" w:cs="Arial"/>
          <w:lang w:eastAsia="en-GB"/>
        </w:rPr>
        <w:t>We actively support employees who are foster carers or who are applying to foster by offering flexible working arrangements, paid time off for fostering</w:t>
      </w:r>
      <w:r w:rsidRPr="00C139B4">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C139B4" w:rsidRDefault="00680CB4" w:rsidP="00C41AA7">
      <w:pPr>
        <w:spacing w:after="0"/>
        <w:rPr>
          <w:b/>
          <w:bCs/>
          <w:sz w:val="24"/>
          <w:szCs w:val="24"/>
        </w:rPr>
      </w:pPr>
      <w:r w:rsidRPr="00C139B4">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C139B4" w:rsidRDefault="00C41AA7" w:rsidP="00C41AA7">
      <w:pPr>
        <w:spacing w:after="0"/>
        <w:rPr>
          <w:b/>
          <w:bCs/>
          <w:sz w:val="24"/>
          <w:szCs w:val="24"/>
        </w:rPr>
      </w:pPr>
    </w:p>
    <w:p w14:paraId="76F8D629" w14:textId="1A6E53BD" w:rsidR="00FA1CF6" w:rsidRPr="00C139B4" w:rsidRDefault="00FA1CF6" w:rsidP="00FA1CF6">
      <w:pPr>
        <w:rPr>
          <w:b/>
          <w:bCs/>
          <w:color w:val="007CBB"/>
        </w:rPr>
      </w:pPr>
      <w:r w:rsidRPr="00C139B4">
        <w:rPr>
          <w:b/>
          <w:color w:val="007CBB"/>
          <w:sz w:val="24"/>
          <w:szCs w:val="24"/>
        </w:rPr>
        <w:t xml:space="preserve">Additional Benefits </w:t>
      </w:r>
    </w:p>
    <w:p w14:paraId="5CF81CB4" w14:textId="32740C2C" w:rsidR="00FA1CF6" w:rsidRPr="00C139B4" w:rsidRDefault="00FA1CF6" w:rsidP="00BE466B">
      <w:pPr>
        <w:numPr>
          <w:ilvl w:val="0"/>
          <w:numId w:val="12"/>
        </w:numPr>
      </w:pPr>
      <w:r w:rsidRPr="00C139B4">
        <w:t>Access to salary sacrifice and employee benefit schemes (where applicable)</w:t>
      </w:r>
      <w:r w:rsidR="009A71D2" w:rsidRPr="00C139B4">
        <w:t>.</w:t>
      </w:r>
    </w:p>
    <w:p w14:paraId="35720D3E" w14:textId="2903BF4A" w:rsidR="00FA1CF6" w:rsidRPr="00C139B4" w:rsidRDefault="00FA1CF6" w:rsidP="00BE466B">
      <w:pPr>
        <w:numPr>
          <w:ilvl w:val="0"/>
          <w:numId w:val="12"/>
        </w:numPr>
      </w:pPr>
      <w:r w:rsidRPr="00C139B4">
        <w:t>Opportunities to contribute to meaningful work that supports local communities</w:t>
      </w:r>
      <w:r w:rsidR="009A71D2" w:rsidRPr="00C139B4">
        <w:t>.</w:t>
      </w:r>
    </w:p>
    <w:p w14:paraId="09F959D1" w14:textId="562C695E" w:rsidR="007B5705" w:rsidRPr="00C139B4" w:rsidRDefault="00FA1CF6" w:rsidP="00BE466B">
      <w:pPr>
        <w:numPr>
          <w:ilvl w:val="0"/>
          <w:numId w:val="12"/>
        </w:numPr>
      </w:pPr>
      <w:r w:rsidRPr="00C139B4">
        <w:t>A supportive, values</w:t>
      </w:r>
      <w:r w:rsidR="22D06755" w:rsidRPr="00C139B4">
        <w:t xml:space="preserve"> </w:t>
      </w:r>
      <w:r w:rsidRPr="00C139B4">
        <w:t>led organisational culture</w:t>
      </w:r>
      <w:r w:rsidR="009A71D2" w:rsidRPr="00C139B4">
        <w:t>.</w:t>
      </w:r>
    </w:p>
    <w:p w14:paraId="273320BF" w14:textId="036F149C" w:rsidR="001115BF" w:rsidRPr="00C139B4" w:rsidRDefault="6324EC2D" w:rsidP="001115BF">
      <w:pPr>
        <w:numPr>
          <w:ilvl w:val="0"/>
          <w:numId w:val="12"/>
        </w:numPr>
        <w:spacing w:line="240" w:lineRule="auto"/>
      </w:pPr>
      <w:r w:rsidRPr="00C139B4">
        <w:t>Free parking at office bases (dependent</w:t>
      </w:r>
      <w:r w:rsidR="004B7AC3" w:rsidRPr="00C139B4">
        <w:t xml:space="preserve"> upon the work location</w:t>
      </w:r>
      <w:r w:rsidRPr="00C139B4">
        <w:t>)</w:t>
      </w:r>
      <w:r w:rsidR="002B35AD" w:rsidRPr="00C139B4">
        <w:t>.</w:t>
      </w:r>
    </w:p>
    <w:p w14:paraId="095ACB08" w14:textId="7E937474" w:rsidR="00382B1F" w:rsidRPr="00382B1F" w:rsidRDefault="00382B1F" w:rsidP="00382B1F">
      <w:pPr>
        <w:pStyle w:val="Heading2"/>
        <w:spacing w:line="300" w:lineRule="atLeast"/>
        <w:rPr>
          <w:rFonts w:ascii="Segoe UI" w:eastAsia="Times New Roman" w:hAnsi="Segoe UI" w:cs="Segoe UI"/>
          <w:color w:val="auto"/>
          <w:sz w:val="36"/>
          <w:szCs w:val="36"/>
          <w:lang w:eastAsia="en-GB"/>
        </w:rPr>
      </w:pPr>
      <w:bookmarkStart w:id="6" w:name="_Toc222994881"/>
      <w:r w:rsidRPr="00C139B4">
        <w:rPr>
          <w:rFonts w:ascii="Segoe UI" w:eastAsia="Times New Roman" w:hAnsi="Segoe UI" w:cs="Segoe UI"/>
          <w:color w:val="auto"/>
          <w:sz w:val="36"/>
          <w:szCs w:val="36"/>
          <w:lang w:eastAsia="en-GB"/>
        </w:rPr>
        <w:t>About the Role</w:t>
      </w:r>
    </w:p>
    <w:p w14:paraId="7B2B9904" w14:textId="393BA9DF" w:rsidR="00382B1F" w:rsidRPr="00382B1F" w:rsidRDefault="00382B1F" w:rsidP="00382B1F">
      <w:pPr>
        <w:spacing w:before="100" w:beforeAutospacing="1" w:after="100" w:afterAutospacing="1" w:line="300" w:lineRule="atLeast"/>
        <w:rPr>
          <w:rFonts w:ascii="Segoe UI" w:eastAsia="Times New Roman" w:hAnsi="Segoe UI" w:cs="Segoe UI"/>
          <w:sz w:val="21"/>
          <w:szCs w:val="21"/>
          <w:lang w:eastAsia="en-GB"/>
        </w:rPr>
      </w:pPr>
      <w:r w:rsidRPr="00382B1F">
        <w:rPr>
          <w:rFonts w:ascii="Segoe UI" w:eastAsia="Times New Roman" w:hAnsi="Segoe UI" w:cs="Segoe UI"/>
          <w:sz w:val="21"/>
          <w:szCs w:val="21"/>
          <w:lang w:eastAsia="en-GB"/>
        </w:rPr>
        <w:t xml:space="preserve">As an Adult Social Worker within the South Community Team, you will manage a complex caseload of adults with care and support needs, completing assessments, reviews, and support planning in line with </w:t>
      </w:r>
      <w:r w:rsidR="004E4A9F">
        <w:rPr>
          <w:rFonts w:ascii="Segoe UI" w:eastAsia="Times New Roman" w:hAnsi="Segoe UI" w:cs="Segoe UI"/>
          <w:sz w:val="21"/>
          <w:szCs w:val="21"/>
          <w:lang w:eastAsia="en-GB"/>
        </w:rPr>
        <w:t>relevant legislation, including the</w:t>
      </w:r>
      <w:r w:rsidRPr="00382B1F">
        <w:rPr>
          <w:rFonts w:ascii="Segoe UI" w:eastAsia="Times New Roman" w:hAnsi="Segoe UI" w:cs="Segoe UI"/>
          <w:sz w:val="21"/>
          <w:szCs w:val="21"/>
          <w:lang w:eastAsia="en-GB"/>
        </w:rPr>
        <w:t xml:space="preserve"> Care Act </w:t>
      </w:r>
      <w:r w:rsidR="006A0419">
        <w:rPr>
          <w:rFonts w:ascii="Segoe UI" w:eastAsia="Times New Roman" w:hAnsi="Segoe UI" w:cs="Segoe UI"/>
          <w:sz w:val="21"/>
          <w:szCs w:val="21"/>
          <w:lang w:eastAsia="en-GB"/>
        </w:rPr>
        <w:t>2014, Mental Capacity Act 2007</w:t>
      </w:r>
      <w:r w:rsidR="004E4A9F">
        <w:rPr>
          <w:rFonts w:ascii="Segoe UI" w:eastAsia="Times New Roman" w:hAnsi="Segoe UI" w:cs="Segoe UI"/>
          <w:sz w:val="21"/>
          <w:szCs w:val="21"/>
          <w:lang w:eastAsia="en-GB"/>
        </w:rPr>
        <w:t>.</w:t>
      </w:r>
    </w:p>
    <w:p w14:paraId="529A279D" w14:textId="3297FD74" w:rsidR="00382B1F" w:rsidRPr="00382B1F" w:rsidRDefault="00382B1F" w:rsidP="00382B1F">
      <w:pPr>
        <w:spacing w:before="100" w:beforeAutospacing="1" w:after="100" w:afterAutospacing="1" w:line="300" w:lineRule="atLeast"/>
        <w:rPr>
          <w:rFonts w:ascii="Segoe UI" w:eastAsia="Times New Roman" w:hAnsi="Segoe UI" w:cs="Segoe UI"/>
          <w:sz w:val="21"/>
          <w:szCs w:val="21"/>
          <w:lang w:eastAsia="en-GB"/>
        </w:rPr>
      </w:pPr>
      <w:r w:rsidRPr="00382B1F">
        <w:rPr>
          <w:rFonts w:ascii="Segoe UI" w:eastAsia="Times New Roman" w:hAnsi="Segoe UI" w:cs="Segoe UI"/>
          <w:sz w:val="21"/>
          <w:szCs w:val="21"/>
          <w:lang w:eastAsia="en-GB"/>
        </w:rPr>
        <w:t xml:space="preserve">You will work closely with individuals, families, carers, health colleagues, and partner agencies to develop personalised support plans that promote independence, wellbeing, and positive outcomes. The role includes undertaking </w:t>
      </w:r>
      <w:r w:rsidR="00C40BBB">
        <w:rPr>
          <w:rFonts w:ascii="Segoe UI" w:eastAsia="Times New Roman" w:hAnsi="Segoe UI" w:cs="Segoe UI"/>
          <w:sz w:val="21"/>
          <w:szCs w:val="21"/>
          <w:lang w:eastAsia="en-GB"/>
        </w:rPr>
        <w:t xml:space="preserve">assessing under The Care Act through the 3 Conversations Model, completing </w:t>
      </w:r>
      <w:r w:rsidRPr="00382B1F">
        <w:rPr>
          <w:rFonts w:ascii="Segoe UI" w:eastAsia="Times New Roman" w:hAnsi="Segoe UI" w:cs="Segoe UI"/>
          <w:sz w:val="21"/>
          <w:szCs w:val="21"/>
          <w:lang w:eastAsia="en-GB"/>
        </w:rPr>
        <w:t>safeguarding enquiries, assessing risk, coordinating care packages, and ensuring that support remains effective through regular review.</w:t>
      </w:r>
    </w:p>
    <w:p w14:paraId="7EEE80EE" w14:textId="05F76DFC" w:rsidR="00382B1F" w:rsidRPr="00382B1F" w:rsidRDefault="00382B1F" w:rsidP="00382B1F">
      <w:pPr>
        <w:spacing w:before="100" w:beforeAutospacing="1" w:after="100" w:afterAutospacing="1" w:line="300" w:lineRule="atLeast"/>
        <w:rPr>
          <w:rFonts w:ascii="Segoe UI" w:eastAsia="Times New Roman" w:hAnsi="Segoe UI" w:cs="Segoe UI"/>
          <w:sz w:val="21"/>
          <w:szCs w:val="21"/>
          <w:lang w:eastAsia="en-GB"/>
        </w:rPr>
      </w:pPr>
      <w:r w:rsidRPr="00382B1F">
        <w:rPr>
          <w:rFonts w:ascii="Segoe UI" w:eastAsia="Times New Roman" w:hAnsi="Segoe UI" w:cs="Segoe UI"/>
          <w:sz w:val="21"/>
          <w:szCs w:val="21"/>
          <w:lang w:eastAsia="en-GB"/>
        </w:rPr>
        <w:lastRenderedPageBreak/>
        <w:t>You'll be expected to make sound professional decisions, maintain accurate records and reports, and contribute to a collaborative team environment focused on delivering high-quality social work practice</w:t>
      </w:r>
      <w:r w:rsidR="00C831DE">
        <w:rPr>
          <w:rFonts w:ascii="Segoe UI" w:eastAsia="Times New Roman" w:hAnsi="Segoe UI" w:cs="Segoe UI"/>
          <w:sz w:val="21"/>
          <w:szCs w:val="21"/>
          <w:lang w:eastAsia="en-GB"/>
        </w:rPr>
        <w:t xml:space="preserve"> which is underpinned by legislation, theory and policy. </w:t>
      </w:r>
    </w:p>
    <w:bookmarkEnd w:id="6"/>
    <w:p w14:paraId="38A100FC" w14:textId="77777777" w:rsidR="00D7782C" w:rsidRPr="00D7782C" w:rsidRDefault="00D7782C" w:rsidP="00D7782C">
      <w:pPr>
        <w:spacing w:before="100" w:beforeAutospacing="1" w:after="100" w:afterAutospacing="1" w:line="300" w:lineRule="atLeast"/>
        <w:outlineLvl w:val="2"/>
        <w:rPr>
          <w:rFonts w:ascii="Segoe UI" w:eastAsia="Times New Roman" w:hAnsi="Segoe UI" w:cs="Segoe UI"/>
          <w:b/>
          <w:bCs/>
          <w:sz w:val="21"/>
          <w:szCs w:val="21"/>
          <w:lang w:eastAsia="en-GB"/>
        </w:rPr>
      </w:pPr>
      <w:r w:rsidRPr="00D7782C">
        <w:rPr>
          <w:rFonts w:ascii="Segoe UI" w:eastAsia="Times New Roman" w:hAnsi="Segoe UI" w:cs="Segoe UI"/>
          <w:b/>
          <w:bCs/>
          <w:sz w:val="21"/>
          <w:szCs w:val="21"/>
          <w:lang w:eastAsia="en-GB"/>
        </w:rPr>
        <w:t>Key Responsibilities</w:t>
      </w:r>
    </w:p>
    <w:p w14:paraId="13AF8EEE"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Manage a complex caseload of adults with care and support needs.</w:t>
      </w:r>
    </w:p>
    <w:p w14:paraId="510AE999"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Complete strengths-based assessments, support plans, reviews, and interventions in line with relevant legislation.</w:t>
      </w:r>
    </w:p>
    <w:p w14:paraId="2AB061B5"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Undertake safeguarding enquiries, risk assessments, and protective interventions where required.</w:t>
      </w:r>
    </w:p>
    <w:p w14:paraId="4BA12F66"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Work collaboratively with individuals, families, carers, health professionals, and partner agencies to achieve positive outcomes.</w:t>
      </w:r>
    </w:p>
    <w:p w14:paraId="01A4434F"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Develop, commission, and review personalised care and support packages within agreed resources.</w:t>
      </w:r>
    </w:p>
    <w:p w14:paraId="15B6ECB8"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Prepare high-quality reports, assessments, court statements, and other professional documentation.</w:t>
      </w:r>
    </w:p>
    <w:p w14:paraId="25A3F91B"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Attend and contribute to multi-disciplinary meetings, representing Adult Social Care as required.</w:t>
      </w:r>
    </w:p>
    <w:p w14:paraId="1E9850DF"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Maintain accurate, timely, and legally compliant case records, data, and financial information.</w:t>
      </w:r>
    </w:p>
    <w:p w14:paraId="546344DA"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Support a culture of learning, reflective practice, equality, diversity, and continuous improvement across the team.</w:t>
      </w:r>
    </w:p>
    <w:p w14:paraId="7F554C7A" w14:textId="77777777" w:rsidR="00D7782C" w:rsidRPr="00D7782C" w:rsidRDefault="00D7782C" w:rsidP="00D7782C">
      <w:pPr>
        <w:numPr>
          <w:ilvl w:val="0"/>
          <w:numId w:val="44"/>
        </w:numPr>
        <w:spacing w:before="100" w:beforeAutospacing="1" w:after="100" w:afterAutospacing="1" w:line="300" w:lineRule="atLeast"/>
        <w:rPr>
          <w:rFonts w:ascii="Segoe UI" w:eastAsia="Times New Roman" w:hAnsi="Segoe UI" w:cs="Segoe UI"/>
          <w:sz w:val="21"/>
          <w:szCs w:val="21"/>
          <w:lang w:eastAsia="en-GB"/>
        </w:rPr>
      </w:pPr>
      <w:r w:rsidRPr="00D7782C">
        <w:rPr>
          <w:rFonts w:ascii="Segoe UI" w:eastAsia="Times New Roman" w:hAnsi="Segoe UI" w:cs="Segoe UI"/>
          <w:sz w:val="21"/>
          <w:szCs w:val="21"/>
          <w:lang w:eastAsia="en-GB"/>
        </w:rPr>
        <w:t>Take responsibility for ongoing professional development, supervision, and supporting the learning of colleagues and students where appropriate.</w:t>
      </w: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C139B4">
        <w:rPr>
          <w:rFonts w:eastAsia="Times New Roman" w:cs="Arial"/>
          <w:lang w:eastAsia="en-GB"/>
        </w:rPr>
        <w:t xml:space="preserve">Please see </w:t>
      </w:r>
      <w:r w:rsidRPr="00C139B4">
        <w:rPr>
          <w:rFonts w:eastAsia="Times New Roman" w:cs="Arial"/>
          <w:b/>
          <w:bCs/>
          <w:lang w:eastAsia="en-GB"/>
        </w:rPr>
        <w:t>Appendix A</w:t>
      </w:r>
      <w:r w:rsidR="006F7222" w:rsidRPr="00C139B4">
        <w:rPr>
          <w:rFonts w:eastAsia="Times New Roman" w:cs="Arial"/>
          <w:b/>
          <w:bCs/>
          <w:lang w:eastAsia="en-GB"/>
        </w:rPr>
        <w:t xml:space="preserve"> (page 10)</w:t>
      </w:r>
      <w:r w:rsidRPr="00C139B4">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C139B4" w:rsidRDefault="0001246D" w:rsidP="00972DD3">
      <w:pPr>
        <w:pStyle w:val="Heading2"/>
        <w:spacing w:before="0" w:line="240" w:lineRule="auto"/>
        <w:rPr>
          <w:rFonts w:ascii="Arial" w:hAnsi="Arial" w:cs="Arial"/>
          <w:color w:val="007CBB"/>
          <w:sz w:val="28"/>
          <w:szCs w:val="28"/>
        </w:rPr>
      </w:pPr>
      <w:bookmarkStart w:id="7" w:name="_Toc222994882"/>
      <w:r w:rsidRPr="00C139B4">
        <w:rPr>
          <w:rFonts w:ascii="Arial" w:hAnsi="Arial" w:cs="Arial"/>
          <w:color w:val="007CBB"/>
          <w:sz w:val="28"/>
          <w:szCs w:val="28"/>
        </w:rPr>
        <w:t xml:space="preserve">Top </w:t>
      </w:r>
      <w:r w:rsidR="0041539A" w:rsidRPr="00C139B4">
        <w:rPr>
          <w:rFonts w:ascii="Arial" w:hAnsi="Arial" w:cs="Arial"/>
          <w:color w:val="007CBB"/>
          <w:sz w:val="28"/>
          <w:szCs w:val="28"/>
        </w:rPr>
        <w:t xml:space="preserve">Tips on </w:t>
      </w:r>
      <w:r w:rsidR="00E16F88" w:rsidRPr="00C139B4">
        <w:rPr>
          <w:rFonts w:ascii="Arial" w:hAnsi="Arial" w:cs="Arial"/>
          <w:color w:val="007CBB"/>
          <w:sz w:val="28"/>
          <w:szCs w:val="28"/>
        </w:rPr>
        <w:t>How to Apply</w:t>
      </w:r>
      <w:bookmarkEnd w:id="7"/>
    </w:p>
    <w:p w14:paraId="54751EE5" w14:textId="77777777" w:rsidR="00972DD3" w:rsidRPr="00C139B4" w:rsidRDefault="00972DD3" w:rsidP="00972DD3">
      <w:pPr>
        <w:spacing w:after="0" w:line="240" w:lineRule="auto"/>
      </w:pPr>
    </w:p>
    <w:p w14:paraId="3D8C56CF" w14:textId="5D665721" w:rsidR="005F3F2A" w:rsidRPr="00C139B4" w:rsidRDefault="005F3F2A" w:rsidP="00972DD3">
      <w:pPr>
        <w:spacing w:after="0" w:line="240" w:lineRule="auto"/>
      </w:pPr>
      <w:r w:rsidRPr="00C139B4">
        <w:t xml:space="preserve">Submitting a strong application gives you the best chance of progressing to the next stage of the recruitment process. </w:t>
      </w:r>
      <w:r w:rsidR="00C56AA1" w:rsidRPr="00C139B4">
        <w:t xml:space="preserve"> </w:t>
      </w:r>
      <w:r w:rsidRPr="00C139B4">
        <w:t>The following guidance applies to all roles and will help you prepare a clear, compelling application:</w:t>
      </w:r>
    </w:p>
    <w:p w14:paraId="71F1570A" w14:textId="77777777" w:rsidR="00972DD3" w:rsidRPr="00C139B4" w:rsidRDefault="00972DD3" w:rsidP="00972DD3">
      <w:pPr>
        <w:spacing w:after="0" w:line="240" w:lineRule="auto"/>
      </w:pPr>
    </w:p>
    <w:p w14:paraId="4BEB2042" w14:textId="77777777" w:rsidR="005F3F2A" w:rsidRPr="00C139B4" w:rsidRDefault="005F3F2A" w:rsidP="005F3F2A">
      <w:pPr>
        <w:rPr>
          <w:b/>
          <w:bCs/>
        </w:rPr>
      </w:pPr>
      <w:r w:rsidRPr="00C139B4">
        <w:rPr>
          <w:b/>
          <w:bCs/>
        </w:rPr>
        <w:t>1. Read the Job Description and Person Specification Thoroughly</w:t>
      </w:r>
    </w:p>
    <w:p w14:paraId="164174BF" w14:textId="77777777" w:rsidR="005F3F2A" w:rsidRPr="00C139B4" w:rsidRDefault="005F3F2A" w:rsidP="00BE466B">
      <w:pPr>
        <w:numPr>
          <w:ilvl w:val="0"/>
          <w:numId w:val="31"/>
        </w:numPr>
      </w:pPr>
      <w:r w:rsidRPr="00C139B4">
        <w:t>Make sure you understand the key duties, expectations, and essential criteria.</w:t>
      </w:r>
    </w:p>
    <w:p w14:paraId="28648381" w14:textId="0FCC716F" w:rsidR="00C56AA1" w:rsidRPr="00C139B4" w:rsidRDefault="005F3F2A" w:rsidP="00C41AA7">
      <w:pPr>
        <w:numPr>
          <w:ilvl w:val="0"/>
          <w:numId w:val="31"/>
        </w:numPr>
      </w:pPr>
      <w:r w:rsidRPr="00C139B4">
        <w:t>Use the person specification as your guide when writing your application.</w:t>
      </w:r>
    </w:p>
    <w:p w14:paraId="75841583" w14:textId="77777777" w:rsidR="005F3F2A" w:rsidRPr="00C139B4" w:rsidRDefault="005F3F2A" w:rsidP="005F3F2A">
      <w:pPr>
        <w:rPr>
          <w:b/>
          <w:bCs/>
        </w:rPr>
      </w:pPr>
      <w:r w:rsidRPr="00C139B4">
        <w:rPr>
          <w:b/>
          <w:bCs/>
        </w:rPr>
        <w:t>2. Provide Clear Evidence of Your Skills and Experience</w:t>
      </w:r>
    </w:p>
    <w:p w14:paraId="673A36BA" w14:textId="77777777" w:rsidR="005F3F2A" w:rsidRPr="00C139B4" w:rsidRDefault="005F3F2A" w:rsidP="00BE466B">
      <w:pPr>
        <w:numPr>
          <w:ilvl w:val="0"/>
          <w:numId w:val="32"/>
        </w:numPr>
      </w:pPr>
      <w:r w:rsidRPr="00C139B4">
        <w:t xml:space="preserve">Show </w:t>
      </w:r>
      <w:r w:rsidRPr="00C139B4">
        <w:rPr>
          <w:i/>
          <w:iCs/>
        </w:rPr>
        <w:t>how</w:t>
      </w:r>
      <w:r w:rsidRPr="00C139B4">
        <w:t xml:space="preserve"> you meet the criteria using specific, real examples.</w:t>
      </w:r>
    </w:p>
    <w:p w14:paraId="3F526C64" w14:textId="77777777" w:rsidR="005F3F2A" w:rsidRPr="00C139B4" w:rsidRDefault="005F3F2A" w:rsidP="00BE466B">
      <w:pPr>
        <w:numPr>
          <w:ilvl w:val="0"/>
          <w:numId w:val="32"/>
        </w:numPr>
      </w:pPr>
      <w:r w:rsidRPr="00C139B4">
        <w:t xml:space="preserve">Consider using the </w:t>
      </w:r>
      <w:r w:rsidRPr="00C139B4">
        <w:rPr>
          <w:b/>
          <w:bCs/>
        </w:rPr>
        <w:t>STAR method</w:t>
      </w:r>
      <w:r w:rsidRPr="00C139B4">
        <w:t xml:space="preserve"> (Situation, Task, Action, Result) to structure your responses.</w:t>
      </w:r>
    </w:p>
    <w:p w14:paraId="5815049B" w14:textId="77777777" w:rsidR="005F3F2A" w:rsidRPr="00C139B4" w:rsidRDefault="005F3F2A" w:rsidP="005F3F2A">
      <w:pPr>
        <w:rPr>
          <w:b/>
          <w:bCs/>
        </w:rPr>
      </w:pPr>
      <w:r w:rsidRPr="00C139B4">
        <w:rPr>
          <w:b/>
          <w:bCs/>
        </w:rPr>
        <w:t>3. Tailor Your Application</w:t>
      </w:r>
    </w:p>
    <w:p w14:paraId="395E84B4" w14:textId="4DDC7475" w:rsidR="005F3F2A" w:rsidRPr="00C139B4" w:rsidRDefault="005F3F2A" w:rsidP="00BE466B">
      <w:pPr>
        <w:numPr>
          <w:ilvl w:val="0"/>
          <w:numId w:val="33"/>
        </w:numPr>
      </w:pPr>
      <w:r w:rsidRPr="00C139B4">
        <w:t xml:space="preserve">Avoid generic statements. </w:t>
      </w:r>
      <w:r w:rsidR="003E54C5" w:rsidRPr="00C139B4">
        <w:t xml:space="preserve"> </w:t>
      </w:r>
      <w:r w:rsidRPr="00C139B4">
        <w:t>Focus on experience that directly relates to the role you are applying for.</w:t>
      </w:r>
    </w:p>
    <w:p w14:paraId="7A15B16C" w14:textId="77777777" w:rsidR="005F3F2A" w:rsidRPr="00C139B4" w:rsidRDefault="005F3F2A" w:rsidP="00BE466B">
      <w:pPr>
        <w:numPr>
          <w:ilvl w:val="0"/>
          <w:numId w:val="33"/>
        </w:numPr>
      </w:pPr>
      <w:r w:rsidRPr="00C139B4">
        <w:t>Demonstrate how your strengths align with the organisation’s values and priorities.</w:t>
      </w:r>
    </w:p>
    <w:p w14:paraId="2D4479BE" w14:textId="77777777" w:rsidR="005F3F2A" w:rsidRPr="00C139B4" w:rsidRDefault="005F3F2A" w:rsidP="005F3F2A">
      <w:pPr>
        <w:rPr>
          <w:b/>
          <w:bCs/>
        </w:rPr>
      </w:pPr>
      <w:r w:rsidRPr="00C139B4">
        <w:rPr>
          <w:b/>
          <w:bCs/>
        </w:rPr>
        <w:t>4. Highlight Your Achievements</w:t>
      </w:r>
    </w:p>
    <w:p w14:paraId="36FF2B17" w14:textId="77777777" w:rsidR="005F3F2A" w:rsidRPr="00C139B4" w:rsidRDefault="005F3F2A" w:rsidP="00BE466B">
      <w:pPr>
        <w:numPr>
          <w:ilvl w:val="0"/>
          <w:numId w:val="34"/>
        </w:numPr>
      </w:pPr>
      <w:r w:rsidRPr="00C139B4">
        <w:t>Include examples of work you are proud of or significant contributions you have made in previous roles.</w:t>
      </w:r>
    </w:p>
    <w:p w14:paraId="528CE417" w14:textId="4E1EA777" w:rsidR="00115BE7" w:rsidRPr="00C139B4" w:rsidRDefault="005F3F2A" w:rsidP="00115BE7">
      <w:pPr>
        <w:numPr>
          <w:ilvl w:val="0"/>
          <w:numId w:val="34"/>
        </w:numPr>
      </w:pPr>
      <w:r w:rsidRPr="00C139B4">
        <w:t xml:space="preserve">Emphasise impact </w:t>
      </w:r>
      <w:r w:rsidR="003E54C5" w:rsidRPr="00C139B4">
        <w:t>–</w:t>
      </w:r>
      <w:r w:rsidRPr="00C139B4">
        <w:t xml:space="preserve"> improvements, efficiencies, positive outcomes, or innovations.</w:t>
      </w:r>
    </w:p>
    <w:p w14:paraId="01964C62" w14:textId="77777777" w:rsidR="005F3F2A" w:rsidRPr="00C139B4" w:rsidRDefault="005F3F2A" w:rsidP="005F3F2A">
      <w:pPr>
        <w:rPr>
          <w:b/>
          <w:bCs/>
        </w:rPr>
      </w:pPr>
      <w:r w:rsidRPr="00C139B4">
        <w:rPr>
          <w:b/>
          <w:bCs/>
        </w:rPr>
        <w:t>5. Be Clear About Qualifications and Training</w:t>
      </w:r>
    </w:p>
    <w:p w14:paraId="7DFCFD20" w14:textId="77777777" w:rsidR="005F3F2A" w:rsidRPr="00C139B4" w:rsidRDefault="005F3F2A" w:rsidP="00BE466B">
      <w:pPr>
        <w:numPr>
          <w:ilvl w:val="0"/>
          <w:numId w:val="35"/>
        </w:numPr>
      </w:pPr>
      <w:r w:rsidRPr="00C139B4">
        <w:t>List all relevant qualifications and professional training, including dates and awarding bodies.</w:t>
      </w:r>
    </w:p>
    <w:p w14:paraId="6D87B74C" w14:textId="77777777" w:rsidR="005F3F2A" w:rsidRPr="00C139B4" w:rsidRDefault="005F3F2A" w:rsidP="00BE466B">
      <w:pPr>
        <w:numPr>
          <w:ilvl w:val="0"/>
          <w:numId w:val="35"/>
        </w:numPr>
      </w:pPr>
      <w:r w:rsidRPr="00C139B4">
        <w:t>If you are working towards a qualification, include expected completion dates.</w:t>
      </w:r>
    </w:p>
    <w:p w14:paraId="0A8FE1F6" w14:textId="77777777" w:rsidR="005F3F2A" w:rsidRPr="00C139B4" w:rsidRDefault="005F3F2A" w:rsidP="005F3F2A">
      <w:pPr>
        <w:rPr>
          <w:b/>
          <w:bCs/>
        </w:rPr>
      </w:pPr>
      <w:r w:rsidRPr="00C139B4">
        <w:rPr>
          <w:b/>
          <w:bCs/>
        </w:rPr>
        <w:t>6. Showcase Transferable Skills</w:t>
      </w:r>
    </w:p>
    <w:p w14:paraId="4CDC5DE1" w14:textId="77777777" w:rsidR="005F3F2A" w:rsidRPr="00C139B4" w:rsidRDefault="005F3F2A" w:rsidP="00BE466B">
      <w:pPr>
        <w:numPr>
          <w:ilvl w:val="0"/>
          <w:numId w:val="36"/>
        </w:numPr>
      </w:pPr>
      <w:r w:rsidRPr="00C139B4">
        <w:t>Skills such as communication, teamwork, problem-solving, digital literacy, and organisation are valuable across all roles.</w:t>
      </w:r>
    </w:p>
    <w:p w14:paraId="051DCC3F" w14:textId="77777777" w:rsidR="003713DB" w:rsidRPr="00C139B4" w:rsidRDefault="003713DB" w:rsidP="003713DB">
      <w:pPr>
        <w:ind w:left="720"/>
      </w:pPr>
    </w:p>
    <w:p w14:paraId="51B7113A" w14:textId="77777777" w:rsidR="00C41AA7" w:rsidRPr="00C139B4" w:rsidRDefault="00C41AA7" w:rsidP="001115BF"/>
    <w:p w14:paraId="3D0A4D77" w14:textId="31286EDD" w:rsidR="005F3F2A" w:rsidRPr="00C139B4" w:rsidRDefault="005F3F2A" w:rsidP="00BE466B">
      <w:pPr>
        <w:numPr>
          <w:ilvl w:val="0"/>
          <w:numId w:val="36"/>
        </w:numPr>
      </w:pPr>
      <w:r w:rsidRPr="00C139B4">
        <w:t>Provide examples that demonstrate these effectively.</w:t>
      </w:r>
    </w:p>
    <w:p w14:paraId="4F4AA812" w14:textId="77777777" w:rsidR="005F3F2A" w:rsidRPr="00C139B4" w:rsidRDefault="005F3F2A" w:rsidP="005F3F2A">
      <w:pPr>
        <w:rPr>
          <w:b/>
          <w:bCs/>
        </w:rPr>
      </w:pPr>
      <w:r w:rsidRPr="00C139B4">
        <w:rPr>
          <w:b/>
          <w:bCs/>
        </w:rPr>
        <w:t>7. Check Your Application Carefully</w:t>
      </w:r>
    </w:p>
    <w:p w14:paraId="7E1E8C35" w14:textId="77777777" w:rsidR="005F3F2A" w:rsidRPr="00C139B4" w:rsidRDefault="005F3F2A" w:rsidP="00BE466B">
      <w:pPr>
        <w:numPr>
          <w:ilvl w:val="0"/>
          <w:numId w:val="37"/>
        </w:numPr>
      </w:pPr>
      <w:r w:rsidRPr="00C139B4">
        <w:t>Review your responses for clarity, spelling, and completeness.</w:t>
      </w:r>
    </w:p>
    <w:p w14:paraId="74F5CD01" w14:textId="77777777" w:rsidR="005F3F2A" w:rsidRPr="00C139B4" w:rsidRDefault="005F3F2A" w:rsidP="00BE466B">
      <w:pPr>
        <w:numPr>
          <w:ilvl w:val="0"/>
          <w:numId w:val="37"/>
        </w:numPr>
      </w:pPr>
      <w:r w:rsidRPr="00C139B4">
        <w:t>Ensure all sections of the application form have been filled in fully.</w:t>
      </w:r>
    </w:p>
    <w:p w14:paraId="14C69408" w14:textId="77777777" w:rsidR="005F3F2A" w:rsidRPr="00C139B4" w:rsidRDefault="005F3F2A" w:rsidP="005F3F2A">
      <w:pPr>
        <w:rPr>
          <w:b/>
          <w:bCs/>
        </w:rPr>
      </w:pPr>
      <w:r w:rsidRPr="00C139B4">
        <w:rPr>
          <w:b/>
          <w:bCs/>
        </w:rPr>
        <w:t>8. Submit Your Application Before the Deadline</w:t>
      </w:r>
    </w:p>
    <w:p w14:paraId="2129A357" w14:textId="77777777" w:rsidR="005F3F2A" w:rsidRPr="00C139B4" w:rsidRDefault="005F3F2A" w:rsidP="00BE466B">
      <w:pPr>
        <w:numPr>
          <w:ilvl w:val="0"/>
          <w:numId w:val="38"/>
        </w:numPr>
      </w:pPr>
      <w:r w:rsidRPr="00C139B4">
        <w:t>Note the closing date and allow plenty of time to prepare your application.</w:t>
      </w:r>
    </w:p>
    <w:p w14:paraId="364D3CA1" w14:textId="76FE5D31" w:rsidR="00B37171" w:rsidRPr="00C139B4" w:rsidRDefault="005F3F2A" w:rsidP="00BE0E7F">
      <w:pPr>
        <w:numPr>
          <w:ilvl w:val="0"/>
          <w:numId w:val="38"/>
        </w:numPr>
      </w:pPr>
      <w:r w:rsidRPr="00C139B4">
        <w:t>Late submissions usually cannot be considered.</w:t>
      </w:r>
    </w:p>
    <w:p w14:paraId="2D98CC19" w14:textId="77777777" w:rsidR="005F3F2A" w:rsidRPr="00C139B4" w:rsidRDefault="005F3F2A" w:rsidP="005F3F2A">
      <w:pPr>
        <w:rPr>
          <w:b/>
          <w:bCs/>
        </w:rPr>
      </w:pPr>
      <w:r w:rsidRPr="00C139B4">
        <w:rPr>
          <w:b/>
          <w:bCs/>
        </w:rPr>
        <w:t>9. Prepare for Potential Next Steps</w:t>
      </w:r>
    </w:p>
    <w:p w14:paraId="59DAAC74" w14:textId="77777777" w:rsidR="005F3F2A" w:rsidRPr="00C139B4" w:rsidRDefault="005F3F2A" w:rsidP="00BE466B">
      <w:pPr>
        <w:numPr>
          <w:ilvl w:val="0"/>
          <w:numId w:val="39"/>
        </w:numPr>
      </w:pPr>
      <w:r w:rsidRPr="00C139B4">
        <w:t>If shortlisted, you may be invited to an interview, assessment task, or presentation.</w:t>
      </w:r>
    </w:p>
    <w:p w14:paraId="581B9F28" w14:textId="77777777" w:rsidR="00651D5D" w:rsidRPr="00C139B4" w:rsidRDefault="005F3F2A" w:rsidP="00BE466B">
      <w:pPr>
        <w:numPr>
          <w:ilvl w:val="0"/>
          <w:numId w:val="39"/>
        </w:numPr>
      </w:pPr>
      <w:r w:rsidRPr="00C139B4">
        <w:t>Be ready to discuss your experience, approach to work, and examples of how you meet the role’s requirements.</w:t>
      </w:r>
    </w:p>
    <w:p w14:paraId="31B61E72" w14:textId="3FA92C77" w:rsidR="00E4716C" w:rsidRPr="00C139B4" w:rsidRDefault="00E4716C" w:rsidP="00317E97">
      <w:pPr>
        <w:pStyle w:val="Heading2"/>
        <w:rPr>
          <w:rFonts w:ascii="Arial" w:hAnsi="Arial" w:cs="Arial"/>
          <w:sz w:val="32"/>
          <w:szCs w:val="32"/>
        </w:rPr>
      </w:pPr>
      <w:bookmarkStart w:id="8" w:name="_Toc222994883"/>
      <w:r w:rsidRPr="00C139B4">
        <w:rPr>
          <w:rFonts w:ascii="Arial" w:hAnsi="Arial" w:cs="Arial"/>
          <w:sz w:val="32"/>
          <w:szCs w:val="32"/>
        </w:rPr>
        <w:t>Application and Selection Information</w:t>
      </w:r>
      <w:bookmarkEnd w:id="8"/>
    </w:p>
    <w:p w14:paraId="0F95C9CD" w14:textId="77777777" w:rsidR="00651D5D" w:rsidRPr="00C139B4" w:rsidRDefault="00651D5D" w:rsidP="00651D5D">
      <w:pPr>
        <w:spacing w:after="0" w:line="240" w:lineRule="auto"/>
      </w:pPr>
    </w:p>
    <w:p w14:paraId="61F5E647" w14:textId="2C3373A5" w:rsidR="00B37171" w:rsidRPr="00C139B4" w:rsidRDefault="00E4716C" w:rsidP="00651D5D">
      <w:pPr>
        <w:spacing w:after="0" w:line="240" w:lineRule="auto"/>
      </w:pPr>
      <w:r w:rsidRPr="00C139B4">
        <w:t xml:space="preserve">The closing date for this vacancy is </w:t>
      </w:r>
      <w:r w:rsidR="0063540C" w:rsidRPr="00C139B4">
        <w:rPr>
          <w:b/>
          <w:bCs/>
        </w:rPr>
        <w:t>21</w:t>
      </w:r>
      <w:r w:rsidR="0063540C" w:rsidRPr="00C139B4">
        <w:rPr>
          <w:b/>
          <w:bCs/>
          <w:vertAlign w:val="superscript"/>
        </w:rPr>
        <w:t>st</w:t>
      </w:r>
      <w:r w:rsidR="0063540C" w:rsidRPr="00C139B4">
        <w:rPr>
          <w:b/>
          <w:bCs/>
        </w:rPr>
        <w:t xml:space="preserve"> October 2026</w:t>
      </w:r>
      <w:r w:rsidRPr="00C139B4">
        <w:br/>
      </w:r>
    </w:p>
    <w:p w14:paraId="32BAC8F7" w14:textId="4A033388" w:rsidR="00E4716C" w:rsidRPr="00C139B4" w:rsidRDefault="00E4716C" w:rsidP="00651D5D">
      <w:pPr>
        <w:spacing w:after="0" w:line="240" w:lineRule="auto"/>
      </w:pPr>
      <w:r w:rsidRPr="00C139B4">
        <w:t xml:space="preserve">Provisional interview dates are </w:t>
      </w:r>
      <w:r w:rsidR="005D1429" w:rsidRPr="00C139B4">
        <w:rPr>
          <w:b/>
          <w:bCs/>
        </w:rPr>
        <w:t>Wednesday 11</w:t>
      </w:r>
      <w:r w:rsidR="005D1429" w:rsidRPr="00C139B4">
        <w:rPr>
          <w:b/>
          <w:bCs/>
          <w:vertAlign w:val="superscript"/>
        </w:rPr>
        <w:t>th</w:t>
      </w:r>
      <w:r w:rsidR="005D1429" w:rsidRPr="00C139B4">
        <w:rPr>
          <w:b/>
          <w:bCs/>
        </w:rPr>
        <w:t xml:space="preserve"> November 2026</w:t>
      </w:r>
    </w:p>
    <w:p w14:paraId="7375E0A7" w14:textId="77777777" w:rsidR="00651D5D" w:rsidRPr="00C139B4" w:rsidRDefault="00651D5D" w:rsidP="00651D5D">
      <w:pPr>
        <w:spacing w:after="0" w:line="240" w:lineRule="auto"/>
      </w:pPr>
    </w:p>
    <w:p w14:paraId="5758C120" w14:textId="0BDA16DD" w:rsidR="006A52BC" w:rsidRPr="00C139B4" w:rsidRDefault="7872E659" w:rsidP="006A52BC">
      <w:pPr>
        <w:rPr>
          <w:rFonts w:eastAsia="Arial" w:cs="Arial"/>
        </w:rPr>
      </w:pPr>
      <w:r w:rsidRPr="00C139B4">
        <w:rPr>
          <w:rFonts w:eastAsia="Montserrat" w:cs="Arial"/>
          <w:color w:val="2A2A2A"/>
        </w:rPr>
        <w:t xml:space="preserve">We are an Equal Opportunities Employer; all candidates will receive equal treatment. </w:t>
      </w:r>
      <w:r w:rsidR="76C8ABAD" w:rsidRPr="00C139B4">
        <w:rPr>
          <w:rFonts w:eastAsia="Montserrat" w:cs="Arial"/>
          <w:color w:val="2A2A2A"/>
        </w:rPr>
        <w:t xml:space="preserve"> </w:t>
      </w:r>
      <w:r w:rsidRPr="00C139B4">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C139B4" w:rsidRDefault="500CC985" w:rsidP="006A52BC">
      <w:pPr>
        <w:rPr>
          <w:rFonts w:eastAsia="Montserrat" w:cs="Arial"/>
        </w:rPr>
      </w:pPr>
      <w:r w:rsidRPr="00C139B4">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C139B4" w:rsidRDefault="006A52BC" w:rsidP="001115BF">
      <w:pPr>
        <w:rPr>
          <w:b/>
          <w:bCs/>
        </w:rPr>
      </w:pPr>
      <w:r w:rsidRPr="00C139B4">
        <w:rPr>
          <w:b/>
          <w:bCs/>
        </w:rPr>
        <w:t xml:space="preserve">Please ensure that you meet </w:t>
      </w:r>
      <w:r w:rsidR="006F7222" w:rsidRPr="00C139B4">
        <w:rPr>
          <w:b/>
          <w:bCs/>
        </w:rPr>
        <w:t>all</w:t>
      </w:r>
      <w:r w:rsidRPr="00C139B4">
        <w:rPr>
          <w:b/>
          <w:bCs/>
        </w:rPr>
        <w:t xml:space="preserve"> the essential criteria outlined in the person specification before submitting your application. </w:t>
      </w:r>
      <w:r w:rsidR="00B37171" w:rsidRPr="00C139B4">
        <w:rPr>
          <w:b/>
          <w:bCs/>
        </w:rPr>
        <w:t xml:space="preserve"> </w:t>
      </w:r>
      <w:r w:rsidRPr="00C139B4">
        <w:rPr>
          <w:b/>
          <w:bCs/>
        </w:rPr>
        <w:t>Only applicants who demonstrate that they meet all essential criteria will be considered and invited to interview</w:t>
      </w:r>
      <w:r w:rsidR="001115BF" w:rsidRPr="00C139B4">
        <w:rPr>
          <w:b/>
          <w:bCs/>
        </w:rPr>
        <w:t>.</w:t>
      </w:r>
    </w:p>
    <w:p w14:paraId="78E4E2CB" w14:textId="77777777" w:rsidR="001115BF" w:rsidRPr="00C139B4" w:rsidRDefault="001115BF" w:rsidP="001115BF"/>
    <w:p w14:paraId="6EFCF1DC" w14:textId="77777777" w:rsidR="00696823" w:rsidRPr="00C139B4" w:rsidRDefault="00696823" w:rsidP="001115BF"/>
    <w:p w14:paraId="7076EC4D" w14:textId="77777777" w:rsidR="001115BF" w:rsidRPr="00C139B4" w:rsidRDefault="001115BF" w:rsidP="001115BF"/>
    <w:p w14:paraId="7E6E0147" w14:textId="793780FD" w:rsidR="00511F96" w:rsidRPr="00C139B4" w:rsidRDefault="00E16F88" w:rsidP="00FC5D9A">
      <w:pPr>
        <w:pStyle w:val="Heading2"/>
        <w:rPr>
          <w:rFonts w:ascii="Arial" w:hAnsi="Arial" w:cs="Arial"/>
          <w:color w:val="007CBB"/>
          <w:sz w:val="32"/>
          <w:szCs w:val="32"/>
        </w:rPr>
      </w:pPr>
      <w:bookmarkStart w:id="9" w:name="_Toc222994884"/>
      <w:r w:rsidRPr="00C139B4">
        <w:rPr>
          <w:rFonts w:ascii="Arial" w:hAnsi="Arial" w:cs="Arial"/>
          <w:color w:val="007CBB"/>
          <w:sz w:val="32"/>
          <w:szCs w:val="32"/>
        </w:rPr>
        <w:lastRenderedPageBreak/>
        <w:t xml:space="preserve">Appendix A – </w:t>
      </w:r>
      <w:r w:rsidR="00B7578E" w:rsidRPr="00C139B4">
        <w:rPr>
          <w:rFonts w:ascii="Arial" w:hAnsi="Arial" w:cs="Arial"/>
          <w:color w:val="007CBB"/>
          <w:sz w:val="32"/>
          <w:szCs w:val="32"/>
        </w:rPr>
        <w:t>Job Description and Person Specification</w:t>
      </w:r>
      <w:bookmarkStart w:id="10" w:name="_Toc221808701"/>
      <w:bookmarkEnd w:id="9"/>
    </w:p>
    <w:p w14:paraId="6A191F27" w14:textId="77777777" w:rsidR="00FC5D9A" w:rsidRPr="00C139B4" w:rsidRDefault="00FC5D9A" w:rsidP="00FC5D9A"/>
    <w:bookmarkEnd w:id="10"/>
    <w:p w14:paraId="07D31B0A" w14:textId="41B4220D" w:rsidR="00A12E7F" w:rsidRPr="00696823" w:rsidRDefault="00A12E7F" w:rsidP="00A12E7F">
      <w:pPr>
        <w:tabs>
          <w:tab w:val="left" w:pos="5760"/>
        </w:tabs>
        <w:rPr>
          <w:rFonts w:cs="Arial"/>
          <w:b/>
          <w:bCs/>
          <w:u w:val="single"/>
        </w:rPr>
      </w:pPr>
      <w:r w:rsidRPr="00C139B4">
        <w:rPr>
          <w:rFonts w:cs="Arial"/>
          <w:b/>
          <w:bCs/>
          <w:u w:val="single"/>
        </w:rPr>
        <w:t>Department:</w:t>
      </w:r>
      <w:r w:rsidRPr="00C139B4">
        <w:rPr>
          <w:rFonts w:cs="Arial"/>
        </w:rPr>
        <w:t xml:space="preserve">    Adult Social Care </w:t>
      </w:r>
      <w:r w:rsidRPr="00C139B4">
        <w:rPr>
          <w:rFonts w:cs="Arial"/>
          <w:b/>
        </w:rPr>
        <w:tab/>
      </w:r>
      <w:r w:rsidRPr="00C139B4">
        <w:rPr>
          <w:rFonts w:cs="Arial"/>
          <w:b/>
          <w:bCs/>
          <w:u w:val="single"/>
        </w:rPr>
        <w:t>Location</w:t>
      </w:r>
      <w:r w:rsidRPr="4B474E28">
        <w:rPr>
          <w:rFonts w:cs="Arial"/>
          <w:b/>
          <w:bCs/>
          <w:u w:val="single"/>
        </w:rPr>
        <w:t>:</w:t>
      </w:r>
      <w:r w:rsidRPr="000D7E6A">
        <w:rPr>
          <w:rFonts w:cs="Arial"/>
        </w:rPr>
        <w:t xml:space="preserve">   </w:t>
      </w:r>
      <w:r w:rsidRPr="4B474E28">
        <w:rPr>
          <w:rFonts w:cs="Arial"/>
        </w:rPr>
        <w:t>Various</w:t>
      </w:r>
      <w:r w:rsidRPr="000D7E6A">
        <w:rPr>
          <w:rFonts w:cs="Arial"/>
        </w:rPr>
        <w:tab/>
      </w:r>
      <w:r w:rsidRPr="000D7E6A">
        <w:rPr>
          <w:rFonts w:cs="Arial"/>
        </w:rPr>
        <w:tab/>
      </w:r>
    </w:p>
    <w:p w14:paraId="31270A93" w14:textId="6E39BEFA" w:rsidR="00A12E7F" w:rsidRPr="000D7E6A" w:rsidRDefault="00A12E7F" w:rsidP="00696823">
      <w:pPr>
        <w:tabs>
          <w:tab w:val="left" w:pos="5760"/>
          <w:tab w:val="left" w:pos="6900"/>
        </w:tabs>
        <w:rPr>
          <w:rFonts w:cs="Arial"/>
          <w:b/>
          <w:u w:val="single"/>
        </w:rPr>
      </w:pPr>
      <w:r w:rsidRPr="000D7E6A">
        <w:rPr>
          <w:rFonts w:cs="Arial"/>
          <w:b/>
          <w:u w:val="single"/>
        </w:rPr>
        <w:t>Division:</w:t>
      </w:r>
      <w:r w:rsidRPr="000D7E6A">
        <w:rPr>
          <w:rFonts w:cs="Arial"/>
        </w:rPr>
        <w:t xml:space="preserve">          </w:t>
      </w:r>
      <w:r>
        <w:rPr>
          <w:rFonts w:cs="Arial"/>
        </w:rPr>
        <w:t>Adult Social Care</w:t>
      </w:r>
      <w:r w:rsidRPr="000D7E6A">
        <w:rPr>
          <w:rFonts w:cs="Arial"/>
          <w:b/>
        </w:rPr>
        <w:tab/>
      </w:r>
      <w:r w:rsidRPr="000D7E6A">
        <w:rPr>
          <w:rFonts w:cs="Arial"/>
          <w:b/>
          <w:u w:val="single"/>
        </w:rPr>
        <w:t>Post No:</w:t>
      </w:r>
      <w:r w:rsidRPr="000D7E6A">
        <w:rPr>
          <w:rFonts w:cs="Arial"/>
        </w:rPr>
        <w:tab/>
      </w:r>
      <w:r>
        <w:rPr>
          <w:rFonts w:cs="Arial"/>
        </w:rPr>
        <w:t xml:space="preserve"> </w:t>
      </w:r>
      <w:r w:rsidRPr="000D7E6A">
        <w:rPr>
          <w:rFonts w:cs="Arial"/>
          <w:bCs/>
        </w:rPr>
        <w:t>Various</w:t>
      </w:r>
      <w:r w:rsidRPr="000D7E6A">
        <w:rPr>
          <w:rFonts w:cs="Arial"/>
        </w:rPr>
        <w:tab/>
      </w:r>
      <w:r w:rsidRPr="000D7E6A">
        <w:rPr>
          <w:rFonts w:cs="Arial"/>
        </w:rPr>
        <w:tab/>
      </w:r>
    </w:p>
    <w:p w14:paraId="41CD8291" w14:textId="77777777" w:rsidR="00A12E7F" w:rsidRPr="000D7E6A" w:rsidRDefault="00A12E7F" w:rsidP="00A12E7F">
      <w:pPr>
        <w:tabs>
          <w:tab w:val="left" w:pos="5760"/>
        </w:tabs>
        <w:rPr>
          <w:rFonts w:cs="Arial"/>
          <w:u w:val="single"/>
        </w:rPr>
      </w:pPr>
      <w:r w:rsidRPr="000D7E6A">
        <w:rPr>
          <w:rFonts w:cs="Arial"/>
        </w:rPr>
        <w:tab/>
      </w:r>
      <w:r w:rsidRPr="000D7E6A">
        <w:rPr>
          <w:rFonts w:cs="Arial"/>
          <w:b/>
          <w:u w:val="single"/>
        </w:rPr>
        <w:t>Job Evaluation Number</w:t>
      </w:r>
      <w:r w:rsidRPr="000D7E6A">
        <w:rPr>
          <w:rFonts w:cs="Arial"/>
          <w:b/>
        </w:rPr>
        <w:t xml:space="preserve">: </w:t>
      </w:r>
      <w:r w:rsidRPr="00DC0A07">
        <w:rPr>
          <w:rFonts w:cs="Arial"/>
        </w:rPr>
        <w:t>315</w:t>
      </w:r>
    </w:p>
    <w:p w14:paraId="7ADDA589" w14:textId="1927139A" w:rsidR="00A12E7F" w:rsidRPr="000D7E6A" w:rsidRDefault="00A12E7F" w:rsidP="00A12E7F">
      <w:pPr>
        <w:tabs>
          <w:tab w:val="left" w:pos="5760"/>
        </w:tabs>
        <w:rPr>
          <w:rFonts w:cs="Arial"/>
          <w:b/>
          <w:u w:val="single"/>
        </w:rPr>
      </w:pPr>
      <w:r w:rsidRPr="000D7E6A">
        <w:rPr>
          <w:rFonts w:cs="Arial"/>
          <w:b/>
          <w:u w:val="single"/>
        </w:rPr>
        <w:t>Section:</w:t>
      </w:r>
      <w:r w:rsidRPr="000D7E6A">
        <w:rPr>
          <w:rFonts w:cs="Arial"/>
          <w:b/>
        </w:rPr>
        <w:t xml:space="preserve">           </w:t>
      </w:r>
      <w:r>
        <w:rPr>
          <w:rFonts w:cs="Arial"/>
          <w:b/>
        </w:rPr>
        <w:t>Adult Social Care</w:t>
      </w:r>
    </w:p>
    <w:p w14:paraId="2402D412" w14:textId="6CAD04EA" w:rsidR="00A12E7F" w:rsidRPr="00696823" w:rsidRDefault="00A12E7F" w:rsidP="00A12E7F">
      <w:pPr>
        <w:tabs>
          <w:tab w:val="left" w:pos="5760"/>
        </w:tabs>
        <w:rPr>
          <w:rFonts w:cs="Arial"/>
        </w:rPr>
      </w:pPr>
      <w:r w:rsidRPr="000D7E6A">
        <w:rPr>
          <w:rFonts w:cs="Arial"/>
          <w:b/>
          <w:u w:val="single"/>
        </w:rPr>
        <w:t>Post:</w:t>
      </w:r>
      <w:r w:rsidRPr="000D7E6A">
        <w:rPr>
          <w:rFonts w:cs="Arial"/>
          <w:b/>
        </w:rPr>
        <w:t xml:space="preserve">    </w:t>
      </w:r>
      <w:r>
        <w:rPr>
          <w:rFonts w:cs="Arial"/>
          <w:b/>
        </w:rPr>
        <w:t xml:space="preserve">            </w:t>
      </w:r>
      <w:r w:rsidRPr="000D7E6A">
        <w:rPr>
          <w:rFonts w:cs="Arial"/>
          <w:bCs/>
        </w:rPr>
        <w:t>Social Worker (Qualified and Experienced)</w:t>
      </w:r>
      <w:r w:rsidRPr="000D7E6A">
        <w:rPr>
          <w:rFonts w:cs="Arial"/>
          <w:b/>
        </w:rPr>
        <w:t xml:space="preserve">            </w:t>
      </w:r>
    </w:p>
    <w:p w14:paraId="4548E1CD" w14:textId="2FA95B41" w:rsidR="00A12E7F" w:rsidRPr="000D7E6A" w:rsidRDefault="00A12E7F" w:rsidP="00A12E7F">
      <w:pPr>
        <w:tabs>
          <w:tab w:val="left" w:pos="5760"/>
        </w:tabs>
        <w:rPr>
          <w:rFonts w:cs="Arial"/>
          <w:b/>
          <w:u w:val="single"/>
        </w:rPr>
      </w:pPr>
      <w:r w:rsidRPr="000D7E6A">
        <w:rPr>
          <w:rFonts w:cs="Arial"/>
          <w:b/>
          <w:u w:val="single"/>
        </w:rPr>
        <w:t>Grade:</w:t>
      </w:r>
      <w:r w:rsidRPr="000D7E6A">
        <w:rPr>
          <w:rFonts w:cs="Arial"/>
        </w:rPr>
        <w:t xml:space="preserve">   </w:t>
      </w:r>
      <w:r>
        <w:rPr>
          <w:rFonts w:cs="Arial"/>
        </w:rPr>
        <w:t xml:space="preserve">           </w:t>
      </w:r>
      <w:r w:rsidRPr="000D7E6A">
        <w:rPr>
          <w:rFonts w:cs="Arial"/>
          <w:bCs/>
        </w:rPr>
        <w:t>I (SCP 37-41)</w:t>
      </w:r>
      <w:r w:rsidRPr="000D7E6A">
        <w:rPr>
          <w:rFonts w:cs="Arial"/>
        </w:rPr>
        <w:t xml:space="preserve">          </w:t>
      </w:r>
    </w:p>
    <w:p w14:paraId="3B3A4C94" w14:textId="1F6F89E8" w:rsidR="00A12E7F" w:rsidRPr="00696823" w:rsidRDefault="00A12E7F" w:rsidP="00696823">
      <w:pPr>
        <w:pBdr>
          <w:top w:val="single" w:sz="4" w:space="1" w:color="auto"/>
        </w:pBdr>
        <w:tabs>
          <w:tab w:val="left" w:pos="5760"/>
        </w:tabs>
        <w:ind w:right="-118"/>
        <w:rPr>
          <w:rFonts w:cs="Arial"/>
        </w:rPr>
      </w:pPr>
      <w:r w:rsidRPr="000D7E6A">
        <w:rPr>
          <w:rFonts w:cs="Arial"/>
          <w:b/>
          <w:u w:val="single"/>
        </w:rPr>
        <w:t>Responsible To:</w:t>
      </w:r>
      <w:r w:rsidRPr="000D7E6A">
        <w:rPr>
          <w:rFonts w:cs="Arial"/>
        </w:rPr>
        <w:t xml:space="preserve">   </w:t>
      </w:r>
      <w:r>
        <w:rPr>
          <w:rFonts w:cs="Arial"/>
        </w:rPr>
        <w:t xml:space="preserve"> </w:t>
      </w:r>
      <w:r w:rsidRPr="000D7E6A">
        <w:rPr>
          <w:rFonts w:cs="Arial"/>
          <w:bCs/>
        </w:rPr>
        <w:t>Team Manager</w:t>
      </w:r>
      <w:r w:rsidRPr="000D7E6A">
        <w:rPr>
          <w:rFonts w:cs="Arial"/>
        </w:rPr>
        <w:t xml:space="preserve">    </w:t>
      </w:r>
    </w:p>
    <w:p w14:paraId="4698985E" w14:textId="77777777" w:rsidR="00A12E7F" w:rsidRPr="000D7E6A" w:rsidRDefault="00A12E7F" w:rsidP="00A12E7F">
      <w:pPr>
        <w:tabs>
          <w:tab w:val="left" w:pos="5760"/>
        </w:tabs>
        <w:rPr>
          <w:rFonts w:cs="Arial"/>
          <w:b/>
          <w:u w:val="single"/>
        </w:rPr>
      </w:pPr>
      <w:r w:rsidRPr="000D7E6A">
        <w:rPr>
          <w:rFonts w:cs="Arial"/>
          <w:b/>
          <w:u w:val="single"/>
        </w:rPr>
        <w:t>Responsible For:</w:t>
      </w:r>
      <w:r w:rsidRPr="000D7E6A">
        <w:rPr>
          <w:rFonts w:cs="Arial"/>
        </w:rPr>
        <w:t xml:space="preserve">   N/A  </w:t>
      </w:r>
    </w:p>
    <w:p w14:paraId="6ED964F9" w14:textId="77777777" w:rsidR="00A12E7F" w:rsidRPr="000D7E6A" w:rsidRDefault="00A12E7F" w:rsidP="00A12E7F">
      <w:pPr>
        <w:pBdr>
          <w:top w:val="single" w:sz="4" w:space="1" w:color="auto"/>
        </w:pBdr>
        <w:tabs>
          <w:tab w:val="left" w:pos="5760"/>
        </w:tabs>
        <w:rPr>
          <w:rFonts w:cs="Arial"/>
          <w:b/>
          <w:u w:val="single"/>
        </w:rPr>
      </w:pPr>
    </w:p>
    <w:p w14:paraId="13670C0B" w14:textId="7AA91227" w:rsidR="00A12E7F" w:rsidRPr="000D7E6A" w:rsidRDefault="00A12E7F" w:rsidP="00A12E7F">
      <w:pPr>
        <w:pBdr>
          <w:top w:val="single" w:sz="4" w:space="1" w:color="auto"/>
        </w:pBdr>
        <w:tabs>
          <w:tab w:val="left" w:pos="5760"/>
        </w:tabs>
        <w:rPr>
          <w:rFonts w:cs="Arial"/>
          <w:b/>
          <w:u w:val="single"/>
        </w:rPr>
      </w:pPr>
      <w:smartTag w:uri="urn:schemas-microsoft-com:office:smarttags" w:element="stockticker">
        <w:r w:rsidRPr="000D7E6A">
          <w:rPr>
            <w:rFonts w:cs="Arial"/>
            <w:b/>
            <w:u w:val="single"/>
          </w:rPr>
          <w:t>JOB</w:t>
        </w:r>
      </w:smartTag>
      <w:r w:rsidRPr="000D7E6A">
        <w:rPr>
          <w:rFonts w:cs="Arial"/>
          <w:b/>
          <w:u w:val="single"/>
        </w:rPr>
        <w:t xml:space="preserve"> PURPOSE</w:t>
      </w:r>
    </w:p>
    <w:p w14:paraId="57942EFE" w14:textId="0A3F4228" w:rsidR="00A12E7F" w:rsidRPr="000D7E6A" w:rsidRDefault="00A12E7F" w:rsidP="00A12E7F">
      <w:pPr>
        <w:rPr>
          <w:rFonts w:cs="Arial"/>
          <w:bCs/>
        </w:rPr>
      </w:pPr>
      <w:r w:rsidRPr="000D7E6A">
        <w:rPr>
          <w:rFonts w:cs="Arial"/>
          <w:bCs/>
        </w:rPr>
        <w:t>To contribute to the operational delivery o</w:t>
      </w:r>
      <w:r>
        <w:rPr>
          <w:rFonts w:cs="Arial"/>
          <w:bCs/>
        </w:rPr>
        <w:t xml:space="preserve">f an effective Adult Social Care </w:t>
      </w:r>
      <w:r w:rsidRPr="000D7E6A">
        <w:rPr>
          <w:rFonts w:cs="Arial"/>
          <w:bCs/>
        </w:rPr>
        <w:t xml:space="preserve">Service as part of a team responsible for safeguarding, promoting the welfare of and continuously improving outcomes for vulnerable people. </w:t>
      </w:r>
    </w:p>
    <w:p w14:paraId="6ADBBC22" w14:textId="77777777" w:rsidR="00A12E7F" w:rsidRDefault="00A12E7F" w:rsidP="00A12E7F">
      <w:pPr>
        <w:rPr>
          <w:rFonts w:cs="Arial"/>
          <w:bCs/>
        </w:rPr>
      </w:pPr>
      <w:r w:rsidRPr="000D7E6A">
        <w:rPr>
          <w:rFonts w:cs="Arial"/>
          <w:bCs/>
        </w:rPr>
        <w:t xml:space="preserve">To manage a complex caseload, delivering </w:t>
      </w:r>
      <w:proofErr w:type="gramStart"/>
      <w:r w:rsidRPr="000D7E6A">
        <w:rPr>
          <w:rFonts w:cs="Arial"/>
          <w:bCs/>
        </w:rPr>
        <w:t>high quality</w:t>
      </w:r>
      <w:proofErr w:type="gramEnd"/>
      <w:r w:rsidRPr="000D7E6A">
        <w:rPr>
          <w:rFonts w:cs="Arial"/>
          <w:bCs/>
        </w:rPr>
        <w:t xml:space="preserve"> assessments and support plans that address the needs of vulnerable people through the commissioning of individual packages of care, whilst managing the reputation of the Council.</w:t>
      </w:r>
    </w:p>
    <w:p w14:paraId="26F23001" w14:textId="68D3A286" w:rsidR="00A12E7F" w:rsidRPr="00696823" w:rsidRDefault="00A12E7F" w:rsidP="00A12E7F">
      <w:pPr>
        <w:rPr>
          <w:rFonts w:cs="Arial"/>
          <w:lang w:val="en-US" w:eastAsia="ja-JP"/>
        </w:rPr>
      </w:pPr>
      <w:r>
        <w:rPr>
          <w:rFonts w:cs="Arial"/>
        </w:rPr>
        <w:t xml:space="preserve">             </w:t>
      </w:r>
    </w:p>
    <w:p w14:paraId="34285562" w14:textId="77777777" w:rsidR="00A12E7F" w:rsidRPr="000D7E6A" w:rsidRDefault="00A12E7F" w:rsidP="00A12E7F">
      <w:pPr>
        <w:tabs>
          <w:tab w:val="left" w:pos="5760"/>
        </w:tabs>
        <w:rPr>
          <w:rFonts w:cs="Arial"/>
          <w:b/>
          <w:u w:val="single"/>
        </w:rPr>
      </w:pPr>
      <w:smartTag w:uri="urn:schemas-microsoft-com:office:smarttags" w:element="stockticker">
        <w:r w:rsidRPr="000D7E6A">
          <w:rPr>
            <w:rFonts w:cs="Arial"/>
            <w:b/>
            <w:u w:val="single"/>
          </w:rPr>
          <w:t>MAIN</w:t>
        </w:r>
      </w:smartTag>
      <w:r w:rsidRPr="000D7E6A">
        <w:rPr>
          <w:rFonts w:cs="Arial"/>
          <w:b/>
          <w:u w:val="single"/>
        </w:rPr>
        <w:t xml:space="preserve"> DUTIES</w:t>
      </w:r>
    </w:p>
    <w:p w14:paraId="0A6051DE" w14:textId="77777777" w:rsidR="00A12E7F" w:rsidRPr="000D7E6A" w:rsidRDefault="00A12E7F" w:rsidP="00A12E7F">
      <w:pPr>
        <w:tabs>
          <w:tab w:val="left" w:pos="5760"/>
        </w:tabs>
        <w:rPr>
          <w:rFonts w:cs="Arial"/>
          <w:b/>
          <w:u w:val="single"/>
        </w:rPr>
      </w:pPr>
    </w:p>
    <w:p w14:paraId="2C316D25"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Hold and effectively manage a complex and varied caseload with appropriate supervision, guidance and support, reflecting the function of th</w:t>
      </w:r>
      <w:r>
        <w:rPr>
          <w:rFonts w:cs="Arial"/>
        </w:rPr>
        <w:t>e team and the Adult Social Care</w:t>
      </w:r>
      <w:r w:rsidRPr="000D7E6A">
        <w:rPr>
          <w:rFonts w:cs="Arial"/>
        </w:rPr>
        <w:t xml:space="preserve"> Service in accordance with policy, procedures, guidance and legislation. </w:t>
      </w:r>
    </w:p>
    <w:p w14:paraId="7F34E075" w14:textId="77777777" w:rsidR="00A12E7F" w:rsidRPr="000D7E6A" w:rsidRDefault="00A12E7F" w:rsidP="00A12E7F">
      <w:pPr>
        <w:rPr>
          <w:rFonts w:cs="Arial"/>
        </w:rPr>
      </w:pPr>
    </w:p>
    <w:p w14:paraId="2A93D54D"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Undertake work within legislative frameworks including the preparation of written statements and representations to the judiciary at Court hearings.</w:t>
      </w:r>
    </w:p>
    <w:p w14:paraId="046ABAED" w14:textId="77777777" w:rsidR="00A12E7F" w:rsidRPr="000D7E6A" w:rsidRDefault="00A12E7F" w:rsidP="00A12E7F">
      <w:pPr>
        <w:rPr>
          <w:rFonts w:cs="Arial"/>
        </w:rPr>
      </w:pPr>
    </w:p>
    <w:p w14:paraId="0D91C24F"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lastRenderedPageBreak/>
        <w:t>Be accountable for complex decision making in relation to caseloads ensuring professional judgement, service user involvement, needs led assessment, critical reflection and analysis to inform this.</w:t>
      </w:r>
    </w:p>
    <w:p w14:paraId="2BD80A9F" w14:textId="77777777" w:rsidR="00A12E7F" w:rsidRPr="000D7E6A" w:rsidRDefault="00A12E7F" w:rsidP="00A12E7F">
      <w:pPr>
        <w:pStyle w:val="ListParagraph"/>
        <w:rPr>
          <w:rFonts w:cs="Arial"/>
        </w:rPr>
      </w:pPr>
    </w:p>
    <w:p w14:paraId="1A1C38E6"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Identify and assess levels of risk and need (within statutory frameworks) in often complex situations. Undertake safeguarding investigations and deliver protective and/or supportive services for individuals at risk and maintain up to date assessments, care plans and reviews.</w:t>
      </w:r>
    </w:p>
    <w:p w14:paraId="47BF9FCE" w14:textId="77777777" w:rsidR="00A12E7F" w:rsidRPr="000D7E6A" w:rsidRDefault="00A12E7F" w:rsidP="00A12E7F">
      <w:pPr>
        <w:pStyle w:val="ListParagraph"/>
        <w:rPr>
          <w:rFonts w:cs="Arial"/>
        </w:rPr>
      </w:pPr>
    </w:p>
    <w:p w14:paraId="1D6269EB" w14:textId="77777777" w:rsidR="00A12E7F"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Prepare statements of need/care and support plans, in consultation with</w:t>
      </w:r>
      <w:r>
        <w:rPr>
          <w:rFonts w:cs="Arial"/>
        </w:rPr>
        <w:t xml:space="preserve"> other agencies as appropriate that</w:t>
      </w:r>
      <w:r w:rsidRPr="000D7E6A">
        <w:rPr>
          <w:rFonts w:cs="Arial"/>
        </w:rPr>
        <w:t xml:space="preserve"> reflect the wishes of the individual and lead to the commissioning of personalised packages of care. </w:t>
      </w:r>
    </w:p>
    <w:p w14:paraId="63862C2B" w14:textId="77777777" w:rsidR="00A12E7F" w:rsidRPr="000D7E6A" w:rsidRDefault="00A12E7F" w:rsidP="00A12E7F">
      <w:pPr>
        <w:tabs>
          <w:tab w:val="num" w:pos="1080"/>
        </w:tabs>
        <w:rPr>
          <w:rFonts w:cs="Arial"/>
        </w:rPr>
      </w:pPr>
    </w:p>
    <w:p w14:paraId="2D59589F"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Negotiate personalised care arrangements with individuals and significant others that offer choices within affordable resources based on an allocated budget.</w:t>
      </w:r>
    </w:p>
    <w:p w14:paraId="57A98DEC" w14:textId="77777777" w:rsidR="00A12E7F" w:rsidRPr="000D7E6A" w:rsidRDefault="00A12E7F" w:rsidP="00A12E7F">
      <w:pPr>
        <w:tabs>
          <w:tab w:val="num" w:pos="1080"/>
        </w:tabs>
        <w:rPr>
          <w:rFonts w:cs="Arial"/>
        </w:rPr>
      </w:pPr>
    </w:p>
    <w:p w14:paraId="1EB67F7D"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Undertake direct work with adults and their families in line with care plans. </w:t>
      </w:r>
    </w:p>
    <w:p w14:paraId="5A458F56" w14:textId="77777777" w:rsidR="00A12E7F" w:rsidRPr="000D7E6A" w:rsidRDefault="00A12E7F" w:rsidP="00A12E7F">
      <w:pPr>
        <w:pStyle w:val="ListParagraph"/>
        <w:rPr>
          <w:rFonts w:cs="Arial"/>
        </w:rPr>
      </w:pPr>
    </w:p>
    <w:p w14:paraId="3998C789"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Work co-operatively with both internal and external colleagues across multi - agency boundaries.  </w:t>
      </w:r>
    </w:p>
    <w:p w14:paraId="352B9ED3" w14:textId="77777777" w:rsidR="00A12E7F" w:rsidRPr="000D7E6A" w:rsidRDefault="00A12E7F" w:rsidP="00A12E7F">
      <w:pPr>
        <w:pStyle w:val="ListParagraph"/>
        <w:rPr>
          <w:rFonts w:cs="Arial"/>
        </w:rPr>
      </w:pPr>
    </w:p>
    <w:p w14:paraId="6578C623"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Undertake specific responsibilities as required by the service, for example the role of AMPH which may require out of hours duty. </w:t>
      </w:r>
    </w:p>
    <w:p w14:paraId="65562379" w14:textId="77777777" w:rsidR="00A12E7F" w:rsidRPr="000D7E6A" w:rsidRDefault="00A12E7F" w:rsidP="00A12E7F">
      <w:pPr>
        <w:pStyle w:val="ListParagraph"/>
        <w:rPr>
          <w:rFonts w:cs="Arial"/>
        </w:rPr>
      </w:pPr>
    </w:p>
    <w:p w14:paraId="349BD557"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Communicate skilfully and confidently in complex or </w:t>
      </w:r>
      <w:proofErr w:type="gramStart"/>
      <w:r w:rsidRPr="000D7E6A">
        <w:rPr>
          <w:rFonts w:cs="Arial"/>
        </w:rPr>
        <w:t>high risk</w:t>
      </w:r>
      <w:proofErr w:type="gramEnd"/>
      <w:r w:rsidRPr="000D7E6A">
        <w:rPr>
          <w:rFonts w:cs="Arial"/>
        </w:rPr>
        <w:t xml:space="preserve"> situations. Model and help others develop communication skills</w:t>
      </w:r>
    </w:p>
    <w:p w14:paraId="59543229" w14:textId="77777777" w:rsidR="00A12E7F" w:rsidRPr="000D7E6A" w:rsidRDefault="00A12E7F" w:rsidP="00A12E7F">
      <w:pPr>
        <w:pStyle w:val="ListParagraph"/>
        <w:rPr>
          <w:rFonts w:cs="Arial"/>
        </w:rPr>
      </w:pPr>
    </w:p>
    <w:p w14:paraId="0E153AA5"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Attend and represent the department at a range of multi-disciplinary forums and undertaking the role of chair as required.</w:t>
      </w:r>
    </w:p>
    <w:p w14:paraId="5F77870F" w14:textId="77777777" w:rsidR="00A12E7F" w:rsidRPr="000D7E6A" w:rsidRDefault="00A12E7F" w:rsidP="00A12E7F">
      <w:pPr>
        <w:pStyle w:val="ListParagraph"/>
        <w:rPr>
          <w:rFonts w:cs="Arial"/>
        </w:rPr>
      </w:pPr>
    </w:p>
    <w:p w14:paraId="0785305B"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Model critical reflection and </w:t>
      </w:r>
      <w:proofErr w:type="gramStart"/>
      <w:r w:rsidRPr="000D7E6A">
        <w:rPr>
          <w:rFonts w:cs="Arial"/>
        </w:rPr>
        <w:t>evidence based</w:t>
      </w:r>
      <w:proofErr w:type="gramEnd"/>
      <w:r w:rsidRPr="000D7E6A">
        <w:rPr>
          <w:rFonts w:cs="Arial"/>
        </w:rPr>
        <w:t xml:space="preserve"> decision making and support others in developing these.</w:t>
      </w:r>
    </w:p>
    <w:p w14:paraId="1B9CC7BC" w14:textId="77777777" w:rsidR="00A12E7F" w:rsidRPr="000D7E6A" w:rsidRDefault="00A12E7F" w:rsidP="00A12E7F">
      <w:pPr>
        <w:pStyle w:val="ListParagraph"/>
        <w:rPr>
          <w:rFonts w:cs="Arial"/>
        </w:rPr>
      </w:pPr>
    </w:p>
    <w:p w14:paraId="68A7455F"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Demonstrate a critical knowledge of the range of theories and models for social work intervention with individuals, families, groups and communities and the methods derived from them. </w:t>
      </w:r>
    </w:p>
    <w:p w14:paraId="741D31B0" w14:textId="77777777" w:rsidR="00A12E7F" w:rsidRPr="000D7E6A" w:rsidRDefault="00A12E7F" w:rsidP="00A12E7F">
      <w:pPr>
        <w:tabs>
          <w:tab w:val="num" w:pos="1080"/>
        </w:tabs>
        <w:rPr>
          <w:rFonts w:cs="Arial"/>
        </w:rPr>
      </w:pPr>
    </w:p>
    <w:p w14:paraId="1F082786"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Contribute to current practice expectations, identifying areas of poor practice issues and taking appropriate action.  </w:t>
      </w:r>
    </w:p>
    <w:p w14:paraId="16E0F974" w14:textId="77777777" w:rsidR="00A12E7F" w:rsidRPr="000D7E6A" w:rsidRDefault="00A12E7F" w:rsidP="00A12E7F">
      <w:pPr>
        <w:pStyle w:val="ListParagraph"/>
        <w:rPr>
          <w:rFonts w:cs="Arial"/>
        </w:rPr>
      </w:pPr>
    </w:p>
    <w:p w14:paraId="4FCE8C57"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Model inclusive practice in relation to identity and diversity, challenging any issues of concern.</w:t>
      </w:r>
    </w:p>
    <w:p w14:paraId="41EABE19" w14:textId="77777777" w:rsidR="00A12E7F" w:rsidRPr="000D7E6A" w:rsidRDefault="00A12E7F" w:rsidP="00A12E7F">
      <w:pPr>
        <w:pStyle w:val="ListParagraph"/>
        <w:rPr>
          <w:rFonts w:cs="Arial"/>
        </w:rPr>
      </w:pPr>
    </w:p>
    <w:p w14:paraId="658B8C69"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Take responsibility for obtaining regular professional supervision to ensure effective practice, reflection and career development. </w:t>
      </w:r>
    </w:p>
    <w:p w14:paraId="3596955A" w14:textId="77777777" w:rsidR="00A12E7F" w:rsidRPr="000D7E6A" w:rsidRDefault="00A12E7F" w:rsidP="00A12E7F">
      <w:pPr>
        <w:rPr>
          <w:rFonts w:cs="Arial"/>
        </w:rPr>
      </w:pPr>
    </w:p>
    <w:p w14:paraId="6CEC652D"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Prepare and participate in Performance and Development Reviews, identifying areas for improvement and carrying out agreed learning and development opportunities including using research to inform practice. </w:t>
      </w:r>
    </w:p>
    <w:p w14:paraId="43F25420" w14:textId="77777777" w:rsidR="00A12E7F" w:rsidRPr="000D7E6A" w:rsidRDefault="00A12E7F" w:rsidP="00A12E7F">
      <w:pPr>
        <w:rPr>
          <w:rFonts w:cs="Arial"/>
        </w:rPr>
      </w:pPr>
    </w:p>
    <w:p w14:paraId="4292354E"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Take responsibility for the professional learning and development of self and others including participating in team meetings and contributing to the development of the team.</w:t>
      </w:r>
    </w:p>
    <w:p w14:paraId="7E13B777" w14:textId="77777777" w:rsidR="00A12E7F" w:rsidRPr="000D7E6A" w:rsidRDefault="00A12E7F" w:rsidP="00A12E7F">
      <w:pPr>
        <w:pStyle w:val="ListParagraph"/>
        <w:rPr>
          <w:rFonts w:cs="Arial"/>
        </w:rPr>
      </w:pPr>
    </w:p>
    <w:p w14:paraId="55725108"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Be responsible for overseeing the management, teaching and assessment of social work students carrying out practice learning placements.</w:t>
      </w:r>
    </w:p>
    <w:p w14:paraId="1D9B830A" w14:textId="77777777" w:rsidR="00A12E7F" w:rsidRPr="000D7E6A" w:rsidRDefault="00A12E7F" w:rsidP="00A12E7F">
      <w:pPr>
        <w:rPr>
          <w:rFonts w:cs="Arial"/>
        </w:rPr>
      </w:pPr>
    </w:p>
    <w:p w14:paraId="71FED605"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 xml:space="preserve">Ensure that reports are up to date, of a high quality and submitted according to appropriate timescales. </w:t>
      </w:r>
    </w:p>
    <w:p w14:paraId="58657148" w14:textId="77777777" w:rsidR="00A12E7F" w:rsidRPr="000D7E6A" w:rsidRDefault="00A12E7F" w:rsidP="00A12E7F">
      <w:pPr>
        <w:pStyle w:val="ListParagraph"/>
        <w:rPr>
          <w:rFonts w:cs="Arial"/>
        </w:rPr>
      </w:pPr>
    </w:p>
    <w:p w14:paraId="46B7AD8C" w14:textId="77777777" w:rsidR="00A12E7F" w:rsidRPr="000D7E6A" w:rsidRDefault="00A12E7F" w:rsidP="00A12E7F">
      <w:pPr>
        <w:numPr>
          <w:ilvl w:val="0"/>
          <w:numId w:val="45"/>
        </w:numPr>
        <w:tabs>
          <w:tab w:val="clear" w:pos="720"/>
          <w:tab w:val="num" w:pos="426"/>
          <w:tab w:val="num" w:pos="1080"/>
        </w:tabs>
        <w:spacing w:after="0" w:line="240" w:lineRule="auto"/>
        <w:ind w:left="426" w:hanging="426"/>
        <w:rPr>
          <w:rFonts w:cs="Arial"/>
        </w:rPr>
      </w:pPr>
      <w:r w:rsidRPr="000D7E6A">
        <w:rPr>
          <w:rFonts w:cs="Arial"/>
        </w:rPr>
        <w:t>Ensure that expenditure on cases is properly authorised and recorded.</w:t>
      </w:r>
    </w:p>
    <w:p w14:paraId="0F89BE43" w14:textId="77777777" w:rsidR="00A12E7F" w:rsidRPr="000D7E6A" w:rsidRDefault="00A12E7F" w:rsidP="00A12E7F">
      <w:pPr>
        <w:rPr>
          <w:rFonts w:cs="Arial"/>
        </w:rPr>
      </w:pPr>
    </w:p>
    <w:p w14:paraId="3254C11F" w14:textId="77777777" w:rsidR="00A12E7F" w:rsidRPr="000D7E6A" w:rsidRDefault="00A12E7F" w:rsidP="00A12E7F">
      <w:pPr>
        <w:numPr>
          <w:ilvl w:val="0"/>
          <w:numId w:val="45"/>
        </w:numPr>
        <w:tabs>
          <w:tab w:val="clear" w:pos="720"/>
          <w:tab w:val="num" w:pos="426"/>
          <w:tab w:val="num" w:pos="1080"/>
          <w:tab w:val="num" w:pos="1440"/>
        </w:tabs>
        <w:spacing w:after="0" w:line="240" w:lineRule="auto"/>
        <w:ind w:left="426" w:hanging="426"/>
        <w:rPr>
          <w:rFonts w:cs="Arial"/>
        </w:rPr>
      </w:pPr>
      <w:r w:rsidRPr="000D7E6A">
        <w:rPr>
          <w:rFonts w:cs="Arial"/>
        </w:rPr>
        <w:t xml:space="preserve">Be responsible for accurate, </w:t>
      </w:r>
      <w:proofErr w:type="gramStart"/>
      <w:r w:rsidRPr="000D7E6A">
        <w:rPr>
          <w:rFonts w:cs="Arial"/>
        </w:rPr>
        <w:t>sensitive,  timely</w:t>
      </w:r>
      <w:proofErr w:type="gramEnd"/>
      <w:r w:rsidRPr="000D7E6A">
        <w:rPr>
          <w:rFonts w:cs="Arial"/>
        </w:rPr>
        <w:t xml:space="preserve">  and up to date data entry on all cases including:</w:t>
      </w:r>
    </w:p>
    <w:p w14:paraId="78817F40" w14:textId="77777777" w:rsidR="00A12E7F" w:rsidRPr="000D7E6A" w:rsidRDefault="00A12E7F" w:rsidP="00A12E7F">
      <w:pPr>
        <w:numPr>
          <w:ilvl w:val="1"/>
          <w:numId w:val="45"/>
        </w:numPr>
        <w:spacing w:after="0" w:line="240" w:lineRule="auto"/>
        <w:rPr>
          <w:rFonts w:cs="Arial"/>
        </w:rPr>
      </w:pPr>
      <w:r w:rsidRPr="000D7E6A">
        <w:rPr>
          <w:rFonts w:cs="Arial"/>
        </w:rPr>
        <w:t>data entry on IAS and any other electronic tools or database</w:t>
      </w:r>
    </w:p>
    <w:p w14:paraId="1AFBB4E9" w14:textId="77777777" w:rsidR="00A12E7F" w:rsidRDefault="00A12E7F" w:rsidP="00A12E7F">
      <w:pPr>
        <w:numPr>
          <w:ilvl w:val="1"/>
          <w:numId w:val="45"/>
        </w:numPr>
        <w:spacing w:after="0" w:line="240" w:lineRule="auto"/>
        <w:rPr>
          <w:rFonts w:cs="Arial"/>
        </w:rPr>
      </w:pPr>
      <w:r w:rsidRPr="000D7E6A">
        <w:rPr>
          <w:rFonts w:cs="Arial"/>
        </w:rPr>
        <w:t>data required for specific PIs/targets,</w:t>
      </w:r>
    </w:p>
    <w:p w14:paraId="45580F75" w14:textId="77777777" w:rsidR="00A12E7F" w:rsidRDefault="00A12E7F" w:rsidP="00A12E7F">
      <w:pPr>
        <w:numPr>
          <w:ilvl w:val="1"/>
          <w:numId w:val="45"/>
        </w:numPr>
        <w:spacing w:after="0" w:line="240" w:lineRule="auto"/>
        <w:rPr>
          <w:rFonts w:cs="Arial"/>
        </w:rPr>
      </w:pPr>
      <w:r>
        <w:rPr>
          <w:rFonts w:cs="Arial"/>
        </w:rPr>
        <w:t>d</w:t>
      </w:r>
      <w:r w:rsidRPr="0079538B">
        <w:rPr>
          <w:rFonts w:cs="Arial"/>
        </w:rPr>
        <w:t>ue consideration being given to any legal and human rights of the individuals concerned.</w:t>
      </w:r>
    </w:p>
    <w:p w14:paraId="5E55D9E9" w14:textId="77777777" w:rsidR="00A12E7F" w:rsidRPr="005A29D4" w:rsidRDefault="00A12E7F" w:rsidP="00A12E7F">
      <w:pPr>
        <w:rPr>
          <w:rFonts w:cs="Arial"/>
        </w:rPr>
      </w:pPr>
    </w:p>
    <w:p w14:paraId="712A424C" w14:textId="3296F983" w:rsidR="00A12E7F" w:rsidRDefault="00A12E7F" w:rsidP="00461513">
      <w:pPr>
        <w:pStyle w:val="ListParagraph"/>
        <w:numPr>
          <w:ilvl w:val="0"/>
          <w:numId w:val="45"/>
        </w:numPr>
        <w:spacing w:after="0" w:line="240" w:lineRule="auto"/>
        <w:rPr>
          <w:rFonts w:cs="Arial"/>
        </w:rPr>
      </w:pPr>
      <w:r w:rsidRPr="005A29D4">
        <w:rPr>
          <w:rFonts w:cs="Arial"/>
        </w:rPr>
        <w:t>Ensure that client information data is lawfully gathered, accurate, up to date and only divulged in accordance with the UK General Data Protection Regulation (GDPR) and Data Protection Act 2018 (DPA) and the local government common law duty of confidentiality.  Failure to apply these duties can lead to the individual or the Service facing court proceedings’</w:t>
      </w:r>
    </w:p>
    <w:p w14:paraId="3A5FE21A" w14:textId="77777777" w:rsidR="00461513" w:rsidRPr="00461513" w:rsidRDefault="00461513" w:rsidP="00461513">
      <w:pPr>
        <w:pStyle w:val="ListParagraph"/>
        <w:spacing w:after="0" w:line="240" w:lineRule="auto"/>
        <w:rPr>
          <w:rFonts w:cs="Arial"/>
        </w:rPr>
      </w:pPr>
    </w:p>
    <w:p w14:paraId="2B7623E4" w14:textId="67C506DC" w:rsidR="00A12E7F" w:rsidRDefault="00A12E7F" w:rsidP="00A12E7F">
      <w:pPr>
        <w:numPr>
          <w:ilvl w:val="0"/>
          <w:numId w:val="45"/>
        </w:numPr>
        <w:tabs>
          <w:tab w:val="clear" w:pos="720"/>
          <w:tab w:val="num" w:pos="426"/>
        </w:tabs>
        <w:spacing w:after="0" w:line="240" w:lineRule="auto"/>
        <w:ind w:left="426" w:hanging="426"/>
        <w:rPr>
          <w:rFonts w:cs="Arial"/>
          <w:u w:val="single"/>
        </w:rPr>
      </w:pPr>
      <w:r w:rsidRPr="000D7E6A">
        <w:rPr>
          <w:rFonts w:cs="Arial"/>
        </w:rPr>
        <w:t>Undertake any other duties as directed from time-to-time to meet the exigencies of the service.</w:t>
      </w:r>
    </w:p>
    <w:p w14:paraId="66559F89" w14:textId="77777777" w:rsidR="00461513" w:rsidRDefault="00461513" w:rsidP="00461513">
      <w:pPr>
        <w:pStyle w:val="ListParagraph"/>
        <w:rPr>
          <w:rFonts w:cs="Arial"/>
          <w:u w:val="single"/>
        </w:rPr>
      </w:pPr>
    </w:p>
    <w:p w14:paraId="166F714B" w14:textId="77777777" w:rsidR="00C139B4" w:rsidRDefault="00C139B4" w:rsidP="00461513">
      <w:pPr>
        <w:pStyle w:val="ListParagraph"/>
        <w:rPr>
          <w:rFonts w:cs="Arial"/>
          <w:u w:val="single"/>
        </w:rPr>
      </w:pPr>
    </w:p>
    <w:p w14:paraId="35C038DA" w14:textId="77777777" w:rsidR="00C139B4" w:rsidRDefault="00C139B4" w:rsidP="00461513">
      <w:pPr>
        <w:pStyle w:val="ListParagraph"/>
        <w:rPr>
          <w:rFonts w:cs="Arial"/>
          <w:u w:val="single"/>
        </w:rPr>
      </w:pPr>
    </w:p>
    <w:p w14:paraId="1EF03298" w14:textId="77777777" w:rsidR="00C139B4" w:rsidRDefault="00C139B4" w:rsidP="00461513">
      <w:pPr>
        <w:pStyle w:val="ListParagraph"/>
        <w:rPr>
          <w:rFonts w:cs="Arial"/>
          <w:u w:val="single"/>
        </w:rPr>
      </w:pPr>
    </w:p>
    <w:p w14:paraId="2B3A54B9" w14:textId="4D884DC4" w:rsidR="00C139B4" w:rsidRPr="00C139B4" w:rsidRDefault="00C139B4" w:rsidP="00C139B4">
      <w:pPr>
        <w:spacing w:after="0" w:line="240" w:lineRule="auto"/>
        <w:jc w:val="center"/>
        <w:rPr>
          <w:rFonts w:eastAsia="Times New Roman" w:cstheme="minorHAnsi"/>
          <w:b/>
        </w:rPr>
      </w:pPr>
      <w:r w:rsidRPr="00C139B4">
        <w:rPr>
          <w:rFonts w:eastAsia="Times New Roman" w:cstheme="minorHAnsi"/>
          <w:b/>
        </w:rPr>
        <w:t>PERSON SPECIFICATION</w:t>
      </w:r>
    </w:p>
    <w:p w14:paraId="0B7BFDA1" w14:textId="77777777" w:rsidR="00461513" w:rsidRDefault="00461513" w:rsidP="00461513">
      <w:pPr>
        <w:pStyle w:val="ListParagraph"/>
        <w:rPr>
          <w:rFonts w:cs="Arial"/>
          <w:u w:val="single"/>
        </w:rPr>
      </w:pPr>
    </w:p>
    <w:tbl>
      <w:tblPr>
        <w:tblW w:w="10199" w:type="dxa"/>
        <w:tblInd w:w="-72" w:type="dxa"/>
        <w:tblCellMar>
          <w:left w:w="0" w:type="dxa"/>
          <w:right w:w="0" w:type="dxa"/>
        </w:tblCellMar>
        <w:tblLook w:val="04A0" w:firstRow="1" w:lastRow="0" w:firstColumn="1" w:lastColumn="0" w:noHBand="0" w:noVBand="1"/>
      </w:tblPr>
      <w:tblGrid>
        <w:gridCol w:w="1984"/>
        <w:gridCol w:w="3360"/>
        <w:gridCol w:w="3342"/>
        <w:gridCol w:w="1513"/>
      </w:tblGrid>
      <w:tr w:rsidR="00461513" w14:paraId="7FAD9ADA" w14:textId="77777777" w:rsidTr="00461513">
        <w:tc>
          <w:tcPr>
            <w:tcW w:w="1984" w:type="dxa"/>
            <w:tcBorders>
              <w:top w:val="double" w:sz="4" w:space="0" w:color="auto"/>
              <w:left w:val="double" w:sz="4" w:space="0" w:color="auto"/>
              <w:bottom w:val="double" w:sz="4" w:space="0" w:color="auto"/>
              <w:right w:val="single" w:sz="8" w:space="0" w:color="auto"/>
            </w:tcBorders>
            <w:shd w:val="clear" w:color="auto" w:fill="CCCCCC"/>
            <w:tcMar>
              <w:top w:w="0" w:type="dxa"/>
              <w:left w:w="108" w:type="dxa"/>
              <w:bottom w:w="0" w:type="dxa"/>
              <w:right w:w="108" w:type="dxa"/>
            </w:tcMar>
            <w:vAlign w:val="center"/>
            <w:hideMark/>
          </w:tcPr>
          <w:p w14:paraId="7ADDEB76" w14:textId="77777777" w:rsidR="00461513" w:rsidRDefault="00461513" w:rsidP="00E40644">
            <w:pPr>
              <w:pStyle w:val="Header"/>
              <w:rPr>
                <w:b/>
                <w:bCs/>
              </w:rPr>
            </w:pPr>
            <w:r>
              <w:rPr>
                <w:b/>
                <w:bCs/>
              </w:rPr>
              <w:t>Criteria</w:t>
            </w:r>
          </w:p>
        </w:tc>
        <w:tc>
          <w:tcPr>
            <w:tcW w:w="3360" w:type="dxa"/>
            <w:tcBorders>
              <w:top w:val="double" w:sz="4" w:space="0" w:color="auto"/>
              <w:left w:val="nil"/>
              <w:bottom w:val="double" w:sz="4" w:space="0" w:color="auto"/>
              <w:right w:val="single" w:sz="8" w:space="0" w:color="auto"/>
            </w:tcBorders>
            <w:shd w:val="clear" w:color="auto" w:fill="CCCCCC"/>
            <w:tcMar>
              <w:top w:w="0" w:type="dxa"/>
              <w:left w:w="108" w:type="dxa"/>
              <w:bottom w:w="0" w:type="dxa"/>
              <w:right w:w="108" w:type="dxa"/>
            </w:tcMar>
            <w:vAlign w:val="center"/>
            <w:hideMark/>
          </w:tcPr>
          <w:p w14:paraId="2E9F0B73" w14:textId="77777777" w:rsidR="00461513" w:rsidRDefault="00461513" w:rsidP="00E40644">
            <w:pPr>
              <w:pStyle w:val="Header"/>
              <w:jc w:val="center"/>
              <w:rPr>
                <w:b/>
                <w:bCs/>
              </w:rPr>
            </w:pPr>
            <w:r>
              <w:rPr>
                <w:b/>
                <w:bCs/>
              </w:rPr>
              <w:t>Essential</w:t>
            </w:r>
          </w:p>
        </w:tc>
        <w:tc>
          <w:tcPr>
            <w:tcW w:w="3342" w:type="dxa"/>
            <w:tcBorders>
              <w:top w:val="double" w:sz="4" w:space="0" w:color="auto"/>
              <w:left w:val="nil"/>
              <w:bottom w:val="double" w:sz="4" w:space="0" w:color="auto"/>
              <w:right w:val="single" w:sz="8" w:space="0" w:color="auto"/>
            </w:tcBorders>
            <w:shd w:val="clear" w:color="auto" w:fill="CCCCCC"/>
            <w:tcMar>
              <w:top w:w="0" w:type="dxa"/>
              <w:left w:w="108" w:type="dxa"/>
              <w:bottom w:w="0" w:type="dxa"/>
              <w:right w:w="108" w:type="dxa"/>
            </w:tcMar>
            <w:vAlign w:val="center"/>
            <w:hideMark/>
          </w:tcPr>
          <w:p w14:paraId="2686FEBD" w14:textId="77777777" w:rsidR="00461513" w:rsidRDefault="00461513" w:rsidP="00E40644">
            <w:pPr>
              <w:pStyle w:val="Header"/>
              <w:jc w:val="center"/>
              <w:rPr>
                <w:b/>
                <w:bCs/>
              </w:rPr>
            </w:pPr>
            <w:r>
              <w:rPr>
                <w:b/>
                <w:bCs/>
              </w:rPr>
              <w:t>Desirable</w:t>
            </w:r>
          </w:p>
        </w:tc>
        <w:tc>
          <w:tcPr>
            <w:tcW w:w="1513" w:type="dxa"/>
            <w:tcBorders>
              <w:top w:val="double" w:sz="4" w:space="0" w:color="auto"/>
              <w:left w:val="nil"/>
              <w:bottom w:val="double" w:sz="4" w:space="0" w:color="auto"/>
              <w:right w:val="double" w:sz="4" w:space="0" w:color="auto"/>
            </w:tcBorders>
            <w:shd w:val="clear" w:color="auto" w:fill="CCCCCC"/>
            <w:tcMar>
              <w:top w:w="0" w:type="dxa"/>
              <w:left w:w="108" w:type="dxa"/>
              <w:bottom w:w="0" w:type="dxa"/>
              <w:right w:w="108" w:type="dxa"/>
            </w:tcMar>
            <w:vAlign w:val="center"/>
            <w:hideMark/>
          </w:tcPr>
          <w:p w14:paraId="23E768D6" w14:textId="77777777" w:rsidR="00461513" w:rsidRDefault="00461513" w:rsidP="00E40644">
            <w:pPr>
              <w:pStyle w:val="Header"/>
              <w:jc w:val="center"/>
              <w:rPr>
                <w:b/>
                <w:bCs/>
              </w:rPr>
            </w:pPr>
            <w:r>
              <w:rPr>
                <w:b/>
                <w:bCs/>
              </w:rPr>
              <w:t>Assessment Method</w:t>
            </w:r>
          </w:p>
        </w:tc>
      </w:tr>
      <w:tr w:rsidR="00461513" w14:paraId="255BEED4" w14:textId="77777777" w:rsidTr="00461513">
        <w:trPr>
          <w:trHeight w:val="54"/>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A977A" w14:textId="77777777" w:rsidR="00461513" w:rsidRDefault="00461513" w:rsidP="00E40644">
            <w:pPr>
              <w:pStyle w:val="Header"/>
            </w:pPr>
            <w:r>
              <w:rPr>
                <w:b/>
                <w:bCs/>
              </w:rPr>
              <w:t>Qualifications</w:t>
            </w:r>
          </w:p>
        </w:tc>
        <w:tc>
          <w:tcPr>
            <w:tcW w:w="3360" w:type="dxa"/>
            <w:tcBorders>
              <w:top w:val="nil"/>
              <w:left w:val="nil"/>
              <w:bottom w:val="single" w:sz="8" w:space="0" w:color="auto"/>
              <w:right w:val="single" w:sz="8" w:space="0" w:color="auto"/>
            </w:tcBorders>
            <w:tcMar>
              <w:top w:w="0" w:type="dxa"/>
              <w:left w:w="108" w:type="dxa"/>
              <w:bottom w:w="0" w:type="dxa"/>
              <w:right w:w="108" w:type="dxa"/>
            </w:tcMar>
          </w:tcPr>
          <w:p w14:paraId="11320DF2" w14:textId="77777777" w:rsidR="00461513" w:rsidRDefault="00461513" w:rsidP="00E40644">
            <w:pPr>
              <w:pStyle w:val="Header"/>
            </w:pPr>
            <w:r w:rsidRPr="0B1F1956">
              <w:t>Relevant professional qualification (SW Degree or equivalent) and current registration with SWE.</w:t>
            </w:r>
          </w:p>
          <w:p w14:paraId="484DC299" w14:textId="77777777" w:rsidR="00461513" w:rsidRDefault="00461513" w:rsidP="00E40644">
            <w:pPr>
              <w:pStyle w:val="Header"/>
            </w:pPr>
          </w:p>
        </w:tc>
        <w:tc>
          <w:tcPr>
            <w:tcW w:w="3342" w:type="dxa"/>
            <w:tcBorders>
              <w:top w:val="nil"/>
              <w:left w:val="nil"/>
              <w:bottom w:val="single" w:sz="8" w:space="0" w:color="auto"/>
              <w:right w:val="single" w:sz="8" w:space="0" w:color="auto"/>
            </w:tcBorders>
            <w:tcMar>
              <w:top w:w="0" w:type="dxa"/>
              <w:left w:w="108" w:type="dxa"/>
              <w:bottom w:w="0" w:type="dxa"/>
              <w:right w:w="108" w:type="dxa"/>
            </w:tcMar>
          </w:tcPr>
          <w:p w14:paraId="6A2F3E92" w14:textId="77777777" w:rsidR="00461513" w:rsidRDefault="00461513" w:rsidP="00E40644">
            <w:pPr>
              <w:pStyle w:val="Header"/>
            </w:pP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318062D2" w14:textId="77777777" w:rsidR="00461513" w:rsidRDefault="00461513" w:rsidP="00E40644">
            <w:pPr>
              <w:pStyle w:val="Header"/>
              <w:jc w:val="center"/>
            </w:pPr>
            <w:r>
              <w:t>C</w:t>
            </w:r>
          </w:p>
        </w:tc>
      </w:tr>
      <w:tr w:rsidR="00461513" w14:paraId="7CBBF819" w14:textId="77777777" w:rsidTr="00461513">
        <w:trPr>
          <w:trHeight w:val="239"/>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E5FB01" w14:textId="77777777" w:rsidR="00461513" w:rsidRDefault="00461513" w:rsidP="00E40644">
            <w:pPr>
              <w:pStyle w:val="Header"/>
            </w:pPr>
            <w:r>
              <w:rPr>
                <w:b/>
                <w:bCs/>
              </w:rPr>
              <w:t>Experience</w:t>
            </w:r>
          </w:p>
        </w:tc>
        <w:tc>
          <w:tcPr>
            <w:tcW w:w="3360" w:type="dxa"/>
            <w:tcBorders>
              <w:top w:val="nil"/>
              <w:left w:val="nil"/>
              <w:bottom w:val="single" w:sz="8" w:space="0" w:color="auto"/>
              <w:right w:val="single" w:sz="8" w:space="0" w:color="auto"/>
            </w:tcBorders>
            <w:tcMar>
              <w:top w:w="0" w:type="dxa"/>
              <w:left w:w="108" w:type="dxa"/>
              <w:bottom w:w="0" w:type="dxa"/>
              <w:right w:w="108" w:type="dxa"/>
            </w:tcMar>
          </w:tcPr>
          <w:p w14:paraId="5BDB33D9" w14:textId="77777777" w:rsidR="00461513" w:rsidRDefault="00461513" w:rsidP="00E40644">
            <w:pPr>
              <w:pStyle w:val="Header"/>
              <w:rPr>
                <w:rFonts w:eastAsiaTheme="minorHAnsi"/>
              </w:rPr>
            </w:pPr>
            <w:r>
              <w:t>Qualified Practice Educator or willingness to undertake training.</w:t>
            </w:r>
          </w:p>
          <w:p w14:paraId="0360E78C" w14:textId="77777777" w:rsidR="00461513" w:rsidRDefault="00461513" w:rsidP="00E40644">
            <w:pPr>
              <w:pStyle w:val="Header"/>
            </w:pPr>
          </w:p>
          <w:p w14:paraId="379FA5ED" w14:textId="77777777" w:rsidR="00461513" w:rsidRDefault="00461513" w:rsidP="00E40644">
            <w:pPr>
              <w:pStyle w:val="Header"/>
            </w:pPr>
            <w:r>
              <w:t>Best Interest Assessor or willingness to undertake training.</w:t>
            </w:r>
          </w:p>
          <w:p w14:paraId="02AD3431" w14:textId="77777777" w:rsidR="00461513" w:rsidRDefault="00461513" w:rsidP="00E40644">
            <w:pPr>
              <w:pStyle w:val="Header"/>
            </w:pPr>
          </w:p>
          <w:p w14:paraId="49B7ED07" w14:textId="77777777" w:rsidR="00461513" w:rsidRDefault="00461513" w:rsidP="00E40644">
            <w:pPr>
              <w:pStyle w:val="Header"/>
            </w:pPr>
            <w:r>
              <w:t>Worked with minimal supervision undertaking a complex caseload</w:t>
            </w:r>
          </w:p>
          <w:p w14:paraId="300D0C59" w14:textId="77777777" w:rsidR="00461513" w:rsidRDefault="00461513" w:rsidP="00E40644">
            <w:pPr>
              <w:pStyle w:val="Header"/>
            </w:pPr>
          </w:p>
        </w:tc>
        <w:tc>
          <w:tcPr>
            <w:tcW w:w="3342" w:type="dxa"/>
            <w:tcBorders>
              <w:top w:val="nil"/>
              <w:left w:val="nil"/>
              <w:bottom w:val="single" w:sz="8" w:space="0" w:color="auto"/>
              <w:right w:val="single" w:sz="8" w:space="0" w:color="auto"/>
            </w:tcBorders>
            <w:tcMar>
              <w:top w:w="0" w:type="dxa"/>
              <w:left w:w="108" w:type="dxa"/>
              <w:bottom w:w="0" w:type="dxa"/>
              <w:right w:w="108" w:type="dxa"/>
            </w:tcMar>
          </w:tcPr>
          <w:p w14:paraId="7F9F84E6" w14:textId="77777777" w:rsidR="00461513" w:rsidRDefault="00461513" w:rsidP="00E40644">
            <w:pPr>
              <w:pStyle w:val="Header"/>
            </w:pPr>
            <w:r>
              <w:t>Recognised qualification ‘Critical Thinking and Reasoning in Health and Social Care</w:t>
            </w: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25BA7234" w14:textId="77777777" w:rsidR="00461513" w:rsidRDefault="00461513" w:rsidP="00E40644">
            <w:pPr>
              <w:pStyle w:val="Header"/>
              <w:jc w:val="center"/>
            </w:pPr>
            <w:r>
              <w:t>Application/ Interview</w:t>
            </w:r>
          </w:p>
        </w:tc>
      </w:tr>
      <w:tr w:rsidR="00461513" w14:paraId="62E42D4D" w14:textId="77777777" w:rsidTr="00461513">
        <w:trPr>
          <w:trHeight w:val="90"/>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29D4A9" w14:textId="77777777" w:rsidR="00461513" w:rsidRDefault="00461513" w:rsidP="00E40644">
            <w:pPr>
              <w:pStyle w:val="Header"/>
              <w:rPr>
                <w:rFonts w:eastAsiaTheme="minorHAnsi"/>
                <w:b/>
                <w:bCs/>
              </w:rPr>
            </w:pPr>
            <w:r>
              <w:rPr>
                <w:b/>
                <w:bCs/>
              </w:rPr>
              <w:t>Demonstrable skills, knowledge and aptitudes</w:t>
            </w:r>
          </w:p>
          <w:p w14:paraId="29D041B8" w14:textId="77777777" w:rsidR="00461513" w:rsidRDefault="00461513" w:rsidP="00E40644">
            <w:pPr>
              <w:pStyle w:val="Header"/>
              <w:rPr>
                <w:b/>
                <w:bCs/>
              </w:rPr>
            </w:pPr>
          </w:p>
          <w:p w14:paraId="35760005" w14:textId="77777777" w:rsidR="00461513" w:rsidRDefault="00461513" w:rsidP="00E40644">
            <w:pPr>
              <w:pStyle w:val="Header"/>
              <w:rPr>
                <w:b/>
                <w:bCs/>
              </w:rPr>
            </w:pPr>
          </w:p>
          <w:p w14:paraId="0AEB80EF" w14:textId="77777777" w:rsidR="00461513" w:rsidRDefault="00461513" w:rsidP="00E40644">
            <w:pPr>
              <w:pStyle w:val="Header"/>
              <w:rPr>
                <w:b/>
                <w:bCs/>
              </w:rPr>
            </w:pPr>
          </w:p>
          <w:p w14:paraId="07BDFE62" w14:textId="77777777" w:rsidR="00461513" w:rsidRDefault="00461513" w:rsidP="00E40644">
            <w:pPr>
              <w:pStyle w:val="Header"/>
              <w:rPr>
                <w:b/>
                <w:bCs/>
              </w:rPr>
            </w:pPr>
          </w:p>
          <w:p w14:paraId="1ED4B9DD" w14:textId="77777777" w:rsidR="00461513" w:rsidRDefault="00461513" w:rsidP="00E40644">
            <w:pPr>
              <w:pStyle w:val="Header"/>
              <w:rPr>
                <w:b/>
                <w:bCs/>
              </w:rPr>
            </w:pPr>
          </w:p>
          <w:p w14:paraId="61EB18F7" w14:textId="77777777" w:rsidR="00461513" w:rsidRDefault="00461513" w:rsidP="00E40644">
            <w:pPr>
              <w:pStyle w:val="Header"/>
              <w:rPr>
                <w:b/>
                <w:bCs/>
              </w:rPr>
            </w:pPr>
          </w:p>
          <w:p w14:paraId="1329B917" w14:textId="77777777" w:rsidR="00461513" w:rsidRDefault="00461513" w:rsidP="00E40644">
            <w:pPr>
              <w:pStyle w:val="Header"/>
              <w:rPr>
                <w:b/>
                <w:bCs/>
              </w:rPr>
            </w:pPr>
          </w:p>
          <w:p w14:paraId="42AE5669" w14:textId="77777777" w:rsidR="00461513" w:rsidRDefault="00461513" w:rsidP="00E40644">
            <w:pPr>
              <w:pStyle w:val="Header"/>
              <w:rPr>
                <w:b/>
                <w:bCs/>
              </w:rPr>
            </w:pPr>
          </w:p>
          <w:p w14:paraId="3535D6AF" w14:textId="77777777" w:rsidR="00461513" w:rsidRDefault="00461513" w:rsidP="00E40644">
            <w:pPr>
              <w:pStyle w:val="Header"/>
              <w:rPr>
                <w:b/>
                <w:bCs/>
              </w:rPr>
            </w:pPr>
          </w:p>
          <w:p w14:paraId="6D79B78F" w14:textId="77777777" w:rsidR="00461513" w:rsidRDefault="00461513" w:rsidP="00E40644">
            <w:pPr>
              <w:pStyle w:val="Header"/>
              <w:rPr>
                <w:b/>
                <w:bCs/>
              </w:rPr>
            </w:pPr>
          </w:p>
          <w:p w14:paraId="7183EDCB" w14:textId="77777777" w:rsidR="00461513" w:rsidRDefault="00461513" w:rsidP="00E40644">
            <w:pPr>
              <w:pStyle w:val="Header"/>
              <w:rPr>
                <w:b/>
                <w:bCs/>
              </w:rPr>
            </w:pPr>
          </w:p>
          <w:p w14:paraId="6D4686E5" w14:textId="77777777" w:rsidR="00461513" w:rsidRDefault="00461513" w:rsidP="00E40644">
            <w:pPr>
              <w:pStyle w:val="Header"/>
              <w:rPr>
                <w:b/>
                <w:bCs/>
              </w:rPr>
            </w:pPr>
          </w:p>
          <w:p w14:paraId="45B1ECA9" w14:textId="77777777" w:rsidR="00461513" w:rsidRDefault="00461513" w:rsidP="00E40644">
            <w:pPr>
              <w:pStyle w:val="Header"/>
              <w:rPr>
                <w:b/>
                <w:bCs/>
              </w:rPr>
            </w:pPr>
          </w:p>
        </w:tc>
        <w:tc>
          <w:tcPr>
            <w:tcW w:w="3360" w:type="dxa"/>
            <w:tcBorders>
              <w:top w:val="nil"/>
              <w:left w:val="nil"/>
              <w:bottom w:val="single" w:sz="8" w:space="0" w:color="auto"/>
              <w:right w:val="single" w:sz="8" w:space="0" w:color="auto"/>
            </w:tcBorders>
            <w:tcMar>
              <w:top w:w="0" w:type="dxa"/>
              <w:left w:w="108" w:type="dxa"/>
              <w:bottom w:w="0" w:type="dxa"/>
              <w:right w:w="108" w:type="dxa"/>
            </w:tcMar>
          </w:tcPr>
          <w:p w14:paraId="55D0F7C5" w14:textId="77777777" w:rsidR="00461513" w:rsidRDefault="00461513" w:rsidP="00E40644">
            <w:pPr>
              <w:pStyle w:val="Header"/>
              <w:rPr>
                <w:rFonts w:eastAsiaTheme="minorHAnsi"/>
              </w:rPr>
            </w:pPr>
            <w:r>
              <w:t>Demonstrates knowledge of current legislation, policy, procedures and frameworks.</w:t>
            </w:r>
          </w:p>
          <w:p w14:paraId="4CBE1B61" w14:textId="77777777" w:rsidR="00461513" w:rsidRDefault="00461513" w:rsidP="00E40644">
            <w:pPr>
              <w:pStyle w:val="Header"/>
            </w:pPr>
          </w:p>
          <w:p w14:paraId="342D37C6" w14:textId="77777777" w:rsidR="00461513" w:rsidRDefault="00461513" w:rsidP="00E40644">
            <w:pPr>
              <w:pStyle w:val="Header"/>
            </w:pPr>
            <w:r>
              <w:t>Worked alone and as part of team, using own initiative and ability to be flexible.</w:t>
            </w:r>
          </w:p>
          <w:p w14:paraId="45C1711C" w14:textId="77777777" w:rsidR="00461513" w:rsidRDefault="00461513" w:rsidP="00E40644">
            <w:pPr>
              <w:pStyle w:val="Header"/>
            </w:pPr>
          </w:p>
          <w:p w14:paraId="291D1245" w14:textId="77777777" w:rsidR="00461513" w:rsidRDefault="00461513" w:rsidP="00E40644">
            <w:pPr>
              <w:pStyle w:val="Header"/>
            </w:pPr>
            <w:r>
              <w:t>Managed and effectively prioritised a complex caseload, work with integrity and professionalism, working under pressure and to meet deadlines.</w:t>
            </w:r>
          </w:p>
          <w:p w14:paraId="5B52A566" w14:textId="77777777" w:rsidR="00461513" w:rsidRDefault="00461513" w:rsidP="00E40644">
            <w:pPr>
              <w:pStyle w:val="Header"/>
            </w:pPr>
          </w:p>
          <w:p w14:paraId="0CA02D13" w14:textId="77777777" w:rsidR="00461513" w:rsidRDefault="00461513" w:rsidP="00E40644">
            <w:pPr>
              <w:pStyle w:val="Header"/>
            </w:pPr>
            <w:r>
              <w:t>Formulated and implemented effective social work interventions</w:t>
            </w:r>
          </w:p>
          <w:p w14:paraId="77EDDE68" w14:textId="77777777" w:rsidR="00461513" w:rsidRDefault="00461513" w:rsidP="00E40644">
            <w:pPr>
              <w:pStyle w:val="Header"/>
            </w:pPr>
          </w:p>
          <w:p w14:paraId="7B7A37EF" w14:textId="77777777" w:rsidR="00461513" w:rsidRDefault="00461513" w:rsidP="00E40644">
            <w:pPr>
              <w:pStyle w:val="Header"/>
            </w:pPr>
            <w:r>
              <w:t>In-depth knowledge of best practice for assessment and care planning.</w:t>
            </w:r>
          </w:p>
          <w:p w14:paraId="1AC0CB48" w14:textId="77777777" w:rsidR="00461513" w:rsidRDefault="00461513" w:rsidP="00E40644">
            <w:pPr>
              <w:pStyle w:val="Header"/>
            </w:pPr>
          </w:p>
          <w:p w14:paraId="71433B95" w14:textId="77777777" w:rsidR="00461513" w:rsidRDefault="00461513" w:rsidP="00E40644">
            <w:pPr>
              <w:pStyle w:val="Header"/>
            </w:pPr>
            <w:r>
              <w:t xml:space="preserve">Excellent communication skills to adapt as appropriate to a range of audiences including </w:t>
            </w:r>
            <w:r>
              <w:lastRenderedPageBreak/>
              <w:t>vulnerable service users, carers, professional colleagues.</w:t>
            </w:r>
          </w:p>
          <w:p w14:paraId="3B51A656" w14:textId="77777777" w:rsidR="00461513" w:rsidRDefault="00461513" w:rsidP="00E40644">
            <w:pPr>
              <w:pStyle w:val="Header"/>
            </w:pPr>
          </w:p>
          <w:p w14:paraId="4666F79A" w14:textId="77777777" w:rsidR="00461513" w:rsidRDefault="00461513" w:rsidP="00E40644">
            <w:pPr>
              <w:pStyle w:val="Header"/>
            </w:pPr>
            <w:r>
              <w:t>Understanding of national and local priorities/initiatives and their impact on service provision.</w:t>
            </w:r>
          </w:p>
          <w:p w14:paraId="773597EC" w14:textId="77777777" w:rsidR="00461513" w:rsidRDefault="00461513" w:rsidP="00E40644">
            <w:pPr>
              <w:pStyle w:val="Header"/>
            </w:pPr>
          </w:p>
          <w:p w14:paraId="5E1235CA" w14:textId="77777777" w:rsidR="00461513" w:rsidRDefault="00461513" w:rsidP="00E40644">
            <w:pPr>
              <w:pStyle w:val="Header"/>
            </w:pPr>
            <w:r>
              <w:t>Respond appropriately to emergency situations and assess and manage risk.</w:t>
            </w:r>
          </w:p>
          <w:p w14:paraId="7BA6665D" w14:textId="77777777" w:rsidR="00461513" w:rsidRDefault="00461513" w:rsidP="00E40644">
            <w:pPr>
              <w:pStyle w:val="Header"/>
            </w:pPr>
          </w:p>
          <w:p w14:paraId="39B1F1C6" w14:textId="77777777" w:rsidR="00461513" w:rsidRDefault="00461513" w:rsidP="00E40644">
            <w:pPr>
              <w:pStyle w:val="Header"/>
            </w:pPr>
            <w:r>
              <w:t>Ability to self-motivated, with good organisational and time management skills.</w:t>
            </w:r>
          </w:p>
          <w:p w14:paraId="7A9519A9" w14:textId="77777777" w:rsidR="00461513" w:rsidRDefault="00461513" w:rsidP="00E40644">
            <w:pPr>
              <w:pStyle w:val="Header"/>
            </w:pPr>
          </w:p>
          <w:p w14:paraId="45065557" w14:textId="77777777" w:rsidR="00461513" w:rsidRDefault="00461513" w:rsidP="00E40644">
            <w:pPr>
              <w:pStyle w:val="Header"/>
            </w:pPr>
            <w:r>
              <w:t xml:space="preserve">Computer literate and ability to use electronic business support processes for maintaining case recording and diary management. </w:t>
            </w:r>
          </w:p>
        </w:tc>
        <w:tc>
          <w:tcPr>
            <w:tcW w:w="3342" w:type="dxa"/>
            <w:tcBorders>
              <w:top w:val="nil"/>
              <w:left w:val="nil"/>
              <w:bottom w:val="single" w:sz="8" w:space="0" w:color="auto"/>
              <w:right w:val="single" w:sz="8" w:space="0" w:color="auto"/>
            </w:tcBorders>
            <w:tcMar>
              <w:top w:w="0" w:type="dxa"/>
              <w:left w:w="108" w:type="dxa"/>
              <w:bottom w:w="0" w:type="dxa"/>
              <w:right w:w="108" w:type="dxa"/>
            </w:tcMar>
          </w:tcPr>
          <w:p w14:paraId="1F04C8A5" w14:textId="77777777" w:rsidR="00461513" w:rsidRDefault="00461513" w:rsidP="00E40644">
            <w:pPr>
              <w:pStyle w:val="Header"/>
            </w:pPr>
            <w:r w:rsidRPr="3D045564">
              <w:lastRenderedPageBreak/>
              <w:t>Previous experience working with Liquid Logic systems and Microsoft Office</w:t>
            </w:r>
          </w:p>
          <w:p w14:paraId="159213D9" w14:textId="77777777" w:rsidR="00461513" w:rsidRDefault="00461513" w:rsidP="00E40644">
            <w:pPr>
              <w:pStyle w:val="Header"/>
            </w:pPr>
          </w:p>
        </w:tc>
        <w:tc>
          <w:tcPr>
            <w:tcW w:w="1513" w:type="dxa"/>
            <w:tcBorders>
              <w:top w:val="nil"/>
              <w:left w:val="nil"/>
              <w:bottom w:val="single" w:sz="8" w:space="0" w:color="auto"/>
              <w:right w:val="single" w:sz="8" w:space="0" w:color="auto"/>
            </w:tcBorders>
            <w:tcMar>
              <w:top w:w="0" w:type="dxa"/>
              <w:left w:w="108" w:type="dxa"/>
              <w:bottom w:w="0" w:type="dxa"/>
              <w:right w:w="108" w:type="dxa"/>
            </w:tcMar>
          </w:tcPr>
          <w:p w14:paraId="20101E43" w14:textId="77777777" w:rsidR="00461513" w:rsidRDefault="00461513" w:rsidP="00E40644">
            <w:pPr>
              <w:pStyle w:val="Header"/>
              <w:jc w:val="center"/>
            </w:pPr>
            <w:r>
              <w:t>All elements will be assessed via application and interview</w:t>
            </w:r>
          </w:p>
          <w:p w14:paraId="2565AD2F" w14:textId="77777777" w:rsidR="00461513" w:rsidRDefault="00461513" w:rsidP="00E40644">
            <w:pPr>
              <w:pStyle w:val="Header"/>
            </w:pPr>
          </w:p>
          <w:p w14:paraId="48B1AA6F" w14:textId="77777777" w:rsidR="00461513" w:rsidRDefault="00461513" w:rsidP="00E40644">
            <w:pPr>
              <w:pStyle w:val="Header"/>
              <w:jc w:val="center"/>
            </w:pPr>
          </w:p>
        </w:tc>
      </w:tr>
      <w:tr w:rsidR="00461513" w14:paraId="7CFD5453" w14:textId="77777777" w:rsidTr="00461513">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AAE007" w14:textId="77777777" w:rsidR="00461513" w:rsidRDefault="00461513" w:rsidP="00E40644">
            <w:pPr>
              <w:pStyle w:val="Header"/>
              <w:rPr>
                <w:b/>
                <w:bCs/>
              </w:rPr>
            </w:pPr>
            <w:r>
              <w:rPr>
                <w:b/>
                <w:bCs/>
              </w:rPr>
              <w:t>Special requirements</w:t>
            </w:r>
          </w:p>
        </w:tc>
        <w:tc>
          <w:tcPr>
            <w:tcW w:w="3360" w:type="dxa"/>
            <w:tcBorders>
              <w:top w:val="nil"/>
              <w:left w:val="nil"/>
              <w:bottom w:val="single" w:sz="8" w:space="0" w:color="auto"/>
              <w:right w:val="single" w:sz="8" w:space="0" w:color="auto"/>
            </w:tcBorders>
            <w:tcMar>
              <w:top w:w="0" w:type="dxa"/>
              <w:left w:w="108" w:type="dxa"/>
              <w:bottom w:w="0" w:type="dxa"/>
              <w:right w:w="108" w:type="dxa"/>
            </w:tcMar>
          </w:tcPr>
          <w:p w14:paraId="44614C74" w14:textId="77777777" w:rsidR="00461513" w:rsidRDefault="00461513" w:rsidP="00E40644">
            <w:pPr>
              <w:pStyle w:val="Header"/>
            </w:pPr>
            <w:r>
              <w:t xml:space="preserve">This post is registered as exempt from the Rehabilitation of Offenders Act 1974 and in accordance with the Police Act; the successful candidate must be able to obtain satisfactory Enhanced Disclosure and Barring Service (DBS) check </w:t>
            </w:r>
            <w:proofErr w:type="gramStart"/>
            <w:r>
              <w:t>in order to</w:t>
            </w:r>
            <w:proofErr w:type="gramEnd"/>
            <w:r>
              <w:t xml:space="preserve"> be appointed to the post.  In this respect a criminal record check will be undertaken prior to confirmation of appointment.</w:t>
            </w:r>
          </w:p>
          <w:p w14:paraId="63BEC4CC" w14:textId="77777777" w:rsidR="00461513" w:rsidRDefault="00461513" w:rsidP="00E40644">
            <w:pPr>
              <w:pStyle w:val="Header"/>
            </w:pPr>
          </w:p>
          <w:p w14:paraId="2890AAF7" w14:textId="77777777" w:rsidR="00461513" w:rsidRPr="002A3B10" w:rsidRDefault="00461513" w:rsidP="00E40644">
            <w:pPr>
              <w:pStyle w:val="Header"/>
              <w:rPr>
                <w:rFonts w:eastAsiaTheme="minorHAnsi"/>
              </w:rPr>
            </w:pPr>
            <w:r>
              <w:t>Work at any location across the Sefton Borough</w:t>
            </w:r>
            <w:r>
              <w:rPr>
                <w:rFonts w:eastAsiaTheme="minorHAnsi"/>
              </w:rPr>
              <w:t>.</w:t>
            </w:r>
          </w:p>
        </w:tc>
        <w:tc>
          <w:tcPr>
            <w:tcW w:w="3342" w:type="dxa"/>
            <w:tcBorders>
              <w:top w:val="nil"/>
              <w:left w:val="nil"/>
              <w:bottom w:val="single" w:sz="8" w:space="0" w:color="auto"/>
              <w:right w:val="single" w:sz="8" w:space="0" w:color="auto"/>
            </w:tcBorders>
            <w:tcMar>
              <w:top w:w="0" w:type="dxa"/>
              <w:left w:w="108" w:type="dxa"/>
              <w:bottom w:w="0" w:type="dxa"/>
              <w:right w:w="108" w:type="dxa"/>
            </w:tcMar>
          </w:tcPr>
          <w:p w14:paraId="50FB8BF0" w14:textId="77777777" w:rsidR="00461513" w:rsidRDefault="00461513" w:rsidP="00E40644">
            <w:pPr>
              <w:autoSpaceDE w:val="0"/>
              <w:autoSpaceDN w:val="0"/>
              <w:rPr>
                <w:rFonts w:ascii="Calibri" w:eastAsiaTheme="minorHAnsi" w:hAnsi="Calibri"/>
              </w:rPr>
            </w:pPr>
            <w:r w:rsidRPr="0034061D">
              <w:t>This post is designated casual car user.</w:t>
            </w:r>
          </w:p>
          <w:p w14:paraId="5D345798" w14:textId="77777777" w:rsidR="00461513" w:rsidRDefault="00461513" w:rsidP="00E40644">
            <w:pPr>
              <w:pStyle w:val="Header"/>
            </w:pPr>
          </w:p>
        </w:tc>
        <w:tc>
          <w:tcPr>
            <w:tcW w:w="1513" w:type="dxa"/>
            <w:tcBorders>
              <w:top w:val="nil"/>
              <w:left w:val="nil"/>
              <w:bottom w:val="single" w:sz="8" w:space="0" w:color="auto"/>
              <w:right w:val="single" w:sz="8" w:space="0" w:color="auto"/>
            </w:tcBorders>
            <w:tcMar>
              <w:top w:w="0" w:type="dxa"/>
              <w:left w:w="108" w:type="dxa"/>
              <w:bottom w:w="0" w:type="dxa"/>
              <w:right w:w="108" w:type="dxa"/>
            </w:tcMar>
            <w:hideMark/>
          </w:tcPr>
          <w:p w14:paraId="3C114127" w14:textId="77777777" w:rsidR="00461513" w:rsidRDefault="00461513" w:rsidP="00E40644">
            <w:pPr>
              <w:pStyle w:val="Header"/>
              <w:jc w:val="center"/>
            </w:pPr>
            <w:r>
              <w:t>C</w:t>
            </w:r>
          </w:p>
        </w:tc>
      </w:tr>
      <w:tr w:rsidR="00461513" w14:paraId="2124A808" w14:textId="77777777" w:rsidTr="00461513">
        <w:trPr>
          <w:trHeight w:val="287"/>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98E838" w14:textId="77777777" w:rsidR="00461513" w:rsidRDefault="00461513" w:rsidP="00E40644">
            <w:pPr>
              <w:pStyle w:val="Header"/>
              <w:rPr>
                <w:b/>
                <w:bCs/>
              </w:rPr>
            </w:pPr>
            <w:r>
              <w:rPr>
                <w:b/>
                <w:bCs/>
              </w:rPr>
              <w:t>Other</w:t>
            </w:r>
          </w:p>
        </w:tc>
        <w:tc>
          <w:tcPr>
            <w:tcW w:w="3360" w:type="dxa"/>
            <w:tcBorders>
              <w:top w:val="nil"/>
              <w:left w:val="nil"/>
              <w:bottom w:val="single" w:sz="8" w:space="0" w:color="auto"/>
              <w:right w:val="single" w:sz="8" w:space="0" w:color="auto"/>
            </w:tcBorders>
            <w:tcMar>
              <w:top w:w="0" w:type="dxa"/>
              <w:left w:w="108" w:type="dxa"/>
              <w:bottom w:w="0" w:type="dxa"/>
              <w:right w:w="108" w:type="dxa"/>
            </w:tcMar>
          </w:tcPr>
          <w:p w14:paraId="0E116DC2" w14:textId="77777777" w:rsidR="00461513" w:rsidRDefault="00461513" w:rsidP="00E40644">
            <w:pPr>
              <w:pStyle w:val="Header"/>
              <w:rPr>
                <w:rFonts w:eastAsiaTheme="minorHAnsi"/>
              </w:rPr>
            </w:pPr>
            <w:r>
              <w:t>Evidence of continuing professional development in line with the Professional Capability Framework for Social Workers.</w:t>
            </w:r>
          </w:p>
          <w:p w14:paraId="4DAC74E8" w14:textId="77777777" w:rsidR="00461513" w:rsidRDefault="00461513" w:rsidP="00E40644">
            <w:pPr>
              <w:autoSpaceDE w:val="0"/>
              <w:autoSpaceDN w:val="0"/>
            </w:pPr>
          </w:p>
          <w:p w14:paraId="66E8706A" w14:textId="33900C76" w:rsidR="00461513" w:rsidRDefault="00461513" w:rsidP="00C139B4">
            <w:pPr>
              <w:autoSpaceDE w:val="0"/>
              <w:autoSpaceDN w:val="0"/>
            </w:pPr>
            <w:r w:rsidRPr="0034061D">
              <w:t>Must be legally entitled to work in the</w:t>
            </w:r>
            <w:r w:rsidR="00C139B4">
              <w:t xml:space="preserve"> </w:t>
            </w:r>
            <w:r w:rsidRPr="0034061D">
              <w:t>UK.</w:t>
            </w:r>
          </w:p>
        </w:tc>
        <w:tc>
          <w:tcPr>
            <w:tcW w:w="3342" w:type="dxa"/>
            <w:tcBorders>
              <w:top w:val="nil"/>
              <w:left w:val="nil"/>
              <w:bottom w:val="single" w:sz="8" w:space="0" w:color="auto"/>
              <w:right w:val="single" w:sz="8" w:space="0" w:color="auto"/>
            </w:tcBorders>
            <w:tcMar>
              <w:top w:w="0" w:type="dxa"/>
              <w:left w:w="108" w:type="dxa"/>
              <w:bottom w:w="0" w:type="dxa"/>
              <w:right w:w="108" w:type="dxa"/>
            </w:tcMar>
          </w:tcPr>
          <w:p w14:paraId="7E2D81EC" w14:textId="77777777" w:rsidR="00461513" w:rsidRDefault="00461513" w:rsidP="00E40644">
            <w:pPr>
              <w:pStyle w:val="Header"/>
            </w:pPr>
          </w:p>
        </w:tc>
        <w:tc>
          <w:tcPr>
            <w:tcW w:w="1513" w:type="dxa"/>
            <w:tcBorders>
              <w:top w:val="nil"/>
              <w:left w:val="nil"/>
              <w:bottom w:val="single" w:sz="8" w:space="0" w:color="auto"/>
              <w:right w:val="single" w:sz="8" w:space="0" w:color="auto"/>
            </w:tcBorders>
            <w:tcMar>
              <w:top w:w="0" w:type="dxa"/>
              <w:left w:w="108" w:type="dxa"/>
              <w:bottom w:w="0" w:type="dxa"/>
              <w:right w:w="108" w:type="dxa"/>
            </w:tcMar>
          </w:tcPr>
          <w:p w14:paraId="32DE3EC2" w14:textId="77777777" w:rsidR="00461513" w:rsidRDefault="00461513" w:rsidP="00E40644">
            <w:pPr>
              <w:pStyle w:val="Header"/>
              <w:jc w:val="center"/>
              <w:rPr>
                <w:rFonts w:eastAsiaTheme="minorHAnsi"/>
              </w:rPr>
            </w:pPr>
            <w:r>
              <w:t>A/I</w:t>
            </w:r>
          </w:p>
          <w:p w14:paraId="131A746B" w14:textId="77777777" w:rsidR="00461513" w:rsidRDefault="00461513" w:rsidP="00E40644">
            <w:pPr>
              <w:pStyle w:val="Header"/>
            </w:pPr>
          </w:p>
          <w:p w14:paraId="78F0DB79" w14:textId="77777777" w:rsidR="00461513" w:rsidRDefault="00461513" w:rsidP="00E40644">
            <w:pPr>
              <w:pStyle w:val="Header"/>
              <w:jc w:val="center"/>
            </w:pPr>
          </w:p>
          <w:p w14:paraId="4B20B069" w14:textId="77777777" w:rsidR="00461513" w:rsidRDefault="00461513" w:rsidP="00E40644">
            <w:pPr>
              <w:pStyle w:val="Header"/>
              <w:jc w:val="center"/>
            </w:pPr>
          </w:p>
          <w:p w14:paraId="401C84EF" w14:textId="77777777" w:rsidR="00461513" w:rsidRDefault="00461513" w:rsidP="00E40644">
            <w:pPr>
              <w:pStyle w:val="Header"/>
              <w:jc w:val="center"/>
            </w:pPr>
            <w:r>
              <w:t>C</w:t>
            </w:r>
          </w:p>
        </w:tc>
      </w:tr>
    </w:tbl>
    <w:p w14:paraId="375F07C3" w14:textId="09A9F03F" w:rsidR="00C64CAD" w:rsidRDefault="00C64CAD" w:rsidP="00C139B4">
      <w:pPr>
        <w:spacing w:after="0" w:line="240" w:lineRule="auto"/>
        <w:rPr>
          <w:rFonts w:eastAsia="Times New Roman" w:cstheme="minorHAnsi"/>
          <w:b/>
        </w:rPr>
      </w:pPr>
    </w:p>
    <w:p w14:paraId="127E526A" w14:textId="77777777" w:rsidR="00C64CAD" w:rsidRDefault="00C64CAD" w:rsidP="009773AD">
      <w:pPr>
        <w:spacing w:after="0" w:line="240" w:lineRule="auto"/>
        <w:jc w:val="center"/>
        <w:rPr>
          <w:rFonts w:eastAsia="Times New Roman" w:cstheme="minorHAnsi"/>
          <w:b/>
        </w:rPr>
      </w:pPr>
    </w:p>
    <w:p w14:paraId="4DED3868" w14:textId="77777777" w:rsidR="009773AD" w:rsidRPr="009773AD" w:rsidRDefault="009773AD" w:rsidP="009773AD">
      <w:pPr>
        <w:spacing w:after="0" w:line="240" w:lineRule="auto"/>
        <w:jc w:val="center"/>
        <w:rPr>
          <w:rFonts w:eastAsia="Times New Roman" w:cstheme="minorHAnsi"/>
          <w:b/>
        </w:rPr>
      </w:pPr>
    </w:p>
    <w:p w14:paraId="51F55344" w14:textId="77777777" w:rsidR="009773AD" w:rsidRDefault="009773AD" w:rsidP="009773AD">
      <w:pPr>
        <w:spacing w:after="0" w:line="240" w:lineRule="auto"/>
        <w:rPr>
          <w:rFonts w:eastAsia="Times New Roman" w:cstheme="minorHAnsi"/>
          <w:b/>
          <w:bCs/>
          <w:highlight w:val="red"/>
        </w:rPr>
      </w:pPr>
    </w:p>
    <w:p w14:paraId="74F6B49D" w14:textId="5115F218" w:rsidR="009773AD" w:rsidRPr="00575D4F" w:rsidRDefault="009773AD" w:rsidP="009773AD">
      <w:pPr>
        <w:spacing w:after="0" w:line="240" w:lineRule="auto"/>
        <w:rPr>
          <w:rFonts w:eastAsia="Times New Roman" w:cstheme="minorHAnsi"/>
          <w:b/>
          <w:bCs/>
        </w:rPr>
      </w:pPr>
      <w:r w:rsidRPr="00575D4F">
        <w:rPr>
          <w:rFonts w:eastAsia="Times New Roman" w:cstheme="minorHAnsi"/>
          <w:b/>
          <w:bCs/>
        </w:rPr>
        <w:t>Assessment Methods</w:t>
      </w:r>
    </w:p>
    <w:p w14:paraId="377BCFBD" w14:textId="77777777" w:rsidR="009773AD" w:rsidRPr="00575D4F" w:rsidRDefault="009773AD" w:rsidP="009773AD">
      <w:pPr>
        <w:spacing w:after="0" w:line="240" w:lineRule="auto"/>
        <w:rPr>
          <w:rFonts w:eastAsia="Times New Roman" w:cstheme="minorHAnsi"/>
          <w:b/>
          <w:bCs/>
        </w:rPr>
      </w:pPr>
      <w:r w:rsidRPr="00575D4F">
        <w:rPr>
          <w:rFonts w:eastAsia="Times New Roman" w:cstheme="minorHAnsi"/>
          <w:b/>
          <w:bCs/>
        </w:rPr>
        <w:t xml:space="preserve">AF:  </w:t>
      </w:r>
      <w:r w:rsidRPr="00575D4F">
        <w:rPr>
          <w:rFonts w:eastAsia="Times New Roman" w:cstheme="minorHAnsi"/>
          <w:b/>
          <w:bCs/>
        </w:rPr>
        <w:tab/>
        <w:t>Application Form</w:t>
      </w:r>
    </w:p>
    <w:p w14:paraId="23DD644C" w14:textId="77777777" w:rsidR="009773AD" w:rsidRPr="00575D4F" w:rsidRDefault="009773AD" w:rsidP="009773AD">
      <w:pPr>
        <w:spacing w:after="0" w:line="240" w:lineRule="auto"/>
        <w:rPr>
          <w:rFonts w:eastAsia="Times New Roman" w:cstheme="minorHAnsi"/>
          <w:b/>
          <w:bCs/>
        </w:rPr>
      </w:pPr>
      <w:r w:rsidRPr="00575D4F">
        <w:rPr>
          <w:rFonts w:eastAsia="Times New Roman" w:cstheme="minorHAnsi"/>
          <w:b/>
          <w:bCs/>
        </w:rPr>
        <w:t>I:</w:t>
      </w:r>
      <w:r w:rsidRPr="00575D4F">
        <w:rPr>
          <w:rFonts w:eastAsia="Times New Roman" w:cstheme="minorHAnsi"/>
          <w:b/>
          <w:bCs/>
        </w:rPr>
        <w:tab/>
        <w:t>Interview</w:t>
      </w:r>
    </w:p>
    <w:p w14:paraId="7F5D7AE4" w14:textId="77777777" w:rsidR="009773AD" w:rsidRPr="00575D4F" w:rsidRDefault="009773AD" w:rsidP="009773AD">
      <w:pPr>
        <w:spacing w:after="0" w:line="240" w:lineRule="auto"/>
        <w:rPr>
          <w:rFonts w:eastAsia="Times New Roman" w:cstheme="minorHAnsi"/>
        </w:rPr>
      </w:pPr>
      <w:r w:rsidRPr="00575D4F">
        <w:rPr>
          <w:rFonts w:eastAsia="Times New Roman" w:cstheme="minorHAnsi"/>
          <w:b/>
          <w:bCs/>
        </w:rPr>
        <w:t>C:</w:t>
      </w:r>
      <w:r w:rsidRPr="00575D4F">
        <w:rPr>
          <w:rFonts w:eastAsia="Times New Roman" w:cstheme="minorHAnsi"/>
          <w:b/>
          <w:bCs/>
        </w:rPr>
        <w:tab/>
        <w:t>Certificates</w:t>
      </w:r>
    </w:p>
    <w:p w14:paraId="40408160" w14:textId="77777777" w:rsidR="009773AD" w:rsidRPr="00575D4F" w:rsidRDefault="009773AD" w:rsidP="009773AD">
      <w:pPr>
        <w:spacing w:after="0" w:line="240" w:lineRule="auto"/>
        <w:rPr>
          <w:rFonts w:eastAsia="Times New Roman" w:cstheme="minorHAnsi"/>
        </w:rPr>
      </w:pPr>
    </w:p>
    <w:p w14:paraId="05B02628" w14:textId="663C0DDF" w:rsidR="009773AD" w:rsidRPr="00575D4F" w:rsidRDefault="009773AD" w:rsidP="009773AD">
      <w:pPr>
        <w:spacing w:after="0" w:line="240" w:lineRule="auto"/>
        <w:jc w:val="both"/>
        <w:rPr>
          <w:rFonts w:eastAsia="Times New Roman" w:cstheme="minorHAnsi"/>
          <w:b/>
          <w:bCs/>
        </w:rPr>
      </w:pPr>
      <w:r w:rsidRPr="00575D4F">
        <w:rPr>
          <w:rFonts w:eastAsia="Times New Roman" w:cstheme="minorHAnsi"/>
          <w:b/>
          <w:bCs/>
        </w:rPr>
        <w:t xml:space="preserve">Prepared by:  </w:t>
      </w:r>
      <w:r w:rsidR="00414FCE" w:rsidRPr="00575D4F">
        <w:rPr>
          <w:rFonts w:eastAsia="Times New Roman" w:cstheme="minorHAnsi"/>
          <w:b/>
          <w:bCs/>
        </w:rPr>
        <w:t xml:space="preserve">Katherine Fussell </w:t>
      </w:r>
    </w:p>
    <w:p w14:paraId="51B47DAF" w14:textId="4E6F16BC" w:rsidR="009773AD" w:rsidRDefault="009773AD" w:rsidP="009773AD">
      <w:pPr>
        <w:spacing w:after="0" w:line="240" w:lineRule="auto"/>
        <w:jc w:val="both"/>
        <w:rPr>
          <w:rFonts w:eastAsia="Times New Roman" w:cstheme="minorHAnsi"/>
          <w:b/>
          <w:bCs/>
        </w:rPr>
      </w:pPr>
      <w:r w:rsidRPr="00575D4F">
        <w:rPr>
          <w:rFonts w:eastAsia="Times New Roman" w:cstheme="minorHAnsi"/>
          <w:b/>
          <w:bCs/>
        </w:rPr>
        <w:t xml:space="preserve">Date:  </w:t>
      </w:r>
      <w:r w:rsidRPr="00575D4F">
        <w:rPr>
          <w:rFonts w:eastAsia="Times New Roman" w:cstheme="minorHAnsi"/>
          <w:b/>
          <w:bCs/>
        </w:rPr>
        <w:tab/>
      </w:r>
      <w:r w:rsidR="00414FCE" w:rsidRPr="00575D4F">
        <w:rPr>
          <w:rFonts w:eastAsia="Times New Roman" w:cstheme="minorHAnsi"/>
          <w:b/>
          <w:bCs/>
        </w:rPr>
        <w:t>6</w:t>
      </w:r>
      <w:r w:rsidR="00414FCE" w:rsidRPr="00575D4F">
        <w:rPr>
          <w:rFonts w:eastAsia="Times New Roman" w:cstheme="minorHAnsi"/>
          <w:b/>
          <w:bCs/>
          <w:vertAlign w:val="superscript"/>
        </w:rPr>
        <w:t>th</w:t>
      </w:r>
      <w:r w:rsidR="00414FCE" w:rsidRPr="00575D4F">
        <w:rPr>
          <w:rFonts w:eastAsia="Times New Roman" w:cstheme="minorHAnsi"/>
          <w:b/>
          <w:bCs/>
        </w:rPr>
        <w:t xml:space="preserve"> October 2026</w:t>
      </w:r>
      <w:r w:rsidR="00414FCE">
        <w:rPr>
          <w:rFonts w:eastAsia="Times New Roman" w:cstheme="minorHAnsi"/>
          <w:b/>
          <w:bCs/>
        </w:rPr>
        <w:t xml:space="preserve"> </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5A033" w14:textId="77777777" w:rsidR="00342EC3" w:rsidRPr="00A665FC" w:rsidRDefault="00342EC3">
      <w:pPr>
        <w:spacing w:after="0" w:line="240" w:lineRule="auto"/>
      </w:pPr>
      <w:r w:rsidRPr="00A665FC">
        <w:separator/>
      </w:r>
    </w:p>
  </w:endnote>
  <w:endnote w:type="continuationSeparator" w:id="0">
    <w:p w14:paraId="608D8BF4" w14:textId="77777777" w:rsidR="00342EC3" w:rsidRPr="00A665FC" w:rsidRDefault="00342EC3">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C9E4" w14:textId="77777777" w:rsidR="00342EC3" w:rsidRPr="00A665FC" w:rsidRDefault="00342EC3">
      <w:pPr>
        <w:spacing w:after="0" w:line="240" w:lineRule="auto"/>
      </w:pPr>
      <w:r w:rsidRPr="00A665FC">
        <w:separator/>
      </w:r>
    </w:p>
  </w:footnote>
  <w:footnote w:type="continuationSeparator" w:id="0">
    <w:p w14:paraId="197B8C35" w14:textId="77777777" w:rsidR="00342EC3" w:rsidRPr="00A665FC" w:rsidRDefault="00342EC3">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FF6D01"/>
    <w:multiLevelType w:val="hybridMultilevel"/>
    <w:tmpl w:val="E5C08376"/>
    <w:lvl w:ilvl="0" w:tplc="0409000F">
      <w:start w:val="1"/>
      <w:numFmt w:val="decimal"/>
      <w:lvlText w:val="%1."/>
      <w:lvlJc w:val="left"/>
      <w:pPr>
        <w:tabs>
          <w:tab w:val="num" w:pos="720"/>
        </w:tabs>
        <w:ind w:left="720" w:hanging="360"/>
      </w:pPr>
    </w:lvl>
    <w:lvl w:ilvl="1" w:tplc="D5E2C822">
      <w:numFmt w:val="bullet"/>
      <w:lvlText w:val="-"/>
      <w:lvlJc w:val="left"/>
      <w:pPr>
        <w:tabs>
          <w:tab w:val="num" w:pos="1440"/>
        </w:tabs>
        <w:ind w:left="1440" w:hanging="360"/>
      </w:pPr>
      <w:rPr>
        <w:rFonts w:ascii="Arial" w:eastAsia="Times New Roman" w:hAnsi="Arial"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586A76"/>
    <w:multiLevelType w:val="multilevel"/>
    <w:tmpl w:val="F03E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E253C3"/>
    <w:multiLevelType w:val="multilevel"/>
    <w:tmpl w:val="60A05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4"/>
  </w:num>
  <w:num w:numId="8" w16cid:durableId="96677921">
    <w:abstractNumId w:val="35"/>
  </w:num>
  <w:num w:numId="9" w16cid:durableId="1885943946">
    <w:abstractNumId w:val="10"/>
  </w:num>
  <w:num w:numId="10" w16cid:durableId="2102799240">
    <w:abstractNumId w:val="29"/>
  </w:num>
  <w:num w:numId="11" w16cid:durableId="486483934">
    <w:abstractNumId w:val="25"/>
  </w:num>
  <w:num w:numId="12" w16cid:durableId="1548644970">
    <w:abstractNumId w:val="18"/>
  </w:num>
  <w:num w:numId="13" w16cid:durableId="1408651507">
    <w:abstractNumId w:val="26"/>
  </w:num>
  <w:num w:numId="14" w16cid:durableId="1434469441">
    <w:abstractNumId w:val="17"/>
  </w:num>
  <w:num w:numId="15" w16cid:durableId="939293694">
    <w:abstractNumId w:val="39"/>
  </w:num>
  <w:num w:numId="16" w16cid:durableId="1370958176">
    <w:abstractNumId w:val="27"/>
  </w:num>
  <w:num w:numId="17" w16cid:durableId="528959193">
    <w:abstractNumId w:val="11"/>
  </w:num>
  <w:num w:numId="18" w16cid:durableId="1049962024">
    <w:abstractNumId w:val="13"/>
  </w:num>
  <w:num w:numId="19" w16cid:durableId="12801739">
    <w:abstractNumId w:val="43"/>
  </w:num>
  <w:num w:numId="20" w16cid:durableId="1776096321">
    <w:abstractNumId w:val="16"/>
  </w:num>
  <w:num w:numId="21" w16cid:durableId="649674472">
    <w:abstractNumId w:val="14"/>
  </w:num>
  <w:num w:numId="22" w16cid:durableId="203178717">
    <w:abstractNumId w:val="9"/>
  </w:num>
  <w:num w:numId="23" w16cid:durableId="1748461079">
    <w:abstractNumId w:val="36"/>
  </w:num>
  <w:num w:numId="24" w16cid:durableId="547882938">
    <w:abstractNumId w:val="44"/>
  </w:num>
  <w:num w:numId="25" w16cid:durableId="1804886285">
    <w:abstractNumId w:val="19"/>
  </w:num>
  <w:num w:numId="26" w16cid:durableId="753942308">
    <w:abstractNumId w:val="41"/>
  </w:num>
  <w:num w:numId="27" w16cid:durableId="842161897">
    <w:abstractNumId w:val="6"/>
  </w:num>
  <w:num w:numId="28" w16cid:durableId="1169253410">
    <w:abstractNumId w:val="28"/>
  </w:num>
  <w:num w:numId="29" w16cid:durableId="1376005526">
    <w:abstractNumId w:val="42"/>
  </w:num>
  <w:num w:numId="30" w16cid:durableId="992417699">
    <w:abstractNumId w:val="12"/>
  </w:num>
  <w:num w:numId="31" w16cid:durableId="1811945182">
    <w:abstractNumId w:val="15"/>
  </w:num>
  <w:num w:numId="32" w16cid:durableId="752121699">
    <w:abstractNumId w:val="37"/>
  </w:num>
  <w:num w:numId="33" w16cid:durableId="728764366">
    <w:abstractNumId w:val="31"/>
  </w:num>
  <w:num w:numId="34" w16cid:durableId="903369946">
    <w:abstractNumId w:val="7"/>
  </w:num>
  <w:num w:numId="35" w16cid:durableId="1916547196">
    <w:abstractNumId w:val="40"/>
  </w:num>
  <w:num w:numId="36" w16cid:durableId="1313756109">
    <w:abstractNumId w:val="23"/>
  </w:num>
  <w:num w:numId="37" w16cid:durableId="580675113">
    <w:abstractNumId w:val="24"/>
  </w:num>
  <w:num w:numId="38" w16cid:durableId="1158957881">
    <w:abstractNumId w:val="38"/>
  </w:num>
  <w:num w:numId="39" w16cid:durableId="1517885159">
    <w:abstractNumId w:val="8"/>
  </w:num>
  <w:num w:numId="40" w16cid:durableId="1642035715">
    <w:abstractNumId w:val="22"/>
  </w:num>
  <w:num w:numId="41" w16cid:durableId="1929850866">
    <w:abstractNumId w:val="21"/>
  </w:num>
  <w:num w:numId="42" w16cid:durableId="1658533987">
    <w:abstractNumId w:val="32"/>
  </w:num>
  <w:num w:numId="43" w16cid:durableId="779566522">
    <w:abstractNumId w:val="30"/>
  </w:num>
  <w:num w:numId="44" w16cid:durableId="531571428">
    <w:abstractNumId w:val="33"/>
  </w:num>
  <w:num w:numId="45" w16cid:durableId="84961518">
    <w:abstractNumId w:val="2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31FA"/>
    <w:rsid w:val="00057216"/>
    <w:rsid w:val="0006063C"/>
    <w:rsid w:val="00061B6A"/>
    <w:rsid w:val="00073C50"/>
    <w:rsid w:val="00074692"/>
    <w:rsid w:val="000812B6"/>
    <w:rsid w:val="00081A7D"/>
    <w:rsid w:val="00085B78"/>
    <w:rsid w:val="00093001"/>
    <w:rsid w:val="00096AC7"/>
    <w:rsid w:val="000A1196"/>
    <w:rsid w:val="000A1D22"/>
    <w:rsid w:val="000A7FC7"/>
    <w:rsid w:val="000B3B22"/>
    <w:rsid w:val="000E7316"/>
    <w:rsid w:val="0010147F"/>
    <w:rsid w:val="00104A3C"/>
    <w:rsid w:val="0011036C"/>
    <w:rsid w:val="001115BF"/>
    <w:rsid w:val="00115BE7"/>
    <w:rsid w:val="00122490"/>
    <w:rsid w:val="00125EEB"/>
    <w:rsid w:val="001303A8"/>
    <w:rsid w:val="00143869"/>
    <w:rsid w:val="00150645"/>
    <w:rsid w:val="0015074B"/>
    <w:rsid w:val="00160D75"/>
    <w:rsid w:val="00166387"/>
    <w:rsid w:val="00170274"/>
    <w:rsid w:val="001735DF"/>
    <w:rsid w:val="001743EB"/>
    <w:rsid w:val="00175C79"/>
    <w:rsid w:val="0018628A"/>
    <w:rsid w:val="00187F29"/>
    <w:rsid w:val="001A3735"/>
    <w:rsid w:val="001A7573"/>
    <w:rsid w:val="001B2341"/>
    <w:rsid w:val="001B475E"/>
    <w:rsid w:val="001B5028"/>
    <w:rsid w:val="001B5148"/>
    <w:rsid w:val="001C3FC7"/>
    <w:rsid w:val="001D6147"/>
    <w:rsid w:val="001D6229"/>
    <w:rsid w:val="001E7F31"/>
    <w:rsid w:val="001F18BD"/>
    <w:rsid w:val="001F2C43"/>
    <w:rsid w:val="002130A3"/>
    <w:rsid w:val="00221AB6"/>
    <w:rsid w:val="002250F4"/>
    <w:rsid w:val="002259DC"/>
    <w:rsid w:val="002319BA"/>
    <w:rsid w:val="002329E8"/>
    <w:rsid w:val="00244137"/>
    <w:rsid w:val="00245435"/>
    <w:rsid w:val="00256DD6"/>
    <w:rsid w:val="00256DEF"/>
    <w:rsid w:val="00260C8D"/>
    <w:rsid w:val="00267DAC"/>
    <w:rsid w:val="00282ABC"/>
    <w:rsid w:val="0028529D"/>
    <w:rsid w:val="00287DAD"/>
    <w:rsid w:val="00295E96"/>
    <w:rsid w:val="0029639D"/>
    <w:rsid w:val="002B0CF0"/>
    <w:rsid w:val="002B35AD"/>
    <w:rsid w:val="002C1C8D"/>
    <w:rsid w:val="002C25F6"/>
    <w:rsid w:val="002C3717"/>
    <w:rsid w:val="002C43EB"/>
    <w:rsid w:val="002D0CE4"/>
    <w:rsid w:val="002E2684"/>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27C4"/>
    <w:rsid w:val="00342EC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2B1F"/>
    <w:rsid w:val="00385868"/>
    <w:rsid w:val="00390169"/>
    <w:rsid w:val="003948A4"/>
    <w:rsid w:val="0039553C"/>
    <w:rsid w:val="003A0212"/>
    <w:rsid w:val="003A33E9"/>
    <w:rsid w:val="003B2419"/>
    <w:rsid w:val="003B272C"/>
    <w:rsid w:val="003B7A2D"/>
    <w:rsid w:val="003C54F2"/>
    <w:rsid w:val="003D356B"/>
    <w:rsid w:val="003D439B"/>
    <w:rsid w:val="003E25CB"/>
    <w:rsid w:val="003E2B31"/>
    <w:rsid w:val="003E54C5"/>
    <w:rsid w:val="003E7D49"/>
    <w:rsid w:val="003F0F15"/>
    <w:rsid w:val="003F3C25"/>
    <w:rsid w:val="004009C4"/>
    <w:rsid w:val="00402A02"/>
    <w:rsid w:val="004031C7"/>
    <w:rsid w:val="00412AF7"/>
    <w:rsid w:val="004130D9"/>
    <w:rsid w:val="00414FCE"/>
    <w:rsid w:val="0041539A"/>
    <w:rsid w:val="00422961"/>
    <w:rsid w:val="0043131B"/>
    <w:rsid w:val="00442354"/>
    <w:rsid w:val="00447431"/>
    <w:rsid w:val="00454E02"/>
    <w:rsid w:val="00455516"/>
    <w:rsid w:val="00461513"/>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62BC"/>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4A9F"/>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75D4F"/>
    <w:rsid w:val="00580173"/>
    <w:rsid w:val="0058344C"/>
    <w:rsid w:val="00592C51"/>
    <w:rsid w:val="005A7576"/>
    <w:rsid w:val="005B50D4"/>
    <w:rsid w:val="005B5848"/>
    <w:rsid w:val="005B5AF1"/>
    <w:rsid w:val="005B5FF7"/>
    <w:rsid w:val="005C098F"/>
    <w:rsid w:val="005C1F40"/>
    <w:rsid w:val="005C7CED"/>
    <w:rsid w:val="005D1429"/>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3540C"/>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6823"/>
    <w:rsid w:val="00697B51"/>
    <w:rsid w:val="006A0419"/>
    <w:rsid w:val="006A06DF"/>
    <w:rsid w:val="006A087D"/>
    <w:rsid w:val="006A1601"/>
    <w:rsid w:val="006A52BC"/>
    <w:rsid w:val="006A699C"/>
    <w:rsid w:val="006B1224"/>
    <w:rsid w:val="006B2DE2"/>
    <w:rsid w:val="006B3689"/>
    <w:rsid w:val="006B6008"/>
    <w:rsid w:val="006C339D"/>
    <w:rsid w:val="006C3A5F"/>
    <w:rsid w:val="006D52B0"/>
    <w:rsid w:val="006D7018"/>
    <w:rsid w:val="006E1DDF"/>
    <w:rsid w:val="006F1699"/>
    <w:rsid w:val="006F7222"/>
    <w:rsid w:val="006F7369"/>
    <w:rsid w:val="00702067"/>
    <w:rsid w:val="00713D70"/>
    <w:rsid w:val="0072213A"/>
    <w:rsid w:val="00723800"/>
    <w:rsid w:val="007239F7"/>
    <w:rsid w:val="0073474E"/>
    <w:rsid w:val="00735FBE"/>
    <w:rsid w:val="007403DC"/>
    <w:rsid w:val="00744FBD"/>
    <w:rsid w:val="00745BBD"/>
    <w:rsid w:val="0075036B"/>
    <w:rsid w:val="00751213"/>
    <w:rsid w:val="00757885"/>
    <w:rsid w:val="00765EE2"/>
    <w:rsid w:val="00765EE9"/>
    <w:rsid w:val="007679B6"/>
    <w:rsid w:val="00770A28"/>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E451A"/>
    <w:rsid w:val="007F06D6"/>
    <w:rsid w:val="007F39F9"/>
    <w:rsid w:val="00805318"/>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91FF8"/>
    <w:rsid w:val="008A0BA7"/>
    <w:rsid w:val="008A10D1"/>
    <w:rsid w:val="008A2AD1"/>
    <w:rsid w:val="008A5F0E"/>
    <w:rsid w:val="008B7841"/>
    <w:rsid w:val="008C2CF8"/>
    <w:rsid w:val="008C49EE"/>
    <w:rsid w:val="008D39CC"/>
    <w:rsid w:val="008E3DA0"/>
    <w:rsid w:val="008E4D82"/>
    <w:rsid w:val="008E67AA"/>
    <w:rsid w:val="008E6995"/>
    <w:rsid w:val="008F290E"/>
    <w:rsid w:val="008F52F8"/>
    <w:rsid w:val="008F581E"/>
    <w:rsid w:val="008F6EDA"/>
    <w:rsid w:val="009008D4"/>
    <w:rsid w:val="00912962"/>
    <w:rsid w:val="00915045"/>
    <w:rsid w:val="0092483B"/>
    <w:rsid w:val="00931578"/>
    <w:rsid w:val="00936534"/>
    <w:rsid w:val="00941DFC"/>
    <w:rsid w:val="009437BE"/>
    <w:rsid w:val="009443A8"/>
    <w:rsid w:val="00947E64"/>
    <w:rsid w:val="00965170"/>
    <w:rsid w:val="009725F0"/>
    <w:rsid w:val="009727A8"/>
    <w:rsid w:val="00972DD3"/>
    <w:rsid w:val="00974456"/>
    <w:rsid w:val="009773AD"/>
    <w:rsid w:val="00983AA1"/>
    <w:rsid w:val="009940B8"/>
    <w:rsid w:val="009A1D8F"/>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71D1"/>
    <w:rsid w:val="00A07798"/>
    <w:rsid w:val="00A10897"/>
    <w:rsid w:val="00A11542"/>
    <w:rsid w:val="00A12E7F"/>
    <w:rsid w:val="00A13477"/>
    <w:rsid w:val="00A14929"/>
    <w:rsid w:val="00A17918"/>
    <w:rsid w:val="00A20A2A"/>
    <w:rsid w:val="00A20E49"/>
    <w:rsid w:val="00A23323"/>
    <w:rsid w:val="00A236B7"/>
    <w:rsid w:val="00A23E23"/>
    <w:rsid w:val="00A256DE"/>
    <w:rsid w:val="00A26C17"/>
    <w:rsid w:val="00A373B0"/>
    <w:rsid w:val="00A430A8"/>
    <w:rsid w:val="00A532A1"/>
    <w:rsid w:val="00A55CFD"/>
    <w:rsid w:val="00A60A21"/>
    <w:rsid w:val="00A63AD3"/>
    <w:rsid w:val="00A64288"/>
    <w:rsid w:val="00A665FC"/>
    <w:rsid w:val="00A66D7A"/>
    <w:rsid w:val="00A77F26"/>
    <w:rsid w:val="00A83330"/>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3E17"/>
    <w:rsid w:val="00B7578E"/>
    <w:rsid w:val="00B80F38"/>
    <w:rsid w:val="00B86534"/>
    <w:rsid w:val="00B93A75"/>
    <w:rsid w:val="00B9571B"/>
    <w:rsid w:val="00BA074D"/>
    <w:rsid w:val="00BB7266"/>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39B4"/>
    <w:rsid w:val="00C16F45"/>
    <w:rsid w:val="00C21866"/>
    <w:rsid w:val="00C2193E"/>
    <w:rsid w:val="00C24D6C"/>
    <w:rsid w:val="00C250CE"/>
    <w:rsid w:val="00C37354"/>
    <w:rsid w:val="00C40829"/>
    <w:rsid w:val="00C40BBB"/>
    <w:rsid w:val="00C41AA7"/>
    <w:rsid w:val="00C430C4"/>
    <w:rsid w:val="00C4462C"/>
    <w:rsid w:val="00C469EE"/>
    <w:rsid w:val="00C47990"/>
    <w:rsid w:val="00C55123"/>
    <w:rsid w:val="00C56AA1"/>
    <w:rsid w:val="00C64CAD"/>
    <w:rsid w:val="00C67778"/>
    <w:rsid w:val="00C7120F"/>
    <w:rsid w:val="00C73E92"/>
    <w:rsid w:val="00C74CB6"/>
    <w:rsid w:val="00C77AF3"/>
    <w:rsid w:val="00C831DE"/>
    <w:rsid w:val="00C97E34"/>
    <w:rsid w:val="00CA1C57"/>
    <w:rsid w:val="00CA22A5"/>
    <w:rsid w:val="00CA2E18"/>
    <w:rsid w:val="00CA3CDC"/>
    <w:rsid w:val="00CA40E0"/>
    <w:rsid w:val="00CB0664"/>
    <w:rsid w:val="00CB1FFD"/>
    <w:rsid w:val="00CB4F6B"/>
    <w:rsid w:val="00CC1F55"/>
    <w:rsid w:val="00CD0263"/>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7782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D45A4"/>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4.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3448</Words>
  <Characters>19658</Characters>
  <Application>Microsoft Office Word</Application>
  <DocSecurity>4</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23060</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Rhianna Murray</cp:lastModifiedBy>
  <cp:revision>2</cp:revision>
  <cp:lastPrinted>2026-02-12T17:58:00Z</cp:lastPrinted>
  <dcterms:created xsi:type="dcterms:W3CDTF">2026-10-06T14:00:00Z</dcterms:created>
  <dcterms:modified xsi:type="dcterms:W3CDTF">2026-10-06T14:00:00Z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