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786243" w:rsidRDefault="00F348E4">
      <w:pPr>
        <w:rPr>
          <w:b/>
          <w:color w:val="0082BC"/>
          <w:sz w:val="48"/>
        </w:rPr>
      </w:pPr>
      <w:r w:rsidRPr="00786243">
        <w:rPr>
          <w:rFonts w:ascii="Times New Roman"/>
          <w:noProof/>
          <w:sz w:val="20"/>
        </w:rPr>
        <mc:AlternateContent>
          <mc:Choice Requires="wps">
            <w:drawing>
              <wp:anchor distT="0" distB="0" distL="114300" distR="114300" simplePos="0" relativeHeight="251658243" behindDoc="0" locked="0" layoutInCell="1" allowOverlap="1" wp14:anchorId="147BD200" wp14:editId="2EF176C3">
                <wp:simplePos x="0" y="0"/>
                <wp:positionH relativeFrom="margin">
                  <wp:posOffset>-787400</wp:posOffset>
                </wp:positionH>
                <wp:positionV relativeFrom="paragraph">
                  <wp:posOffset>-1024255</wp:posOffset>
                </wp:positionV>
                <wp:extent cx="7067550" cy="36004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6004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290B0D69" w:rsidR="006852CF" w:rsidRPr="00A665FC" w:rsidRDefault="00670B2F" w:rsidP="006852CF">
                            <w:pPr>
                              <w:spacing w:line="1023" w:lineRule="exact"/>
                              <w:ind w:left="-13"/>
                              <w:jc w:val="center"/>
                              <w:rPr>
                                <w:rFonts w:ascii="Trebuchet MS"/>
                                <w:b/>
                                <w:color w:val="FFFFFF"/>
                                <w:spacing w:val="17"/>
                                <w:sz w:val="104"/>
                              </w:rPr>
                            </w:pPr>
                            <w:r>
                              <w:rPr>
                                <w:rFonts w:ascii="Trebuchet MS"/>
                                <w:b/>
                                <w:color w:val="FFFFFF"/>
                                <w:spacing w:val="17"/>
                                <w:sz w:val="104"/>
                              </w:rPr>
                              <w:t>Business Support Assistant</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pt;margin-top:-80.65pt;width:556.5pt;height:283.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290B0D69" w:rsidR="006852CF" w:rsidRPr="00A665FC" w:rsidRDefault="00670B2F" w:rsidP="006852CF">
                      <w:pPr>
                        <w:spacing w:line="1023" w:lineRule="exact"/>
                        <w:ind w:left="-13"/>
                        <w:jc w:val="center"/>
                        <w:rPr>
                          <w:rFonts w:ascii="Trebuchet MS"/>
                          <w:b/>
                          <w:color w:val="FFFFFF"/>
                          <w:spacing w:val="17"/>
                          <w:sz w:val="104"/>
                        </w:rPr>
                      </w:pPr>
                      <w:r>
                        <w:rPr>
                          <w:rFonts w:ascii="Trebuchet MS"/>
                          <w:b/>
                          <w:color w:val="FFFFFF"/>
                          <w:spacing w:val="17"/>
                          <w:sz w:val="104"/>
                        </w:rPr>
                        <w:t>Business Support Assistant</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786243">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2"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3"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4" cstate="print"/>
                          <a:stretch>
                            <a:fillRect/>
                          </a:stretch>
                        </pic:blipFill>
                        <pic:spPr>
                          <a:xfrm>
                            <a:off x="663155" y="9745119"/>
                            <a:ext cx="2288832" cy="373945"/>
                          </a:xfrm>
                          <a:prstGeom prst="rect">
                            <a:avLst/>
                          </a:prstGeom>
                        </pic:spPr>
                      </pic:pic>
                    </wpg:wgp>
                  </a:graphicData>
                </a:graphic>
              </wp:anchor>
            </w:drawing>
          </mc:Choice>
          <mc:Fallback>
            <w:pict>
              <v:group w14:anchorId="2B5E58B8"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5"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6"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7" o:title=""/>
                </v:shape>
                <w10:wrap anchorx="page" anchory="page"/>
              </v:group>
            </w:pict>
          </mc:Fallback>
        </mc:AlternateContent>
      </w:r>
      <w:r w:rsidR="00BE7853" w:rsidRPr="00786243">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8"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786243">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703822D"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786243">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83901CA"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786243">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6FBE144"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786243">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18542B6"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786243">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89B5256"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786243">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91D00B4"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786243">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E79F6CB"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786243">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897B84F"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786243">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712A3A2"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786243" w:rsidRDefault="00282ABC" w:rsidP="008E4D82">
      <w:pPr>
        <w:jc w:val="center"/>
        <w:rPr>
          <w:b/>
          <w:color w:val="FF0000"/>
          <w:sz w:val="48"/>
        </w:rPr>
      </w:pPr>
      <w:r w:rsidRPr="00786243">
        <w:rPr>
          <w:b/>
          <w:color w:val="FF0000"/>
          <w:sz w:val="48"/>
        </w:rPr>
        <w:t>PHOTO TO BE ADDED</w:t>
      </w:r>
    </w:p>
    <w:p w14:paraId="05454F3C" w14:textId="4C607B93" w:rsidR="00524633" w:rsidRPr="00786243" w:rsidRDefault="00B9571B">
      <w:pPr>
        <w:rPr>
          <w:b/>
          <w:color w:val="0082BC"/>
          <w:sz w:val="48"/>
        </w:rPr>
      </w:pPr>
      <w:r w:rsidRPr="00786243">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282ABC" w:rsidRPr="00786243">
        <w:rPr>
          <w:b/>
          <w:color w:val="0082BC"/>
          <w:sz w:val="48"/>
        </w:rPr>
        <w:br w:type="page"/>
      </w:r>
    </w:p>
    <w:p w14:paraId="3C33BAE7" w14:textId="62EEE6BB" w:rsidR="0043131B" w:rsidRPr="00786243" w:rsidRDefault="00522A66" w:rsidP="00522A66">
      <w:pPr>
        <w:tabs>
          <w:tab w:val="left" w:pos="6225"/>
        </w:tabs>
        <w:rPr>
          <w:b/>
          <w:color w:val="0082BC"/>
          <w:sz w:val="32"/>
        </w:rPr>
      </w:pPr>
      <w:r w:rsidRPr="00786243">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786243">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2"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786243">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786243">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94D1C50"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786243">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3A33272"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786243">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17AE6CC"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786243">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2EDC459"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786243">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5C7C470"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786243">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8700F30"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786243">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C734F29"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786243">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8A7A3DE"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786243">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28D75AC"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sidRPr="00786243">
        <w:rPr>
          <w:b/>
          <w:color w:val="0082BC"/>
          <w:sz w:val="32"/>
        </w:rPr>
        <w:tab/>
      </w:r>
    </w:p>
    <w:p w14:paraId="2648CFAC" w14:textId="57E763DC" w:rsidR="000B3B22" w:rsidRPr="00786243" w:rsidRDefault="00522A66">
      <w:pPr>
        <w:rPr>
          <w:sz w:val="48"/>
          <w:szCs w:val="48"/>
        </w:rPr>
      </w:pPr>
      <w:r w:rsidRPr="00786243">
        <w:rPr>
          <w:noProof/>
        </w:rPr>
        <mc:AlternateContent>
          <mc:Choice Requires="wps">
            <w:drawing>
              <wp:anchor distT="0" distB="0" distL="114300" distR="114300" simplePos="0" relativeHeight="251667968" behindDoc="0" locked="0" layoutInCell="1" allowOverlap="1" wp14:anchorId="7C59204A" wp14:editId="163DA521">
                <wp:simplePos x="0" y="0"/>
                <wp:positionH relativeFrom="margin">
                  <wp:align>left</wp:align>
                </wp:positionH>
                <wp:positionV relativeFrom="paragraph">
                  <wp:posOffset>67310</wp:posOffset>
                </wp:positionV>
                <wp:extent cx="5781675" cy="723900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239000"/>
                        </a:xfrm>
                        <a:prstGeom prst="rect">
                          <a:avLst/>
                        </a:prstGeom>
                        <a:noFill/>
                        <a:ln w="6350">
                          <a:noFill/>
                        </a:ln>
                      </wps:spPr>
                      <wps:txbx>
                        <w:txbxContent>
                          <w:p w14:paraId="7AA77B52" w14:textId="77777777" w:rsidR="005C0924" w:rsidRPr="00786243" w:rsidRDefault="005C0924" w:rsidP="005C0924">
                            <w:pPr>
                              <w:rPr>
                                <w:b/>
                                <w:bCs/>
                                <w:sz w:val="20"/>
                                <w:szCs w:val="20"/>
                              </w:rPr>
                            </w:pPr>
                            <w:r w:rsidRPr="00786243">
                              <w:rPr>
                                <w:b/>
                                <w:bCs/>
                                <w:sz w:val="20"/>
                                <w:szCs w:val="20"/>
                              </w:rPr>
                              <w:t>Hi,</w:t>
                            </w:r>
                          </w:p>
                          <w:p w14:paraId="0632FB3E" w14:textId="77777777" w:rsidR="005C0924" w:rsidRPr="00786243" w:rsidRDefault="005C0924" w:rsidP="005C0924">
                            <w:pPr>
                              <w:rPr>
                                <w:b/>
                                <w:bCs/>
                                <w:sz w:val="20"/>
                                <w:szCs w:val="20"/>
                              </w:rPr>
                            </w:pPr>
                            <w:r w:rsidRPr="00786243">
                              <w:rPr>
                                <w:b/>
                                <w:bCs/>
                                <w:sz w:val="20"/>
                                <w:szCs w:val="20"/>
                              </w:rPr>
                              <w:t>We would like to thank you for your interest in the Business Support Assistant role within Sefton Council’s Sefton Arc service, supporting our Electrical and Alarms teams.</w:t>
                            </w:r>
                          </w:p>
                          <w:p w14:paraId="6CDD3623" w14:textId="77777777" w:rsidR="005C0924" w:rsidRPr="00786243" w:rsidRDefault="005C0924" w:rsidP="005C0924">
                            <w:pPr>
                              <w:rPr>
                                <w:b/>
                                <w:bCs/>
                                <w:sz w:val="20"/>
                                <w:szCs w:val="20"/>
                              </w:rPr>
                            </w:pPr>
                            <w:r w:rsidRPr="00786243">
                              <w:rPr>
                                <w:b/>
                                <w:bCs/>
                                <w:sz w:val="20"/>
                                <w:szCs w:val="20"/>
                              </w:rPr>
                              <w:t>This is an exciting opportunity for someone who enjoys being organised, working as part of a busy team and providing high-quality administrative and customer-focused support.</w:t>
                            </w:r>
                          </w:p>
                          <w:p w14:paraId="7D72DAE4" w14:textId="77777777" w:rsidR="005C0924" w:rsidRPr="00786243" w:rsidRDefault="005C0924" w:rsidP="005C0924">
                            <w:pPr>
                              <w:rPr>
                                <w:b/>
                                <w:bCs/>
                                <w:sz w:val="20"/>
                                <w:szCs w:val="20"/>
                              </w:rPr>
                            </w:pPr>
                            <w:r w:rsidRPr="00786243">
                              <w:rPr>
                                <w:b/>
                                <w:bCs/>
                                <w:sz w:val="20"/>
                                <w:szCs w:val="20"/>
                              </w:rPr>
                              <w:t>You’ll play an important role in helping to keep our services running smoothly. From maintaining accurate customer records and updating systems and spreadsheets, to liaising with suppliers, supporting maintenance and service contracts, placing orders and providing general administrative assistance, you’ll help ensure that information is accurate, up to date and handled efficiently.</w:t>
                            </w:r>
                          </w:p>
                          <w:p w14:paraId="3A445889" w14:textId="77777777" w:rsidR="005C0924" w:rsidRPr="00786243" w:rsidRDefault="005C0924" w:rsidP="005C0924">
                            <w:pPr>
                              <w:rPr>
                                <w:b/>
                                <w:bCs/>
                                <w:sz w:val="20"/>
                                <w:szCs w:val="20"/>
                              </w:rPr>
                            </w:pPr>
                            <w:r w:rsidRPr="00786243">
                              <w:rPr>
                                <w:b/>
                                <w:bCs/>
                                <w:sz w:val="20"/>
                                <w:szCs w:val="20"/>
                              </w:rPr>
                              <w:t>We’re looking for someone with excellent IT and communication skills, who can work confidently with colleagues, customers, suppliers and external organisations. You’ll need to be able to manage your workload effectively, follow instructions without constant supervision and approach your work with accuracy, professionalism and a positive, can-do attitude.</w:t>
                            </w:r>
                          </w:p>
                          <w:p w14:paraId="6B055569" w14:textId="77777777" w:rsidR="005C0924" w:rsidRPr="00786243" w:rsidRDefault="005C0924" w:rsidP="005C0924">
                            <w:pPr>
                              <w:rPr>
                                <w:b/>
                                <w:bCs/>
                                <w:sz w:val="20"/>
                                <w:szCs w:val="20"/>
                              </w:rPr>
                            </w:pPr>
                            <w:r w:rsidRPr="00786243">
                              <w:rPr>
                                <w:b/>
                                <w:bCs/>
                                <w:sz w:val="20"/>
                                <w:szCs w:val="20"/>
                              </w:rPr>
                              <w:t>Just as importantly, we’re looking for someone who enjoys being part of a team. If you’re motivated, enthusiastic, approachable and take pride in providing a reliable service to others, you could be a great fit for the role. You’ll also understand the importance of confidentiality, data protection and working in line with relevant policies and procedures.</w:t>
                            </w:r>
                          </w:p>
                          <w:p w14:paraId="46AA8E96" w14:textId="77777777" w:rsidR="005C0924" w:rsidRPr="00786243" w:rsidRDefault="005C0924" w:rsidP="005C0924">
                            <w:pPr>
                              <w:rPr>
                                <w:b/>
                                <w:bCs/>
                                <w:sz w:val="20"/>
                                <w:szCs w:val="20"/>
                              </w:rPr>
                            </w:pPr>
                            <w:r w:rsidRPr="00786243">
                              <w:rPr>
                                <w:b/>
                                <w:bCs/>
                                <w:sz w:val="20"/>
                                <w:szCs w:val="20"/>
                              </w:rPr>
                              <w:t>The Job Description and Person Specification for this role are included within the job pack and provide further information about the role, the skills and experience we’re looking for, and the requirements of the post. Please note that appointment will be subject to the required pre-employment checks, including vetting to BS7858 Standard.</w:t>
                            </w:r>
                          </w:p>
                          <w:p w14:paraId="182CEAA2" w14:textId="77777777" w:rsidR="005C0924" w:rsidRPr="00786243" w:rsidRDefault="005C0924" w:rsidP="005C0924">
                            <w:pPr>
                              <w:rPr>
                                <w:b/>
                                <w:bCs/>
                                <w:sz w:val="20"/>
                                <w:szCs w:val="20"/>
                              </w:rPr>
                            </w:pPr>
                            <w:r w:rsidRPr="00786243">
                              <w:rPr>
                                <w:b/>
                                <w:bCs/>
                                <w:sz w:val="20"/>
                                <w:szCs w:val="20"/>
                              </w:rPr>
                              <w:t>If you have any questions about the vacancy, please refer to the job pack for the appropriate contact details.</w:t>
                            </w:r>
                          </w:p>
                          <w:p w14:paraId="0E321009" w14:textId="77777777" w:rsidR="005C0924" w:rsidRPr="00786243" w:rsidRDefault="005C0924" w:rsidP="005C0924">
                            <w:pPr>
                              <w:rPr>
                                <w:b/>
                                <w:bCs/>
                                <w:sz w:val="20"/>
                                <w:szCs w:val="20"/>
                              </w:rPr>
                            </w:pPr>
                            <w:r w:rsidRPr="00786243">
                              <w:rPr>
                                <w:b/>
                                <w:bCs/>
                                <w:sz w:val="20"/>
                                <w:szCs w:val="20"/>
                              </w:rPr>
                              <w:t>If, when you’ve finished reading this pack, you like what you see and Sefton’s Vision and Values align with yours, then we can’t wait to hear from you.</w:t>
                            </w:r>
                          </w:p>
                          <w:p w14:paraId="319DF22D" w14:textId="77777777" w:rsidR="005C0924" w:rsidRPr="00786243" w:rsidRDefault="005C0924" w:rsidP="005C0924">
                            <w:pPr>
                              <w:rPr>
                                <w:b/>
                                <w:bCs/>
                                <w:sz w:val="20"/>
                                <w:szCs w:val="20"/>
                              </w:rPr>
                            </w:pPr>
                            <w:r w:rsidRPr="00786243">
                              <w:rPr>
                                <w:b/>
                                <w:bCs/>
                                <w:sz w:val="20"/>
                                <w:szCs w:val="20"/>
                              </w:rPr>
                              <w:t>Best of luck!</w:t>
                            </w:r>
                          </w:p>
                          <w:p w14:paraId="13607813" w14:textId="77777777" w:rsidR="005C0924" w:rsidRPr="00786243" w:rsidRDefault="005C0924" w:rsidP="005C0924">
                            <w:pPr>
                              <w:rPr>
                                <w:b/>
                                <w:bCs/>
                                <w:sz w:val="20"/>
                                <w:szCs w:val="20"/>
                              </w:rPr>
                            </w:pPr>
                            <w:r w:rsidRPr="00786243">
                              <w:rPr>
                                <w:b/>
                                <w:bCs/>
                                <w:sz w:val="20"/>
                                <w:szCs w:val="20"/>
                              </w:rPr>
                              <w:t>Jill Readfern MCIPD</w:t>
                            </w:r>
                            <w:r w:rsidRPr="00786243">
                              <w:rPr>
                                <w:b/>
                                <w:bCs/>
                                <w:sz w:val="20"/>
                                <w:szCs w:val="20"/>
                              </w:rPr>
                              <w:br/>
                              <w:t>Head of HR &amp; Workforce</w:t>
                            </w:r>
                          </w:p>
                          <w:p w14:paraId="2DCF1838" w14:textId="3626696E" w:rsidR="00F74424" w:rsidRPr="005C0924" w:rsidRDefault="00F74424" w:rsidP="00A236B7">
                            <w:pPr>
                              <w:rPr>
                                <w:b/>
                                <w:color w:val="0082BC"/>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9204A" id="_x0000_t202" coordsize="21600,21600" o:spt="202" path="m,l,21600r21600,l21600,xe">
                <v:stroke joinstyle="miter"/>
                <v:path gradientshapeok="t" o:connecttype="rect"/>
              </v:shapetype>
              <v:shape id="Text Box 1" o:spid="_x0000_s1029" type="#_x0000_t202" style="position:absolute;margin-left:0;margin-top:5.3pt;width:455.25pt;height:570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" filled="f" stroked="f" strokeweight=".5pt">
                <v:textbox>
                  <w:txbxContent>
                    <w:p w14:paraId="7AA77B52" w14:textId="77777777" w:rsidR="005C0924" w:rsidRPr="00786243" w:rsidRDefault="005C0924" w:rsidP="005C0924">
                      <w:pPr>
                        <w:rPr>
                          <w:b/>
                          <w:bCs/>
                          <w:sz w:val="20"/>
                          <w:szCs w:val="20"/>
                        </w:rPr>
                      </w:pPr>
                      <w:r w:rsidRPr="00786243">
                        <w:rPr>
                          <w:b/>
                          <w:bCs/>
                          <w:sz w:val="20"/>
                          <w:szCs w:val="20"/>
                        </w:rPr>
                        <w:t>Hi,</w:t>
                      </w:r>
                    </w:p>
                    <w:p w14:paraId="0632FB3E" w14:textId="77777777" w:rsidR="005C0924" w:rsidRPr="00786243" w:rsidRDefault="005C0924" w:rsidP="005C0924">
                      <w:pPr>
                        <w:rPr>
                          <w:b/>
                          <w:bCs/>
                          <w:sz w:val="20"/>
                          <w:szCs w:val="20"/>
                        </w:rPr>
                      </w:pPr>
                      <w:r w:rsidRPr="00786243">
                        <w:rPr>
                          <w:b/>
                          <w:bCs/>
                          <w:sz w:val="20"/>
                          <w:szCs w:val="20"/>
                        </w:rPr>
                        <w:t>We would like to thank you for your interest in the Business Support Assistant role within Sefton Council’s Sefton Arc service, supporting our Electrical and Alarms teams.</w:t>
                      </w:r>
                    </w:p>
                    <w:p w14:paraId="6CDD3623" w14:textId="77777777" w:rsidR="005C0924" w:rsidRPr="00786243" w:rsidRDefault="005C0924" w:rsidP="005C0924">
                      <w:pPr>
                        <w:rPr>
                          <w:b/>
                          <w:bCs/>
                          <w:sz w:val="20"/>
                          <w:szCs w:val="20"/>
                        </w:rPr>
                      </w:pPr>
                      <w:r w:rsidRPr="00786243">
                        <w:rPr>
                          <w:b/>
                          <w:bCs/>
                          <w:sz w:val="20"/>
                          <w:szCs w:val="20"/>
                        </w:rPr>
                        <w:t>This is an exciting opportunity for someone who enjoys being organised, working as part of a busy team and providing high-quality administrative and customer-focused support.</w:t>
                      </w:r>
                    </w:p>
                    <w:p w14:paraId="7D72DAE4" w14:textId="77777777" w:rsidR="005C0924" w:rsidRPr="00786243" w:rsidRDefault="005C0924" w:rsidP="005C0924">
                      <w:pPr>
                        <w:rPr>
                          <w:b/>
                          <w:bCs/>
                          <w:sz w:val="20"/>
                          <w:szCs w:val="20"/>
                        </w:rPr>
                      </w:pPr>
                      <w:r w:rsidRPr="00786243">
                        <w:rPr>
                          <w:b/>
                          <w:bCs/>
                          <w:sz w:val="20"/>
                          <w:szCs w:val="20"/>
                        </w:rPr>
                        <w:t>You’ll play an important role in helping to keep our services running smoothly. From maintaining accurate customer records and updating systems and spreadsheets, to liaising with suppliers, supporting maintenance and service contracts, placing orders and providing general administrative assistance, you’ll help ensure that information is accurate, up to date and handled efficiently.</w:t>
                      </w:r>
                    </w:p>
                    <w:p w14:paraId="3A445889" w14:textId="77777777" w:rsidR="005C0924" w:rsidRPr="00786243" w:rsidRDefault="005C0924" w:rsidP="005C0924">
                      <w:pPr>
                        <w:rPr>
                          <w:b/>
                          <w:bCs/>
                          <w:sz w:val="20"/>
                          <w:szCs w:val="20"/>
                        </w:rPr>
                      </w:pPr>
                      <w:r w:rsidRPr="00786243">
                        <w:rPr>
                          <w:b/>
                          <w:bCs/>
                          <w:sz w:val="20"/>
                          <w:szCs w:val="20"/>
                        </w:rPr>
                        <w:t>We’re looking for someone with excellent IT and communication skills, who can work confidently with colleagues, customers, suppliers and external organisations. You’ll need to be able to manage your workload effectively, follow instructions without constant supervision and approach your work with accuracy, professionalism and a positive, can-do attitude.</w:t>
                      </w:r>
                    </w:p>
                    <w:p w14:paraId="6B055569" w14:textId="77777777" w:rsidR="005C0924" w:rsidRPr="00786243" w:rsidRDefault="005C0924" w:rsidP="005C0924">
                      <w:pPr>
                        <w:rPr>
                          <w:b/>
                          <w:bCs/>
                          <w:sz w:val="20"/>
                          <w:szCs w:val="20"/>
                        </w:rPr>
                      </w:pPr>
                      <w:r w:rsidRPr="00786243">
                        <w:rPr>
                          <w:b/>
                          <w:bCs/>
                          <w:sz w:val="20"/>
                          <w:szCs w:val="20"/>
                        </w:rPr>
                        <w:t>Just as importantly, we’re looking for someone who enjoys being part of a team. If you’re motivated, enthusiastic, approachable and take pride in providing a reliable service to others, you could be a great fit for the role. You’ll also understand the importance of confidentiality, data protection and working in line with relevant policies and procedures.</w:t>
                      </w:r>
                    </w:p>
                    <w:p w14:paraId="46AA8E96" w14:textId="77777777" w:rsidR="005C0924" w:rsidRPr="00786243" w:rsidRDefault="005C0924" w:rsidP="005C0924">
                      <w:pPr>
                        <w:rPr>
                          <w:b/>
                          <w:bCs/>
                          <w:sz w:val="20"/>
                          <w:szCs w:val="20"/>
                        </w:rPr>
                      </w:pPr>
                      <w:r w:rsidRPr="00786243">
                        <w:rPr>
                          <w:b/>
                          <w:bCs/>
                          <w:sz w:val="20"/>
                          <w:szCs w:val="20"/>
                        </w:rPr>
                        <w:t>The Job Description and Person Specification for this role are included within the job pack and provide further information about the role, the skills and experience we’re looking for, and the requirements of the post. Please note that appointment will be subject to the required pre-employment checks, including vetting to BS7858 Standard.</w:t>
                      </w:r>
                    </w:p>
                    <w:p w14:paraId="182CEAA2" w14:textId="77777777" w:rsidR="005C0924" w:rsidRPr="00786243" w:rsidRDefault="005C0924" w:rsidP="005C0924">
                      <w:pPr>
                        <w:rPr>
                          <w:b/>
                          <w:bCs/>
                          <w:sz w:val="20"/>
                          <w:szCs w:val="20"/>
                        </w:rPr>
                      </w:pPr>
                      <w:r w:rsidRPr="00786243">
                        <w:rPr>
                          <w:b/>
                          <w:bCs/>
                          <w:sz w:val="20"/>
                          <w:szCs w:val="20"/>
                        </w:rPr>
                        <w:t>If you have any questions about the vacancy, please refer to the job pack for the appropriate contact details.</w:t>
                      </w:r>
                    </w:p>
                    <w:p w14:paraId="0E321009" w14:textId="77777777" w:rsidR="005C0924" w:rsidRPr="00786243" w:rsidRDefault="005C0924" w:rsidP="005C0924">
                      <w:pPr>
                        <w:rPr>
                          <w:b/>
                          <w:bCs/>
                          <w:sz w:val="20"/>
                          <w:szCs w:val="20"/>
                        </w:rPr>
                      </w:pPr>
                      <w:r w:rsidRPr="00786243">
                        <w:rPr>
                          <w:b/>
                          <w:bCs/>
                          <w:sz w:val="20"/>
                          <w:szCs w:val="20"/>
                        </w:rPr>
                        <w:t>If, when you’ve finished reading this pack, you like what you see and Sefton’s Vision and Values align with yours, then we can’t wait to hear from you.</w:t>
                      </w:r>
                    </w:p>
                    <w:p w14:paraId="319DF22D" w14:textId="77777777" w:rsidR="005C0924" w:rsidRPr="00786243" w:rsidRDefault="005C0924" w:rsidP="005C0924">
                      <w:pPr>
                        <w:rPr>
                          <w:b/>
                          <w:bCs/>
                          <w:sz w:val="20"/>
                          <w:szCs w:val="20"/>
                        </w:rPr>
                      </w:pPr>
                      <w:r w:rsidRPr="00786243">
                        <w:rPr>
                          <w:b/>
                          <w:bCs/>
                          <w:sz w:val="20"/>
                          <w:szCs w:val="20"/>
                        </w:rPr>
                        <w:t>Best of luck!</w:t>
                      </w:r>
                    </w:p>
                    <w:p w14:paraId="13607813" w14:textId="77777777" w:rsidR="005C0924" w:rsidRPr="00786243" w:rsidRDefault="005C0924" w:rsidP="005C0924">
                      <w:pPr>
                        <w:rPr>
                          <w:b/>
                          <w:bCs/>
                          <w:sz w:val="20"/>
                          <w:szCs w:val="20"/>
                        </w:rPr>
                      </w:pPr>
                      <w:r w:rsidRPr="00786243">
                        <w:rPr>
                          <w:b/>
                          <w:bCs/>
                          <w:sz w:val="20"/>
                          <w:szCs w:val="20"/>
                        </w:rPr>
                        <w:t>Jill Readfern MCIPD</w:t>
                      </w:r>
                      <w:r w:rsidRPr="00786243">
                        <w:rPr>
                          <w:b/>
                          <w:bCs/>
                          <w:sz w:val="20"/>
                          <w:szCs w:val="20"/>
                        </w:rPr>
                        <w:br/>
                        <w:t>Head of HR &amp; Workforce</w:t>
                      </w:r>
                    </w:p>
                    <w:p w14:paraId="2DCF1838" w14:textId="3626696E" w:rsidR="00F74424" w:rsidRPr="005C0924" w:rsidRDefault="00F74424" w:rsidP="00A236B7">
                      <w:pPr>
                        <w:rPr>
                          <w:b/>
                          <w:color w:val="0082BC"/>
                          <w:sz w:val="14"/>
                          <w:szCs w:val="14"/>
                        </w:rPr>
                      </w:pPr>
                    </w:p>
                  </w:txbxContent>
                </v:textbox>
                <w10:wrap anchorx="margin"/>
              </v:shape>
            </w:pict>
          </mc:Fallback>
        </mc:AlternateContent>
      </w:r>
    </w:p>
    <w:p w14:paraId="70EB1658" w14:textId="4A40FC0C" w:rsidR="000B3B22" w:rsidRPr="00786243" w:rsidRDefault="000B3B22">
      <w:pPr>
        <w:rPr>
          <w:sz w:val="48"/>
          <w:szCs w:val="48"/>
        </w:rPr>
      </w:pPr>
    </w:p>
    <w:p w14:paraId="7763ECEB" w14:textId="048F5B6E" w:rsidR="000B3B22" w:rsidRPr="00786243" w:rsidRDefault="000B3B22">
      <w:pPr>
        <w:rPr>
          <w:sz w:val="48"/>
          <w:szCs w:val="48"/>
        </w:rPr>
      </w:pPr>
    </w:p>
    <w:p w14:paraId="3B3BF7AB" w14:textId="67E07529" w:rsidR="000B3B22" w:rsidRPr="00786243" w:rsidRDefault="000B3B22">
      <w:pPr>
        <w:rPr>
          <w:sz w:val="48"/>
          <w:szCs w:val="48"/>
        </w:rPr>
      </w:pPr>
    </w:p>
    <w:p w14:paraId="3E9A32A7" w14:textId="15CDE78E" w:rsidR="000B3B22" w:rsidRPr="00786243" w:rsidRDefault="000B3B22">
      <w:pPr>
        <w:rPr>
          <w:sz w:val="36"/>
          <w:szCs w:val="36"/>
        </w:rPr>
      </w:pPr>
    </w:p>
    <w:p w14:paraId="543CC695" w14:textId="33277B70" w:rsidR="00170274" w:rsidRPr="00786243" w:rsidRDefault="00170274" w:rsidP="0049316D">
      <w:pPr>
        <w:rPr>
          <w:b/>
          <w:color w:val="0082BC"/>
          <w:sz w:val="32"/>
        </w:rPr>
      </w:pPr>
    </w:p>
    <w:p w14:paraId="6D7294E8" w14:textId="773BF767" w:rsidR="00170274" w:rsidRPr="00786243" w:rsidRDefault="00170274" w:rsidP="0049316D">
      <w:pPr>
        <w:rPr>
          <w:b/>
          <w:color w:val="0082BC"/>
          <w:sz w:val="32"/>
        </w:rPr>
      </w:pPr>
    </w:p>
    <w:p w14:paraId="03D779DE" w14:textId="4C5D5BC8" w:rsidR="00170274" w:rsidRPr="00786243" w:rsidRDefault="00170274" w:rsidP="0049316D">
      <w:pPr>
        <w:rPr>
          <w:b/>
          <w:color w:val="0082BC"/>
          <w:sz w:val="32"/>
        </w:rPr>
      </w:pPr>
    </w:p>
    <w:p w14:paraId="2A1DF892" w14:textId="1B1C34C1" w:rsidR="00170274" w:rsidRPr="00786243" w:rsidRDefault="00170274" w:rsidP="0049316D">
      <w:pPr>
        <w:rPr>
          <w:b/>
          <w:color w:val="0082BC"/>
          <w:sz w:val="32"/>
        </w:rPr>
      </w:pPr>
    </w:p>
    <w:p w14:paraId="54E8B75D" w14:textId="3EA5BCF0" w:rsidR="00170274" w:rsidRPr="00786243" w:rsidRDefault="00170274" w:rsidP="0049316D">
      <w:pPr>
        <w:rPr>
          <w:b/>
          <w:color w:val="0082BC"/>
          <w:sz w:val="32"/>
        </w:rPr>
      </w:pPr>
    </w:p>
    <w:p w14:paraId="6FAE099F" w14:textId="74F8EF82" w:rsidR="00170274" w:rsidRPr="00786243" w:rsidRDefault="00170274" w:rsidP="0049316D">
      <w:pPr>
        <w:rPr>
          <w:b/>
          <w:color w:val="0082BC"/>
          <w:sz w:val="32"/>
        </w:rPr>
      </w:pPr>
    </w:p>
    <w:p w14:paraId="2830E6AE" w14:textId="77777777" w:rsidR="00F24918" w:rsidRPr="00786243" w:rsidRDefault="005715A1" w:rsidP="0049316D">
      <w:pPr>
        <w:rPr>
          <w:b/>
          <w:color w:val="0082BC"/>
          <w:sz w:val="32"/>
        </w:rPr>
        <w:sectPr w:rsidR="00F24918" w:rsidRPr="00786243" w:rsidSect="00034616">
          <w:headerReference w:type="default" r:id="rId20"/>
          <w:footerReference w:type="default" r:id="rId21"/>
          <w:pgSz w:w="12240" w:h="15840"/>
          <w:pgMar w:top="1440" w:right="1800" w:bottom="1440" w:left="1800" w:header="720" w:footer="720" w:gutter="0"/>
          <w:cols w:space="720"/>
          <w:docGrid w:linePitch="360"/>
        </w:sectPr>
      </w:pPr>
      <w:r w:rsidRPr="00786243">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p>
    <w:p w14:paraId="76928DAE" w14:textId="77777777" w:rsidR="00C10C81" w:rsidRPr="00786243"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786243" w:rsidRDefault="00C10C81" w:rsidP="00C10C81">
          <w:pPr>
            <w:pStyle w:val="TOCHeading"/>
            <w:jc w:val="center"/>
            <w:rPr>
              <w:rFonts w:ascii="Arial" w:hAnsi="Arial" w:cs="Arial"/>
              <w:color w:val="007CBB"/>
              <w:sz w:val="40"/>
              <w:szCs w:val="40"/>
            </w:rPr>
          </w:pPr>
          <w:r w:rsidRPr="00786243">
            <w:rPr>
              <w:rFonts w:ascii="Arial" w:hAnsi="Arial" w:cs="Arial"/>
              <w:color w:val="007CBB"/>
              <w:sz w:val="40"/>
              <w:szCs w:val="40"/>
            </w:rPr>
            <w:t>Contents</w:t>
          </w:r>
        </w:p>
        <w:p w14:paraId="21B4ADB1" w14:textId="1D7D7154" w:rsidR="002F39DE" w:rsidRPr="00786243" w:rsidRDefault="00C10C81">
          <w:pPr>
            <w:pStyle w:val="TOC2"/>
            <w:rPr>
              <w:rFonts w:asciiTheme="minorHAnsi" w:hAnsiTheme="minorHAnsi"/>
              <w:noProof/>
              <w:kern w:val="2"/>
              <w:sz w:val="24"/>
              <w:szCs w:val="24"/>
              <w:lang w:eastAsia="en-GB"/>
              <w14:ligatures w14:val="standardContextual"/>
            </w:rPr>
          </w:pPr>
          <w:r w:rsidRPr="00786243">
            <w:rPr>
              <w:rStyle w:val="Hyperlink"/>
              <w:noProof/>
              <w:color w:val="auto"/>
              <w:u w:val="none"/>
            </w:rPr>
            <w:fldChar w:fldCharType="begin"/>
          </w:r>
          <w:r w:rsidRPr="00786243">
            <w:rPr>
              <w:rStyle w:val="Hyperlink"/>
              <w:noProof/>
              <w:color w:val="auto"/>
              <w:u w:val="none"/>
            </w:rPr>
            <w:instrText xml:space="preserve"> TOC \o "1-3" \h \z \u </w:instrText>
          </w:r>
          <w:r w:rsidRPr="00786243">
            <w:rPr>
              <w:rStyle w:val="Hyperlink"/>
              <w:noProof/>
              <w:color w:val="auto"/>
              <w:u w:val="none"/>
            </w:rPr>
            <w:fldChar w:fldCharType="separate"/>
          </w:r>
          <w:hyperlink w:anchor="_Toc222994875" w:history="1">
            <w:r w:rsidR="002F39DE" w:rsidRPr="00786243">
              <w:rPr>
                <w:rStyle w:val="Hyperlink"/>
                <w:rFonts w:cs="Arial"/>
                <w:noProof/>
              </w:rPr>
              <w:t>About the Borough of Sefton</w:t>
            </w:r>
            <w:r w:rsidR="002F39DE" w:rsidRPr="00786243">
              <w:rPr>
                <w:noProof/>
                <w:webHidden/>
              </w:rPr>
              <w:tab/>
            </w:r>
            <w:r w:rsidR="002F39DE" w:rsidRPr="00786243">
              <w:rPr>
                <w:noProof/>
                <w:webHidden/>
              </w:rPr>
              <w:fldChar w:fldCharType="begin"/>
            </w:r>
            <w:r w:rsidR="002F39DE" w:rsidRPr="00786243">
              <w:rPr>
                <w:noProof/>
                <w:webHidden/>
              </w:rPr>
              <w:instrText xml:space="preserve"> PAGEREF _Toc222994875 \h </w:instrText>
            </w:r>
            <w:r w:rsidR="002F39DE" w:rsidRPr="00786243">
              <w:rPr>
                <w:noProof/>
                <w:webHidden/>
              </w:rPr>
            </w:r>
            <w:r w:rsidR="002F39DE" w:rsidRPr="00786243">
              <w:rPr>
                <w:noProof/>
                <w:webHidden/>
              </w:rPr>
              <w:fldChar w:fldCharType="separate"/>
            </w:r>
            <w:r w:rsidR="002F39DE" w:rsidRPr="00786243">
              <w:rPr>
                <w:noProof/>
                <w:webHidden/>
              </w:rPr>
              <w:t>1</w:t>
            </w:r>
            <w:r w:rsidR="002F39DE" w:rsidRPr="00786243">
              <w:rPr>
                <w:noProof/>
                <w:webHidden/>
              </w:rPr>
              <w:fldChar w:fldCharType="end"/>
            </w:r>
          </w:hyperlink>
        </w:p>
        <w:p w14:paraId="2B781720" w14:textId="4A6D5A0D" w:rsidR="002F39DE" w:rsidRPr="00786243" w:rsidRDefault="002F39DE">
          <w:pPr>
            <w:pStyle w:val="TOC2"/>
            <w:rPr>
              <w:rFonts w:asciiTheme="minorHAnsi" w:hAnsiTheme="minorHAnsi"/>
              <w:noProof/>
              <w:kern w:val="2"/>
              <w:sz w:val="24"/>
              <w:szCs w:val="24"/>
              <w:lang w:eastAsia="en-GB"/>
              <w14:ligatures w14:val="standardContextual"/>
            </w:rPr>
          </w:pPr>
          <w:hyperlink w:anchor="_Toc222994876" w:history="1">
            <w:r w:rsidRPr="00786243">
              <w:rPr>
                <w:rStyle w:val="Hyperlink"/>
                <w:rFonts w:cs="Arial"/>
                <w:noProof/>
              </w:rPr>
              <w:t>Our Vision and Values</w:t>
            </w:r>
            <w:r w:rsidRPr="00786243">
              <w:rPr>
                <w:noProof/>
                <w:webHidden/>
              </w:rPr>
              <w:tab/>
            </w:r>
            <w:r w:rsidRPr="00786243">
              <w:rPr>
                <w:noProof/>
                <w:webHidden/>
              </w:rPr>
              <w:fldChar w:fldCharType="begin"/>
            </w:r>
            <w:r w:rsidRPr="00786243">
              <w:rPr>
                <w:noProof/>
                <w:webHidden/>
              </w:rPr>
              <w:instrText xml:space="preserve"> PAGEREF _Toc222994876 \h </w:instrText>
            </w:r>
            <w:r w:rsidRPr="00786243">
              <w:rPr>
                <w:noProof/>
                <w:webHidden/>
              </w:rPr>
            </w:r>
            <w:r w:rsidRPr="00786243">
              <w:rPr>
                <w:noProof/>
                <w:webHidden/>
              </w:rPr>
              <w:fldChar w:fldCharType="separate"/>
            </w:r>
            <w:r w:rsidRPr="00786243">
              <w:rPr>
                <w:noProof/>
                <w:webHidden/>
              </w:rPr>
              <w:t>2</w:t>
            </w:r>
            <w:r w:rsidRPr="00786243">
              <w:rPr>
                <w:noProof/>
                <w:webHidden/>
              </w:rPr>
              <w:fldChar w:fldCharType="end"/>
            </w:r>
          </w:hyperlink>
        </w:p>
        <w:p w14:paraId="391BE677" w14:textId="760F09D7" w:rsidR="002F39DE" w:rsidRPr="00786243" w:rsidRDefault="002F39DE">
          <w:pPr>
            <w:pStyle w:val="TOC2"/>
            <w:rPr>
              <w:rFonts w:asciiTheme="minorHAnsi" w:hAnsiTheme="minorHAnsi"/>
              <w:noProof/>
              <w:kern w:val="2"/>
              <w:sz w:val="24"/>
              <w:szCs w:val="24"/>
              <w:lang w:eastAsia="en-GB"/>
              <w14:ligatures w14:val="standardContextual"/>
            </w:rPr>
          </w:pPr>
          <w:hyperlink w:anchor="_Toc222994877" w:history="1">
            <w:r w:rsidRPr="00786243">
              <w:rPr>
                <w:rStyle w:val="Hyperlink"/>
                <w:rFonts w:cs="Arial"/>
                <w:noProof/>
              </w:rPr>
              <w:t>Our Successes and Key Projects</w:t>
            </w:r>
            <w:r w:rsidRPr="00786243">
              <w:rPr>
                <w:noProof/>
                <w:webHidden/>
              </w:rPr>
              <w:tab/>
            </w:r>
            <w:r w:rsidRPr="00786243">
              <w:rPr>
                <w:noProof/>
                <w:webHidden/>
              </w:rPr>
              <w:fldChar w:fldCharType="begin"/>
            </w:r>
            <w:r w:rsidRPr="00786243">
              <w:rPr>
                <w:noProof/>
                <w:webHidden/>
              </w:rPr>
              <w:instrText xml:space="preserve"> PAGEREF _Toc222994877 \h </w:instrText>
            </w:r>
            <w:r w:rsidRPr="00786243">
              <w:rPr>
                <w:noProof/>
                <w:webHidden/>
              </w:rPr>
            </w:r>
            <w:r w:rsidRPr="00786243">
              <w:rPr>
                <w:noProof/>
                <w:webHidden/>
              </w:rPr>
              <w:fldChar w:fldCharType="separate"/>
            </w:r>
            <w:r w:rsidRPr="00786243">
              <w:rPr>
                <w:noProof/>
                <w:webHidden/>
              </w:rPr>
              <w:t>2</w:t>
            </w:r>
            <w:r w:rsidRPr="00786243">
              <w:rPr>
                <w:noProof/>
                <w:webHidden/>
              </w:rPr>
              <w:fldChar w:fldCharType="end"/>
            </w:r>
          </w:hyperlink>
        </w:p>
        <w:p w14:paraId="7E6533C6" w14:textId="3126EA05" w:rsidR="002F39DE" w:rsidRPr="00786243" w:rsidRDefault="002F39DE">
          <w:pPr>
            <w:pStyle w:val="TOC2"/>
            <w:rPr>
              <w:rFonts w:asciiTheme="minorHAnsi" w:hAnsiTheme="minorHAnsi"/>
              <w:noProof/>
              <w:kern w:val="2"/>
              <w:sz w:val="24"/>
              <w:szCs w:val="24"/>
              <w:lang w:eastAsia="en-GB"/>
              <w14:ligatures w14:val="standardContextual"/>
            </w:rPr>
          </w:pPr>
          <w:hyperlink w:anchor="_Toc222994878" w:history="1">
            <w:r w:rsidRPr="00786243">
              <w:rPr>
                <w:rStyle w:val="Hyperlink"/>
                <w:rFonts w:cs="Arial"/>
                <w:noProof/>
              </w:rPr>
              <w:t>An Inclusive Workplace</w:t>
            </w:r>
            <w:r w:rsidRPr="00786243">
              <w:rPr>
                <w:noProof/>
                <w:webHidden/>
              </w:rPr>
              <w:tab/>
            </w:r>
            <w:r w:rsidRPr="00786243">
              <w:rPr>
                <w:noProof/>
                <w:webHidden/>
              </w:rPr>
              <w:fldChar w:fldCharType="begin"/>
            </w:r>
            <w:r w:rsidRPr="00786243">
              <w:rPr>
                <w:noProof/>
                <w:webHidden/>
              </w:rPr>
              <w:instrText xml:space="preserve"> PAGEREF _Toc222994878 \h </w:instrText>
            </w:r>
            <w:r w:rsidRPr="00786243">
              <w:rPr>
                <w:noProof/>
                <w:webHidden/>
              </w:rPr>
            </w:r>
            <w:r w:rsidRPr="00786243">
              <w:rPr>
                <w:noProof/>
                <w:webHidden/>
              </w:rPr>
              <w:fldChar w:fldCharType="separate"/>
            </w:r>
            <w:r w:rsidRPr="00786243">
              <w:rPr>
                <w:noProof/>
                <w:webHidden/>
              </w:rPr>
              <w:t>3</w:t>
            </w:r>
            <w:r w:rsidRPr="00786243">
              <w:rPr>
                <w:noProof/>
                <w:webHidden/>
              </w:rPr>
              <w:fldChar w:fldCharType="end"/>
            </w:r>
          </w:hyperlink>
        </w:p>
        <w:p w14:paraId="0B803D40" w14:textId="59B24982" w:rsidR="002F39DE" w:rsidRPr="00786243" w:rsidRDefault="002F39DE">
          <w:pPr>
            <w:pStyle w:val="TOC2"/>
            <w:rPr>
              <w:rFonts w:asciiTheme="minorHAnsi" w:hAnsiTheme="minorHAnsi"/>
              <w:noProof/>
              <w:kern w:val="2"/>
              <w:sz w:val="24"/>
              <w:szCs w:val="24"/>
              <w:lang w:eastAsia="en-GB"/>
              <w14:ligatures w14:val="standardContextual"/>
            </w:rPr>
          </w:pPr>
          <w:hyperlink w:anchor="_Toc222994879" w:history="1">
            <w:r w:rsidRPr="00786243">
              <w:rPr>
                <w:rStyle w:val="Hyperlink"/>
                <w:rFonts w:cs="Arial"/>
                <w:noProof/>
              </w:rPr>
              <w:t>Liverpool City Region Fair Employment Charter</w:t>
            </w:r>
            <w:r w:rsidRPr="00786243">
              <w:rPr>
                <w:noProof/>
                <w:webHidden/>
              </w:rPr>
              <w:tab/>
            </w:r>
            <w:r w:rsidRPr="00786243">
              <w:rPr>
                <w:noProof/>
                <w:webHidden/>
              </w:rPr>
              <w:fldChar w:fldCharType="begin"/>
            </w:r>
            <w:r w:rsidRPr="00786243">
              <w:rPr>
                <w:noProof/>
                <w:webHidden/>
              </w:rPr>
              <w:instrText xml:space="preserve"> PAGEREF _Toc222994879 \h </w:instrText>
            </w:r>
            <w:r w:rsidRPr="00786243">
              <w:rPr>
                <w:noProof/>
                <w:webHidden/>
              </w:rPr>
            </w:r>
            <w:r w:rsidRPr="00786243">
              <w:rPr>
                <w:noProof/>
                <w:webHidden/>
              </w:rPr>
              <w:fldChar w:fldCharType="separate"/>
            </w:r>
            <w:r w:rsidRPr="00786243">
              <w:rPr>
                <w:noProof/>
                <w:webHidden/>
              </w:rPr>
              <w:t>4</w:t>
            </w:r>
            <w:r w:rsidRPr="00786243">
              <w:rPr>
                <w:noProof/>
                <w:webHidden/>
              </w:rPr>
              <w:fldChar w:fldCharType="end"/>
            </w:r>
          </w:hyperlink>
        </w:p>
        <w:p w14:paraId="51BA7FB7" w14:textId="46C82A49" w:rsidR="002F39DE" w:rsidRPr="00786243" w:rsidRDefault="002F39DE">
          <w:pPr>
            <w:pStyle w:val="TOC2"/>
            <w:rPr>
              <w:rFonts w:asciiTheme="minorHAnsi" w:hAnsiTheme="minorHAnsi"/>
              <w:noProof/>
              <w:kern w:val="2"/>
              <w:sz w:val="24"/>
              <w:szCs w:val="24"/>
              <w:lang w:eastAsia="en-GB"/>
              <w14:ligatures w14:val="standardContextual"/>
            </w:rPr>
          </w:pPr>
          <w:hyperlink w:anchor="_Toc222994880" w:history="1">
            <w:r w:rsidRPr="00786243">
              <w:rPr>
                <w:rStyle w:val="Hyperlink"/>
                <w:rFonts w:cs="Arial"/>
                <w:noProof/>
              </w:rPr>
              <w:t>What We Can Offer You</w:t>
            </w:r>
            <w:r w:rsidRPr="00786243">
              <w:rPr>
                <w:noProof/>
                <w:webHidden/>
              </w:rPr>
              <w:tab/>
            </w:r>
            <w:r w:rsidRPr="00786243">
              <w:rPr>
                <w:noProof/>
                <w:webHidden/>
              </w:rPr>
              <w:fldChar w:fldCharType="begin"/>
            </w:r>
            <w:r w:rsidRPr="00786243">
              <w:rPr>
                <w:noProof/>
                <w:webHidden/>
              </w:rPr>
              <w:instrText xml:space="preserve"> PAGEREF _Toc222994880 \h </w:instrText>
            </w:r>
            <w:r w:rsidRPr="00786243">
              <w:rPr>
                <w:noProof/>
                <w:webHidden/>
              </w:rPr>
            </w:r>
            <w:r w:rsidRPr="00786243">
              <w:rPr>
                <w:noProof/>
                <w:webHidden/>
              </w:rPr>
              <w:fldChar w:fldCharType="separate"/>
            </w:r>
            <w:r w:rsidRPr="00786243">
              <w:rPr>
                <w:noProof/>
                <w:webHidden/>
              </w:rPr>
              <w:t>4</w:t>
            </w:r>
            <w:r w:rsidRPr="00786243">
              <w:rPr>
                <w:noProof/>
                <w:webHidden/>
              </w:rPr>
              <w:fldChar w:fldCharType="end"/>
            </w:r>
          </w:hyperlink>
        </w:p>
        <w:p w14:paraId="7AC2638C" w14:textId="2D053EA7" w:rsidR="002F39DE" w:rsidRPr="00786243" w:rsidRDefault="002F39DE">
          <w:pPr>
            <w:pStyle w:val="TOC2"/>
            <w:rPr>
              <w:rFonts w:asciiTheme="minorHAnsi" w:hAnsiTheme="minorHAnsi"/>
              <w:noProof/>
              <w:kern w:val="2"/>
              <w:sz w:val="24"/>
              <w:szCs w:val="24"/>
              <w:lang w:eastAsia="en-GB"/>
              <w14:ligatures w14:val="standardContextual"/>
            </w:rPr>
          </w:pPr>
          <w:hyperlink w:anchor="_Toc222994881" w:history="1">
            <w:r w:rsidRPr="00786243">
              <w:rPr>
                <w:rStyle w:val="Hyperlink"/>
                <w:rFonts w:cs="Arial"/>
                <w:noProof/>
              </w:rPr>
              <w:t>About the Role</w:t>
            </w:r>
            <w:r w:rsidRPr="00786243">
              <w:rPr>
                <w:noProof/>
                <w:webHidden/>
              </w:rPr>
              <w:tab/>
            </w:r>
            <w:r w:rsidRPr="00786243">
              <w:rPr>
                <w:noProof/>
                <w:webHidden/>
              </w:rPr>
              <w:fldChar w:fldCharType="begin"/>
            </w:r>
            <w:r w:rsidRPr="00786243">
              <w:rPr>
                <w:noProof/>
                <w:webHidden/>
              </w:rPr>
              <w:instrText xml:space="preserve"> PAGEREF _Toc222994881 \h </w:instrText>
            </w:r>
            <w:r w:rsidRPr="00786243">
              <w:rPr>
                <w:noProof/>
                <w:webHidden/>
              </w:rPr>
            </w:r>
            <w:r w:rsidRPr="00786243">
              <w:rPr>
                <w:noProof/>
                <w:webHidden/>
              </w:rPr>
              <w:fldChar w:fldCharType="separate"/>
            </w:r>
            <w:r w:rsidRPr="00786243">
              <w:rPr>
                <w:noProof/>
                <w:webHidden/>
              </w:rPr>
              <w:t>6</w:t>
            </w:r>
            <w:r w:rsidRPr="00786243">
              <w:rPr>
                <w:noProof/>
                <w:webHidden/>
              </w:rPr>
              <w:fldChar w:fldCharType="end"/>
            </w:r>
          </w:hyperlink>
        </w:p>
        <w:p w14:paraId="0E71EA6C" w14:textId="0F378FB9" w:rsidR="002F39DE" w:rsidRPr="00786243" w:rsidRDefault="002F39DE">
          <w:pPr>
            <w:pStyle w:val="TOC2"/>
            <w:rPr>
              <w:rFonts w:asciiTheme="minorHAnsi" w:hAnsiTheme="minorHAnsi"/>
              <w:noProof/>
              <w:kern w:val="2"/>
              <w:sz w:val="24"/>
              <w:szCs w:val="24"/>
              <w:lang w:eastAsia="en-GB"/>
              <w14:ligatures w14:val="standardContextual"/>
            </w:rPr>
          </w:pPr>
          <w:hyperlink w:anchor="_Toc222994882" w:history="1">
            <w:r w:rsidRPr="00786243">
              <w:rPr>
                <w:rStyle w:val="Hyperlink"/>
                <w:rFonts w:cs="Arial"/>
                <w:noProof/>
              </w:rPr>
              <w:t>Top Tips on How to Apply</w:t>
            </w:r>
            <w:r w:rsidRPr="00786243">
              <w:rPr>
                <w:noProof/>
                <w:webHidden/>
              </w:rPr>
              <w:tab/>
            </w:r>
            <w:r w:rsidRPr="00786243">
              <w:rPr>
                <w:noProof/>
                <w:webHidden/>
              </w:rPr>
              <w:fldChar w:fldCharType="begin"/>
            </w:r>
            <w:r w:rsidRPr="00786243">
              <w:rPr>
                <w:noProof/>
                <w:webHidden/>
              </w:rPr>
              <w:instrText xml:space="preserve"> PAGEREF _Toc222994882 \h </w:instrText>
            </w:r>
            <w:r w:rsidRPr="00786243">
              <w:rPr>
                <w:noProof/>
                <w:webHidden/>
              </w:rPr>
            </w:r>
            <w:r w:rsidRPr="00786243">
              <w:rPr>
                <w:noProof/>
                <w:webHidden/>
              </w:rPr>
              <w:fldChar w:fldCharType="separate"/>
            </w:r>
            <w:r w:rsidRPr="00786243">
              <w:rPr>
                <w:noProof/>
                <w:webHidden/>
              </w:rPr>
              <w:t>8</w:t>
            </w:r>
            <w:r w:rsidRPr="00786243">
              <w:rPr>
                <w:noProof/>
                <w:webHidden/>
              </w:rPr>
              <w:fldChar w:fldCharType="end"/>
            </w:r>
          </w:hyperlink>
        </w:p>
        <w:p w14:paraId="433AEEC0" w14:textId="22B15B7F" w:rsidR="002F39DE" w:rsidRPr="00786243" w:rsidRDefault="002F39DE">
          <w:pPr>
            <w:pStyle w:val="TOC2"/>
            <w:rPr>
              <w:rFonts w:asciiTheme="minorHAnsi" w:hAnsiTheme="minorHAnsi"/>
              <w:noProof/>
              <w:kern w:val="2"/>
              <w:sz w:val="24"/>
              <w:szCs w:val="24"/>
              <w:lang w:eastAsia="en-GB"/>
              <w14:ligatures w14:val="standardContextual"/>
            </w:rPr>
          </w:pPr>
          <w:hyperlink w:anchor="_Toc222994883" w:history="1">
            <w:r w:rsidRPr="00786243">
              <w:rPr>
                <w:rStyle w:val="Hyperlink"/>
                <w:rFonts w:cs="Arial"/>
                <w:noProof/>
              </w:rPr>
              <w:t>Application and Selection Information</w:t>
            </w:r>
            <w:r w:rsidRPr="00786243">
              <w:rPr>
                <w:noProof/>
                <w:webHidden/>
              </w:rPr>
              <w:tab/>
            </w:r>
            <w:r w:rsidRPr="00786243">
              <w:rPr>
                <w:noProof/>
                <w:webHidden/>
              </w:rPr>
              <w:fldChar w:fldCharType="begin"/>
            </w:r>
            <w:r w:rsidRPr="00786243">
              <w:rPr>
                <w:noProof/>
                <w:webHidden/>
              </w:rPr>
              <w:instrText xml:space="preserve"> PAGEREF _Toc222994883 \h </w:instrText>
            </w:r>
            <w:r w:rsidRPr="00786243">
              <w:rPr>
                <w:noProof/>
                <w:webHidden/>
              </w:rPr>
            </w:r>
            <w:r w:rsidRPr="00786243">
              <w:rPr>
                <w:noProof/>
                <w:webHidden/>
              </w:rPr>
              <w:fldChar w:fldCharType="separate"/>
            </w:r>
            <w:r w:rsidRPr="00786243">
              <w:rPr>
                <w:noProof/>
                <w:webHidden/>
              </w:rPr>
              <w:t>9</w:t>
            </w:r>
            <w:r w:rsidRPr="00786243">
              <w:rPr>
                <w:noProof/>
                <w:webHidden/>
              </w:rPr>
              <w:fldChar w:fldCharType="end"/>
            </w:r>
          </w:hyperlink>
        </w:p>
        <w:p w14:paraId="46E61A76" w14:textId="403B3F6B" w:rsidR="002F39DE" w:rsidRPr="00786243" w:rsidRDefault="002F39DE">
          <w:pPr>
            <w:pStyle w:val="TOC2"/>
            <w:rPr>
              <w:rFonts w:asciiTheme="minorHAnsi" w:hAnsiTheme="minorHAnsi"/>
              <w:noProof/>
              <w:kern w:val="2"/>
              <w:sz w:val="24"/>
              <w:szCs w:val="24"/>
              <w:lang w:eastAsia="en-GB"/>
              <w14:ligatures w14:val="standardContextual"/>
            </w:rPr>
          </w:pPr>
          <w:hyperlink w:anchor="_Toc222994884" w:history="1">
            <w:r w:rsidRPr="00786243">
              <w:rPr>
                <w:rStyle w:val="Hyperlink"/>
                <w:rFonts w:cs="Arial"/>
                <w:noProof/>
              </w:rPr>
              <w:t>Appendix A – Job Description and Person Specification</w:t>
            </w:r>
            <w:r w:rsidRPr="00786243">
              <w:rPr>
                <w:noProof/>
                <w:webHidden/>
              </w:rPr>
              <w:tab/>
            </w:r>
            <w:r w:rsidRPr="00786243">
              <w:rPr>
                <w:noProof/>
                <w:webHidden/>
              </w:rPr>
              <w:fldChar w:fldCharType="begin"/>
            </w:r>
            <w:r w:rsidRPr="00786243">
              <w:rPr>
                <w:noProof/>
                <w:webHidden/>
              </w:rPr>
              <w:instrText xml:space="preserve"> PAGEREF _Toc222994884 \h </w:instrText>
            </w:r>
            <w:r w:rsidRPr="00786243">
              <w:rPr>
                <w:noProof/>
                <w:webHidden/>
              </w:rPr>
            </w:r>
            <w:r w:rsidRPr="00786243">
              <w:rPr>
                <w:noProof/>
                <w:webHidden/>
              </w:rPr>
              <w:fldChar w:fldCharType="separate"/>
            </w:r>
            <w:r w:rsidRPr="00786243">
              <w:rPr>
                <w:noProof/>
                <w:webHidden/>
              </w:rPr>
              <w:t>10</w:t>
            </w:r>
            <w:r w:rsidRPr="00786243">
              <w:rPr>
                <w:noProof/>
                <w:webHidden/>
              </w:rPr>
              <w:fldChar w:fldCharType="end"/>
            </w:r>
          </w:hyperlink>
        </w:p>
        <w:p w14:paraId="11831D48" w14:textId="0491EB20" w:rsidR="00C10C81" w:rsidRPr="00786243" w:rsidRDefault="00C10C81" w:rsidP="00FB01CC">
          <w:pPr>
            <w:pStyle w:val="TOC2"/>
            <w:rPr>
              <w:sz w:val="32"/>
              <w:szCs w:val="32"/>
            </w:rPr>
          </w:pPr>
          <w:r w:rsidRPr="00786243">
            <w:rPr>
              <w:rStyle w:val="Hyperlink"/>
              <w:noProof/>
              <w:color w:val="auto"/>
              <w:u w:val="none"/>
            </w:rPr>
            <w:fldChar w:fldCharType="end"/>
          </w:r>
        </w:p>
      </w:sdtContent>
    </w:sdt>
    <w:p w14:paraId="5539B731" w14:textId="77777777" w:rsidR="00F04D83" w:rsidRPr="00786243" w:rsidRDefault="00F04D83" w:rsidP="004C2FB4">
      <w:pPr>
        <w:rPr>
          <w:rFonts w:cs="Arial"/>
          <w:b/>
          <w:color w:val="007CBB"/>
          <w:sz w:val="32"/>
          <w:szCs w:val="32"/>
        </w:rPr>
        <w:sectPr w:rsidR="00F04D83" w:rsidRPr="00786243" w:rsidSect="00F24918">
          <w:footerReference w:type="default" r:id="rId22"/>
          <w:pgSz w:w="12240" w:h="15840"/>
          <w:pgMar w:top="1440" w:right="1800" w:bottom="1440" w:left="1800" w:header="720" w:footer="720" w:gutter="0"/>
          <w:pgNumType w:start="1"/>
          <w:cols w:space="720"/>
          <w:docGrid w:linePitch="360"/>
        </w:sectPr>
      </w:pPr>
    </w:p>
    <w:p w14:paraId="01663A27" w14:textId="77777777" w:rsidR="003E2B31" w:rsidRPr="00786243" w:rsidRDefault="003E2B31" w:rsidP="004C2FB4">
      <w:pPr>
        <w:rPr>
          <w:rFonts w:cs="Arial"/>
          <w:b/>
          <w:color w:val="007CBB"/>
        </w:rPr>
      </w:pPr>
    </w:p>
    <w:p w14:paraId="6E2BC6BD" w14:textId="78982F94" w:rsidR="0049316D" w:rsidRPr="00786243" w:rsidRDefault="0049316D" w:rsidP="00511F96">
      <w:pPr>
        <w:pStyle w:val="Heading2"/>
        <w:rPr>
          <w:rFonts w:ascii="Arial" w:hAnsi="Arial" w:cs="Arial"/>
          <w:color w:val="007CBB"/>
          <w:sz w:val="28"/>
          <w:szCs w:val="28"/>
        </w:rPr>
      </w:pPr>
      <w:bookmarkStart w:id="0" w:name="_Toc222994875"/>
      <w:r w:rsidRPr="00786243">
        <w:rPr>
          <w:rFonts w:ascii="Arial" w:hAnsi="Arial" w:cs="Arial"/>
          <w:color w:val="007CBB"/>
          <w:sz w:val="28"/>
          <w:szCs w:val="28"/>
        </w:rPr>
        <w:t>About the Borough of Sefton</w:t>
      </w:r>
      <w:bookmarkEnd w:id="0"/>
    </w:p>
    <w:p w14:paraId="57D73D5F" w14:textId="77777777" w:rsidR="00511F96" w:rsidRPr="00786243" w:rsidRDefault="00511F96" w:rsidP="00511F96">
      <w:pPr>
        <w:spacing w:after="0" w:line="240" w:lineRule="auto"/>
      </w:pPr>
    </w:p>
    <w:p w14:paraId="60A6277C" w14:textId="10CD6D5B" w:rsidR="00745BBD" w:rsidRPr="00786243" w:rsidRDefault="00745BBD" w:rsidP="00745BBD">
      <w:r w:rsidRPr="00786243">
        <w:t>Sefton is a confident and well</w:t>
      </w:r>
      <w:r w:rsidRPr="00786243">
        <w:noBreakHyphen/>
        <w:t xml:space="preserve">connected </w:t>
      </w:r>
      <w:r w:rsidR="00FB2749" w:rsidRPr="00786243">
        <w:t>Borough</w:t>
      </w:r>
      <w:r w:rsidRPr="00786243">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786243" w:rsidRDefault="00745BBD" w:rsidP="00745BBD">
      <w:r w:rsidRPr="00786243">
        <w:t xml:space="preserve">It is a fantastic place to live and work. </w:t>
      </w:r>
      <w:r w:rsidR="007679B6" w:rsidRPr="00786243">
        <w:t xml:space="preserve"> </w:t>
      </w:r>
      <w:r w:rsidRPr="00786243">
        <w:t>As the northern</w:t>
      </w:r>
      <w:r w:rsidRPr="00786243">
        <w:noBreakHyphen/>
        <w:t xml:space="preserve">most </w:t>
      </w:r>
      <w:r w:rsidR="00FB2749" w:rsidRPr="00786243">
        <w:t>Borough</w:t>
      </w:r>
      <w:r w:rsidRPr="00786243">
        <w:t xml:space="preserve"> within the Liverpool City Region, Sefton offers a unique blend of beautiful coastline, countryside, attractive villages, thriving industrial areas and the busy Port of Liverpool.</w:t>
      </w:r>
    </w:p>
    <w:p w14:paraId="46726808" w14:textId="77777777" w:rsidR="00745BBD" w:rsidRPr="00786243" w:rsidRDefault="00745BBD" w:rsidP="00745BBD">
      <w:r w:rsidRPr="00786243">
        <w:t xml:space="preserve">With 22 miles of stunning coastline, Sefton is a leading coastal destination with a growing visitor economy. It is home to the iconic Antony Gormley </w:t>
      </w:r>
      <w:r w:rsidRPr="00786243">
        <w:rPr>
          <w:i/>
          <w:iCs/>
        </w:rPr>
        <w:t>Another Place</w:t>
      </w:r>
      <w:r w:rsidRPr="00786243">
        <w:t xml:space="preserve"> installation, expansive beaches and protected sand dunes that support several rare species.</w:t>
      </w:r>
    </w:p>
    <w:p w14:paraId="2E0DE47B" w14:textId="370B91D2" w:rsidR="00745BBD" w:rsidRPr="00786243" w:rsidRDefault="00745BBD" w:rsidP="00745BBD">
      <w:r w:rsidRPr="00786243">
        <w:t xml:space="preserve">While each town and village has its own distinctive character, it is the people of Sefton who make the </w:t>
      </w:r>
      <w:r w:rsidR="00FB2749" w:rsidRPr="00786243">
        <w:t>Borough</w:t>
      </w:r>
      <w:r w:rsidRPr="00786243">
        <w:t xml:space="preserve"> truly special, creating diverse, welcoming and energetic communities in which to live, work, invest and visit.</w:t>
      </w:r>
    </w:p>
    <w:p w14:paraId="660319E6" w14:textId="7C63E923" w:rsidR="00745BBD" w:rsidRPr="00786243" w:rsidRDefault="00745BBD" w:rsidP="00745BBD">
      <w:r w:rsidRPr="00786243">
        <w:t>Alongside its miles of golden sands, Sefton offers those who work here access to a world</w:t>
      </w:r>
      <w:r w:rsidRPr="00786243">
        <w:noBreakHyphen/>
        <w:t>renowned racecourse, prestigious golf courses, and National Trust nature reserves, ideal places to unwind, explore and enjoy leisure time.</w:t>
      </w:r>
    </w:p>
    <w:p w14:paraId="200576E1" w14:textId="004E1D18" w:rsidR="00745BBD" w:rsidRPr="00786243" w:rsidRDefault="00745BBD" w:rsidP="00745BBD">
      <w:r w:rsidRPr="00786243">
        <w:t xml:space="preserve">The </w:t>
      </w:r>
      <w:r w:rsidR="00FB2749" w:rsidRPr="00786243">
        <w:t>Borough</w:t>
      </w:r>
      <w:r w:rsidRPr="00786243">
        <w:t xml:space="preserve"> benefits from excellent transport links, providing easy access to major </w:t>
      </w:r>
      <w:proofErr w:type="gramStart"/>
      <w:r w:rsidRPr="00786243">
        <w:t>North West</w:t>
      </w:r>
      <w:proofErr w:type="gramEnd"/>
      <w:r w:rsidRPr="00786243">
        <w:t xml:space="preserve"> cities including Liverpool and Manchester, and placing the Lake District and North Wales within reach for weekend breaks.</w:t>
      </w:r>
    </w:p>
    <w:p w14:paraId="0CAE65EA" w14:textId="77777777" w:rsidR="00745BBD" w:rsidRPr="00786243" w:rsidRDefault="00745BBD" w:rsidP="00745BBD">
      <w:r w:rsidRPr="00786243">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786243" w:rsidRDefault="008A2AD1" w:rsidP="00D019F3">
      <w:pPr>
        <w:pStyle w:val="Heading2"/>
        <w:rPr>
          <w:rFonts w:ascii="Arial" w:hAnsi="Arial" w:cs="Arial"/>
          <w:color w:val="007CBB"/>
          <w:sz w:val="24"/>
          <w:szCs w:val="24"/>
        </w:rPr>
      </w:pPr>
    </w:p>
    <w:p w14:paraId="0F4ECB12" w14:textId="77777777" w:rsidR="001743EB" w:rsidRPr="00786243" w:rsidRDefault="001743EB">
      <w:pPr>
        <w:rPr>
          <w:rFonts w:eastAsiaTheme="majorEastAsia" w:cs="Arial"/>
          <w:b/>
          <w:bCs/>
          <w:color w:val="007CBB"/>
          <w:sz w:val="28"/>
          <w:szCs w:val="28"/>
        </w:rPr>
      </w:pPr>
      <w:r w:rsidRPr="00786243">
        <w:rPr>
          <w:rFonts w:cs="Arial"/>
          <w:color w:val="007CBB"/>
          <w:sz w:val="28"/>
          <w:szCs w:val="28"/>
        </w:rPr>
        <w:br w:type="page"/>
      </w:r>
    </w:p>
    <w:p w14:paraId="250B0304" w14:textId="4F184AC3" w:rsidR="00511F96" w:rsidRPr="00786243" w:rsidRDefault="00511F96" w:rsidP="00511F96">
      <w:pPr>
        <w:pStyle w:val="Heading2"/>
        <w:rPr>
          <w:rFonts w:ascii="Arial" w:hAnsi="Arial" w:cs="Arial"/>
          <w:color w:val="007CBB"/>
          <w:sz w:val="28"/>
          <w:szCs w:val="28"/>
        </w:rPr>
      </w:pPr>
      <w:bookmarkStart w:id="1" w:name="_Toc222994876"/>
      <w:r w:rsidRPr="00786243">
        <w:rPr>
          <w:rFonts w:ascii="Arial" w:hAnsi="Arial" w:cs="Arial"/>
          <w:color w:val="007CBB"/>
          <w:sz w:val="28"/>
          <w:szCs w:val="28"/>
        </w:rPr>
        <w:lastRenderedPageBreak/>
        <w:t>Our Vision and Values</w:t>
      </w:r>
      <w:bookmarkEnd w:id="1"/>
    </w:p>
    <w:p w14:paraId="7684CC3E" w14:textId="77777777" w:rsidR="00511F96" w:rsidRPr="00786243" w:rsidRDefault="00511F96" w:rsidP="00511F96">
      <w:pPr>
        <w:spacing w:after="0" w:line="240" w:lineRule="auto"/>
      </w:pPr>
    </w:p>
    <w:p w14:paraId="6CF07501" w14:textId="44239B56" w:rsidR="007679B6" w:rsidRPr="00786243" w:rsidRDefault="005116C5" w:rsidP="007679B6">
      <w:r w:rsidRPr="00786243">
        <w:t>At Sefton Council, our vision is to deliver high-quality services that make a real difference to the lives of our residents, visitors, and communities.</w:t>
      </w:r>
      <w:r w:rsidR="00FB2749" w:rsidRPr="00786243">
        <w:t xml:space="preserve"> </w:t>
      </w:r>
      <w:r w:rsidRPr="00786243">
        <w:t xml:space="preserve"> Everything we do is guided by a strong set of values that shape how we work and interact:</w:t>
      </w:r>
    </w:p>
    <w:p w14:paraId="1407193F" w14:textId="3A31E6A7" w:rsidR="007679B6" w:rsidRPr="00786243" w:rsidRDefault="007679B6" w:rsidP="007679B6">
      <w:pPr>
        <w:ind w:left="720"/>
      </w:pPr>
      <w:r w:rsidRPr="00786243">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3"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1AE74CE4"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4"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786243" w:rsidRDefault="005116C5" w:rsidP="00C15CEE">
      <w:pPr>
        <w:numPr>
          <w:ilvl w:val="0"/>
          <w:numId w:val="14"/>
        </w:numPr>
      </w:pPr>
      <w:r w:rsidRPr="00786243">
        <w:rPr>
          <w:b/>
          <w:bCs/>
        </w:rPr>
        <w:t>We put people at the heart of what we do</w:t>
      </w:r>
      <w:r w:rsidRPr="00786243">
        <w:t xml:space="preserve"> </w:t>
      </w:r>
      <w:r w:rsidR="00FB2749" w:rsidRPr="00786243">
        <w:t>–</w:t>
      </w:r>
      <w:r w:rsidRPr="00786243">
        <w:t xml:space="preserve"> ensuring our services are responsive, inclusive, and focused on improving lives.</w:t>
      </w:r>
    </w:p>
    <w:p w14:paraId="1D4A15E3" w14:textId="2EE40FE7" w:rsidR="005116C5" w:rsidRPr="00786243" w:rsidRDefault="005116C5" w:rsidP="00C15CEE">
      <w:pPr>
        <w:numPr>
          <w:ilvl w:val="0"/>
          <w:numId w:val="14"/>
        </w:numPr>
      </w:pPr>
      <w:r w:rsidRPr="00786243">
        <w:rPr>
          <w:b/>
          <w:bCs/>
        </w:rPr>
        <w:t>We listen, value, and respect each other’s views</w:t>
      </w:r>
      <w:r w:rsidRPr="00786243">
        <w:t xml:space="preserve"> </w:t>
      </w:r>
      <w:r w:rsidR="00FB2749" w:rsidRPr="00786243">
        <w:t>–</w:t>
      </w:r>
      <w:r w:rsidRPr="00786243">
        <w:t xml:space="preserve"> fostering a culture of collaboration and mutual respect.</w:t>
      </w:r>
    </w:p>
    <w:p w14:paraId="3E367A22" w14:textId="0CD688BA" w:rsidR="005116C5" w:rsidRPr="00786243" w:rsidRDefault="005116C5" w:rsidP="00C15CEE">
      <w:pPr>
        <w:numPr>
          <w:ilvl w:val="0"/>
          <w:numId w:val="14"/>
        </w:numPr>
      </w:pPr>
      <w:r w:rsidRPr="00786243">
        <w:rPr>
          <w:b/>
          <w:bCs/>
        </w:rPr>
        <w:t>We develop a culture of challenge, ownership, innovation, and improvement</w:t>
      </w:r>
      <w:r w:rsidRPr="00786243">
        <w:t xml:space="preserve"> </w:t>
      </w:r>
      <w:r w:rsidR="00FB2749" w:rsidRPr="00786243">
        <w:t>–</w:t>
      </w:r>
      <w:r w:rsidRPr="00786243">
        <w:t xml:space="preserve"> encouraging creativity and continuous development.</w:t>
      </w:r>
    </w:p>
    <w:p w14:paraId="4AF84DEE" w14:textId="2831CEFE" w:rsidR="005116C5" w:rsidRPr="00786243" w:rsidRDefault="005116C5" w:rsidP="00C15CEE">
      <w:pPr>
        <w:numPr>
          <w:ilvl w:val="0"/>
          <w:numId w:val="14"/>
        </w:numPr>
      </w:pPr>
      <w:r w:rsidRPr="00786243">
        <w:rPr>
          <w:b/>
          <w:bCs/>
        </w:rPr>
        <w:t>We are ambassadors for Sefton</w:t>
      </w:r>
      <w:r w:rsidRPr="00786243">
        <w:t xml:space="preserve"> </w:t>
      </w:r>
      <w:r w:rsidR="00FB2749" w:rsidRPr="00786243">
        <w:t>–</w:t>
      </w:r>
      <w:r w:rsidRPr="00786243">
        <w:t xml:space="preserve"> promoting the </w:t>
      </w:r>
      <w:r w:rsidR="00FB2749" w:rsidRPr="00786243">
        <w:t>Borough</w:t>
      </w:r>
      <w:r w:rsidRPr="00786243">
        <w:t xml:space="preserve"> positively and proudly representing our communities.</w:t>
      </w:r>
    </w:p>
    <w:p w14:paraId="32D28CA9" w14:textId="04099CC7" w:rsidR="005116C5" w:rsidRPr="00786243" w:rsidRDefault="005116C5" w:rsidP="00C15CEE">
      <w:pPr>
        <w:numPr>
          <w:ilvl w:val="0"/>
          <w:numId w:val="14"/>
        </w:numPr>
      </w:pPr>
      <w:r w:rsidRPr="00786243">
        <w:rPr>
          <w:b/>
          <w:bCs/>
        </w:rPr>
        <w:t>We are responsive and efficient</w:t>
      </w:r>
      <w:r w:rsidRPr="00786243">
        <w:t xml:space="preserve"> </w:t>
      </w:r>
      <w:r w:rsidR="00FB2749" w:rsidRPr="00786243">
        <w:t>–</w:t>
      </w:r>
      <w:r w:rsidRPr="00786243">
        <w:t xml:space="preserve"> delivering services that are timely, effective, and customer-focused.</w:t>
      </w:r>
    </w:p>
    <w:p w14:paraId="526B0A22" w14:textId="0A9DA0E0" w:rsidR="005116C5" w:rsidRPr="00786243" w:rsidRDefault="005116C5" w:rsidP="00C15CEE">
      <w:pPr>
        <w:numPr>
          <w:ilvl w:val="0"/>
          <w:numId w:val="14"/>
        </w:numPr>
      </w:pPr>
      <w:r w:rsidRPr="00786243">
        <w:rPr>
          <w:b/>
          <w:bCs/>
        </w:rPr>
        <w:t>We are clear about what we can and cannot do</w:t>
      </w:r>
      <w:r w:rsidRPr="00786243">
        <w:t xml:space="preserve"> </w:t>
      </w:r>
      <w:r w:rsidR="00FB2749" w:rsidRPr="00786243">
        <w:t>–</w:t>
      </w:r>
      <w:r w:rsidRPr="00786243">
        <w:t xml:space="preserve"> being transparent and honest in all our communications and actions.</w:t>
      </w:r>
    </w:p>
    <w:p w14:paraId="4A119E78" w14:textId="7EFD1B52" w:rsidR="00511F96" w:rsidRPr="00786243" w:rsidRDefault="005116C5" w:rsidP="00511F96">
      <w:r w:rsidRPr="00786243">
        <w:t>These values underpin our commitment to excellence, inclusivity, and innovation, ensuring that Sefton remains a great place to live, work, and visit.</w:t>
      </w:r>
    </w:p>
    <w:p w14:paraId="0D58AC3A" w14:textId="4E77BF60" w:rsidR="00367D28" w:rsidRPr="00786243" w:rsidRDefault="00367D28" w:rsidP="00D019F3">
      <w:pPr>
        <w:pStyle w:val="Heading2"/>
        <w:rPr>
          <w:rFonts w:ascii="Arial" w:hAnsi="Arial" w:cs="Arial"/>
          <w:color w:val="007CBB"/>
          <w:sz w:val="28"/>
          <w:szCs w:val="28"/>
        </w:rPr>
      </w:pPr>
      <w:bookmarkStart w:id="2" w:name="_Toc222994877"/>
      <w:r w:rsidRPr="00786243">
        <w:rPr>
          <w:rFonts w:ascii="Arial" w:hAnsi="Arial" w:cs="Arial"/>
          <w:color w:val="007CBB"/>
          <w:sz w:val="28"/>
          <w:szCs w:val="28"/>
        </w:rPr>
        <w:t>Our Successes and Key Projects</w:t>
      </w:r>
      <w:bookmarkEnd w:id="2"/>
    </w:p>
    <w:p w14:paraId="2090DA4D" w14:textId="77777777" w:rsidR="00511F96" w:rsidRPr="00786243" w:rsidRDefault="00511F96" w:rsidP="00511F96">
      <w:pPr>
        <w:spacing w:after="0" w:line="240" w:lineRule="auto"/>
      </w:pPr>
    </w:p>
    <w:p w14:paraId="1DD3EF76" w14:textId="7077D406" w:rsidR="00367D28" w:rsidRPr="00786243" w:rsidRDefault="00367D28" w:rsidP="00683667">
      <w:pPr>
        <w:spacing w:after="0"/>
      </w:pPr>
      <w:r w:rsidRPr="00786243">
        <w:t xml:space="preserve">Sefton Council is proud of its recent achievements and ongoing commitment to delivering high-quality services. </w:t>
      </w:r>
      <w:r w:rsidR="00FB2749" w:rsidRPr="00786243">
        <w:t xml:space="preserve"> </w:t>
      </w:r>
      <w:r w:rsidRPr="00786243">
        <w:t xml:space="preserve">Our Adult Social Care services were recently graded Good by the Care Quality Commission (CQC), and our Children’s Services also </w:t>
      </w:r>
      <w:r w:rsidRPr="00786243">
        <w:lastRenderedPageBreak/>
        <w:t xml:space="preserve">achieved a </w:t>
      </w:r>
      <w:proofErr w:type="gramStart"/>
      <w:r w:rsidRPr="00786243">
        <w:t>Good</w:t>
      </w:r>
      <w:proofErr w:type="gramEnd"/>
      <w:r w:rsidRPr="00786243">
        <w:t xml:space="preserve"> rating from Ofsted. </w:t>
      </w:r>
      <w:r w:rsidR="00FB2749" w:rsidRPr="00786243">
        <w:t xml:space="preserve"> </w:t>
      </w:r>
      <w:r w:rsidRPr="00786243">
        <w:t>These successes reflect the dedication and professionalism of our teams and our focus on continuous improvement.</w:t>
      </w:r>
    </w:p>
    <w:p w14:paraId="1AB77641" w14:textId="77777777" w:rsidR="00FB67D6" w:rsidRPr="00786243" w:rsidRDefault="00FB67D6" w:rsidP="00683667">
      <w:pPr>
        <w:spacing w:after="0"/>
      </w:pPr>
    </w:p>
    <w:p w14:paraId="71166112" w14:textId="5C138548" w:rsidR="00FB2749" w:rsidRPr="00786243" w:rsidRDefault="00FB67D6" w:rsidP="00402A02">
      <w:r w:rsidRPr="00786243">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669632CB" w14:textId="7466B31C" w:rsidR="00367D28" w:rsidRPr="00786243" w:rsidRDefault="00367D28" w:rsidP="00683667">
      <w:pPr>
        <w:spacing w:after="0"/>
      </w:pPr>
      <w:r w:rsidRPr="00786243">
        <w:t xml:space="preserve">Alongside these achievements, Sefton Council is actively delivering a range of major capital projects that will transform the </w:t>
      </w:r>
      <w:r w:rsidR="00FB2749" w:rsidRPr="00786243">
        <w:t>Borough</w:t>
      </w:r>
      <w:r w:rsidRPr="00786243">
        <w:t xml:space="preserve"> and stimulate economic growth.</w:t>
      </w:r>
      <w:r w:rsidR="00FB2749" w:rsidRPr="00786243">
        <w:t xml:space="preserve"> </w:t>
      </w:r>
      <w:r w:rsidRPr="00786243">
        <w:t xml:space="preserve"> These include the Marine Lake Events Centre in Southport, the Strand Shopping Centre redevelopment in Bootle, and exciting developments such as the Cove Resort and Enterprise Arcade in Southport. </w:t>
      </w:r>
      <w:r w:rsidR="00FB2749" w:rsidRPr="00786243">
        <w:t xml:space="preserve"> </w:t>
      </w:r>
      <w:r w:rsidRPr="00786243">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786243" w:rsidRDefault="00683667" w:rsidP="00683667">
      <w:pPr>
        <w:spacing w:after="0"/>
      </w:pPr>
    </w:p>
    <w:p w14:paraId="2B27870A" w14:textId="22F223B9" w:rsidR="00367D28" w:rsidRPr="00786243" w:rsidRDefault="00367D28" w:rsidP="00367D28">
      <w:r w:rsidRPr="00786243">
        <w:t xml:space="preserve">These projects form part of our strategic investment programme to attract private sector-led development and create vibrant spaces for residents and visitors. </w:t>
      </w:r>
      <w:r w:rsidR="00FB2749" w:rsidRPr="00786243">
        <w:t xml:space="preserve"> </w:t>
      </w:r>
      <w:r w:rsidRPr="00786243">
        <w:t>We work closely with local communities to ensure these projects reflect their needs and foster a sense of ownership and pride.</w:t>
      </w:r>
    </w:p>
    <w:p w14:paraId="267456B0" w14:textId="77777777" w:rsidR="00367D28" w:rsidRPr="00786243" w:rsidRDefault="00367D28" w:rsidP="00367D28">
      <w:r w:rsidRPr="00786243">
        <w:t xml:space="preserve">For more information on these projects and to stay updated on progress, visit the Sefton Council website at </w:t>
      </w:r>
      <w:hyperlink r:id="rId25" w:history="1">
        <w:r w:rsidRPr="00786243">
          <w:rPr>
            <w:rStyle w:val="Hyperlink"/>
          </w:rPr>
          <w:t>www.sefton.gov.uk</w:t>
        </w:r>
      </w:hyperlink>
      <w:r w:rsidRPr="00786243">
        <w:t xml:space="preserve"> </w:t>
      </w:r>
    </w:p>
    <w:p w14:paraId="366F8038" w14:textId="3B38F9E5" w:rsidR="00454E02" w:rsidRPr="00786243" w:rsidRDefault="00565B5D" w:rsidP="00511F96">
      <w:pPr>
        <w:pStyle w:val="Heading2"/>
        <w:rPr>
          <w:rFonts w:ascii="Arial" w:hAnsi="Arial" w:cs="Arial"/>
          <w:color w:val="007CBB"/>
          <w:sz w:val="28"/>
          <w:szCs w:val="28"/>
        </w:rPr>
      </w:pPr>
      <w:bookmarkStart w:id="3" w:name="_Toc222994878"/>
      <w:r w:rsidRPr="00786243">
        <w:rPr>
          <w:rFonts w:ascii="Arial" w:hAnsi="Arial" w:cs="Arial"/>
          <w:color w:val="007CBB"/>
          <w:sz w:val="28"/>
          <w:szCs w:val="28"/>
        </w:rPr>
        <w:t>An Inclusive Workplace</w:t>
      </w:r>
      <w:bookmarkEnd w:id="3"/>
    </w:p>
    <w:p w14:paraId="3332C0B7" w14:textId="77777777" w:rsidR="00511F96" w:rsidRPr="00786243" w:rsidRDefault="00511F96" w:rsidP="00511F96">
      <w:pPr>
        <w:spacing w:after="0" w:line="240" w:lineRule="auto"/>
      </w:pPr>
    </w:p>
    <w:p w14:paraId="09BFB993" w14:textId="38DDF792" w:rsidR="009F37BF" w:rsidRPr="00786243" w:rsidRDefault="009F37BF" w:rsidP="00683667">
      <w:pPr>
        <w:spacing w:after="0"/>
        <w:rPr>
          <w:rFonts w:eastAsia="Times New Roman" w:cs="Arial"/>
          <w:lang w:eastAsia="en-GB"/>
        </w:rPr>
      </w:pPr>
      <w:r w:rsidRPr="00786243">
        <w:rPr>
          <w:rFonts w:eastAsia="Times New Roman" w:cs="Arial"/>
          <w:lang w:eastAsia="en-GB"/>
        </w:rPr>
        <w:t xml:space="preserve">We are committed to fostering an inclusive Council that reflects the diverse communities we serve. </w:t>
      </w:r>
      <w:r w:rsidR="00FB2749" w:rsidRPr="00786243">
        <w:rPr>
          <w:rFonts w:eastAsia="Times New Roman" w:cs="Arial"/>
          <w:lang w:eastAsia="en-GB"/>
        </w:rPr>
        <w:t xml:space="preserve"> </w:t>
      </w:r>
      <w:r w:rsidRPr="00786243">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786243" w:rsidRDefault="00683667" w:rsidP="00683667">
      <w:pPr>
        <w:spacing w:after="0"/>
        <w:rPr>
          <w:rFonts w:eastAsia="Times New Roman" w:cs="Arial"/>
          <w:lang w:eastAsia="en-GB"/>
        </w:rPr>
      </w:pPr>
    </w:p>
    <w:p w14:paraId="090B95BC" w14:textId="73494AA3" w:rsidR="00CB1FFD" w:rsidRPr="00786243" w:rsidRDefault="009F37BF" w:rsidP="009F37BF">
      <w:pPr>
        <w:rPr>
          <w:rFonts w:eastAsia="Times New Roman" w:cs="Arial"/>
          <w:lang w:eastAsia="en-GB"/>
        </w:rPr>
      </w:pPr>
      <w:r w:rsidRPr="00786243">
        <w:rPr>
          <w:rFonts w:eastAsia="Times New Roman" w:cs="Arial"/>
          <w:lang w:eastAsia="en-GB"/>
        </w:rPr>
        <w:t xml:space="preserve">Sefton is proud to be the first local authority in the Liverpool City Region to achieve </w:t>
      </w:r>
      <w:r w:rsidRPr="00786243">
        <w:rPr>
          <w:rFonts w:eastAsia="Times New Roman" w:cs="Arial"/>
          <w:b/>
          <w:bCs/>
          <w:lang w:eastAsia="en-GB"/>
        </w:rPr>
        <w:t>Navajo</w:t>
      </w:r>
      <w:r w:rsidRPr="00786243">
        <w:rPr>
          <w:rFonts w:eastAsia="Times New Roman" w:cs="Arial"/>
          <w:lang w:eastAsia="en-GB"/>
        </w:rPr>
        <w:t xml:space="preserve"> accreditation, recognising our commitment to LGBTQ+ inclusion. </w:t>
      </w:r>
      <w:r w:rsidR="00FB2749" w:rsidRPr="00786243">
        <w:rPr>
          <w:rFonts w:eastAsia="Times New Roman" w:cs="Arial"/>
          <w:lang w:eastAsia="en-GB"/>
        </w:rPr>
        <w:t xml:space="preserve"> </w:t>
      </w:r>
      <w:r w:rsidRPr="00786243">
        <w:rPr>
          <w:rFonts w:eastAsia="Times New Roman" w:cs="Arial"/>
          <w:lang w:eastAsia="en-GB"/>
        </w:rPr>
        <w:t>We are also a Disability Confident employer and continue to build a workforce that represents our communities.</w:t>
      </w:r>
    </w:p>
    <w:p w14:paraId="4FA20170" w14:textId="39071CCA" w:rsidR="00A91189" w:rsidRPr="00786243" w:rsidRDefault="009F37BF" w:rsidP="009725F0">
      <w:pPr>
        <w:spacing w:after="0"/>
        <w:rPr>
          <w:rFonts w:eastAsia="Times New Roman" w:cs="Arial"/>
          <w:lang w:eastAsia="en-GB"/>
        </w:rPr>
      </w:pPr>
      <w:r w:rsidRPr="00786243">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786243" w:rsidRDefault="009725F0" w:rsidP="009725F0">
      <w:pPr>
        <w:spacing w:after="0"/>
        <w:rPr>
          <w:rFonts w:eastAsia="Times New Roman" w:cs="Arial"/>
          <w:lang w:eastAsia="en-GB"/>
        </w:rPr>
      </w:pPr>
    </w:p>
    <w:p w14:paraId="711BCCDE" w14:textId="4507E0FD" w:rsidR="00454E02" w:rsidRPr="00786243" w:rsidRDefault="009F37BF" w:rsidP="00496E8A">
      <w:pPr>
        <w:spacing w:after="0"/>
        <w:rPr>
          <w:rFonts w:eastAsia="Times New Roman" w:cs="Arial"/>
          <w:lang w:eastAsia="en-GB"/>
        </w:rPr>
      </w:pPr>
      <w:r w:rsidRPr="00786243">
        <w:rPr>
          <w:rFonts w:eastAsia="Times New Roman" w:cs="Arial"/>
          <w:lang w:eastAsia="en-GB"/>
        </w:rPr>
        <w:lastRenderedPageBreak/>
        <w:t xml:space="preserve">As an Equal Opportunities Employer, we base recruitment solely on skills, experience, and suitability for the role. </w:t>
      </w:r>
      <w:r w:rsidR="00C7120F" w:rsidRPr="00786243">
        <w:rPr>
          <w:rFonts w:eastAsia="Times New Roman" w:cs="Arial"/>
          <w:lang w:eastAsia="en-GB"/>
        </w:rPr>
        <w:t xml:space="preserve"> </w:t>
      </w:r>
      <w:r w:rsidRPr="00786243">
        <w:rPr>
          <w:rFonts w:eastAsia="Times New Roman" w:cs="Arial"/>
          <w:lang w:eastAsia="en-GB"/>
        </w:rPr>
        <w:t>All applicants are treated fairly, and we have also recognised ‘care experienced’ as a protected characteristic within Sefton.</w:t>
      </w:r>
    </w:p>
    <w:p w14:paraId="128685BE" w14:textId="01943AB8" w:rsidR="00E4473C" w:rsidRPr="00786243" w:rsidRDefault="00E4473C" w:rsidP="009F37BF">
      <w:pPr>
        <w:rPr>
          <w:rFonts w:eastAsia="Times New Roman" w:cs="Arial"/>
          <w:lang w:eastAsia="en-GB"/>
        </w:rPr>
      </w:pPr>
    </w:p>
    <w:p w14:paraId="04AC695D" w14:textId="2E9D631C" w:rsidR="00511F96" w:rsidRPr="00786243" w:rsidRDefault="00511F96" w:rsidP="009F37BF">
      <w:pPr>
        <w:rPr>
          <w:rFonts w:eastAsia="Times New Roman" w:cs="Arial"/>
          <w:lang w:eastAsia="en-GB"/>
        </w:rPr>
      </w:pPr>
      <w:r w:rsidRPr="00786243">
        <w:rPr>
          <w:noProof/>
          <w:sz w:val="20"/>
        </w:rPr>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6"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627B88"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7"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786243" w:rsidRDefault="00511F96" w:rsidP="009F37BF">
      <w:pPr>
        <w:rPr>
          <w:rFonts w:eastAsia="Times New Roman" w:cs="Arial"/>
          <w:lang w:eastAsia="en-GB"/>
        </w:rPr>
      </w:pPr>
    </w:p>
    <w:p w14:paraId="1E8C663D" w14:textId="40AD9373" w:rsidR="00454E02" w:rsidRPr="00786243" w:rsidRDefault="00454E02" w:rsidP="009F37BF">
      <w:pPr>
        <w:rPr>
          <w:rFonts w:eastAsia="Times New Roman" w:cs="Arial"/>
          <w:lang w:eastAsia="en-GB"/>
        </w:rPr>
      </w:pPr>
    </w:p>
    <w:p w14:paraId="70E3E937" w14:textId="6E86C81B" w:rsidR="00454E02" w:rsidRPr="00786243" w:rsidRDefault="00454E02" w:rsidP="009F37BF">
      <w:pPr>
        <w:rPr>
          <w:rFonts w:eastAsia="Times New Roman" w:cs="Arial"/>
          <w:lang w:eastAsia="en-GB"/>
        </w:rPr>
      </w:pPr>
    </w:p>
    <w:p w14:paraId="5535BC69" w14:textId="31B2501C" w:rsidR="00454E02" w:rsidRPr="00786243" w:rsidRDefault="00454E02" w:rsidP="009F37BF">
      <w:pPr>
        <w:rPr>
          <w:rFonts w:eastAsia="Times New Roman" w:cs="Arial"/>
          <w:lang w:eastAsia="en-GB"/>
        </w:rPr>
      </w:pPr>
    </w:p>
    <w:p w14:paraId="28BF5290" w14:textId="1D5245ED" w:rsidR="00496E8A" w:rsidRPr="00786243" w:rsidRDefault="00496E8A" w:rsidP="009F37BF">
      <w:pPr>
        <w:rPr>
          <w:rFonts w:eastAsia="Times New Roman" w:cs="Arial"/>
          <w:lang w:eastAsia="en-GB"/>
        </w:rPr>
      </w:pPr>
    </w:p>
    <w:p w14:paraId="7B5CE7DC" w14:textId="77777777" w:rsidR="00496E8A" w:rsidRPr="00786243" w:rsidRDefault="00496E8A" w:rsidP="009F37BF">
      <w:pPr>
        <w:rPr>
          <w:rFonts w:eastAsia="Times New Roman" w:cs="Arial"/>
          <w:lang w:eastAsia="en-GB"/>
        </w:rPr>
      </w:pPr>
    </w:p>
    <w:p w14:paraId="6866F173" w14:textId="7A4DD52F" w:rsidR="00496E8A" w:rsidRPr="00786243" w:rsidRDefault="00496E8A" w:rsidP="009F37BF">
      <w:pPr>
        <w:rPr>
          <w:rFonts w:eastAsia="Times New Roman" w:cs="Arial"/>
          <w:lang w:eastAsia="en-GB"/>
        </w:rPr>
      </w:pPr>
    </w:p>
    <w:p w14:paraId="75F0FBED" w14:textId="77777777" w:rsidR="00E4473C" w:rsidRPr="00786243" w:rsidRDefault="00E4473C" w:rsidP="009F37BF">
      <w:pPr>
        <w:rPr>
          <w:rFonts w:eastAsia="Times New Roman" w:cs="Arial"/>
          <w:lang w:eastAsia="en-GB"/>
        </w:rPr>
      </w:pPr>
    </w:p>
    <w:p w14:paraId="75C53BB4" w14:textId="3A457AEE" w:rsidR="009F37BF" w:rsidRPr="00786243" w:rsidRDefault="00C7120F" w:rsidP="00496E8A">
      <w:pPr>
        <w:spacing w:after="0"/>
        <w:rPr>
          <w:rFonts w:eastAsia="Times New Roman" w:cs="Arial"/>
          <w:lang w:eastAsia="en-GB"/>
        </w:rPr>
      </w:pPr>
      <w:r w:rsidRPr="00786243">
        <w:rPr>
          <w:rFonts w:eastAsia="Times New Roman" w:cs="Arial"/>
          <w:lang w:eastAsia="en-GB"/>
        </w:rPr>
        <w:t xml:space="preserve">For more information, please refer to our </w:t>
      </w:r>
      <w:hyperlink r:id="rId28" w:history="1">
        <w:r w:rsidRPr="00786243">
          <w:rPr>
            <w:rStyle w:val="Hyperlink"/>
            <w:rFonts w:eastAsia="Times New Roman" w:cs="Arial"/>
            <w:lang w:eastAsia="en-GB"/>
          </w:rPr>
          <w:t>Equality, Diversity and Inclusion Strategy</w:t>
        </w:r>
      </w:hyperlink>
    </w:p>
    <w:p w14:paraId="4250A9BD" w14:textId="77777777" w:rsidR="00511F96" w:rsidRPr="00786243" w:rsidRDefault="00511F96" w:rsidP="00511F96">
      <w:pPr>
        <w:spacing w:after="0" w:line="240" w:lineRule="auto"/>
        <w:rPr>
          <w:rFonts w:eastAsia="Times New Roman" w:cs="Arial"/>
          <w:lang w:eastAsia="en-GB"/>
        </w:rPr>
      </w:pPr>
    </w:p>
    <w:p w14:paraId="42A3CDA1" w14:textId="58A78FDC" w:rsidR="00511F96" w:rsidRPr="00786243" w:rsidRDefault="00C16F45" w:rsidP="00511F96">
      <w:pPr>
        <w:pStyle w:val="Heading2"/>
        <w:rPr>
          <w:rFonts w:ascii="Arial" w:hAnsi="Arial" w:cs="Arial"/>
          <w:color w:val="007CBB"/>
          <w:sz w:val="28"/>
          <w:szCs w:val="28"/>
        </w:rPr>
      </w:pPr>
      <w:bookmarkStart w:id="4" w:name="_Toc222994879"/>
      <w:r w:rsidRPr="00786243">
        <w:rPr>
          <w:rFonts w:ascii="Arial" w:hAnsi="Arial" w:cs="Arial"/>
          <w:color w:val="007CBB"/>
          <w:sz w:val="28"/>
          <w:szCs w:val="28"/>
        </w:rPr>
        <w:t>Liverpool City Region Fair Employment Charter</w:t>
      </w:r>
      <w:bookmarkEnd w:id="4"/>
    </w:p>
    <w:p w14:paraId="1657A6EA" w14:textId="77777777" w:rsidR="00511F96" w:rsidRPr="00786243" w:rsidRDefault="00511F96" w:rsidP="00511F96">
      <w:pPr>
        <w:spacing w:after="0" w:line="240" w:lineRule="auto"/>
        <w:rPr>
          <w:bCs/>
        </w:rPr>
      </w:pPr>
    </w:p>
    <w:p w14:paraId="08E8C97B" w14:textId="092BC4B6" w:rsidR="004E55FD" w:rsidRPr="00786243" w:rsidRDefault="00697B51" w:rsidP="00511F96">
      <w:pPr>
        <w:rPr>
          <w:bCs/>
        </w:rPr>
      </w:pPr>
      <w:r w:rsidRPr="00786243">
        <w:rPr>
          <w:rFonts w:cs="Arial"/>
          <w:noProof/>
          <w:color w:val="007CBB"/>
          <w:sz w:val="32"/>
          <w:szCs w:val="32"/>
        </w:rPr>
        <w:lastRenderedPageBreak/>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786243">
        <w:rPr>
          <w:bCs/>
        </w:rPr>
        <w:t xml:space="preserve">Sefton Council is proud to support the Liverpool City Region Combined Authority Fair Employment Charter, an initiative that promotes fair, healthy, inclusive, and just workplaces across the region. </w:t>
      </w:r>
      <w:r w:rsidR="00C7120F" w:rsidRPr="00786243">
        <w:rPr>
          <w:bCs/>
        </w:rPr>
        <w:t xml:space="preserve"> </w:t>
      </w:r>
      <w:r w:rsidR="00C16F45" w:rsidRPr="00786243">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786243">
        <w:rPr>
          <w:bCs/>
        </w:rPr>
        <w:t xml:space="preserve"> </w:t>
      </w:r>
      <w:r w:rsidR="00C16F45" w:rsidRPr="00786243">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786243" w:rsidRDefault="00FA1CF6" w:rsidP="00511F96">
      <w:pPr>
        <w:pStyle w:val="Heading2"/>
        <w:spacing w:before="0" w:line="240" w:lineRule="auto"/>
        <w:rPr>
          <w:rFonts w:ascii="Arial" w:hAnsi="Arial" w:cs="Arial"/>
          <w:color w:val="007CBB"/>
          <w:sz w:val="28"/>
          <w:szCs w:val="28"/>
        </w:rPr>
      </w:pPr>
      <w:bookmarkStart w:id="5" w:name="_Toc222994880"/>
      <w:r w:rsidRPr="00786243">
        <w:rPr>
          <w:rFonts w:ascii="Arial" w:hAnsi="Arial" w:cs="Arial"/>
          <w:color w:val="007CBB"/>
          <w:sz w:val="28"/>
          <w:szCs w:val="28"/>
        </w:rPr>
        <w:t>What We Can Offer You</w:t>
      </w:r>
      <w:bookmarkEnd w:id="5"/>
    </w:p>
    <w:p w14:paraId="293F5468" w14:textId="77777777" w:rsidR="00511F96" w:rsidRPr="00786243" w:rsidRDefault="00511F96" w:rsidP="00511F96">
      <w:pPr>
        <w:spacing w:after="0" w:line="240" w:lineRule="auto"/>
      </w:pPr>
    </w:p>
    <w:p w14:paraId="514F9940" w14:textId="5632B9DD" w:rsidR="00547C3F" w:rsidRPr="00786243" w:rsidRDefault="00547C3F" w:rsidP="00C15CEE">
      <w:pPr>
        <w:numPr>
          <w:ilvl w:val="0"/>
          <w:numId w:val="13"/>
        </w:numPr>
        <w:spacing w:after="0" w:line="240" w:lineRule="auto"/>
      </w:pPr>
      <w:r w:rsidRPr="00786243">
        <w:t>A supportive and collaborative working environment</w:t>
      </w:r>
      <w:r w:rsidR="0035256F" w:rsidRPr="00786243">
        <w:t>.</w:t>
      </w:r>
    </w:p>
    <w:p w14:paraId="71D56C25" w14:textId="571624B0" w:rsidR="00F97F83" w:rsidRPr="00786243" w:rsidRDefault="00F97F83" w:rsidP="00C15CEE">
      <w:pPr>
        <w:numPr>
          <w:ilvl w:val="0"/>
          <w:numId w:val="13"/>
        </w:numPr>
      </w:pPr>
      <w:r w:rsidRPr="00786243">
        <w:t>An agile approach to working.</w:t>
      </w:r>
    </w:p>
    <w:p w14:paraId="3C859B9B" w14:textId="05F0FD36" w:rsidR="00AE37D0" w:rsidRPr="00786243" w:rsidRDefault="00547C3F" w:rsidP="00C15CEE">
      <w:pPr>
        <w:numPr>
          <w:ilvl w:val="0"/>
          <w:numId w:val="13"/>
        </w:numPr>
      </w:pPr>
      <w:r w:rsidRPr="00786243">
        <w:t>Opportunities for professional development and career progression</w:t>
      </w:r>
      <w:r w:rsidR="0035256F" w:rsidRPr="00786243">
        <w:t>.</w:t>
      </w:r>
    </w:p>
    <w:p w14:paraId="0A1B0A67" w14:textId="552D0E2C" w:rsidR="00547C3F" w:rsidRPr="00786243" w:rsidRDefault="00547C3F" w:rsidP="00C15CEE">
      <w:pPr>
        <w:numPr>
          <w:ilvl w:val="0"/>
          <w:numId w:val="13"/>
        </w:numPr>
      </w:pPr>
      <w:r w:rsidRPr="00786243">
        <w:t>A role where your work makes a real difference across the organisation</w:t>
      </w:r>
      <w:r w:rsidR="0035256F" w:rsidRPr="00786243">
        <w:t>.</w:t>
      </w:r>
    </w:p>
    <w:p w14:paraId="4A6AB78E" w14:textId="62F96920" w:rsidR="00547C3F" w:rsidRPr="00786243" w:rsidRDefault="00547C3F" w:rsidP="00C15CEE">
      <w:pPr>
        <w:numPr>
          <w:ilvl w:val="0"/>
          <w:numId w:val="13"/>
        </w:numPr>
      </w:pPr>
      <w:r w:rsidRPr="00786243">
        <w:t>Flexible working arrangements supporting work</w:t>
      </w:r>
      <w:r w:rsidR="00571B76" w:rsidRPr="00786243">
        <w:t>-</w:t>
      </w:r>
      <w:r w:rsidRPr="00786243">
        <w:t>life balance</w:t>
      </w:r>
      <w:r w:rsidR="0035256F" w:rsidRPr="00786243">
        <w:t>.</w:t>
      </w:r>
    </w:p>
    <w:p w14:paraId="5FB8FFD2" w14:textId="3ABAA331" w:rsidR="00547C3F" w:rsidRPr="00786243" w:rsidRDefault="00547C3F" w:rsidP="00C15CEE">
      <w:pPr>
        <w:numPr>
          <w:ilvl w:val="0"/>
          <w:numId w:val="13"/>
        </w:numPr>
      </w:pPr>
      <w:r w:rsidRPr="00786243">
        <w:t>A strong commitment to equality, diversity, and inclusion</w:t>
      </w:r>
      <w:r w:rsidR="0035256F" w:rsidRPr="00786243">
        <w:t>.</w:t>
      </w:r>
    </w:p>
    <w:p w14:paraId="1C1AD13F" w14:textId="7060A410" w:rsidR="00FA1CF6" w:rsidRPr="00786243" w:rsidRDefault="00547C3F" w:rsidP="00FA1CF6">
      <w:r w:rsidRPr="00786243">
        <w:t>Y</w:t>
      </w:r>
      <w:r w:rsidR="00FA1CF6" w:rsidRPr="00786243">
        <w:t>ou will benefit from a comprehensive local government employment package</w:t>
      </w:r>
      <w:r w:rsidRPr="00786243">
        <w:t xml:space="preserve"> which includes the following:</w:t>
      </w:r>
    </w:p>
    <w:p w14:paraId="09237F97" w14:textId="3E5E2A6B" w:rsidR="00FA1CF6" w:rsidRPr="00786243" w:rsidRDefault="00FA1CF6" w:rsidP="00BE466B">
      <w:pPr>
        <w:numPr>
          <w:ilvl w:val="0"/>
          <w:numId w:val="7"/>
        </w:numPr>
      </w:pPr>
      <w:r w:rsidRPr="00786243">
        <w:t>Competitive salary in line with NJC Local Government Pay Scales.</w:t>
      </w:r>
    </w:p>
    <w:p w14:paraId="5D01D2A5" w14:textId="6DA5BDB7" w:rsidR="00524633" w:rsidRPr="00786243" w:rsidRDefault="00FA1CF6" w:rsidP="00BE466B">
      <w:pPr>
        <w:numPr>
          <w:ilvl w:val="0"/>
          <w:numId w:val="7"/>
        </w:numPr>
      </w:pPr>
      <w:r w:rsidRPr="00786243">
        <w:t>Membership of the Local Government Pension Scheme (LGPS), providing a secure, defined benefit pension with employer contributions.</w:t>
      </w:r>
    </w:p>
    <w:p w14:paraId="55EF41BC" w14:textId="36CC7719" w:rsidR="00FA1CF6" w:rsidRPr="00786243" w:rsidRDefault="00FA1CF6" w:rsidP="00FA1CF6">
      <w:pPr>
        <w:rPr>
          <w:b/>
          <w:bCs/>
          <w:color w:val="007CBB"/>
          <w:sz w:val="24"/>
          <w:szCs w:val="24"/>
        </w:rPr>
      </w:pPr>
      <w:r w:rsidRPr="00786243">
        <w:rPr>
          <w:b/>
          <w:color w:val="007CBB"/>
          <w:sz w:val="24"/>
          <w:szCs w:val="24"/>
        </w:rPr>
        <w:t>Annual Leave and Work-Life Balance</w:t>
      </w:r>
    </w:p>
    <w:p w14:paraId="25D2CF9D" w14:textId="77777777" w:rsidR="00D74D8D" w:rsidRPr="00786243" w:rsidRDefault="00D74D8D" w:rsidP="00BE466B">
      <w:pPr>
        <w:numPr>
          <w:ilvl w:val="0"/>
          <w:numId w:val="8"/>
        </w:numPr>
        <w:rPr>
          <w:rFonts w:eastAsia="Arial" w:cs="Arial"/>
        </w:rPr>
      </w:pPr>
      <w:r w:rsidRPr="00786243">
        <w:t xml:space="preserve">Generous annual leave entitlement, </w:t>
      </w:r>
      <w:r w:rsidRPr="00786243">
        <w:rPr>
          <w:rFonts w:eastAsia="Arial" w:cs="Arial"/>
        </w:rPr>
        <w:t>28 days annual leave rising to 33 days with 5 years continuous service.</w:t>
      </w:r>
    </w:p>
    <w:p w14:paraId="2B246258" w14:textId="02DB7649" w:rsidR="00FA1CF6" w:rsidRPr="00786243" w:rsidRDefault="00FA1CF6" w:rsidP="00BE466B">
      <w:pPr>
        <w:numPr>
          <w:ilvl w:val="0"/>
          <w:numId w:val="8"/>
        </w:numPr>
      </w:pPr>
      <w:r w:rsidRPr="00786243">
        <w:t>Additional public (bank) holidays.</w:t>
      </w:r>
    </w:p>
    <w:p w14:paraId="2DDD9C17" w14:textId="31F21007" w:rsidR="00FA1CF6" w:rsidRPr="00786243" w:rsidRDefault="00FA1CF6" w:rsidP="00BE466B">
      <w:pPr>
        <w:numPr>
          <w:ilvl w:val="0"/>
          <w:numId w:val="8"/>
        </w:numPr>
      </w:pPr>
      <w:r w:rsidRPr="00786243">
        <w:t>Flexible working options to support a healthy work</w:t>
      </w:r>
      <w:r w:rsidR="00390169" w:rsidRPr="00786243">
        <w:t>-</w:t>
      </w:r>
      <w:r w:rsidRPr="00786243">
        <w:t>life balance, subject to service needs.</w:t>
      </w:r>
    </w:p>
    <w:p w14:paraId="7B7E2274" w14:textId="46D56827" w:rsidR="00866E1F" w:rsidRPr="00786243" w:rsidRDefault="00866E1F" w:rsidP="00BE466B">
      <w:pPr>
        <w:numPr>
          <w:ilvl w:val="0"/>
          <w:numId w:val="8"/>
        </w:numPr>
      </w:pPr>
      <w:r w:rsidRPr="00786243">
        <w:t>Option to purchase additional annual leave</w:t>
      </w:r>
      <w:r w:rsidR="004F4A4E" w:rsidRPr="00786243">
        <w:t>.</w:t>
      </w:r>
    </w:p>
    <w:p w14:paraId="6E4DB64D" w14:textId="1CA7F4E2" w:rsidR="009C6212" w:rsidRPr="00786243" w:rsidRDefault="009C6212" w:rsidP="00BE466B">
      <w:pPr>
        <w:numPr>
          <w:ilvl w:val="0"/>
          <w:numId w:val="8"/>
        </w:numPr>
      </w:pPr>
      <w:r w:rsidRPr="00786243">
        <w:t>Sefton operate a ‘Shut Down’ period over the Christmas period which staff contribute four fifths of a week’s pay over a 12-month period.</w:t>
      </w:r>
    </w:p>
    <w:p w14:paraId="303CA973" w14:textId="77777777" w:rsidR="00FA1CF6" w:rsidRPr="00786243" w:rsidRDefault="00FA1CF6" w:rsidP="00FA1CF6">
      <w:pPr>
        <w:rPr>
          <w:b/>
          <w:color w:val="007CBB"/>
          <w:sz w:val="24"/>
          <w:szCs w:val="24"/>
        </w:rPr>
      </w:pPr>
      <w:r w:rsidRPr="00786243">
        <w:rPr>
          <w:b/>
          <w:color w:val="007CBB"/>
          <w:sz w:val="24"/>
          <w:szCs w:val="24"/>
        </w:rPr>
        <w:t>Learning, Development and Career Progression</w:t>
      </w:r>
    </w:p>
    <w:p w14:paraId="1548A4CE" w14:textId="00AE3BD8" w:rsidR="00FA1CF6" w:rsidRPr="00786243" w:rsidRDefault="40497DD4" w:rsidP="00BE466B">
      <w:pPr>
        <w:numPr>
          <w:ilvl w:val="0"/>
          <w:numId w:val="9"/>
        </w:numPr>
        <w:rPr>
          <w:rFonts w:eastAsia="Arial" w:cs="Arial"/>
          <w:color w:val="333333"/>
        </w:rPr>
      </w:pPr>
      <w:r w:rsidRPr="00786243">
        <w:rPr>
          <w:rFonts w:eastAsia="Arial" w:cs="Arial"/>
          <w:color w:val="333333"/>
        </w:rPr>
        <w:lastRenderedPageBreak/>
        <w:t>A comprehensive induction programme</w:t>
      </w:r>
      <w:r w:rsidR="00B60B4B" w:rsidRPr="00786243">
        <w:rPr>
          <w:rFonts w:eastAsia="Arial" w:cs="Arial"/>
          <w:color w:val="333333"/>
        </w:rPr>
        <w:t>.</w:t>
      </w:r>
    </w:p>
    <w:p w14:paraId="5EE662A9" w14:textId="0FBD5EDC" w:rsidR="00FA1CF6" w:rsidRPr="00786243" w:rsidRDefault="00FA1CF6" w:rsidP="00BE466B">
      <w:pPr>
        <w:numPr>
          <w:ilvl w:val="0"/>
          <w:numId w:val="9"/>
        </w:numPr>
      </w:pPr>
      <w:r w:rsidRPr="00786243">
        <w:t>Access to a wide range of training,</w:t>
      </w:r>
      <w:r w:rsidR="004A77F9" w:rsidRPr="00786243">
        <w:t xml:space="preserve"> apprenticeships,</w:t>
      </w:r>
      <w:r w:rsidRPr="00786243">
        <w:t xml:space="preserve"> learning</w:t>
      </w:r>
      <w:r w:rsidR="00B60B4B" w:rsidRPr="00786243">
        <w:t xml:space="preserve">, </w:t>
      </w:r>
      <w:r w:rsidRPr="00786243">
        <w:t>and development opportunities.</w:t>
      </w:r>
    </w:p>
    <w:p w14:paraId="4763E1C2" w14:textId="0E576700" w:rsidR="00FA1CF6" w:rsidRPr="00786243" w:rsidRDefault="00FA1CF6" w:rsidP="00BE466B">
      <w:pPr>
        <w:numPr>
          <w:ilvl w:val="0"/>
          <w:numId w:val="9"/>
        </w:numPr>
      </w:pPr>
      <w:r w:rsidRPr="00786243">
        <w:t>Support for professional development and role</w:t>
      </w:r>
      <w:r w:rsidR="1553788F" w:rsidRPr="00786243">
        <w:t xml:space="preserve"> </w:t>
      </w:r>
      <w:r w:rsidRPr="00786243">
        <w:t>related qualifications.</w:t>
      </w:r>
    </w:p>
    <w:p w14:paraId="5DD8ACB0" w14:textId="74D47779" w:rsidR="00FA1CF6" w:rsidRPr="00786243" w:rsidRDefault="00FA1CF6" w:rsidP="00BE466B">
      <w:pPr>
        <w:numPr>
          <w:ilvl w:val="0"/>
          <w:numId w:val="9"/>
        </w:numPr>
      </w:pPr>
      <w:r w:rsidRPr="00786243">
        <w:t>Opportunities to develop your career within a large and diverse local authority.</w:t>
      </w:r>
    </w:p>
    <w:p w14:paraId="223D7766" w14:textId="255CA8CC" w:rsidR="00FA1CF6" w:rsidRPr="00786243" w:rsidRDefault="00FA1CF6" w:rsidP="00FA1CF6">
      <w:pPr>
        <w:rPr>
          <w:b/>
          <w:bCs/>
          <w:color w:val="007CBB"/>
          <w:sz w:val="24"/>
          <w:szCs w:val="24"/>
        </w:rPr>
      </w:pPr>
      <w:r w:rsidRPr="00786243">
        <w:rPr>
          <w:b/>
          <w:color w:val="007CBB"/>
          <w:sz w:val="24"/>
          <w:szCs w:val="24"/>
        </w:rPr>
        <w:t>Health, Wellbeing and Support</w:t>
      </w:r>
    </w:p>
    <w:p w14:paraId="2606030D" w14:textId="37FB6254" w:rsidR="77853C98" w:rsidRPr="00786243" w:rsidRDefault="2CAB6C3C" w:rsidP="00BE466B">
      <w:pPr>
        <w:numPr>
          <w:ilvl w:val="0"/>
          <w:numId w:val="10"/>
        </w:numPr>
      </w:pPr>
      <w:r w:rsidRPr="00786243">
        <w:t>Enhanced sick pay scheme</w:t>
      </w:r>
      <w:r w:rsidR="002F759F" w:rsidRPr="00786243">
        <w:t>.</w:t>
      </w:r>
      <w:r w:rsidRPr="00786243">
        <w:t xml:space="preserve"> </w:t>
      </w:r>
    </w:p>
    <w:p w14:paraId="44C1E78D" w14:textId="6D39F806" w:rsidR="00FA1CF6" w:rsidRPr="00786243" w:rsidRDefault="00FA1CF6" w:rsidP="00BE466B">
      <w:pPr>
        <w:numPr>
          <w:ilvl w:val="0"/>
          <w:numId w:val="10"/>
        </w:numPr>
      </w:pPr>
      <w:r w:rsidRPr="00786243">
        <w:t>Employee wellbeing initiatives and access to occupational health support</w:t>
      </w:r>
      <w:r w:rsidR="009A71D2" w:rsidRPr="00786243">
        <w:t>.</w:t>
      </w:r>
    </w:p>
    <w:p w14:paraId="38621623" w14:textId="7DB7ACE7" w:rsidR="00F933C1" w:rsidRPr="00786243" w:rsidRDefault="00FA1CF6" w:rsidP="00713D70">
      <w:pPr>
        <w:numPr>
          <w:ilvl w:val="0"/>
          <w:numId w:val="10"/>
        </w:numPr>
        <w:spacing w:after="0"/>
      </w:pPr>
      <w:r w:rsidRPr="00786243">
        <w:t>Policies that promote physical and mental wellbeing in the workplace</w:t>
      </w:r>
      <w:r w:rsidR="009A71D2" w:rsidRPr="00786243">
        <w:t>.</w:t>
      </w:r>
    </w:p>
    <w:p w14:paraId="7EDB2502" w14:textId="77777777" w:rsidR="00475088" w:rsidRPr="00786243" w:rsidRDefault="00475088" w:rsidP="00713D70">
      <w:pPr>
        <w:spacing w:after="0"/>
      </w:pPr>
    </w:p>
    <w:p w14:paraId="388A34D5" w14:textId="56293BB4" w:rsidR="00AE37D0" w:rsidRPr="00786243" w:rsidRDefault="00FA1CF6" w:rsidP="00463B70">
      <w:pPr>
        <w:rPr>
          <w:b/>
          <w:color w:val="007CBB"/>
          <w:sz w:val="24"/>
          <w:szCs w:val="24"/>
        </w:rPr>
      </w:pPr>
      <w:r w:rsidRPr="00786243">
        <w:rPr>
          <w:b/>
          <w:color w:val="007CBB"/>
          <w:sz w:val="24"/>
          <w:szCs w:val="24"/>
        </w:rPr>
        <w:t>Family-Friendly and Inclusive Policies</w:t>
      </w:r>
    </w:p>
    <w:p w14:paraId="66CEA451" w14:textId="77777777" w:rsidR="00496E8A" w:rsidRPr="00786243" w:rsidRDefault="00496E8A" w:rsidP="00713D70">
      <w:pPr>
        <w:spacing w:after="0"/>
        <w:rPr>
          <w:rFonts w:eastAsia="Times New Roman" w:cs="Arial"/>
          <w:lang w:eastAsia="en-GB"/>
        </w:rPr>
      </w:pPr>
      <w:r w:rsidRPr="00786243">
        <w:rPr>
          <w:rFonts w:eastAsia="Times New Roman" w:cs="Arial"/>
          <w:lang w:eastAsia="en-GB"/>
        </w:rPr>
        <w:t>Our family</w:t>
      </w:r>
      <w:r w:rsidRPr="00786243">
        <w:rPr>
          <w:rFonts w:eastAsia="Times New Roman" w:cs="Arial"/>
          <w:lang w:eastAsia="en-GB"/>
        </w:rPr>
        <w:noBreakHyphen/>
        <w:t>friendly policies and flexible working arrangements help staff maintain a healthy work</w:t>
      </w:r>
      <w:r w:rsidRPr="00786243">
        <w:rPr>
          <w:rFonts w:eastAsia="Times New Roman" w:cs="Arial"/>
          <w:lang w:eastAsia="en-GB"/>
        </w:rPr>
        <w:noBreakHyphen/>
        <w:t>life balance.</w:t>
      </w:r>
    </w:p>
    <w:p w14:paraId="3885244E" w14:textId="77777777" w:rsidR="00496E8A" w:rsidRPr="00786243" w:rsidRDefault="00496E8A" w:rsidP="00713D70">
      <w:pPr>
        <w:spacing w:after="0"/>
        <w:rPr>
          <w:b/>
          <w:bCs/>
          <w:color w:val="007CBB"/>
        </w:rPr>
      </w:pPr>
    </w:p>
    <w:p w14:paraId="0548282F" w14:textId="26B77CFF" w:rsidR="00FA1CF6" w:rsidRPr="00786243" w:rsidRDefault="00FA1CF6" w:rsidP="00713D70">
      <w:pPr>
        <w:numPr>
          <w:ilvl w:val="0"/>
          <w:numId w:val="11"/>
        </w:numPr>
        <w:spacing w:after="0"/>
        <w:rPr>
          <w:rFonts w:eastAsia="Arial" w:cs="Arial"/>
        </w:rPr>
      </w:pPr>
      <w:r w:rsidRPr="00786243">
        <w:t>Family</w:t>
      </w:r>
      <w:r w:rsidR="6D5F31B3" w:rsidRPr="00786243">
        <w:t xml:space="preserve"> </w:t>
      </w:r>
      <w:r w:rsidRPr="00786243">
        <w:t xml:space="preserve">friendly policies, including </w:t>
      </w:r>
      <w:r w:rsidR="2D5FFB87" w:rsidRPr="00786243">
        <w:t xml:space="preserve">enhanced </w:t>
      </w:r>
      <w:r w:rsidRPr="00786243">
        <w:t xml:space="preserve">maternity, paternity, adoption, </w:t>
      </w:r>
      <w:r w:rsidR="00382592" w:rsidRPr="00786243">
        <w:t xml:space="preserve">neonatal care </w:t>
      </w:r>
      <w:r w:rsidRPr="00786243">
        <w:t xml:space="preserve">and </w:t>
      </w:r>
      <w:r w:rsidR="5B2B7029" w:rsidRPr="00786243">
        <w:rPr>
          <w:rFonts w:ascii="Helvetica" w:eastAsia="Helvetica" w:hAnsi="Helvetica" w:cs="Helvetica"/>
          <w:color w:val="333333"/>
          <w:sz w:val="21"/>
          <w:szCs w:val="21"/>
        </w:rPr>
        <w:t>special</w:t>
      </w:r>
      <w:r w:rsidRPr="00786243">
        <w:rPr>
          <w:rFonts w:ascii="Helvetica" w:eastAsia="Helvetica" w:hAnsi="Helvetica" w:cs="Helvetica"/>
          <w:color w:val="333333"/>
          <w:sz w:val="21"/>
          <w:szCs w:val="21"/>
        </w:rPr>
        <w:t xml:space="preserve"> leave</w:t>
      </w:r>
      <w:r w:rsidR="5B2B7029" w:rsidRPr="00786243">
        <w:rPr>
          <w:rFonts w:ascii="Helvetica" w:eastAsia="Helvetica" w:hAnsi="Helvetica" w:cs="Helvetica"/>
          <w:color w:val="333333"/>
          <w:sz w:val="21"/>
          <w:szCs w:val="21"/>
        </w:rPr>
        <w:t xml:space="preserve"> </w:t>
      </w:r>
      <w:r w:rsidR="5B2B7029" w:rsidRPr="00786243">
        <w:rPr>
          <w:rFonts w:ascii="Helvetica" w:eastAsia="Helvetica" w:hAnsi="Helvetica" w:cs="Helvetica"/>
          <w:sz w:val="21"/>
          <w:szCs w:val="21"/>
        </w:rPr>
        <w:t xml:space="preserve">to support </w:t>
      </w:r>
      <w:r w:rsidR="00CE7343" w:rsidRPr="00786243">
        <w:rPr>
          <w:rFonts w:ascii="Helvetica" w:eastAsia="Helvetica" w:hAnsi="Helvetica" w:cs="Helvetica"/>
          <w:sz w:val="21"/>
          <w:szCs w:val="21"/>
        </w:rPr>
        <w:t>with</w:t>
      </w:r>
      <w:r w:rsidR="5B2B7029" w:rsidRPr="00786243">
        <w:rPr>
          <w:rFonts w:ascii="Helvetica" w:eastAsia="Helvetica" w:hAnsi="Helvetica" w:cs="Helvetica"/>
          <w:sz w:val="21"/>
          <w:szCs w:val="21"/>
        </w:rPr>
        <w:t xml:space="preserve"> </w:t>
      </w:r>
      <w:r w:rsidR="00FC4661" w:rsidRPr="00786243">
        <w:rPr>
          <w:rFonts w:ascii="Helvetica" w:eastAsia="Helvetica" w:hAnsi="Helvetica" w:cs="Helvetica"/>
          <w:sz w:val="21"/>
          <w:szCs w:val="21"/>
        </w:rPr>
        <w:t>time</w:t>
      </w:r>
      <w:r w:rsidR="5B2B7029" w:rsidRPr="00786243">
        <w:rPr>
          <w:rFonts w:ascii="Helvetica" w:eastAsia="Helvetica" w:hAnsi="Helvetica" w:cs="Helvetica"/>
          <w:sz w:val="21"/>
          <w:szCs w:val="21"/>
        </w:rPr>
        <w:t xml:space="preserve"> off work to deal with issues</w:t>
      </w:r>
      <w:r w:rsidR="00CE7343" w:rsidRPr="00786243">
        <w:rPr>
          <w:rFonts w:ascii="Helvetica" w:eastAsia="Helvetica" w:hAnsi="Helvetica" w:cs="Helvetica"/>
          <w:sz w:val="21"/>
          <w:szCs w:val="21"/>
        </w:rPr>
        <w:t xml:space="preserve"> when</w:t>
      </w:r>
      <w:r w:rsidR="5B2B7029" w:rsidRPr="00786243">
        <w:rPr>
          <w:rFonts w:ascii="Helvetica" w:eastAsia="Helvetica" w:hAnsi="Helvetica" w:cs="Helvetica"/>
          <w:sz w:val="21"/>
          <w:szCs w:val="21"/>
        </w:rPr>
        <w:t xml:space="preserve"> </w:t>
      </w:r>
      <w:r w:rsidR="00CE7343" w:rsidRPr="00786243">
        <w:rPr>
          <w:rFonts w:ascii="Helvetica" w:eastAsia="Helvetica" w:hAnsi="Helvetica" w:cs="Helvetica"/>
          <w:sz w:val="21"/>
          <w:szCs w:val="21"/>
        </w:rPr>
        <w:t>life events happen</w:t>
      </w:r>
      <w:r w:rsidR="5B2B7029" w:rsidRPr="00786243">
        <w:rPr>
          <w:rFonts w:ascii="Helvetica" w:eastAsia="Helvetica" w:hAnsi="Helvetica" w:cs="Helvetica"/>
          <w:sz w:val="21"/>
          <w:szCs w:val="21"/>
        </w:rPr>
        <w:t>.</w:t>
      </w:r>
    </w:p>
    <w:p w14:paraId="6D8C3553" w14:textId="77777777" w:rsidR="00CE7343" w:rsidRPr="00786243" w:rsidRDefault="00CE7343" w:rsidP="00CE7343">
      <w:pPr>
        <w:spacing w:after="0"/>
        <w:ind w:left="720"/>
        <w:rPr>
          <w:rFonts w:eastAsia="Arial" w:cs="Arial"/>
        </w:rPr>
      </w:pPr>
    </w:p>
    <w:p w14:paraId="3C3A5576" w14:textId="039CFF47" w:rsidR="00FA1CF6" w:rsidRPr="00786243" w:rsidRDefault="00FA1CF6" w:rsidP="00BE466B">
      <w:pPr>
        <w:numPr>
          <w:ilvl w:val="0"/>
          <w:numId w:val="11"/>
        </w:numPr>
      </w:pPr>
      <w:r w:rsidRPr="00786243">
        <w:t>A strong organisational commitment to equality, diversity, and inclusion</w:t>
      </w:r>
      <w:r w:rsidR="009A71D2" w:rsidRPr="00786243">
        <w:t>.</w:t>
      </w:r>
    </w:p>
    <w:p w14:paraId="24ED6729" w14:textId="1AFE8D00" w:rsidR="00FA1CF6" w:rsidRPr="00786243" w:rsidRDefault="00FA1CF6" w:rsidP="00BE466B">
      <w:pPr>
        <w:numPr>
          <w:ilvl w:val="0"/>
          <w:numId w:val="11"/>
        </w:numPr>
      </w:pPr>
      <w:r w:rsidRPr="00786243">
        <w:t>Reasonable adjustments and support to enable disabled employees to thrive</w:t>
      </w:r>
      <w:r w:rsidR="009A71D2" w:rsidRPr="00786243">
        <w:t>.</w:t>
      </w:r>
    </w:p>
    <w:p w14:paraId="04B79371" w14:textId="77777777" w:rsidR="00680CB4" w:rsidRPr="00786243" w:rsidRDefault="00680CB4" w:rsidP="00680CB4">
      <w:pPr>
        <w:rPr>
          <w:b/>
          <w:bCs/>
          <w:color w:val="007CBB"/>
          <w:sz w:val="24"/>
          <w:szCs w:val="24"/>
        </w:rPr>
      </w:pPr>
      <w:r w:rsidRPr="00786243">
        <w:rPr>
          <w:b/>
          <w:color w:val="007CBB"/>
          <w:sz w:val="24"/>
          <w:szCs w:val="24"/>
        </w:rPr>
        <w:t>Foster Friendly Employer Commitment</w:t>
      </w:r>
    </w:p>
    <w:p w14:paraId="7C81B977" w14:textId="18C0893D" w:rsidR="00C47990" w:rsidRPr="00786243" w:rsidRDefault="00680CB4" w:rsidP="00C47990">
      <w:pPr>
        <w:spacing w:after="0"/>
        <w:rPr>
          <w:rFonts w:eastAsia="Times New Roman" w:cs="Arial"/>
          <w:lang w:eastAsia="en-GB"/>
        </w:rPr>
      </w:pPr>
      <w:r w:rsidRPr="00786243">
        <w:rPr>
          <w:rFonts w:eastAsia="Times New Roman" w:cs="Arial"/>
          <w:lang w:eastAsia="en-GB"/>
        </w:rPr>
        <w:t xml:space="preserve">Sefton Council is proud to be a </w:t>
      </w:r>
      <w:r w:rsidRPr="00786243">
        <w:rPr>
          <w:rFonts w:eastAsia="Times New Roman" w:cs="Arial"/>
          <w:i/>
          <w:iCs/>
          <w:lang w:eastAsia="en-GB"/>
        </w:rPr>
        <w:t>Foster Friendly</w:t>
      </w:r>
      <w:r w:rsidRPr="00786243">
        <w:rPr>
          <w:rFonts w:eastAsia="Times New Roman" w:cs="Arial"/>
          <w:lang w:eastAsia="en-GB"/>
        </w:rPr>
        <w:t xml:space="preserve"> organisation</w:t>
      </w:r>
      <w:r w:rsidR="00BC737D" w:rsidRPr="00786243">
        <w:rPr>
          <w:rFonts w:eastAsia="Times New Roman" w:cs="Arial"/>
          <w:lang w:eastAsia="en-GB"/>
        </w:rPr>
        <w:t xml:space="preserve"> as recognised by The Fostering Network</w:t>
      </w:r>
      <w:r w:rsidRPr="00786243">
        <w:rPr>
          <w:rFonts w:eastAsia="Times New Roman" w:cs="Arial"/>
          <w:lang w:eastAsia="en-GB"/>
        </w:rPr>
        <w:t xml:space="preserve">. </w:t>
      </w:r>
      <w:r w:rsidR="00442354" w:rsidRPr="00786243">
        <w:rPr>
          <w:rFonts w:eastAsia="Times New Roman" w:cs="Arial"/>
          <w:lang w:eastAsia="en-GB"/>
        </w:rPr>
        <w:t xml:space="preserve"> </w:t>
      </w:r>
      <w:r w:rsidRPr="00786243">
        <w:rPr>
          <w:rFonts w:eastAsia="Times New Roman" w:cs="Arial"/>
          <w:lang w:eastAsia="en-GB"/>
        </w:rPr>
        <w:t>We actively support employees who are foster carers or who are applying to foster by offering flexible working arrangements, paid time off for fostering</w:t>
      </w:r>
      <w:r w:rsidRPr="00786243">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786243" w:rsidRDefault="00680CB4" w:rsidP="00C41AA7">
      <w:pPr>
        <w:spacing w:after="0"/>
        <w:rPr>
          <w:b/>
          <w:bCs/>
          <w:sz w:val="24"/>
          <w:szCs w:val="24"/>
        </w:rPr>
      </w:pPr>
      <w:r w:rsidRPr="00786243">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786243" w:rsidRDefault="00C41AA7" w:rsidP="00C41AA7">
      <w:pPr>
        <w:spacing w:after="0"/>
        <w:rPr>
          <w:b/>
          <w:bCs/>
          <w:sz w:val="24"/>
          <w:szCs w:val="24"/>
        </w:rPr>
      </w:pPr>
    </w:p>
    <w:p w14:paraId="76F8D629" w14:textId="1A6E53BD" w:rsidR="00FA1CF6" w:rsidRPr="00786243" w:rsidRDefault="00FA1CF6" w:rsidP="00FA1CF6">
      <w:pPr>
        <w:rPr>
          <w:b/>
          <w:bCs/>
          <w:color w:val="007CBB"/>
        </w:rPr>
      </w:pPr>
      <w:r w:rsidRPr="00786243">
        <w:rPr>
          <w:b/>
          <w:color w:val="007CBB"/>
          <w:sz w:val="24"/>
          <w:szCs w:val="24"/>
        </w:rPr>
        <w:t xml:space="preserve">Additional Benefits </w:t>
      </w:r>
    </w:p>
    <w:p w14:paraId="5CF81CB4" w14:textId="32740C2C" w:rsidR="00FA1CF6" w:rsidRPr="00786243" w:rsidRDefault="00FA1CF6" w:rsidP="00BE466B">
      <w:pPr>
        <w:numPr>
          <w:ilvl w:val="0"/>
          <w:numId w:val="12"/>
        </w:numPr>
      </w:pPr>
      <w:r w:rsidRPr="00786243">
        <w:t>Access to salary sacrifice and employee benefit schemes (where applicable)</w:t>
      </w:r>
      <w:r w:rsidR="009A71D2" w:rsidRPr="00786243">
        <w:t>.</w:t>
      </w:r>
    </w:p>
    <w:p w14:paraId="35720D3E" w14:textId="2903BF4A" w:rsidR="00FA1CF6" w:rsidRPr="00786243" w:rsidRDefault="00FA1CF6" w:rsidP="00BE466B">
      <w:pPr>
        <w:numPr>
          <w:ilvl w:val="0"/>
          <w:numId w:val="12"/>
        </w:numPr>
      </w:pPr>
      <w:r w:rsidRPr="00786243">
        <w:t>Opportunities to contribute to meaningful work that supports local communities</w:t>
      </w:r>
      <w:r w:rsidR="009A71D2" w:rsidRPr="00786243">
        <w:t>.</w:t>
      </w:r>
    </w:p>
    <w:p w14:paraId="09F959D1" w14:textId="562C695E" w:rsidR="007B5705" w:rsidRPr="00786243" w:rsidRDefault="00FA1CF6" w:rsidP="00BE466B">
      <w:pPr>
        <w:numPr>
          <w:ilvl w:val="0"/>
          <w:numId w:val="12"/>
        </w:numPr>
      </w:pPr>
      <w:r w:rsidRPr="00786243">
        <w:lastRenderedPageBreak/>
        <w:t>A supportive, values</w:t>
      </w:r>
      <w:r w:rsidR="22D06755" w:rsidRPr="00786243">
        <w:t xml:space="preserve"> </w:t>
      </w:r>
      <w:r w:rsidRPr="00786243">
        <w:t>led organisational culture</w:t>
      </w:r>
      <w:r w:rsidR="009A71D2" w:rsidRPr="00786243">
        <w:t>.</w:t>
      </w:r>
    </w:p>
    <w:p w14:paraId="273320BF" w14:textId="036F149C" w:rsidR="001115BF" w:rsidRPr="00786243" w:rsidRDefault="6324EC2D" w:rsidP="001115BF">
      <w:pPr>
        <w:numPr>
          <w:ilvl w:val="0"/>
          <w:numId w:val="12"/>
        </w:numPr>
        <w:spacing w:line="240" w:lineRule="auto"/>
      </w:pPr>
      <w:r w:rsidRPr="00786243">
        <w:t>Free parking at office bases (dependent</w:t>
      </w:r>
      <w:r w:rsidR="004B7AC3" w:rsidRPr="00786243">
        <w:t xml:space="preserve"> upon the work location</w:t>
      </w:r>
      <w:r w:rsidRPr="00786243">
        <w:t>)</w:t>
      </w:r>
      <w:r w:rsidR="002B35AD" w:rsidRPr="00786243">
        <w:t>.</w:t>
      </w:r>
    </w:p>
    <w:p w14:paraId="7375E0A7" w14:textId="77777777" w:rsidR="00651D5D" w:rsidRDefault="00651D5D" w:rsidP="00651D5D">
      <w:pPr>
        <w:spacing w:after="0" w:line="240" w:lineRule="auto"/>
      </w:pPr>
    </w:p>
    <w:p w14:paraId="39D1280E" w14:textId="77777777" w:rsidR="004E6A75" w:rsidRPr="00786243" w:rsidRDefault="004E6A75" w:rsidP="00651D5D">
      <w:pPr>
        <w:spacing w:after="0" w:line="240" w:lineRule="auto"/>
      </w:pPr>
    </w:p>
    <w:p w14:paraId="5758C120" w14:textId="0BDA16DD" w:rsidR="006A52BC" w:rsidRPr="00786243" w:rsidRDefault="7872E659" w:rsidP="006A52BC">
      <w:pPr>
        <w:rPr>
          <w:rFonts w:eastAsia="Arial" w:cs="Arial"/>
        </w:rPr>
      </w:pPr>
      <w:r w:rsidRPr="00786243">
        <w:rPr>
          <w:rFonts w:eastAsia="Montserrat" w:cs="Arial"/>
          <w:color w:val="2A2A2A"/>
        </w:rPr>
        <w:t xml:space="preserve">We are an Equal Opportunities Employer; all candidates will receive equal treatment. </w:t>
      </w:r>
      <w:r w:rsidR="76C8ABAD" w:rsidRPr="00786243">
        <w:rPr>
          <w:rFonts w:eastAsia="Montserrat" w:cs="Arial"/>
          <w:color w:val="2A2A2A"/>
        </w:rPr>
        <w:t xml:space="preserve"> </w:t>
      </w:r>
      <w:r w:rsidRPr="00786243">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786243" w:rsidRDefault="500CC985" w:rsidP="006A52BC">
      <w:pPr>
        <w:rPr>
          <w:rFonts w:eastAsia="Montserrat" w:cs="Arial"/>
        </w:rPr>
      </w:pPr>
      <w:r w:rsidRPr="00786243">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786243" w:rsidRDefault="006A52BC" w:rsidP="001115BF">
      <w:pPr>
        <w:rPr>
          <w:b/>
          <w:bCs/>
        </w:rPr>
      </w:pPr>
      <w:r w:rsidRPr="00786243">
        <w:rPr>
          <w:b/>
          <w:bCs/>
        </w:rPr>
        <w:t xml:space="preserve">Please ensure that you meet </w:t>
      </w:r>
      <w:r w:rsidR="006F7222" w:rsidRPr="00786243">
        <w:rPr>
          <w:b/>
          <w:bCs/>
        </w:rPr>
        <w:t>all</w:t>
      </w:r>
      <w:r w:rsidRPr="00786243">
        <w:rPr>
          <w:b/>
          <w:bCs/>
        </w:rPr>
        <w:t xml:space="preserve"> the essential criteria outlined in the person specification before submitting your application. </w:t>
      </w:r>
      <w:r w:rsidR="00B37171" w:rsidRPr="00786243">
        <w:rPr>
          <w:b/>
          <w:bCs/>
        </w:rPr>
        <w:t xml:space="preserve"> </w:t>
      </w:r>
      <w:r w:rsidRPr="00786243">
        <w:rPr>
          <w:b/>
          <w:bCs/>
        </w:rPr>
        <w:t>Only applicants who demonstrate that they meet all essential criteria will be considered and invited to interview</w:t>
      </w:r>
      <w:r w:rsidR="001115BF" w:rsidRPr="00786243">
        <w:rPr>
          <w:b/>
          <w:bCs/>
        </w:rPr>
        <w:t>.</w:t>
      </w:r>
    </w:p>
    <w:p w14:paraId="78E4E2CB" w14:textId="77777777" w:rsidR="001115BF" w:rsidRPr="00786243" w:rsidRDefault="001115BF" w:rsidP="001115BF"/>
    <w:p w14:paraId="7076EC4D" w14:textId="77777777" w:rsidR="001115BF" w:rsidRPr="00786243" w:rsidRDefault="001115BF" w:rsidP="001115BF"/>
    <w:p w14:paraId="7E6E0147" w14:textId="793780FD" w:rsidR="00511F96" w:rsidRDefault="00E16F88" w:rsidP="00FC5D9A">
      <w:pPr>
        <w:pStyle w:val="Heading2"/>
        <w:rPr>
          <w:rFonts w:ascii="Arial" w:hAnsi="Arial" w:cs="Arial"/>
          <w:color w:val="007CBB"/>
          <w:sz w:val="32"/>
          <w:szCs w:val="32"/>
        </w:rPr>
      </w:pPr>
      <w:bookmarkStart w:id="6" w:name="_Toc222994884"/>
      <w:r w:rsidRPr="00786243">
        <w:rPr>
          <w:rFonts w:ascii="Arial" w:hAnsi="Arial" w:cs="Arial"/>
          <w:color w:val="007CBB"/>
          <w:sz w:val="32"/>
          <w:szCs w:val="32"/>
        </w:rPr>
        <w:t xml:space="preserve">Appendix A – </w:t>
      </w:r>
      <w:r w:rsidR="00B7578E" w:rsidRPr="00786243">
        <w:rPr>
          <w:rFonts w:ascii="Arial" w:hAnsi="Arial" w:cs="Arial"/>
          <w:color w:val="007CBB"/>
          <w:sz w:val="32"/>
          <w:szCs w:val="32"/>
        </w:rPr>
        <w:t>Job Description and Person Specification</w:t>
      </w:r>
      <w:bookmarkStart w:id="7" w:name="_Toc221808701"/>
      <w:bookmarkEnd w:id="6"/>
    </w:p>
    <w:p w14:paraId="6A191F27" w14:textId="77777777" w:rsidR="00FC5D9A" w:rsidRPr="00FC5D9A" w:rsidRDefault="00FC5D9A" w:rsidP="00FC5D9A"/>
    <w:bookmarkEnd w:id="7"/>
    <w:p w14:paraId="6C7139A2" w14:textId="77777777" w:rsidR="005C0924" w:rsidRDefault="005C0924" w:rsidP="005C0924">
      <w:pPr>
        <w:pStyle w:val="Heading1"/>
      </w:pPr>
      <w:r>
        <w:t>Post Title:</w:t>
      </w:r>
      <w:r>
        <w:tab/>
      </w:r>
      <w:r>
        <w:tab/>
        <w:t>Business Support Assistant</w:t>
      </w:r>
    </w:p>
    <w:p w14:paraId="4EBCECEB" w14:textId="77777777" w:rsidR="005C0924" w:rsidRDefault="005C0924" w:rsidP="005C0924"/>
    <w:p w14:paraId="40D9D0F5" w14:textId="77777777" w:rsidR="005C0924" w:rsidRDefault="005C0924" w:rsidP="005C0924">
      <w:pPr>
        <w:pStyle w:val="Heading1"/>
      </w:pPr>
      <w:r>
        <w:t>Department:</w:t>
      </w:r>
      <w:r>
        <w:tab/>
      </w:r>
      <w:r>
        <w:tab/>
        <w:t>Operational In-house Services</w:t>
      </w:r>
    </w:p>
    <w:p w14:paraId="7F321BD2" w14:textId="77777777" w:rsidR="005C0924" w:rsidRDefault="005C0924" w:rsidP="005C0924">
      <w:pPr>
        <w:rPr>
          <w:rFonts w:cs="Arial"/>
          <w:b/>
          <w:bCs/>
        </w:rPr>
      </w:pPr>
    </w:p>
    <w:p w14:paraId="406238CE" w14:textId="77777777" w:rsidR="005C0924" w:rsidRDefault="005C0924" w:rsidP="005C0924">
      <w:pPr>
        <w:rPr>
          <w:rFonts w:cs="Arial"/>
          <w:b/>
          <w:bCs/>
        </w:rPr>
      </w:pPr>
      <w:r>
        <w:rPr>
          <w:rFonts w:cs="Arial"/>
          <w:b/>
          <w:bCs/>
        </w:rPr>
        <w:t>Division:</w:t>
      </w:r>
      <w:r>
        <w:rPr>
          <w:rFonts w:cs="Arial"/>
          <w:b/>
          <w:bCs/>
        </w:rPr>
        <w:tab/>
      </w:r>
      <w:r>
        <w:rPr>
          <w:rFonts w:cs="Arial"/>
          <w:b/>
          <w:bCs/>
        </w:rPr>
        <w:tab/>
        <w:t>Sefton Arc</w:t>
      </w:r>
    </w:p>
    <w:p w14:paraId="132A17DF" w14:textId="77777777" w:rsidR="005C0924" w:rsidRDefault="005C0924" w:rsidP="005C0924">
      <w:pPr>
        <w:rPr>
          <w:rFonts w:cs="Arial"/>
          <w:b/>
          <w:bCs/>
        </w:rPr>
      </w:pPr>
    </w:p>
    <w:p w14:paraId="50E2821A" w14:textId="77777777" w:rsidR="005C0924" w:rsidRDefault="005C0924" w:rsidP="005C0924">
      <w:pPr>
        <w:rPr>
          <w:rFonts w:cs="Arial"/>
          <w:b/>
          <w:bCs/>
        </w:rPr>
      </w:pPr>
      <w:r>
        <w:rPr>
          <w:rFonts w:cs="Arial"/>
          <w:b/>
          <w:bCs/>
        </w:rPr>
        <w:t>Post Grade:</w:t>
      </w:r>
      <w:r>
        <w:rPr>
          <w:rFonts w:cs="Arial"/>
          <w:b/>
          <w:bCs/>
        </w:rPr>
        <w:tab/>
      </w:r>
      <w:r>
        <w:rPr>
          <w:rFonts w:cs="Arial"/>
          <w:b/>
          <w:bCs/>
        </w:rPr>
        <w:tab/>
        <w:t>Grade D</w:t>
      </w:r>
    </w:p>
    <w:p w14:paraId="1CA61336" w14:textId="77777777" w:rsidR="005C0924" w:rsidRDefault="005C0924" w:rsidP="005C0924">
      <w:pPr>
        <w:rPr>
          <w:rFonts w:cs="Arial"/>
          <w:b/>
          <w:bCs/>
        </w:rPr>
      </w:pPr>
    </w:p>
    <w:p w14:paraId="2A3BCA72" w14:textId="77777777" w:rsidR="005C0924" w:rsidRDefault="005C0924" w:rsidP="005C0924">
      <w:pPr>
        <w:rPr>
          <w:rFonts w:cs="Arial"/>
          <w:b/>
          <w:bCs/>
        </w:rPr>
      </w:pPr>
      <w:r>
        <w:rPr>
          <w:rFonts w:cs="Arial"/>
          <w:b/>
          <w:bCs/>
        </w:rPr>
        <w:t>Location:</w:t>
      </w:r>
      <w:r>
        <w:rPr>
          <w:rFonts w:cs="Arial"/>
          <w:b/>
          <w:bCs/>
        </w:rPr>
        <w:tab/>
      </w:r>
      <w:r>
        <w:rPr>
          <w:rFonts w:cs="Arial"/>
          <w:b/>
          <w:bCs/>
        </w:rPr>
        <w:tab/>
      </w:r>
      <w:smartTag w:uri="urn:schemas-microsoft-com:office:smarttags" w:element="Street">
        <w:smartTag w:uri="urn:schemas-microsoft-com:office:smarttags" w:element="address">
          <w:r>
            <w:rPr>
              <w:rFonts w:cs="Arial"/>
              <w:b/>
              <w:bCs/>
            </w:rPr>
            <w:t>209 Linacre Lane</w:t>
          </w:r>
        </w:smartTag>
      </w:smartTag>
    </w:p>
    <w:p w14:paraId="52D24A5C" w14:textId="77777777" w:rsidR="005C0924" w:rsidRDefault="005C0924" w:rsidP="005C0924">
      <w:pPr>
        <w:rPr>
          <w:rFonts w:cs="Arial"/>
          <w:b/>
          <w:bCs/>
        </w:rPr>
      </w:pPr>
    </w:p>
    <w:p w14:paraId="687B882E" w14:textId="77777777" w:rsidR="005C0924" w:rsidRDefault="005C0924" w:rsidP="005C0924">
      <w:pPr>
        <w:rPr>
          <w:rFonts w:cs="Arial"/>
          <w:b/>
          <w:bCs/>
        </w:rPr>
      </w:pPr>
      <w:r>
        <w:rPr>
          <w:rFonts w:cs="Arial"/>
          <w:b/>
          <w:bCs/>
        </w:rPr>
        <w:t>Post Hours:</w:t>
      </w:r>
      <w:r>
        <w:rPr>
          <w:rFonts w:cs="Arial"/>
          <w:b/>
          <w:bCs/>
        </w:rPr>
        <w:tab/>
      </w:r>
      <w:r>
        <w:rPr>
          <w:rFonts w:cs="Arial"/>
          <w:b/>
          <w:bCs/>
        </w:rPr>
        <w:tab/>
        <w:t>36</w:t>
      </w:r>
    </w:p>
    <w:p w14:paraId="662447F7" w14:textId="77777777" w:rsidR="005C0924" w:rsidRDefault="005C0924" w:rsidP="005C0924">
      <w:pPr>
        <w:rPr>
          <w:rFonts w:cs="Arial"/>
          <w:b/>
          <w:bCs/>
        </w:rPr>
      </w:pPr>
    </w:p>
    <w:p w14:paraId="18E9C738" w14:textId="77777777" w:rsidR="005C0924" w:rsidRDefault="005C0924" w:rsidP="005C0924">
      <w:pPr>
        <w:pBdr>
          <w:bottom w:val="single" w:sz="12" w:space="1" w:color="auto"/>
        </w:pBdr>
        <w:rPr>
          <w:rFonts w:cs="Arial"/>
          <w:b/>
          <w:bCs/>
        </w:rPr>
      </w:pPr>
      <w:r>
        <w:rPr>
          <w:rFonts w:cs="Arial"/>
          <w:b/>
          <w:bCs/>
        </w:rPr>
        <w:lastRenderedPageBreak/>
        <w:t>Responsible to:</w:t>
      </w:r>
      <w:r>
        <w:rPr>
          <w:rFonts w:cs="Arial"/>
          <w:b/>
          <w:bCs/>
        </w:rPr>
        <w:tab/>
        <w:t xml:space="preserve">Senior Alarms &amp; Electrician Officer </w:t>
      </w:r>
    </w:p>
    <w:p w14:paraId="5B8C65D1" w14:textId="77777777" w:rsidR="005C0924" w:rsidRDefault="005C0924" w:rsidP="005C0924">
      <w:pPr>
        <w:pBdr>
          <w:bottom w:val="single" w:sz="12" w:space="1" w:color="auto"/>
        </w:pBdr>
        <w:rPr>
          <w:rFonts w:cs="Arial"/>
          <w:b/>
          <w:bCs/>
        </w:rPr>
      </w:pPr>
    </w:p>
    <w:p w14:paraId="342ADECA" w14:textId="77777777" w:rsidR="005C0924" w:rsidRDefault="005C0924" w:rsidP="005C0924">
      <w:pPr>
        <w:rPr>
          <w:rFonts w:cs="Arial"/>
          <w:b/>
          <w:bCs/>
        </w:rPr>
      </w:pPr>
    </w:p>
    <w:p w14:paraId="6BB1B961" w14:textId="77777777" w:rsidR="005C0924" w:rsidRDefault="005C0924" w:rsidP="005C0924">
      <w:pPr>
        <w:pStyle w:val="Heading2"/>
      </w:pPr>
      <w:r>
        <w:t>JOB PURPOSE</w:t>
      </w:r>
    </w:p>
    <w:p w14:paraId="1C21C1D1" w14:textId="77777777" w:rsidR="005C0924" w:rsidRDefault="005C0924" w:rsidP="005C0924"/>
    <w:p w14:paraId="561520E7" w14:textId="77777777" w:rsidR="005C0924" w:rsidRPr="00C02414" w:rsidRDefault="005C0924" w:rsidP="005C0924">
      <w:pPr>
        <w:jc w:val="both"/>
        <w:rPr>
          <w:rFonts w:cs="Arial"/>
        </w:rPr>
      </w:pPr>
      <w:r w:rsidRPr="00C02414">
        <w:rPr>
          <w:rFonts w:cs="Arial"/>
        </w:rPr>
        <w:t xml:space="preserve">To </w:t>
      </w:r>
      <w:r>
        <w:rPr>
          <w:rFonts w:cs="Arial"/>
        </w:rPr>
        <w:t>provide clerical, administrative support to the electrical and alarm service under the direction/instruction of senior staff to meet accreditation requirements.</w:t>
      </w:r>
    </w:p>
    <w:p w14:paraId="039C1DAE" w14:textId="77777777" w:rsidR="005C0924" w:rsidRDefault="005C0924" w:rsidP="005C0924">
      <w:pPr>
        <w:rPr>
          <w:rFonts w:cs="Arial"/>
          <w:b/>
          <w:bCs/>
          <w:u w:val="single"/>
        </w:rPr>
      </w:pPr>
    </w:p>
    <w:p w14:paraId="172B54EF" w14:textId="77777777" w:rsidR="005C0924" w:rsidRDefault="005C0924" w:rsidP="005C0924">
      <w:pPr>
        <w:pStyle w:val="Heading2"/>
        <w:jc w:val="both"/>
      </w:pPr>
      <w:r>
        <w:t>SUMMARY OF MAIN DUTIES</w:t>
      </w:r>
    </w:p>
    <w:p w14:paraId="74661B8E" w14:textId="77777777" w:rsidR="005C0924" w:rsidRDefault="005C0924" w:rsidP="005C0924">
      <w:pPr>
        <w:jc w:val="both"/>
        <w:rPr>
          <w:rFonts w:cs="Arial"/>
        </w:rPr>
      </w:pPr>
    </w:p>
    <w:p w14:paraId="0C3C0269" w14:textId="77777777" w:rsidR="005C0924" w:rsidRDefault="005C0924" w:rsidP="00C15CEE">
      <w:pPr>
        <w:numPr>
          <w:ilvl w:val="0"/>
          <w:numId w:val="25"/>
        </w:numPr>
        <w:spacing w:after="0" w:line="240" w:lineRule="auto"/>
        <w:jc w:val="both"/>
        <w:rPr>
          <w:rFonts w:cs="Arial"/>
        </w:rPr>
      </w:pPr>
      <w:r>
        <w:rPr>
          <w:rFonts w:cs="Arial"/>
        </w:rPr>
        <w:t>Assist in maintaining and updating a computerised customer access data base.</w:t>
      </w:r>
    </w:p>
    <w:p w14:paraId="7535384E" w14:textId="77777777" w:rsidR="005C0924" w:rsidRDefault="005C0924" w:rsidP="005C0924">
      <w:pPr>
        <w:ind w:left="360"/>
        <w:jc w:val="both"/>
        <w:rPr>
          <w:rFonts w:cs="Arial"/>
        </w:rPr>
      </w:pPr>
    </w:p>
    <w:p w14:paraId="15BDF117" w14:textId="77777777" w:rsidR="005C0924" w:rsidRDefault="005C0924" w:rsidP="00C15CEE">
      <w:pPr>
        <w:numPr>
          <w:ilvl w:val="0"/>
          <w:numId w:val="25"/>
        </w:numPr>
        <w:spacing w:after="0" w:line="240" w:lineRule="auto"/>
        <w:jc w:val="both"/>
        <w:rPr>
          <w:rFonts w:cs="Arial"/>
        </w:rPr>
      </w:pPr>
      <w:r>
        <w:rPr>
          <w:rFonts w:cs="Arial"/>
        </w:rPr>
        <w:t>Liaise with suppliers to ensure timely delivery and service performance.</w:t>
      </w:r>
    </w:p>
    <w:p w14:paraId="32D6B06F" w14:textId="77777777" w:rsidR="005C0924" w:rsidRDefault="005C0924" w:rsidP="005C0924">
      <w:pPr>
        <w:jc w:val="both"/>
        <w:rPr>
          <w:rFonts w:cs="Arial"/>
        </w:rPr>
      </w:pPr>
    </w:p>
    <w:p w14:paraId="713B6B30" w14:textId="77777777" w:rsidR="005C0924" w:rsidRDefault="005C0924" w:rsidP="00C15CEE">
      <w:pPr>
        <w:numPr>
          <w:ilvl w:val="0"/>
          <w:numId w:val="25"/>
        </w:numPr>
        <w:spacing w:after="0" w:line="240" w:lineRule="auto"/>
        <w:jc w:val="both"/>
        <w:rPr>
          <w:rFonts w:cs="Arial"/>
        </w:rPr>
      </w:pPr>
      <w:r>
        <w:rPr>
          <w:rFonts w:cs="Arial"/>
        </w:rPr>
        <w:t xml:space="preserve">Undertake ICT based tasks including reports, schedules, uploading information and data inputting onto customer records etc. </w:t>
      </w:r>
    </w:p>
    <w:p w14:paraId="0F8BFA9D" w14:textId="77777777" w:rsidR="005C0924" w:rsidRDefault="005C0924" w:rsidP="005C0924">
      <w:pPr>
        <w:jc w:val="both"/>
        <w:rPr>
          <w:rFonts w:cs="Arial"/>
        </w:rPr>
      </w:pPr>
    </w:p>
    <w:p w14:paraId="081A1B5A" w14:textId="77777777" w:rsidR="005C0924" w:rsidRDefault="005C0924" w:rsidP="00C15CEE">
      <w:pPr>
        <w:numPr>
          <w:ilvl w:val="0"/>
          <w:numId w:val="25"/>
        </w:numPr>
        <w:spacing w:after="0" w:line="240" w:lineRule="auto"/>
        <w:jc w:val="both"/>
        <w:rPr>
          <w:rFonts w:cs="Arial"/>
        </w:rPr>
      </w:pPr>
      <w:r>
        <w:rPr>
          <w:rFonts w:cs="Arial"/>
        </w:rPr>
        <w:t>Prepare and action maintenance/service contracts for new and existing customers</w:t>
      </w:r>
    </w:p>
    <w:p w14:paraId="6C97F5A7" w14:textId="77777777" w:rsidR="005C0924" w:rsidRDefault="005C0924" w:rsidP="005C0924">
      <w:pPr>
        <w:jc w:val="both"/>
        <w:rPr>
          <w:rFonts w:cs="Arial"/>
        </w:rPr>
      </w:pPr>
    </w:p>
    <w:p w14:paraId="1CB7FD15" w14:textId="77777777" w:rsidR="005C0924" w:rsidRDefault="005C0924" w:rsidP="00C15CEE">
      <w:pPr>
        <w:numPr>
          <w:ilvl w:val="0"/>
          <w:numId w:val="25"/>
        </w:numPr>
        <w:spacing w:after="0" w:line="240" w:lineRule="auto"/>
        <w:jc w:val="both"/>
        <w:rPr>
          <w:rFonts w:cs="Arial"/>
        </w:rPr>
      </w:pPr>
      <w:r>
        <w:rPr>
          <w:rFonts w:cs="Arial"/>
        </w:rPr>
        <w:t>Provide general administrative assistance to the Alarm and Electrical services.</w:t>
      </w:r>
    </w:p>
    <w:p w14:paraId="5974DA61" w14:textId="77777777" w:rsidR="005C0924" w:rsidRDefault="005C0924" w:rsidP="005C0924">
      <w:pPr>
        <w:jc w:val="both"/>
        <w:rPr>
          <w:rFonts w:cs="Arial"/>
        </w:rPr>
      </w:pPr>
    </w:p>
    <w:p w14:paraId="72EAAD93" w14:textId="77777777" w:rsidR="005C0924" w:rsidRDefault="005C0924" w:rsidP="00C15CEE">
      <w:pPr>
        <w:numPr>
          <w:ilvl w:val="0"/>
          <w:numId w:val="25"/>
        </w:numPr>
        <w:spacing w:after="0" w:line="240" w:lineRule="auto"/>
        <w:jc w:val="both"/>
        <w:rPr>
          <w:rFonts w:cs="Arial"/>
        </w:rPr>
      </w:pPr>
      <w:r>
        <w:rPr>
          <w:rFonts w:cs="Arial"/>
        </w:rPr>
        <w:t>To arrange ordering and secure storage of supplies for the Electrical and Alarms services.</w:t>
      </w:r>
    </w:p>
    <w:p w14:paraId="3011E7A6" w14:textId="77777777" w:rsidR="005C0924" w:rsidRDefault="005C0924" w:rsidP="005C0924">
      <w:pPr>
        <w:pStyle w:val="ListParagraph"/>
        <w:rPr>
          <w:rFonts w:cs="Arial"/>
        </w:rPr>
      </w:pPr>
    </w:p>
    <w:p w14:paraId="39F09FE6" w14:textId="77777777" w:rsidR="005C0924" w:rsidRDefault="005C0924" w:rsidP="00C15CEE">
      <w:pPr>
        <w:numPr>
          <w:ilvl w:val="0"/>
          <w:numId w:val="25"/>
        </w:numPr>
        <w:spacing w:after="0" w:line="240" w:lineRule="auto"/>
        <w:jc w:val="both"/>
        <w:rPr>
          <w:rFonts w:cs="Arial"/>
        </w:rPr>
      </w:pPr>
      <w:r>
        <w:rPr>
          <w:rFonts w:cs="Arial"/>
        </w:rPr>
        <w:t>Support a value for money approach with suppliers following the correct procurement route.</w:t>
      </w:r>
    </w:p>
    <w:p w14:paraId="5F33172A" w14:textId="77777777" w:rsidR="005C0924" w:rsidRDefault="005C0924" w:rsidP="005C0924">
      <w:pPr>
        <w:pStyle w:val="ListParagraph"/>
        <w:rPr>
          <w:rFonts w:cs="Arial"/>
        </w:rPr>
      </w:pPr>
    </w:p>
    <w:p w14:paraId="460C9394" w14:textId="77777777" w:rsidR="005C0924" w:rsidRDefault="005C0924" w:rsidP="00C15CEE">
      <w:pPr>
        <w:numPr>
          <w:ilvl w:val="0"/>
          <w:numId w:val="25"/>
        </w:numPr>
        <w:spacing w:after="0" w:line="240" w:lineRule="auto"/>
        <w:jc w:val="both"/>
        <w:rPr>
          <w:rFonts w:cs="Arial"/>
        </w:rPr>
      </w:pPr>
      <w:r>
        <w:rPr>
          <w:rFonts w:cs="Arial"/>
        </w:rPr>
        <w:t>Comply with policies and procedures including health and safety, confidentiality and data protection, escalating all concerns to an appropriate person.</w:t>
      </w:r>
    </w:p>
    <w:p w14:paraId="6B866F20" w14:textId="77777777" w:rsidR="005C0924" w:rsidRDefault="005C0924" w:rsidP="005C0924">
      <w:pPr>
        <w:pStyle w:val="ListParagraph"/>
        <w:rPr>
          <w:rFonts w:cs="Arial"/>
        </w:rPr>
      </w:pPr>
    </w:p>
    <w:p w14:paraId="1F622114" w14:textId="77777777" w:rsidR="005C0924" w:rsidRDefault="005C0924" w:rsidP="00C15CEE">
      <w:pPr>
        <w:numPr>
          <w:ilvl w:val="0"/>
          <w:numId w:val="25"/>
        </w:numPr>
        <w:spacing w:after="0" w:line="240" w:lineRule="auto"/>
        <w:jc w:val="both"/>
        <w:rPr>
          <w:rFonts w:cs="Arial"/>
        </w:rPr>
      </w:pPr>
      <w:r>
        <w:rPr>
          <w:rFonts w:cs="Arial"/>
        </w:rPr>
        <w:t>Contribute to the aims and development of the electrical &amp; alarms services.</w:t>
      </w:r>
    </w:p>
    <w:p w14:paraId="129BB8E3" w14:textId="77777777" w:rsidR="005C0924" w:rsidRDefault="005C0924" w:rsidP="005C0924">
      <w:pPr>
        <w:pStyle w:val="ListParagraph"/>
        <w:rPr>
          <w:rFonts w:cs="Arial"/>
        </w:rPr>
      </w:pPr>
    </w:p>
    <w:p w14:paraId="7B108DEA" w14:textId="77777777" w:rsidR="005C0924" w:rsidRPr="00A94D53" w:rsidRDefault="005C0924" w:rsidP="00C15CEE">
      <w:pPr>
        <w:numPr>
          <w:ilvl w:val="0"/>
          <w:numId w:val="25"/>
        </w:numPr>
        <w:spacing w:after="0" w:line="240" w:lineRule="auto"/>
        <w:jc w:val="both"/>
        <w:rPr>
          <w:rFonts w:cs="Arial"/>
        </w:rPr>
      </w:pPr>
      <w:r w:rsidRPr="00A94D53">
        <w:rPr>
          <w:rFonts w:cs="Arial"/>
        </w:rPr>
        <w:lastRenderedPageBreak/>
        <w:t>To be a team player, appreciating and supporting the role of colleagues within the team.</w:t>
      </w:r>
    </w:p>
    <w:p w14:paraId="452145B7" w14:textId="77777777" w:rsidR="005C0924" w:rsidRDefault="005C0924" w:rsidP="005C0924">
      <w:pPr>
        <w:pStyle w:val="ListParagraph"/>
        <w:rPr>
          <w:rFonts w:cs="Arial"/>
        </w:rPr>
      </w:pPr>
    </w:p>
    <w:p w14:paraId="287C5320" w14:textId="77777777" w:rsidR="005C0924" w:rsidRPr="000A2017" w:rsidRDefault="005C0924" w:rsidP="00C15CEE">
      <w:pPr>
        <w:numPr>
          <w:ilvl w:val="0"/>
          <w:numId w:val="25"/>
        </w:numPr>
        <w:spacing w:after="0" w:line="240" w:lineRule="auto"/>
        <w:jc w:val="both"/>
        <w:rPr>
          <w:rFonts w:cs="Arial"/>
        </w:rPr>
      </w:pPr>
      <w:r w:rsidRPr="0085065F">
        <w:rPr>
          <w:rFonts w:cs="Arial"/>
        </w:rPr>
        <w:t xml:space="preserve"> </w:t>
      </w:r>
      <w:r w:rsidRPr="000A2017">
        <w:rPr>
          <w:rFonts w:cs="Arial"/>
        </w:rPr>
        <w:t xml:space="preserve">Ensuring all electronic paperwork, systems &amp; spreadsheets are completed accurately, kept up to date &amp; stored in a correct manner. </w:t>
      </w:r>
    </w:p>
    <w:p w14:paraId="448DBDB4" w14:textId="77777777" w:rsidR="005C0924" w:rsidRDefault="005C0924" w:rsidP="005C0924">
      <w:pPr>
        <w:pStyle w:val="ListParagraph"/>
        <w:rPr>
          <w:rFonts w:cs="Arial"/>
        </w:rPr>
      </w:pPr>
    </w:p>
    <w:p w14:paraId="0CB37C62" w14:textId="77777777" w:rsidR="005C0924" w:rsidRDefault="005C0924" w:rsidP="005C0924">
      <w:pPr>
        <w:pStyle w:val="ListParagraph"/>
        <w:ind w:left="0"/>
        <w:rPr>
          <w:rFonts w:cs="Arial"/>
        </w:rPr>
      </w:pPr>
    </w:p>
    <w:p w14:paraId="5CB774D8" w14:textId="77777777" w:rsidR="005C0924" w:rsidRDefault="005C0924" w:rsidP="005C0924">
      <w:pPr>
        <w:ind w:left="720"/>
        <w:jc w:val="both"/>
        <w:rPr>
          <w:rFonts w:cs="Arial"/>
        </w:rPr>
      </w:pPr>
    </w:p>
    <w:p w14:paraId="050A79FC" w14:textId="77777777" w:rsidR="005C0924" w:rsidRDefault="005C0924" w:rsidP="005C0924">
      <w:pPr>
        <w:jc w:val="both"/>
        <w:rPr>
          <w:rFonts w:cs="Arial"/>
        </w:rPr>
      </w:pPr>
    </w:p>
    <w:p w14:paraId="7DF66128" w14:textId="77777777" w:rsidR="005C0924" w:rsidRDefault="005C0924" w:rsidP="005C0924">
      <w:pPr>
        <w:jc w:val="both"/>
        <w:rPr>
          <w:rFonts w:cs="Arial"/>
        </w:rPr>
      </w:pPr>
    </w:p>
    <w:p w14:paraId="6FFA269A" w14:textId="77777777" w:rsidR="005C0924" w:rsidRDefault="005C0924" w:rsidP="005C0924">
      <w:pPr>
        <w:jc w:val="both"/>
      </w:pPr>
    </w:p>
    <w:p w14:paraId="6AA7D183" w14:textId="77777777" w:rsidR="005C0924" w:rsidRPr="00D542BE" w:rsidRDefault="005C0924" w:rsidP="005C0924">
      <w:pPr>
        <w:pStyle w:val="Heading3"/>
      </w:pPr>
      <w:r w:rsidRPr="00D542BE">
        <w:t>GENERAL</w:t>
      </w:r>
    </w:p>
    <w:p w14:paraId="431D7A43" w14:textId="77777777" w:rsidR="005C0924" w:rsidRDefault="005C0924" w:rsidP="005C0924">
      <w:pPr>
        <w:rPr>
          <w:rFonts w:cs="Arial"/>
          <w:highlight w:val="yellow"/>
        </w:rPr>
      </w:pPr>
    </w:p>
    <w:p w14:paraId="5CE836DA" w14:textId="77777777" w:rsidR="005C0924" w:rsidRDefault="005C0924" w:rsidP="00C15CEE">
      <w:pPr>
        <w:pStyle w:val="Default"/>
        <w:numPr>
          <w:ilvl w:val="0"/>
          <w:numId w:val="32"/>
        </w:numPr>
        <w:rPr>
          <w:sz w:val="22"/>
          <w:szCs w:val="22"/>
        </w:rPr>
      </w:pPr>
      <w:r>
        <w:rPr>
          <w:sz w:val="22"/>
          <w:szCs w:val="22"/>
        </w:rPr>
        <w:t xml:space="preserve">The post holder will be expected to work </w:t>
      </w:r>
      <w:proofErr w:type="gramStart"/>
      <w:r>
        <w:rPr>
          <w:sz w:val="22"/>
          <w:szCs w:val="22"/>
        </w:rPr>
        <w:t>flexibly,</w:t>
      </w:r>
      <w:proofErr w:type="gramEnd"/>
      <w:r>
        <w:rPr>
          <w:sz w:val="22"/>
          <w:szCs w:val="22"/>
        </w:rPr>
        <w:t xml:space="preserve"> Other reasonably similar duties may be allocated from time to time commensurate with the general character of the post and </w:t>
      </w:r>
      <w:proofErr w:type="gramStart"/>
      <w:r>
        <w:rPr>
          <w:sz w:val="22"/>
          <w:szCs w:val="22"/>
        </w:rPr>
        <w:t>its</w:t>
      </w:r>
      <w:proofErr w:type="gramEnd"/>
      <w:r>
        <w:rPr>
          <w:sz w:val="22"/>
          <w:szCs w:val="22"/>
        </w:rPr>
        <w:t xml:space="preserve"> grading to meet the needs of the service. </w:t>
      </w:r>
    </w:p>
    <w:p w14:paraId="538D3338" w14:textId="77777777" w:rsidR="005C0924" w:rsidRDefault="005C0924" w:rsidP="005C0924">
      <w:pPr>
        <w:pStyle w:val="Default"/>
        <w:ind w:left="720"/>
        <w:rPr>
          <w:sz w:val="22"/>
          <w:szCs w:val="22"/>
        </w:rPr>
      </w:pPr>
    </w:p>
    <w:p w14:paraId="6AF2C601" w14:textId="77777777" w:rsidR="005C0924" w:rsidRDefault="005C0924" w:rsidP="00C15CEE">
      <w:pPr>
        <w:pStyle w:val="Default"/>
        <w:numPr>
          <w:ilvl w:val="0"/>
          <w:numId w:val="32"/>
        </w:numPr>
        <w:rPr>
          <w:sz w:val="22"/>
          <w:szCs w:val="22"/>
        </w:rPr>
      </w:pPr>
      <w:r w:rsidRPr="00D542BE">
        <w:rPr>
          <w:sz w:val="22"/>
          <w:szCs w:val="22"/>
        </w:rPr>
        <w:t xml:space="preserve">The post holder will be required to undertake, and participate in training, coaching and development activities, as appropriate. </w:t>
      </w:r>
    </w:p>
    <w:p w14:paraId="7EA30C52" w14:textId="77777777" w:rsidR="005C0924" w:rsidRDefault="005C0924" w:rsidP="005C0924">
      <w:pPr>
        <w:pStyle w:val="ListParagraph"/>
      </w:pPr>
    </w:p>
    <w:p w14:paraId="501C9EA6" w14:textId="77777777" w:rsidR="005C0924" w:rsidRDefault="005C0924" w:rsidP="00C15CEE">
      <w:pPr>
        <w:pStyle w:val="Default"/>
        <w:numPr>
          <w:ilvl w:val="0"/>
          <w:numId w:val="32"/>
        </w:numPr>
        <w:rPr>
          <w:sz w:val="22"/>
          <w:szCs w:val="22"/>
        </w:rPr>
      </w:pPr>
      <w:r w:rsidRPr="00D542BE">
        <w:rPr>
          <w:sz w:val="22"/>
          <w:szCs w:val="22"/>
        </w:rPr>
        <w:t xml:space="preserve">All staff are responsible for the implementation of the Health &amp; Safety Policy as far as it affects them, colleagues and others who may be affected by their work. The post holder is also expected to monitor the effectiveness of the health and safety arrangements and systems to ensure appropriate improvements are made where necessary. </w:t>
      </w:r>
    </w:p>
    <w:p w14:paraId="74FF1FB1" w14:textId="77777777" w:rsidR="005C0924" w:rsidRDefault="005C0924" w:rsidP="005C0924">
      <w:pPr>
        <w:pStyle w:val="ListParagraph"/>
      </w:pPr>
    </w:p>
    <w:p w14:paraId="7A6FBDE3" w14:textId="77777777" w:rsidR="005C0924" w:rsidRDefault="005C0924" w:rsidP="00C15CEE">
      <w:pPr>
        <w:pStyle w:val="Default"/>
        <w:numPr>
          <w:ilvl w:val="0"/>
          <w:numId w:val="32"/>
        </w:numPr>
        <w:rPr>
          <w:sz w:val="22"/>
          <w:szCs w:val="22"/>
        </w:rPr>
      </w:pPr>
      <w:r w:rsidRPr="00D542BE">
        <w:rPr>
          <w:sz w:val="22"/>
          <w:szCs w:val="22"/>
        </w:rPr>
        <w:t>The Authority has an approved equality and diversity policy, and copies are available to all employees via the intranet. The post holder will be expected to comply, observe and promote the equality and diversity policies of the Council.</w:t>
      </w:r>
    </w:p>
    <w:p w14:paraId="2BD49F95" w14:textId="77777777" w:rsidR="005C0924" w:rsidRDefault="005C0924" w:rsidP="005C0924">
      <w:pPr>
        <w:pStyle w:val="ListParagraph"/>
      </w:pPr>
    </w:p>
    <w:p w14:paraId="16FAE32F" w14:textId="77777777" w:rsidR="005C0924" w:rsidRDefault="005C0924" w:rsidP="00C15CEE">
      <w:pPr>
        <w:pStyle w:val="Default"/>
        <w:numPr>
          <w:ilvl w:val="0"/>
          <w:numId w:val="32"/>
        </w:numPr>
        <w:rPr>
          <w:sz w:val="22"/>
          <w:szCs w:val="22"/>
        </w:rPr>
      </w:pPr>
      <w:r w:rsidRPr="00D542BE">
        <w:rPr>
          <w:sz w:val="22"/>
          <w:szCs w:val="22"/>
        </w:rPr>
        <w:t>Since confidential information is involved within the duties of this post, the post holder will be required to always exercise discretion and to observe relevant codes of practice and legislation in relation to GDPR.</w:t>
      </w:r>
    </w:p>
    <w:p w14:paraId="31EA4390" w14:textId="77777777" w:rsidR="005C0924" w:rsidRDefault="005C0924" w:rsidP="005C0924">
      <w:pPr>
        <w:jc w:val="both"/>
      </w:pPr>
    </w:p>
    <w:p w14:paraId="032EBBB7" w14:textId="77777777" w:rsidR="005C0924" w:rsidRDefault="005C0924" w:rsidP="005C0924">
      <w:pPr>
        <w:jc w:val="both"/>
        <w:rPr>
          <w:rFonts w:cs="Arial"/>
        </w:rPr>
      </w:pPr>
    </w:p>
    <w:p w14:paraId="32E40B23" w14:textId="33FC14E2" w:rsidR="005C0924" w:rsidRDefault="005C0924" w:rsidP="005C0924">
      <w:pPr>
        <w:ind w:right="-752"/>
        <w:jc w:val="both"/>
        <w:rPr>
          <w:rFonts w:cs="Arial"/>
          <w:b/>
        </w:rPr>
      </w:pPr>
      <w:r>
        <w:rPr>
          <w:rFonts w:cs="Arial"/>
          <w:b/>
          <w:u w:val="single"/>
        </w:rPr>
        <w:t>Prepared by:</w:t>
      </w:r>
      <w:r>
        <w:rPr>
          <w:rFonts w:cs="Arial"/>
          <w:b/>
        </w:rPr>
        <w:tab/>
      </w:r>
      <w:r>
        <w:rPr>
          <w:rFonts w:cs="Arial"/>
          <w:b/>
          <w:u w:val="single"/>
        </w:rPr>
        <w:t>Name</w:t>
      </w:r>
      <w:r>
        <w:rPr>
          <w:rFonts w:cs="Arial"/>
          <w:b/>
        </w:rPr>
        <w:tab/>
      </w:r>
      <w:r>
        <w:rPr>
          <w:rFonts w:cs="Arial"/>
          <w:b/>
        </w:rPr>
        <w:tab/>
      </w:r>
      <w:r>
        <w:rPr>
          <w:rFonts w:cs="Arial"/>
          <w:bCs/>
        </w:rPr>
        <w:t>Joanne Alty</w:t>
      </w:r>
    </w:p>
    <w:p w14:paraId="718C0545" w14:textId="77777777" w:rsidR="005C0924" w:rsidRDefault="005C0924" w:rsidP="005C0924">
      <w:pPr>
        <w:ind w:right="-752"/>
        <w:jc w:val="both"/>
        <w:rPr>
          <w:rFonts w:cs="Arial"/>
          <w:b/>
        </w:rPr>
      </w:pPr>
      <w:r>
        <w:rPr>
          <w:rFonts w:cs="Arial"/>
          <w:b/>
        </w:rPr>
        <w:tab/>
      </w:r>
    </w:p>
    <w:p w14:paraId="23B32AD1" w14:textId="77777777" w:rsidR="005C0924" w:rsidRDefault="005C0924" w:rsidP="005C0924">
      <w:pPr>
        <w:ind w:left="2160"/>
        <w:jc w:val="both"/>
        <w:rPr>
          <w:rFonts w:cs="Arial"/>
          <w:b/>
        </w:rPr>
      </w:pPr>
      <w:r>
        <w:rPr>
          <w:rFonts w:cs="Arial"/>
          <w:b/>
          <w:u w:val="single"/>
        </w:rPr>
        <w:lastRenderedPageBreak/>
        <w:t>Designation</w:t>
      </w:r>
      <w:r>
        <w:rPr>
          <w:rFonts w:cs="Arial"/>
          <w:b/>
        </w:rPr>
        <w:tab/>
      </w:r>
      <w:r w:rsidRPr="000A2017">
        <w:rPr>
          <w:rFonts w:cs="Arial"/>
          <w:bCs/>
        </w:rPr>
        <w:t>Service Manager</w:t>
      </w:r>
    </w:p>
    <w:p w14:paraId="2B7E6C6B" w14:textId="77777777" w:rsidR="005C0924" w:rsidRDefault="005C0924" w:rsidP="005C0924">
      <w:pPr>
        <w:ind w:left="1440" w:firstLine="720"/>
        <w:jc w:val="both"/>
        <w:rPr>
          <w:rFonts w:cs="Arial"/>
        </w:rPr>
      </w:pPr>
    </w:p>
    <w:p w14:paraId="2C120C34" w14:textId="77777777" w:rsidR="005C0924" w:rsidRDefault="005C0924" w:rsidP="005C0924">
      <w:pPr>
        <w:pStyle w:val="Heading4"/>
      </w:pPr>
      <w:r>
        <w:t xml:space="preserve">Date    </w:t>
      </w:r>
      <w:r>
        <w:tab/>
      </w:r>
      <w:r w:rsidRPr="000A2017">
        <w:rPr>
          <w:b w:val="0"/>
          <w:bCs w:val="0"/>
        </w:rPr>
        <w:t>May 2025</w:t>
      </w:r>
      <w:r w:rsidRPr="000A2017">
        <w:rPr>
          <w:b w:val="0"/>
          <w:bCs w:val="0"/>
        </w:rPr>
        <w:tab/>
      </w:r>
    </w:p>
    <w:p w14:paraId="4B6AFDBB" w14:textId="77777777" w:rsidR="005C0924" w:rsidRDefault="005C0924" w:rsidP="005C0924">
      <w:pPr>
        <w:jc w:val="center"/>
        <w:rPr>
          <w:b/>
          <w:u w:val="single"/>
        </w:rPr>
      </w:pPr>
      <w:r>
        <w:rPr>
          <w:rFonts w:cs="Arial"/>
          <w:b/>
          <w:bCs/>
          <w:u w:val="single"/>
        </w:rPr>
        <w:br w:type="page"/>
      </w:r>
      <w:r>
        <w:rPr>
          <w:b/>
          <w:u w:val="single"/>
        </w:rPr>
        <w:lastRenderedPageBreak/>
        <w:t>PERSON SPECIFICATION</w:t>
      </w:r>
    </w:p>
    <w:p w14:paraId="6294DCC7" w14:textId="77777777" w:rsidR="005C0924" w:rsidRDefault="005C0924" w:rsidP="005C0924">
      <w:pPr>
        <w:jc w:val="center"/>
        <w:rPr>
          <w:b/>
          <w:u w:val="single"/>
        </w:rPr>
      </w:pPr>
    </w:p>
    <w:p w14:paraId="03E6A313" w14:textId="77777777" w:rsidR="005C0924" w:rsidRDefault="005C0924" w:rsidP="005C0924">
      <w:r>
        <w:rPr>
          <w:b/>
          <w:u w:val="single"/>
        </w:rPr>
        <w:t>POST</w:t>
      </w:r>
      <w:r>
        <w:tab/>
        <w:t>Administration Clerk</w:t>
      </w:r>
      <w:r>
        <w:tab/>
      </w:r>
      <w:r>
        <w:tab/>
      </w:r>
      <w:r>
        <w:tab/>
      </w:r>
      <w:r>
        <w:tab/>
      </w:r>
      <w:r>
        <w:rPr>
          <w:b/>
          <w:u w:val="single"/>
        </w:rPr>
        <w:t>GRADE</w:t>
      </w:r>
      <w:r>
        <w:t xml:space="preserve">      D</w:t>
      </w:r>
    </w:p>
    <w:p w14:paraId="420ACF24" w14:textId="77777777" w:rsidR="005C0924" w:rsidRDefault="005C0924" w:rsidP="005C0924"/>
    <w:p w14:paraId="33B97D9B" w14:textId="77777777" w:rsidR="005C0924" w:rsidRDefault="005C0924" w:rsidP="005C0924">
      <w:r>
        <w:rPr>
          <w:b/>
          <w:u w:val="single"/>
        </w:rPr>
        <w:t>DEPARTMENT</w:t>
      </w:r>
      <w:r>
        <w:tab/>
      </w:r>
      <w:r w:rsidRPr="000A2017">
        <w:t>Operational In-House Services</w:t>
      </w:r>
      <w:r>
        <w:t xml:space="preserve">    </w:t>
      </w:r>
      <w:r>
        <w:rPr>
          <w:b/>
          <w:u w:val="single"/>
        </w:rPr>
        <w:t>SECTION</w:t>
      </w:r>
      <w:r>
        <w:t xml:space="preserve">   Sefton Arc</w:t>
      </w:r>
    </w:p>
    <w:p w14:paraId="6E1481DE" w14:textId="77777777" w:rsidR="005C0924" w:rsidRDefault="005C0924" w:rsidP="005C0924"/>
    <w:tbl>
      <w:tblPr>
        <w:tblW w:w="10207"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805"/>
        <w:gridCol w:w="1701"/>
        <w:gridCol w:w="1701"/>
      </w:tblGrid>
      <w:tr w:rsidR="005C0924" w:rsidRPr="00723EFF" w14:paraId="5C86807E" w14:textId="77777777" w:rsidTr="00655E1F">
        <w:tc>
          <w:tcPr>
            <w:tcW w:w="6805" w:type="dxa"/>
            <w:shd w:val="pct5" w:color="auto" w:fill="FFFFFF"/>
            <w:vAlign w:val="center"/>
          </w:tcPr>
          <w:p w14:paraId="23C70455" w14:textId="77777777" w:rsidR="005C0924" w:rsidRPr="00723EFF" w:rsidRDefault="005C0924" w:rsidP="00655E1F">
            <w:pPr>
              <w:rPr>
                <w:rFonts w:cs="Arial"/>
                <w:b/>
              </w:rPr>
            </w:pPr>
            <w:r w:rsidRPr="00723EFF">
              <w:rPr>
                <w:rFonts w:cs="Arial"/>
                <w:b/>
              </w:rPr>
              <w:t>Personal Attributes Required</w:t>
            </w:r>
          </w:p>
        </w:tc>
        <w:tc>
          <w:tcPr>
            <w:tcW w:w="1701" w:type="dxa"/>
            <w:shd w:val="pct5" w:color="auto" w:fill="FFFFFF"/>
            <w:vAlign w:val="center"/>
          </w:tcPr>
          <w:p w14:paraId="24FDECE6" w14:textId="77777777" w:rsidR="005C0924" w:rsidRPr="00723EFF" w:rsidRDefault="005C0924" w:rsidP="00655E1F">
            <w:pPr>
              <w:jc w:val="center"/>
              <w:rPr>
                <w:rFonts w:cs="Arial"/>
                <w:b/>
              </w:rPr>
            </w:pPr>
            <w:r w:rsidRPr="00723EFF">
              <w:rPr>
                <w:rFonts w:cs="Arial"/>
                <w:b/>
              </w:rPr>
              <w:t>Essential € or</w:t>
            </w:r>
          </w:p>
          <w:p w14:paraId="3C75F9FD" w14:textId="77777777" w:rsidR="005C0924" w:rsidRPr="00723EFF" w:rsidRDefault="005C0924" w:rsidP="00655E1F">
            <w:pPr>
              <w:jc w:val="center"/>
              <w:rPr>
                <w:rFonts w:cs="Arial"/>
                <w:b/>
              </w:rPr>
            </w:pPr>
            <w:r w:rsidRPr="00723EFF">
              <w:rPr>
                <w:rFonts w:cs="Arial"/>
                <w:b/>
              </w:rPr>
              <w:t>Desirable (D)</w:t>
            </w:r>
          </w:p>
        </w:tc>
        <w:tc>
          <w:tcPr>
            <w:tcW w:w="1701" w:type="dxa"/>
            <w:shd w:val="pct5" w:color="auto" w:fill="FFFFFF"/>
            <w:vAlign w:val="center"/>
          </w:tcPr>
          <w:p w14:paraId="15042EDD" w14:textId="77777777" w:rsidR="005C0924" w:rsidRPr="00723EFF" w:rsidRDefault="005C0924" w:rsidP="00655E1F">
            <w:pPr>
              <w:jc w:val="center"/>
              <w:rPr>
                <w:rFonts w:cs="Arial"/>
                <w:b/>
              </w:rPr>
            </w:pPr>
            <w:r w:rsidRPr="00723EFF">
              <w:rPr>
                <w:rFonts w:cs="Arial"/>
                <w:b/>
              </w:rPr>
              <w:t>Method of Assessment</w:t>
            </w:r>
          </w:p>
        </w:tc>
      </w:tr>
      <w:tr w:rsidR="005C0924" w:rsidRPr="00723EFF" w14:paraId="69B6FF1A" w14:textId="77777777" w:rsidTr="00655E1F">
        <w:tc>
          <w:tcPr>
            <w:tcW w:w="6805" w:type="dxa"/>
          </w:tcPr>
          <w:p w14:paraId="2EFC420F" w14:textId="77777777" w:rsidR="005C0924" w:rsidRPr="00723EFF" w:rsidRDefault="005C0924" w:rsidP="00655E1F">
            <w:pPr>
              <w:rPr>
                <w:rFonts w:cs="Arial"/>
                <w:b/>
              </w:rPr>
            </w:pPr>
            <w:r>
              <w:rPr>
                <w:rFonts w:cs="Arial"/>
                <w:b/>
              </w:rPr>
              <w:t>Qualifications/Training</w:t>
            </w:r>
          </w:p>
        </w:tc>
        <w:tc>
          <w:tcPr>
            <w:tcW w:w="1701" w:type="dxa"/>
          </w:tcPr>
          <w:p w14:paraId="1E7EFC96" w14:textId="77777777" w:rsidR="005C0924" w:rsidRPr="00723EFF" w:rsidRDefault="005C0924" w:rsidP="00655E1F">
            <w:pPr>
              <w:jc w:val="center"/>
              <w:rPr>
                <w:rFonts w:cs="Arial"/>
              </w:rPr>
            </w:pPr>
          </w:p>
        </w:tc>
        <w:tc>
          <w:tcPr>
            <w:tcW w:w="1701" w:type="dxa"/>
          </w:tcPr>
          <w:p w14:paraId="08ACD6BE" w14:textId="77777777" w:rsidR="005C0924" w:rsidRPr="00723EFF" w:rsidRDefault="005C0924" w:rsidP="00655E1F">
            <w:pPr>
              <w:jc w:val="center"/>
              <w:rPr>
                <w:rFonts w:cs="Arial"/>
              </w:rPr>
            </w:pPr>
          </w:p>
        </w:tc>
      </w:tr>
      <w:tr w:rsidR="005C0924" w:rsidRPr="00723EFF" w14:paraId="1479DEB9" w14:textId="77777777" w:rsidTr="00655E1F">
        <w:tc>
          <w:tcPr>
            <w:tcW w:w="6805" w:type="dxa"/>
          </w:tcPr>
          <w:p w14:paraId="2C657E9C" w14:textId="77777777" w:rsidR="005C0924" w:rsidRPr="001153F8" w:rsidRDefault="005C0924" w:rsidP="00C15CEE">
            <w:pPr>
              <w:numPr>
                <w:ilvl w:val="0"/>
                <w:numId w:val="31"/>
              </w:numPr>
              <w:spacing w:after="0" w:line="240" w:lineRule="auto"/>
              <w:rPr>
                <w:rFonts w:cs="Arial"/>
                <w:bCs/>
              </w:rPr>
            </w:pPr>
            <w:r w:rsidRPr="001153F8">
              <w:rPr>
                <w:rFonts w:cs="Arial"/>
                <w:bCs/>
              </w:rPr>
              <w:t>NVQ Level 2 in numeracy/Maths and literacy/English</w:t>
            </w:r>
          </w:p>
          <w:p w14:paraId="4CB6EB4E" w14:textId="77777777" w:rsidR="005C0924" w:rsidRPr="001153F8" w:rsidRDefault="005C0924" w:rsidP="00655E1F">
            <w:pPr>
              <w:ind w:left="720"/>
              <w:rPr>
                <w:rFonts w:cs="Arial"/>
                <w:bCs/>
              </w:rPr>
            </w:pPr>
          </w:p>
          <w:p w14:paraId="206DF7DD" w14:textId="77777777" w:rsidR="005C0924" w:rsidRPr="001153F8" w:rsidRDefault="005C0924" w:rsidP="00C15CEE">
            <w:pPr>
              <w:numPr>
                <w:ilvl w:val="0"/>
                <w:numId w:val="31"/>
              </w:numPr>
              <w:spacing w:after="0" w:line="240" w:lineRule="auto"/>
              <w:rPr>
                <w:rFonts w:cs="Arial"/>
                <w:bCs/>
              </w:rPr>
            </w:pPr>
            <w:r w:rsidRPr="001153F8">
              <w:rPr>
                <w:rFonts w:cs="Arial"/>
                <w:bCs/>
              </w:rPr>
              <w:t>NVQ Level2 in business administration/customer service or equivalent qualification or experience</w:t>
            </w:r>
          </w:p>
        </w:tc>
        <w:tc>
          <w:tcPr>
            <w:tcW w:w="1701" w:type="dxa"/>
          </w:tcPr>
          <w:p w14:paraId="35CA9BAC" w14:textId="77777777" w:rsidR="005C0924" w:rsidRDefault="005C0924" w:rsidP="00655E1F">
            <w:pPr>
              <w:jc w:val="center"/>
              <w:rPr>
                <w:rFonts w:cs="Arial"/>
              </w:rPr>
            </w:pPr>
            <w:r>
              <w:rPr>
                <w:rFonts w:cs="Arial"/>
              </w:rPr>
              <w:t>D</w:t>
            </w:r>
          </w:p>
          <w:p w14:paraId="38C2ECC7" w14:textId="77777777" w:rsidR="005C0924" w:rsidRDefault="005C0924" w:rsidP="00655E1F">
            <w:pPr>
              <w:jc w:val="center"/>
              <w:rPr>
                <w:rFonts w:cs="Arial"/>
              </w:rPr>
            </w:pPr>
          </w:p>
          <w:p w14:paraId="29025939" w14:textId="77777777" w:rsidR="005C0924" w:rsidRDefault="005C0924" w:rsidP="00655E1F">
            <w:pPr>
              <w:jc w:val="center"/>
              <w:rPr>
                <w:rFonts w:cs="Arial"/>
              </w:rPr>
            </w:pPr>
          </w:p>
          <w:p w14:paraId="5A25ABC2" w14:textId="77777777" w:rsidR="005C0924" w:rsidRPr="00723EFF" w:rsidRDefault="005C0924" w:rsidP="00655E1F">
            <w:pPr>
              <w:jc w:val="center"/>
              <w:rPr>
                <w:rFonts w:cs="Arial"/>
              </w:rPr>
            </w:pPr>
            <w:r>
              <w:rPr>
                <w:rFonts w:cs="Arial"/>
              </w:rPr>
              <w:t>D</w:t>
            </w:r>
          </w:p>
        </w:tc>
        <w:tc>
          <w:tcPr>
            <w:tcW w:w="1701" w:type="dxa"/>
          </w:tcPr>
          <w:p w14:paraId="723B1953" w14:textId="77777777" w:rsidR="005C0924" w:rsidRDefault="005C0924" w:rsidP="00655E1F">
            <w:pPr>
              <w:jc w:val="center"/>
              <w:rPr>
                <w:rFonts w:cs="Arial"/>
              </w:rPr>
            </w:pPr>
            <w:r>
              <w:rPr>
                <w:rFonts w:cs="Arial"/>
              </w:rPr>
              <w:t>AF/C</w:t>
            </w:r>
          </w:p>
          <w:p w14:paraId="60477BE9" w14:textId="77777777" w:rsidR="005C0924" w:rsidRDefault="005C0924" w:rsidP="00655E1F">
            <w:pPr>
              <w:jc w:val="center"/>
              <w:rPr>
                <w:rFonts w:cs="Arial"/>
              </w:rPr>
            </w:pPr>
          </w:p>
          <w:p w14:paraId="3169961A" w14:textId="77777777" w:rsidR="005C0924" w:rsidRDefault="005C0924" w:rsidP="00655E1F">
            <w:pPr>
              <w:jc w:val="center"/>
              <w:rPr>
                <w:rFonts w:cs="Arial"/>
              </w:rPr>
            </w:pPr>
          </w:p>
          <w:p w14:paraId="3AB031F9" w14:textId="77777777" w:rsidR="005C0924" w:rsidRPr="00723EFF" w:rsidRDefault="005C0924" w:rsidP="00655E1F">
            <w:pPr>
              <w:jc w:val="center"/>
              <w:rPr>
                <w:rFonts w:cs="Arial"/>
              </w:rPr>
            </w:pPr>
            <w:r>
              <w:rPr>
                <w:rFonts w:cs="Arial"/>
              </w:rPr>
              <w:t>AF/C</w:t>
            </w:r>
          </w:p>
        </w:tc>
      </w:tr>
      <w:tr w:rsidR="005C0924" w:rsidRPr="00723EFF" w14:paraId="1BD2D6B7" w14:textId="77777777" w:rsidTr="00655E1F">
        <w:tc>
          <w:tcPr>
            <w:tcW w:w="6805" w:type="dxa"/>
          </w:tcPr>
          <w:p w14:paraId="22621AB4" w14:textId="77777777" w:rsidR="005C0924" w:rsidRPr="00723EFF" w:rsidRDefault="005C0924" w:rsidP="00655E1F">
            <w:pPr>
              <w:rPr>
                <w:rFonts w:cs="Arial"/>
              </w:rPr>
            </w:pPr>
            <w:r w:rsidRPr="00723EFF">
              <w:rPr>
                <w:rFonts w:cs="Arial"/>
                <w:b/>
              </w:rPr>
              <w:t>Experience</w:t>
            </w:r>
          </w:p>
        </w:tc>
        <w:tc>
          <w:tcPr>
            <w:tcW w:w="1701" w:type="dxa"/>
          </w:tcPr>
          <w:p w14:paraId="28A72769" w14:textId="77777777" w:rsidR="005C0924" w:rsidRPr="00723EFF" w:rsidRDefault="005C0924" w:rsidP="00655E1F">
            <w:pPr>
              <w:jc w:val="center"/>
              <w:rPr>
                <w:rFonts w:cs="Arial"/>
              </w:rPr>
            </w:pPr>
          </w:p>
        </w:tc>
        <w:tc>
          <w:tcPr>
            <w:tcW w:w="1701" w:type="dxa"/>
          </w:tcPr>
          <w:p w14:paraId="2F9FAD94" w14:textId="77777777" w:rsidR="005C0924" w:rsidRPr="00723EFF" w:rsidRDefault="005C0924" w:rsidP="00655E1F">
            <w:pPr>
              <w:jc w:val="center"/>
              <w:rPr>
                <w:rFonts w:cs="Arial"/>
              </w:rPr>
            </w:pPr>
          </w:p>
        </w:tc>
      </w:tr>
      <w:tr w:rsidR="005C0924" w:rsidRPr="00723EFF" w14:paraId="167B7386" w14:textId="77777777" w:rsidTr="00655E1F">
        <w:tc>
          <w:tcPr>
            <w:tcW w:w="6805" w:type="dxa"/>
          </w:tcPr>
          <w:p w14:paraId="0283FD0E" w14:textId="77777777" w:rsidR="005C0924" w:rsidRPr="007C1741" w:rsidRDefault="005C0924" w:rsidP="00655E1F">
            <w:pPr>
              <w:pStyle w:val="ListParagraph"/>
              <w:ind w:left="316"/>
              <w:rPr>
                <w:rFonts w:cs="Arial"/>
                <w:color w:val="000000"/>
              </w:rPr>
            </w:pPr>
          </w:p>
          <w:p w14:paraId="1C8FBC02" w14:textId="77777777" w:rsidR="005C0924" w:rsidRPr="007C1741" w:rsidRDefault="005C0924" w:rsidP="00C15CEE">
            <w:pPr>
              <w:pStyle w:val="ListParagraph"/>
              <w:numPr>
                <w:ilvl w:val="0"/>
                <w:numId w:val="26"/>
              </w:numPr>
              <w:ind w:left="316" w:hanging="283"/>
              <w:rPr>
                <w:rFonts w:cs="Arial"/>
                <w:color w:val="000000"/>
              </w:rPr>
            </w:pPr>
            <w:r w:rsidRPr="007C1741">
              <w:rPr>
                <w:rFonts w:cs="Arial"/>
                <w:color w:val="000000"/>
              </w:rPr>
              <w:t>Previous experience of clerical/administrative work.</w:t>
            </w:r>
          </w:p>
        </w:tc>
        <w:tc>
          <w:tcPr>
            <w:tcW w:w="1701" w:type="dxa"/>
          </w:tcPr>
          <w:p w14:paraId="512C5BDD" w14:textId="77777777" w:rsidR="005C0924" w:rsidRPr="007C1741" w:rsidRDefault="005C0924" w:rsidP="00655E1F">
            <w:pPr>
              <w:jc w:val="center"/>
              <w:rPr>
                <w:rFonts w:cs="Arial"/>
                <w:color w:val="000000"/>
              </w:rPr>
            </w:pPr>
          </w:p>
          <w:p w14:paraId="2DCD148A" w14:textId="77777777" w:rsidR="005C0924" w:rsidRPr="007C1741" w:rsidRDefault="005C0924" w:rsidP="00655E1F">
            <w:pPr>
              <w:jc w:val="center"/>
              <w:rPr>
                <w:rFonts w:cs="Arial"/>
                <w:color w:val="000000"/>
              </w:rPr>
            </w:pPr>
            <w:r w:rsidRPr="007C1741">
              <w:rPr>
                <w:rFonts w:cs="Arial"/>
                <w:color w:val="000000"/>
              </w:rPr>
              <w:t>E</w:t>
            </w:r>
          </w:p>
        </w:tc>
        <w:tc>
          <w:tcPr>
            <w:tcW w:w="1701" w:type="dxa"/>
          </w:tcPr>
          <w:p w14:paraId="2F99B126" w14:textId="77777777" w:rsidR="005C0924" w:rsidRPr="007C1741" w:rsidRDefault="005C0924" w:rsidP="00655E1F">
            <w:pPr>
              <w:jc w:val="center"/>
              <w:rPr>
                <w:rFonts w:cs="Arial"/>
                <w:color w:val="000000"/>
              </w:rPr>
            </w:pPr>
          </w:p>
          <w:p w14:paraId="362DCF6E" w14:textId="77777777" w:rsidR="005C0924" w:rsidRPr="007C1741" w:rsidRDefault="005C0924" w:rsidP="00655E1F">
            <w:pPr>
              <w:jc w:val="center"/>
              <w:rPr>
                <w:rFonts w:cs="Arial"/>
                <w:color w:val="000000"/>
              </w:rPr>
            </w:pPr>
            <w:r w:rsidRPr="007C1741">
              <w:rPr>
                <w:rFonts w:cs="Arial"/>
                <w:color w:val="000000"/>
              </w:rPr>
              <w:t>AF/I</w:t>
            </w:r>
          </w:p>
        </w:tc>
      </w:tr>
      <w:tr w:rsidR="005C0924" w:rsidRPr="00723EFF" w14:paraId="0CEA8C45" w14:textId="77777777" w:rsidTr="00655E1F">
        <w:tc>
          <w:tcPr>
            <w:tcW w:w="6805" w:type="dxa"/>
            <w:tcBorders>
              <w:top w:val="single" w:sz="6" w:space="0" w:color="auto"/>
              <w:left w:val="single" w:sz="6" w:space="0" w:color="auto"/>
              <w:bottom w:val="single" w:sz="6" w:space="0" w:color="auto"/>
              <w:right w:val="single" w:sz="6" w:space="0" w:color="auto"/>
            </w:tcBorders>
          </w:tcPr>
          <w:p w14:paraId="190B96E0" w14:textId="77777777" w:rsidR="005C0924" w:rsidRPr="00723EFF" w:rsidRDefault="005C0924" w:rsidP="00655E1F">
            <w:pPr>
              <w:pStyle w:val="Heading2"/>
            </w:pPr>
            <w:r w:rsidRPr="00723EFF">
              <w:t>Ability, Skills &amp; Knowledge</w:t>
            </w:r>
          </w:p>
        </w:tc>
        <w:tc>
          <w:tcPr>
            <w:tcW w:w="1701" w:type="dxa"/>
            <w:tcBorders>
              <w:top w:val="single" w:sz="6" w:space="0" w:color="auto"/>
              <w:left w:val="single" w:sz="6" w:space="0" w:color="auto"/>
              <w:bottom w:val="single" w:sz="6" w:space="0" w:color="auto"/>
              <w:right w:val="single" w:sz="6" w:space="0" w:color="auto"/>
            </w:tcBorders>
          </w:tcPr>
          <w:p w14:paraId="6CA7D5E1" w14:textId="77777777" w:rsidR="005C0924" w:rsidRPr="00723EFF" w:rsidRDefault="005C0924" w:rsidP="00655E1F">
            <w:pPr>
              <w:jc w:val="center"/>
              <w:rPr>
                <w:rFonts w:cs="Arial"/>
              </w:rPr>
            </w:pPr>
          </w:p>
        </w:tc>
        <w:tc>
          <w:tcPr>
            <w:tcW w:w="1701" w:type="dxa"/>
            <w:tcBorders>
              <w:top w:val="single" w:sz="6" w:space="0" w:color="auto"/>
              <w:left w:val="single" w:sz="6" w:space="0" w:color="auto"/>
              <w:bottom w:val="single" w:sz="6" w:space="0" w:color="auto"/>
              <w:right w:val="single" w:sz="6" w:space="0" w:color="auto"/>
            </w:tcBorders>
          </w:tcPr>
          <w:p w14:paraId="7DC51604" w14:textId="77777777" w:rsidR="005C0924" w:rsidRPr="00723EFF" w:rsidRDefault="005C0924" w:rsidP="00655E1F">
            <w:pPr>
              <w:jc w:val="center"/>
              <w:rPr>
                <w:rFonts w:cs="Arial"/>
              </w:rPr>
            </w:pPr>
          </w:p>
        </w:tc>
      </w:tr>
      <w:tr w:rsidR="005C0924" w:rsidRPr="00723EFF" w14:paraId="01455F43" w14:textId="77777777" w:rsidTr="00655E1F">
        <w:tc>
          <w:tcPr>
            <w:tcW w:w="6805" w:type="dxa"/>
            <w:tcBorders>
              <w:top w:val="single" w:sz="6" w:space="0" w:color="auto"/>
              <w:left w:val="single" w:sz="6" w:space="0" w:color="auto"/>
              <w:bottom w:val="single" w:sz="6" w:space="0" w:color="auto"/>
              <w:right w:val="single" w:sz="6" w:space="0" w:color="auto"/>
            </w:tcBorders>
          </w:tcPr>
          <w:p w14:paraId="1D13ED70" w14:textId="77777777" w:rsidR="005C0924" w:rsidRPr="007C1741" w:rsidRDefault="005C0924" w:rsidP="00655E1F">
            <w:pPr>
              <w:pStyle w:val="ListParagraph"/>
              <w:ind w:left="0"/>
              <w:rPr>
                <w:rFonts w:cs="Arial"/>
                <w:color w:val="000000"/>
              </w:rPr>
            </w:pPr>
          </w:p>
          <w:p w14:paraId="2088A846" w14:textId="77777777" w:rsidR="005C0924" w:rsidRPr="007C1741" w:rsidRDefault="005C0924" w:rsidP="00C15CEE">
            <w:pPr>
              <w:pStyle w:val="ListParagraph"/>
              <w:numPr>
                <w:ilvl w:val="0"/>
                <w:numId w:val="27"/>
              </w:numPr>
              <w:ind w:left="316" w:hanging="283"/>
              <w:rPr>
                <w:rFonts w:cs="Arial"/>
                <w:color w:val="000000"/>
              </w:rPr>
            </w:pPr>
            <w:r w:rsidRPr="007C1741">
              <w:rPr>
                <w:rFonts w:cs="Arial"/>
                <w:color w:val="000000"/>
              </w:rPr>
              <w:t>Knowledge of service-related Health &amp; Safety Regulations e.g. Alarm</w:t>
            </w:r>
            <w:r>
              <w:rPr>
                <w:rFonts w:cs="Arial"/>
                <w:color w:val="000000"/>
              </w:rPr>
              <w:t>s</w:t>
            </w:r>
            <w:r w:rsidRPr="007C1741">
              <w:rPr>
                <w:rFonts w:cs="Arial"/>
                <w:color w:val="000000"/>
              </w:rPr>
              <w:t>, Emergency Lighting, Fire Extinguisher.</w:t>
            </w:r>
          </w:p>
          <w:p w14:paraId="35AC3CF4" w14:textId="77777777" w:rsidR="005C0924" w:rsidRPr="007C1741" w:rsidRDefault="005C0924" w:rsidP="00655E1F">
            <w:pPr>
              <w:pStyle w:val="ListParagraph"/>
              <w:ind w:left="316"/>
              <w:rPr>
                <w:rFonts w:cs="Arial"/>
                <w:color w:val="000000"/>
              </w:rPr>
            </w:pPr>
          </w:p>
          <w:p w14:paraId="2BAB26F9" w14:textId="77777777" w:rsidR="005C0924" w:rsidRPr="007C1741" w:rsidRDefault="005C0924" w:rsidP="00C15CEE">
            <w:pPr>
              <w:pStyle w:val="ListParagraph"/>
              <w:numPr>
                <w:ilvl w:val="0"/>
                <w:numId w:val="27"/>
              </w:numPr>
              <w:ind w:left="316" w:hanging="283"/>
              <w:rPr>
                <w:rFonts w:cs="Arial"/>
                <w:color w:val="000000"/>
              </w:rPr>
            </w:pPr>
            <w:r w:rsidRPr="007C1741">
              <w:rPr>
                <w:rFonts w:cs="Arial"/>
                <w:color w:val="000000"/>
              </w:rPr>
              <w:t>Excellent IT skills and working knowledge of Microsoft Word and Excel for data recording, analysis, and reporting.</w:t>
            </w:r>
          </w:p>
          <w:p w14:paraId="6002D920" w14:textId="77777777" w:rsidR="005C0924" w:rsidRPr="007C1741" w:rsidRDefault="005C0924" w:rsidP="00655E1F">
            <w:pPr>
              <w:pStyle w:val="ListParagraph"/>
              <w:ind w:left="0"/>
              <w:rPr>
                <w:rFonts w:cs="Arial"/>
                <w:color w:val="000000"/>
              </w:rPr>
            </w:pPr>
          </w:p>
          <w:p w14:paraId="68508314" w14:textId="77777777" w:rsidR="005C0924" w:rsidRPr="007C1741" w:rsidRDefault="005C0924" w:rsidP="00C15CEE">
            <w:pPr>
              <w:pStyle w:val="ListParagraph"/>
              <w:numPr>
                <w:ilvl w:val="0"/>
                <w:numId w:val="27"/>
              </w:numPr>
              <w:ind w:left="316" w:hanging="283"/>
              <w:rPr>
                <w:rFonts w:cs="Arial"/>
                <w:color w:val="000000"/>
              </w:rPr>
            </w:pPr>
            <w:r w:rsidRPr="007C1741">
              <w:rPr>
                <w:rFonts w:cs="Arial"/>
                <w:color w:val="000000"/>
              </w:rPr>
              <w:t>Knowledge of customer care understanding of the impact of service delivery for customers.</w:t>
            </w:r>
          </w:p>
          <w:p w14:paraId="73C18A07" w14:textId="77777777" w:rsidR="005C0924" w:rsidRPr="007C1741" w:rsidRDefault="005C0924" w:rsidP="00655E1F">
            <w:pPr>
              <w:pStyle w:val="ListParagraph"/>
              <w:ind w:left="316"/>
              <w:rPr>
                <w:rFonts w:cs="Arial"/>
                <w:color w:val="000000"/>
              </w:rPr>
            </w:pPr>
          </w:p>
          <w:p w14:paraId="62D920BB" w14:textId="77777777" w:rsidR="005C0924" w:rsidRPr="007C1741" w:rsidRDefault="005C0924" w:rsidP="00C15CEE">
            <w:pPr>
              <w:pStyle w:val="ListParagraph"/>
              <w:numPr>
                <w:ilvl w:val="0"/>
                <w:numId w:val="27"/>
              </w:numPr>
              <w:ind w:left="316" w:hanging="283"/>
              <w:rPr>
                <w:rFonts w:cs="Arial"/>
                <w:color w:val="000000"/>
              </w:rPr>
            </w:pPr>
            <w:r w:rsidRPr="007C1741">
              <w:rPr>
                <w:rFonts w:cs="Arial"/>
                <w:color w:val="000000"/>
              </w:rPr>
              <w:t>Willingness to carry out instructions without constant supervision.</w:t>
            </w:r>
          </w:p>
          <w:p w14:paraId="3EC99F3E" w14:textId="77777777" w:rsidR="005C0924" w:rsidRPr="007C1741" w:rsidRDefault="005C0924" w:rsidP="00655E1F">
            <w:pPr>
              <w:pStyle w:val="ListParagraph"/>
              <w:ind w:left="316"/>
              <w:rPr>
                <w:rFonts w:cs="Arial"/>
                <w:color w:val="000000"/>
              </w:rPr>
            </w:pPr>
          </w:p>
          <w:p w14:paraId="57EEEA49" w14:textId="77777777" w:rsidR="005C0924" w:rsidRPr="007C1741" w:rsidRDefault="005C0924" w:rsidP="00C15CEE">
            <w:pPr>
              <w:pStyle w:val="ListParagraph"/>
              <w:numPr>
                <w:ilvl w:val="0"/>
                <w:numId w:val="27"/>
              </w:numPr>
              <w:ind w:left="316" w:hanging="283"/>
              <w:rPr>
                <w:rFonts w:cs="Arial"/>
                <w:color w:val="000000"/>
              </w:rPr>
            </w:pPr>
            <w:r w:rsidRPr="007C1741">
              <w:rPr>
                <w:rFonts w:cs="Arial"/>
                <w:color w:val="000000"/>
              </w:rPr>
              <w:lastRenderedPageBreak/>
              <w:t>Be able to meet customer needs.</w:t>
            </w:r>
          </w:p>
          <w:p w14:paraId="039EC76B" w14:textId="77777777" w:rsidR="005C0924" w:rsidRPr="007C1741" w:rsidRDefault="005C0924" w:rsidP="00655E1F">
            <w:pPr>
              <w:pStyle w:val="ListParagraph"/>
              <w:ind w:left="316"/>
              <w:rPr>
                <w:rFonts w:cs="Arial"/>
                <w:color w:val="000000"/>
              </w:rPr>
            </w:pPr>
          </w:p>
          <w:p w14:paraId="7D54FFA0" w14:textId="77777777" w:rsidR="005C0924" w:rsidRPr="007C1741" w:rsidRDefault="005C0924" w:rsidP="00C15CEE">
            <w:pPr>
              <w:pStyle w:val="ListParagraph"/>
              <w:numPr>
                <w:ilvl w:val="0"/>
                <w:numId w:val="27"/>
              </w:numPr>
              <w:ind w:left="316" w:hanging="283"/>
              <w:rPr>
                <w:rFonts w:cs="Arial"/>
                <w:color w:val="000000"/>
              </w:rPr>
            </w:pPr>
            <w:r w:rsidRPr="007C1741">
              <w:rPr>
                <w:rFonts w:cs="Arial"/>
                <w:color w:val="000000"/>
              </w:rPr>
              <w:t>Ability to work with staff and external agencies both face-to-face and over the telephone.</w:t>
            </w:r>
          </w:p>
          <w:p w14:paraId="40DFA053" w14:textId="77777777" w:rsidR="005C0924" w:rsidRPr="007C1741" w:rsidRDefault="005C0924" w:rsidP="00655E1F">
            <w:pPr>
              <w:pStyle w:val="ListParagraph"/>
              <w:ind w:left="316"/>
              <w:rPr>
                <w:rFonts w:cs="Arial"/>
                <w:color w:val="000000"/>
              </w:rPr>
            </w:pPr>
          </w:p>
          <w:p w14:paraId="5E166C16" w14:textId="77777777" w:rsidR="005C0924" w:rsidRPr="007C1741" w:rsidRDefault="005C0924" w:rsidP="00C15CEE">
            <w:pPr>
              <w:pStyle w:val="ListParagraph"/>
              <w:numPr>
                <w:ilvl w:val="0"/>
                <w:numId w:val="27"/>
              </w:numPr>
              <w:ind w:left="316" w:hanging="283"/>
              <w:rPr>
                <w:rFonts w:cs="Arial"/>
                <w:color w:val="000000"/>
              </w:rPr>
            </w:pPr>
            <w:r w:rsidRPr="007C1741">
              <w:rPr>
                <w:rFonts w:cs="Arial"/>
                <w:color w:val="000000"/>
              </w:rPr>
              <w:t>Excellent interpersonal skills with the ability to communicate effectively both written and orally at all levels within the organisation and with external bodies.</w:t>
            </w:r>
          </w:p>
          <w:p w14:paraId="1D3D8354" w14:textId="77777777" w:rsidR="005C0924" w:rsidRPr="007C1741" w:rsidRDefault="005C0924" w:rsidP="00655E1F">
            <w:pPr>
              <w:pStyle w:val="ListParagraph"/>
              <w:ind w:left="316"/>
              <w:rPr>
                <w:rFonts w:cs="Arial"/>
                <w:color w:val="000000"/>
              </w:rPr>
            </w:pPr>
          </w:p>
          <w:p w14:paraId="5BE3E03E" w14:textId="77777777" w:rsidR="005C0924" w:rsidRPr="007C1741" w:rsidRDefault="005C0924" w:rsidP="00655E1F">
            <w:pPr>
              <w:pStyle w:val="ListParagraph"/>
              <w:ind w:left="316"/>
              <w:rPr>
                <w:rFonts w:cs="Arial"/>
                <w:color w:val="000000"/>
              </w:rPr>
            </w:pPr>
          </w:p>
        </w:tc>
        <w:tc>
          <w:tcPr>
            <w:tcW w:w="1701" w:type="dxa"/>
            <w:tcBorders>
              <w:top w:val="single" w:sz="6" w:space="0" w:color="auto"/>
              <w:left w:val="single" w:sz="6" w:space="0" w:color="auto"/>
              <w:bottom w:val="single" w:sz="6" w:space="0" w:color="auto"/>
              <w:right w:val="single" w:sz="6" w:space="0" w:color="auto"/>
            </w:tcBorders>
          </w:tcPr>
          <w:p w14:paraId="501E833D" w14:textId="77777777" w:rsidR="005C0924" w:rsidRPr="00723EFF" w:rsidRDefault="005C0924" w:rsidP="00655E1F">
            <w:pPr>
              <w:jc w:val="center"/>
              <w:rPr>
                <w:rFonts w:cs="Arial"/>
              </w:rPr>
            </w:pPr>
          </w:p>
          <w:p w14:paraId="3D9D9766" w14:textId="77777777" w:rsidR="005C0924" w:rsidRPr="00723EFF" w:rsidRDefault="005C0924" w:rsidP="00655E1F">
            <w:pPr>
              <w:jc w:val="center"/>
              <w:rPr>
                <w:rFonts w:cs="Arial"/>
              </w:rPr>
            </w:pPr>
            <w:r w:rsidRPr="00723EFF">
              <w:rPr>
                <w:rFonts w:cs="Arial"/>
              </w:rPr>
              <w:t>D</w:t>
            </w:r>
          </w:p>
          <w:p w14:paraId="61C5EE88" w14:textId="77777777" w:rsidR="005C0924" w:rsidRPr="00723EFF" w:rsidRDefault="005C0924" w:rsidP="00655E1F">
            <w:pPr>
              <w:jc w:val="center"/>
              <w:rPr>
                <w:rFonts w:cs="Arial"/>
              </w:rPr>
            </w:pPr>
          </w:p>
          <w:p w14:paraId="015CC661" w14:textId="77777777" w:rsidR="005C0924" w:rsidRPr="00723EFF" w:rsidRDefault="005C0924" w:rsidP="00655E1F">
            <w:pPr>
              <w:jc w:val="center"/>
              <w:rPr>
                <w:rFonts w:cs="Arial"/>
              </w:rPr>
            </w:pPr>
          </w:p>
          <w:p w14:paraId="5F332B16" w14:textId="77777777" w:rsidR="005C0924" w:rsidRPr="00723EFF" w:rsidRDefault="005C0924" w:rsidP="00655E1F">
            <w:pPr>
              <w:jc w:val="center"/>
              <w:rPr>
                <w:rFonts w:cs="Arial"/>
              </w:rPr>
            </w:pPr>
          </w:p>
          <w:p w14:paraId="4908DF82" w14:textId="77777777" w:rsidR="005C0924" w:rsidRPr="00723EFF" w:rsidRDefault="005C0924" w:rsidP="00655E1F">
            <w:pPr>
              <w:jc w:val="center"/>
              <w:rPr>
                <w:rFonts w:cs="Arial"/>
              </w:rPr>
            </w:pPr>
            <w:r>
              <w:rPr>
                <w:rFonts w:cs="Arial"/>
              </w:rPr>
              <w:t>E</w:t>
            </w:r>
          </w:p>
          <w:p w14:paraId="74734E79" w14:textId="77777777" w:rsidR="005C0924" w:rsidRPr="00723EFF" w:rsidRDefault="005C0924" w:rsidP="00655E1F">
            <w:pPr>
              <w:jc w:val="center"/>
              <w:rPr>
                <w:rFonts w:cs="Arial"/>
              </w:rPr>
            </w:pPr>
          </w:p>
          <w:p w14:paraId="06966668" w14:textId="77777777" w:rsidR="005C0924" w:rsidRPr="00723EFF" w:rsidRDefault="005C0924" w:rsidP="00655E1F">
            <w:pPr>
              <w:jc w:val="center"/>
              <w:rPr>
                <w:rFonts w:cs="Arial"/>
              </w:rPr>
            </w:pPr>
          </w:p>
          <w:p w14:paraId="52E34D5E" w14:textId="77777777" w:rsidR="005C0924" w:rsidRPr="00723EFF" w:rsidRDefault="005C0924" w:rsidP="00655E1F">
            <w:pPr>
              <w:rPr>
                <w:rFonts w:cs="Arial"/>
              </w:rPr>
            </w:pPr>
          </w:p>
          <w:p w14:paraId="751BE1B7" w14:textId="77777777" w:rsidR="005C0924" w:rsidRPr="00723EFF" w:rsidRDefault="005C0924" w:rsidP="00655E1F">
            <w:pPr>
              <w:jc w:val="center"/>
              <w:rPr>
                <w:rFonts w:cs="Arial"/>
              </w:rPr>
            </w:pPr>
          </w:p>
          <w:p w14:paraId="49AF3020" w14:textId="77777777" w:rsidR="005C0924" w:rsidRPr="00723EFF" w:rsidRDefault="005C0924" w:rsidP="00655E1F">
            <w:pPr>
              <w:jc w:val="center"/>
              <w:rPr>
                <w:rFonts w:cs="Arial"/>
              </w:rPr>
            </w:pPr>
            <w:r w:rsidRPr="00723EFF">
              <w:rPr>
                <w:rFonts w:cs="Arial"/>
              </w:rPr>
              <w:t>D</w:t>
            </w:r>
          </w:p>
          <w:p w14:paraId="60D62533" w14:textId="77777777" w:rsidR="005C0924" w:rsidRPr="00723EFF" w:rsidRDefault="005C0924" w:rsidP="00655E1F">
            <w:pPr>
              <w:jc w:val="center"/>
              <w:rPr>
                <w:rFonts w:cs="Arial"/>
              </w:rPr>
            </w:pPr>
          </w:p>
          <w:p w14:paraId="125DECBF" w14:textId="77777777" w:rsidR="005C0924" w:rsidRDefault="005C0924" w:rsidP="00655E1F">
            <w:pPr>
              <w:jc w:val="center"/>
              <w:rPr>
                <w:rFonts w:cs="Arial"/>
              </w:rPr>
            </w:pPr>
          </w:p>
          <w:p w14:paraId="38501F59" w14:textId="77777777" w:rsidR="005C0924" w:rsidRPr="00723EFF" w:rsidRDefault="005C0924" w:rsidP="00655E1F">
            <w:pPr>
              <w:jc w:val="center"/>
              <w:rPr>
                <w:rFonts w:cs="Arial"/>
              </w:rPr>
            </w:pPr>
          </w:p>
          <w:p w14:paraId="74CF6981" w14:textId="77777777" w:rsidR="005C0924" w:rsidRPr="00723EFF" w:rsidRDefault="005C0924" w:rsidP="00655E1F">
            <w:pPr>
              <w:jc w:val="center"/>
              <w:rPr>
                <w:rFonts w:cs="Arial"/>
              </w:rPr>
            </w:pPr>
            <w:r w:rsidRPr="00723EFF">
              <w:rPr>
                <w:rFonts w:cs="Arial"/>
              </w:rPr>
              <w:t>E</w:t>
            </w:r>
          </w:p>
          <w:p w14:paraId="540F6157" w14:textId="77777777" w:rsidR="005C0924" w:rsidRPr="00723EFF" w:rsidRDefault="005C0924" w:rsidP="00655E1F">
            <w:pPr>
              <w:rPr>
                <w:rFonts w:cs="Arial"/>
              </w:rPr>
            </w:pPr>
          </w:p>
          <w:p w14:paraId="6D161A99" w14:textId="77777777" w:rsidR="005C0924" w:rsidRPr="00723EFF" w:rsidRDefault="005C0924" w:rsidP="00655E1F">
            <w:pPr>
              <w:rPr>
                <w:rFonts w:cs="Arial"/>
              </w:rPr>
            </w:pPr>
          </w:p>
          <w:p w14:paraId="0407512D" w14:textId="77777777" w:rsidR="005C0924" w:rsidRPr="00723EFF" w:rsidRDefault="005C0924" w:rsidP="00655E1F">
            <w:pPr>
              <w:jc w:val="center"/>
              <w:rPr>
                <w:rFonts w:cs="Arial"/>
              </w:rPr>
            </w:pPr>
            <w:r w:rsidRPr="00723EFF">
              <w:rPr>
                <w:rFonts w:cs="Arial"/>
              </w:rPr>
              <w:t>E</w:t>
            </w:r>
          </w:p>
          <w:p w14:paraId="27C1ECE9" w14:textId="77777777" w:rsidR="005C0924" w:rsidRPr="00723EFF" w:rsidRDefault="005C0924" w:rsidP="00655E1F">
            <w:pPr>
              <w:jc w:val="center"/>
              <w:rPr>
                <w:rFonts w:cs="Arial"/>
              </w:rPr>
            </w:pPr>
          </w:p>
          <w:p w14:paraId="55AA7E03" w14:textId="77777777" w:rsidR="005C0924" w:rsidRDefault="005C0924" w:rsidP="00655E1F">
            <w:pPr>
              <w:jc w:val="center"/>
              <w:rPr>
                <w:rFonts w:cs="Arial"/>
              </w:rPr>
            </w:pPr>
          </w:p>
          <w:p w14:paraId="08B10AFD" w14:textId="77777777" w:rsidR="005C0924" w:rsidRPr="00723EFF" w:rsidRDefault="005C0924" w:rsidP="00655E1F">
            <w:pPr>
              <w:jc w:val="center"/>
              <w:rPr>
                <w:rFonts w:cs="Arial"/>
              </w:rPr>
            </w:pPr>
          </w:p>
          <w:p w14:paraId="0AFF53D8" w14:textId="77777777" w:rsidR="005C0924" w:rsidRPr="00723EFF" w:rsidRDefault="005C0924" w:rsidP="00655E1F">
            <w:pPr>
              <w:jc w:val="center"/>
              <w:rPr>
                <w:rFonts w:cs="Arial"/>
              </w:rPr>
            </w:pPr>
            <w:r w:rsidRPr="00723EFF">
              <w:rPr>
                <w:rFonts w:cs="Arial"/>
              </w:rPr>
              <w:t>E</w:t>
            </w:r>
          </w:p>
          <w:p w14:paraId="00404756" w14:textId="77777777" w:rsidR="005C0924" w:rsidRPr="00723EFF" w:rsidRDefault="005C0924" w:rsidP="00655E1F">
            <w:pPr>
              <w:jc w:val="center"/>
              <w:rPr>
                <w:rFonts w:cs="Arial"/>
              </w:rPr>
            </w:pPr>
          </w:p>
          <w:p w14:paraId="3CFD54C1" w14:textId="77777777" w:rsidR="005C0924" w:rsidRPr="00723EFF" w:rsidRDefault="005C0924" w:rsidP="00655E1F">
            <w:pPr>
              <w:rPr>
                <w:rFonts w:cs="Arial"/>
              </w:rPr>
            </w:pPr>
          </w:p>
          <w:p w14:paraId="5DA957E4" w14:textId="77777777" w:rsidR="005C0924" w:rsidRPr="00723EFF" w:rsidRDefault="005C0924" w:rsidP="00655E1F">
            <w:pPr>
              <w:rPr>
                <w:rFonts w:cs="Arial"/>
              </w:rPr>
            </w:pPr>
          </w:p>
          <w:p w14:paraId="449D9DA5" w14:textId="77777777" w:rsidR="005C0924" w:rsidRPr="00723EFF" w:rsidRDefault="005C0924" w:rsidP="00655E1F">
            <w:pPr>
              <w:jc w:val="center"/>
              <w:rPr>
                <w:rFonts w:cs="Arial"/>
              </w:rPr>
            </w:pPr>
          </w:p>
          <w:p w14:paraId="6DB59848" w14:textId="77777777" w:rsidR="005C0924" w:rsidRPr="00723EFF" w:rsidRDefault="005C0924" w:rsidP="00655E1F">
            <w:pPr>
              <w:jc w:val="center"/>
              <w:rPr>
                <w:rFonts w:cs="Arial"/>
              </w:rPr>
            </w:pPr>
            <w:r w:rsidRPr="00723EFF">
              <w:rPr>
                <w:rFonts w:cs="Arial"/>
              </w:rPr>
              <w:t>E</w:t>
            </w:r>
          </w:p>
          <w:p w14:paraId="6A9FFE16" w14:textId="77777777" w:rsidR="005C0924" w:rsidRPr="00723EFF" w:rsidRDefault="005C0924" w:rsidP="00655E1F">
            <w:pPr>
              <w:jc w:val="center"/>
              <w:rPr>
                <w:rFonts w:cs="Arial"/>
              </w:rPr>
            </w:pPr>
          </w:p>
          <w:p w14:paraId="16E37C9E" w14:textId="77777777" w:rsidR="005C0924" w:rsidRPr="00723EFF" w:rsidRDefault="005C0924" w:rsidP="00655E1F">
            <w:pPr>
              <w:jc w:val="center"/>
              <w:rPr>
                <w:rFonts w:cs="Arial"/>
              </w:rPr>
            </w:pPr>
          </w:p>
          <w:p w14:paraId="30307F15" w14:textId="77777777" w:rsidR="005C0924" w:rsidRPr="00723EFF" w:rsidRDefault="005C0924" w:rsidP="00655E1F">
            <w:pPr>
              <w:jc w:val="center"/>
              <w:rPr>
                <w:rFonts w:cs="Arial"/>
              </w:rPr>
            </w:pPr>
          </w:p>
          <w:p w14:paraId="4F881F9F" w14:textId="77777777" w:rsidR="005C0924" w:rsidRPr="00723EFF" w:rsidRDefault="005C0924" w:rsidP="00655E1F">
            <w:pPr>
              <w:jc w:val="center"/>
              <w:rPr>
                <w:rFonts w:cs="Arial"/>
              </w:rPr>
            </w:pPr>
          </w:p>
          <w:p w14:paraId="3431EC2E" w14:textId="77777777" w:rsidR="005C0924" w:rsidRPr="00723EFF" w:rsidRDefault="005C0924" w:rsidP="00655E1F">
            <w:pPr>
              <w:jc w:val="center"/>
              <w:rPr>
                <w:rFonts w:cs="Arial"/>
              </w:rPr>
            </w:pPr>
          </w:p>
        </w:tc>
        <w:tc>
          <w:tcPr>
            <w:tcW w:w="1701" w:type="dxa"/>
            <w:tcBorders>
              <w:top w:val="single" w:sz="6" w:space="0" w:color="auto"/>
              <w:left w:val="single" w:sz="6" w:space="0" w:color="auto"/>
              <w:bottom w:val="single" w:sz="6" w:space="0" w:color="auto"/>
              <w:right w:val="single" w:sz="6" w:space="0" w:color="auto"/>
            </w:tcBorders>
          </w:tcPr>
          <w:p w14:paraId="7A3E7D3F" w14:textId="77777777" w:rsidR="005C0924" w:rsidRPr="00723EFF" w:rsidRDefault="005C0924" w:rsidP="00655E1F">
            <w:pPr>
              <w:jc w:val="center"/>
              <w:rPr>
                <w:rFonts w:cs="Arial"/>
              </w:rPr>
            </w:pPr>
          </w:p>
          <w:p w14:paraId="4A57C03D" w14:textId="77777777" w:rsidR="005C0924" w:rsidRPr="00723EFF" w:rsidRDefault="005C0924" w:rsidP="00655E1F">
            <w:pPr>
              <w:jc w:val="center"/>
              <w:rPr>
                <w:rFonts w:cs="Arial"/>
              </w:rPr>
            </w:pPr>
            <w:r w:rsidRPr="00723EFF">
              <w:rPr>
                <w:rFonts w:cs="Arial"/>
              </w:rPr>
              <w:t>AF/I</w:t>
            </w:r>
          </w:p>
          <w:p w14:paraId="2376C2CC" w14:textId="77777777" w:rsidR="005C0924" w:rsidRPr="00723EFF" w:rsidRDefault="005C0924" w:rsidP="00655E1F">
            <w:pPr>
              <w:jc w:val="center"/>
              <w:rPr>
                <w:rFonts w:cs="Arial"/>
              </w:rPr>
            </w:pPr>
          </w:p>
          <w:p w14:paraId="1E1BCF66" w14:textId="77777777" w:rsidR="005C0924" w:rsidRPr="00723EFF" w:rsidRDefault="005C0924" w:rsidP="00655E1F">
            <w:pPr>
              <w:jc w:val="center"/>
              <w:rPr>
                <w:rFonts w:cs="Arial"/>
              </w:rPr>
            </w:pPr>
          </w:p>
          <w:p w14:paraId="2BF033E1" w14:textId="77777777" w:rsidR="005C0924" w:rsidRPr="00723EFF" w:rsidRDefault="005C0924" w:rsidP="00655E1F">
            <w:pPr>
              <w:jc w:val="center"/>
              <w:rPr>
                <w:rFonts w:cs="Arial"/>
              </w:rPr>
            </w:pPr>
          </w:p>
          <w:p w14:paraId="3902FE94" w14:textId="77777777" w:rsidR="005C0924" w:rsidRPr="00723EFF" w:rsidRDefault="005C0924" w:rsidP="00655E1F">
            <w:pPr>
              <w:jc w:val="center"/>
              <w:rPr>
                <w:rFonts w:cs="Arial"/>
              </w:rPr>
            </w:pPr>
            <w:r w:rsidRPr="00723EFF">
              <w:rPr>
                <w:rFonts w:cs="Arial"/>
              </w:rPr>
              <w:t>AF/I</w:t>
            </w:r>
          </w:p>
          <w:p w14:paraId="42ED4450" w14:textId="77777777" w:rsidR="005C0924" w:rsidRPr="00723EFF" w:rsidRDefault="005C0924" w:rsidP="00655E1F">
            <w:pPr>
              <w:jc w:val="center"/>
              <w:rPr>
                <w:rFonts w:cs="Arial"/>
              </w:rPr>
            </w:pPr>
          </w:p>
          <w:p w14:paraId="23629505" w14:textId="77777777" w:rsidR="005C0924" w:rsidRPr="00723EFF" w:rsidRDefault="005C0924" w:rsidP="00655E1F">
            <w:pPr>
              <w:jc w:val="center"/>
              <w:rPr>
                <w:rFonts w:cs="Arial"/>
              </w:rPr>
            </w:pPr>
          </w:p>
          <w:p w14:paraId="17FBA022" w14:textId="77777777" w:rsidR="005C0924" w:rsidRPr="00723EFF" w:rsidRDefault="005C0924" w:rsidP="00655E1F">
            <w:pPr>
              <w:rPr>
                <w:rFonts w:cs="Arial"/>
              </w:rPr>
            </w:pPr>
          </w:p>
          <w:p w14:paraId="2B3AFE7C" w14:textId="77777777" w:rsidR="005C0924" w:rsidRPr="00723EFF" w:rsidRDefault="005C0924" w:rsidP="00655E1F">
            <w:pPr>
              <w:jc w:val="center"/>
              <w:rPr>
                <w:rFonts w:cs="Arial"/>
              </w:rPr>
            </w:pPr>
          </w:p>
          <w:p w14:paraId="1141B57D" w14:textId="77777777" w:rsidR="005C0924" w:rsidRPr="00723EFF" w:rsidRDefault="005C0924" w:rsidP="00655E1F">
            <w:pPr>
              <w:jc w:val="center"/>
              <w:rPr>
                <w:rFonts w:cs="Arial"/>
              </w:rPr>
            </w:pPr>
            <w:r w:rsidRPr="00723EFF">
              <w:rPr>
                <w:rFonts w:cs="Arial"/>
              </w:rPr>
              <w:t>AF/I</w:t>
            </w:r>
          </w:p>
          <w:p w14:paraId="20DC391B" w14:textId="77777777" w:rsidR="005C0924" w:rsidRPr="00723EFF" w:rsidRDefault="005C0924" w:rsidP="00655E1F">
            <w:pPr>
              <w:jc w:val="center"/>
              <w:rPr>
                <w:rFonts w:cs="Arial"/>
              </w:rPr>
            </w:pPr>
          </w:p>
          <w:p w14:paraId="3B87793B" w14:textId="77777777" w:rsidR="005C0924" w:rsidRPr="00723EFF" w:rsidRDefault="005C0924" w:rsidP="00655E1F">
            <w:pPr>
              <w:jc w:val="center"/>
              <w:rPr>
                <w:rFonts w:cs="Arial"/>
              </w:rPr>
            </w:pPr>
          </w:p>
          <w:p w14:paraId="57429DA8" w14:textId="77777777" w:rsidR="005C0924" w:rsidRPr="00723EFF" w:rsidRDefault="005C0924" w:rsidP="00655E1F">
            <w:pPr>
              <w:jc w:val="center"/>
              <w:rPr>
                <w:rFonts w:cs="Arial"/>
              </w:rPr>
            </w:pPr>
            <w:r w:rsidRPr="00723EFF">
              <w:rPr>
                <w:rFonts w:cs="Arial"/>
              </w:rPr>
              <w:t>AF/I</w:t>
            </w:r>
          </w:p>
          <w:p w14:paraId="31A70BFA" w14:textId="77777777" w:rsidR="005C0924" w:rsidRPr="00723EFF" w:rsidRDefault="005C0924" w:rsidP="00655E1F">
            <w:pPr>
              <w:rPr>
                <w:rFonts w:cs="Arial"/>
              </w:rPr>
            </w:pPr>
          </w:p>
          <w:p w14:paraId="70833668" w14:textId="77777777" w:rsidR="005C0924" w:rsidRPr="00723EFF" w:rsidRDefault="005C0924" w:rsidP="00655E1F">
            <w:pPr>
              <w:jc w:val="center"/>
              <w:rPr>
                <w:rFonts w:cs="Arial"/>
              </w:rPr>
            </w:pPr>
          </w:p>
          <w:p w14:paraId="74CB23A5" w14:textId="77777777" w:rsidR="005C0924" w:rsidRPr="00723EFF" w:rsidRDefault="005C0924" w:rsidP="00655E1F">
            <w:pPr>
              <w:jc w:val="center"/>
              <w:rPr>
                <w:rFonts w:cs="Arial"/>
              </w:rPr>
            </w:pPr>
          </w:p>
          <w:p w14:paraId="3023787D" w14:textId="77777777" w:rsidR="005C0924" w:rsidRPr="00723EFF" w:rsidRDefault="005C0924" w:rsidP="00655E1F">
            <w:pPr>
              <w:jc w:val="center"/>
              <w:rPr>
                <w:rFonts w:cs="Arial"/>
              </w:rPr>
            </w:pPr>
            <w:r w:rsidRPr="00723EFF">
              <w:rPr>
                <w:rFonts w:cs="Arial"/>
              </w:rPr>
              <w:t>AF/I</w:t>
            </w:r>
          </w:p>
          <w:p w14:paraId="5BD21D83" w14:textId="77777777" w:rsidR="005C0924" w:rsidRPr="00723EFF" w:rsidRDefault="005C0924" w:rsidP="00655E1F">
            <w:pPr>
              <w:jc w:val="center"/>
              <w:rPr>
                <w:rFonts w:cs="Arial"/>
              </w:rPr>
            </w:pPr>
          </w:p>
          <w:p w14:paraId="26C31D15" w14:textId="77777777" w:rsidR="005C0924" w:rsidRDefault="005C0924" w:rsidP="00655E1F">
            <w:pPr>
              <w:jc w:val="center"/>
              <w:rPr>
                <w:rFonts w:cs="Arial"/>
              </w:rPr>
            </w:pPr>
          </w:p>
          <w:p w14:paraId="263F7716" w14:textId="77777777" w:rsidR="005C0924" w:rsidRPr="00723EFF" w:rsidRDefault="005C0924" w:rsidP="00655E1F">
            <w:pPr>
              <w:jc w:val="center"/>
              <w:rPr>
                <w:rFonts w:cs="Arial"/>
              </w:rPr>
            </w:pPr>
          </w:p>
          <w:p w14:paraId="6BC85344" w14:textId="77777777" w:rsidR="005C0924" w:rsidRPr="00723EFF" w:rsidRDefault="005C0924" w:rsidP="00655E1F">
            <w:pPr>
              <w:jc w:val="center"/>
              <w:rPr>
                <w:rFonts w:cs="Arial"/>
              </w:rPr>
            </w:pPr>
            <w:r w:rsidRPr="00723EFF">
              <w:rPr>
                <w:rFonts w:cs="Arial"/>
              </w:rPr>
              <w:t>AF/I</w:t>
            </w:r>
          </w:p>
          <w:p w14:paraId="7F2F5475" w14:textId="77777777" w:rsidR="005C0924" w:rsidRPr="00723EFF" w:rsidRDefault="005C0924" w:rsidP="00655E1F">
            <w:pPr>
              <w:jc w:val="center"/>
              <w:rPr>
                <w:rFonts w:cs="Arial"/>
              </w:rPr>
            </w:pPr>
          </w:p>
          <w:p w14:paraId="55C7F6FA" w14:textId="77777777" w:rsidR="005C0924" w:rsidRPr="00723EFF" w:rsidRDefault="005C0924" w:rsidP="00655E1F">
            <w:pPr>
              <w:rPr>
                <w:rFonts w:cs="Arial"/>
              </w:rPr>
            </w:pPr>
          </w:p>
          <w:p w14:paraId="735AB301" w14:textId="77777777" w:rsidR="005C0924" w:rsidRPr="00723EFF" w:rsidRDefault="005C0924" w:rsidP="00655E1F">
            <w:pPr>
              <w:jc w:val="center"/>
              <w:rPr>
                <w:rFonts w:cs="Arial"/>
              </w:rPr>
            </w:pPr>
          </w:p>
          <w:p w14:paraId="79921390" w14:textId="77777777" w:rsidR="005C0924" w:rsidRPr="00723EFF" w:rsidRDefault="005C0924" w:rsidP="00655E1F">
            <w:pPr>
              <w:rPr>
                <w:rFonts w:cs="Arial"/>
              </w:rPr>
            </w:pPr>
          </w:p>
          <w:p w14:paraId="74057239" w14:textId="77777777" w:rsidR="005C0924" w:rsidRPr="00723EFF" w:rsidRDefault="005C0924" w:rsidP="00655E1F">
            <w:pPr>
              <w:jc w:val="center"/>
              <w:rPr>
                <w:rFonts w:cs="Arial"/>
              </w:rPr>
            </w:pPr>
            <w:r w:rsidRPr="00723EFF">
              <w:rPr>
                <w:rFonts w:cs="Arial"/>
              </w:rPr>
              <w:t>AF/I</w:t>
            </w:r>
          </w:p>
          <w:p w14:paraId="0FFBD8BD" w14:textId="77777777" w:rsidR="005C0924" w:rsidRPr="00723EFF" w:rsidRDefault="005C0924" w:rsidP="00655E1F">
            <w:pPr>
              <w:jc w:val="center"/>
              <w:rPr>
                <w:rFonts w:cs="Arial"/>
              </w:rPr>
            </w:pPr>
          </w:p>
          <w:p w14:paraId="4BB69104" w14:textId="77777777" w:rsidR="005C0924" w:rsidRPr="00723EFF" w:rsidRDefault="005C0924" w:rsidP="00655E1F">
            <w:pPr>
              <w:jc w:val="center"/>
              <w:rPr>
                <w:rFonts w:cs="Arial"/>
              </w:rPr>
            </w:pPr>
          </w:p>
          <w:p w14:paraId="35E635CC" w14:textId="77777777" w:rsidR="005C0924" w:rsidRPr="00723EFF" w:rsidRDefault="005C0924" w:rsidP="00655E1F">
            <w:pPr>
              <w:jc w:val="center"/>
              <w:rPr>
                <w:rFonts w:cs="Arial"/>
              </w:rPr>
            </w:pPr>
          </w:p>
          <w:p w14:paraId="5BAAA9CD" w14:textId="77777777" w:rsidR="005C0924" w:rsidRPr="00723EFF" w:rsidRDefault="005C0924" w:rsidP="00655E1F">
            <w:pPr>
              <w:jc w:val="center"/>
              <w:rPr>
                <w:rFonts w:cs="Arial"/>
              </w:rPr>
            </w:pPr>
          </w:p>
          <w:p w14:paraId="3D40FD62" w14:textId="77777777" w:rsidR="005C0924" w:rsidRPr="00723EFF" w:rsidRDefault="005C0924" w:rsidP="00655E1F">
            <w:pPr>
              <w:jc w:val="center"/>
              <w:rPr>
                <w:rFonts w:cs="Arial"/>
              </w:rPr>
            </w:pPr>
          </w:p>
        </w:tc>
      </w:tr>
      <w:tr w:rsidR="005C0924" w:rsidRPr="00723EFF" w14:paraId="1A92A1C8" w14:textId="77777777" w:rsidTr="00655E1F">
        <w:tc>
          <w:tcPr>
            <w:tcW w:w="6805" w:type="dxa"/>
            <w:tcBorders>
              <w:top w:val="single" w:sz="6" w:space="0" w:color="auto"/>
              <w:left w:val="single" w:sz="6" w:space="0" w:color="auto"/>
              <w:bottom w:val="single" w:sz="6" w:space="0" w:color="auto"/>
              <w:right w:val="single" w:sz="6" w:space="0" w:color="auto"/>
            </w:tcBorders>
          </w:tcPr>
          <w:p w14:paraId="5D644BD4" w14:textId="77777777" w:rsidR="005C0924" w:rsidRPr="007C1741" w:rsidRDefault="005C0924" w:rsidP="00655E1F">
            <w:pPr>
              <w:rPr>
                <w:rFonts w:cs="Arial"/>
                <w:color w:val="000000"/>
              </w:rPr>
            </w:pPr>
            <w:r w:rsidRPr="007C1741">
              <w:rPr>
                <w:rFonts w:cs="Arial"/>
                <w:b/>
                <w:color w:val="000000"/>
              </w:rPr>
              <w:lastRenderedPageBreak/>
              <w:t>Personal Style and Behaviour</w:t>
            </w:r>
          </w:p>
        </w:tc>
        <w:tc>
          <w:tcPr>
            <w:tcW w:w="1701" w:type="dxa"/>
            <w:tcBorders>
              <w:top w:val="single" w:sz="6" w:space="0" w:color="auto"/>
              <w:left w:val="single" w:sz="6" w:space="0" w:color="auto"/>
              <w:bottom w:val="single" w:sz="6" w:space="0" w:color="auto"/>
              <w:right w:val="single" w:sz="6" w:space="0" w:color="auto"/>
            </w:tcBorders>
          </w:tcPr>
          <w:p w14:paraId="6BBDF096" w14:textId="77777777" w:rsidR="005C0924" w:rsidRPr="007C1741" w:rsidRDefault="005C0924" w:rsidP="00655E1F">
            <w:pPr>
              <w:jc w:val="center"/>
              <w:rPr>
                <w:rFonts w:cs="Arial"/>
                <w:color w:val="000000"/>
              </w:rPr>
            </w:pPr>
          </w:p>
        </w:tc>
        <w:tc>
          <w:tcPr>
            <w:tcW w:w="1701" w:type="dxa"/>
            <w:tcBorders>
              <w:top w:val="single" w:sz="6" w:space="0" w:color="auto"/>
              <w:left w:val="single" w:sz="6" w:space="0" w:color="auto"/>
              <w:bottom w:val="single" w:sz="6" w:space="0" w:color="auto"/>
              <w:right w:val="single" w:sz="6" w:space="0" w:color="auto"/>
            </w:tcBorders>
          </w:tcPr>
          <w:p w14:paraId="70C3975C" w14:textId="77777777" w:rsidR="005C0924" w:rsidRPr="007C1741" w:rsidRDefault="005C0924" w:rsidP="00655E1F">
            <w:pPr>
              <w:jc w:val="center"/>
              <w:rPr>
                <w:rFonts w:cs="Arial"/>
                <w:color w:val="000000"/>
              </w:rPr>
            </w:pPr>
          </w:p>
        </w:tc>
      </w:tr>
      <w:tr w:rsidR="005C0924" w:rsidRPr="00723EFF" w14:paraId="04AAB694" w14:textId="77777777" w:rsidTr="00655E1F">
        <w:tc>
          <w:tcPr>
            <w:tcW w:w="6805" w:type="dxa"/>
            <w:tcBorders>
              <w:top w:val="single" w:sz="6" w:space="0" w:color="auto"/>
              <w:left w:val="single" w:sz="6" w:space="0" w:color="auto"/>
              <w:bottom w:val="single" w:sz="6" w:space="0" w:color="auto"/>
              <w:right w:val="single" w:sz="6" w:space="0" w:color="auto"/>
            </w:tcBorders>
          </w:tcPr>
          <w:p w14:paraId="065524CA" w14:textId="77777777" w:rsidR="005C0924" w:rsidRPr="007C1741" w:rsidRDefault="005C0924" w:rsidP="00655E1F">
            <w:pPr>
              <w:pStyle w:val="ListParagraph"/>
              <w:ind w:left="316"/>
              <w:rPr>
                <w:rFonts w:cs="Arial"/>
                <w:color w:val="000000"/>
              </w:rPr>
            </w:pPr>
          </w:p>
          <w:p w14:paraId="0B711687" w14:textId="77777777" w:rsidR="005C0924" w:rsidRPr="007C1741" w:rsidRDefault="005C0924" w:rsidP="00C15CEE">
            <w:pPr>
              <w:pStyle w:val="ListParagraph"/>
              <w:numPr>
                <w:ilvl w:val="0"/>
                <w:numId w:val="28"/>
              </w:numPr>
              <w:ind w:left="316" w:hanging="283"/>
              <w:rPr>
                <w:rFonts w:cs="Arial"/>
                <w:color w:val="000000"/>
              </w:rPr>
            </w:pPr>
            <w:r w:rsidRPr="007C1741">
              <w:rPr>
                <w:rFonts w:cs="Arial"/>
                <w:color w:val="000000"/>
              </w:rPr>
              <w:t>A passion for translating data into useful insight.</w:t>
            </w:r>
          </w:p>
          <w:p w14:paraId="0C79F4EA" w14:textId="77777777" w:rsidR="005C0924" w:rsidRPr="007C1741" w:rsidRDefault="005C0924" w:rsidP="00655E1F">
            <w:pPr>
              <w:pStyle w:val="ListParagraph"/>
              <w:ind w:left="316"/>
              <w:rPr>
                <w:rFonts w:cs="Arial"/>
                <w:color w:val="000000"/>
              </w:rPr>
            </w:pPr>
          </w:p>
          <w:p w14:paraId="3DB56D81" w14:textId="77777777" w:rsidR="005C0924" w:rsidRPr="001153F8" w:rsidRDefault="005C0924" w:rsidP="00C15CEE">
            <w:pPr>
              <w:pStyle w:val="ListParagraph"/>
              <w:numPr>
                <w:ilvl w:val="0"/>
                <w:numId w:val="28"/>
              </w:numPr>
              <w:ind w:left="316" w:hanging="283"/>
              <w:rPr>
                <w:rFonts w:cs="Arial"/>
                <w:color w:val="000000"/>
              </w:rPr>
            </w:pPr>
            <w:r w:rsidRPr="007C1741">
              <w:rPr>
                <w:rFonts w:cs="Arial"/>
                <w:color w:val="000000"/>
              </w:rPr>
              <w:t>Motivated, optimistic, and enthusiastic with the ability to respond to challenge and not be discouraged.</w:t>
            </w:r>
          </w:p>
          <w:p w14:paraId="7436C60D" w14:textId="77777777" w:rsidR="005C0924" w:rsidRPr="007C1741" w:rsidRDefault="005C0924" w:rsidP="00C15CEE">
            <w:pPr>
              <w:pStyle w:val="ListParagraph"/>
              <w:numPr>
                <w:ilvl w:val="0"/>
                <w:numId w:val="28"/>
              </w:numPr>
              <w:ind w:left="316" w:hanging="283"/>
              <w:rPr>
                <w:rFonts w:cs="Arial"/>
                <w:color w:val="000000"/>
              </w:rPr>
            </w:pPr>
            <w:r w:rsidRPr="007C1741">
              <w:rPr>
                <w:rFonts w:cs="Arial"/>
                <w:color w:val="000000"/>
              </w:rPr>
              <w:t>An inclusive team worker, able to work with others and in a collaborative manner.</w:t>
            </w:r>
          </w:p>
        </w:tc>
        <w:tc>
          <w:tcPr>
            <w:tcW w:w="1701" w:type="dxa"/>
            <w:tcBorders>
              <w:top w:val="single" w:sz="6" w:space="0" w:color="auto"/>
              <w:left w:val="single" w:sz="6" w:space="0" w:color="auto"/>
              <w:bottom w:val="single" w:sz="6" w:space="0" w:color="auto"/>
              <w:right w:val="single" w:sz="6" w:space="0" w:color="auto"/>
            </w:tcBorders>
          </w:tcPr>
          <w:p w14:paraId="7458D8E8" w14:textId="77777777" w:rsidR="005C0924" w:rsidRPr="007C1741" w:rsidRDefault="005C0924" w:rsidP="00655E1F">
            <w:pPr>
              <w:jc w:val="center"/>
              <w:rPr>
                <w:rFonts w:cs="Arial"/>
                <w:color w:val="000000"/>
              </w:rPr>
            </w:pPr>
          </w:p>
          <w:p w14:paraId="0F86239C" w14:textId="77777777" w:rsidR="005C0924" w:rsidRPr="007C1741" w:rsidRDefault="005C0924" w:rsidP="00655E1F">
            <w:pPr>
              <w:jc w:val="center"/>
              <w:rPr>
                <w:rFonts w:cs="Arial"/>
                <w:color w:val="000000"/>
              </w:rPr>
            </w:pPr>
            <w:r w:rsidRPr="007C1741">
              <w:rPr>
                <w:rFonts w:cs="Arial"/>
                <w:color w:val="000000"/>
              </w:rPr>
              <w:t>E</w:t>
            </w:r>
          </w:p>
          <w:p w14:paraId="2810DDBB" w14:textId="77777777" w:rsidR="005C0924" w:rsidRPr="007C1741" w:rsidRDefault="005C0924" w:rsidP="00655E1F">
            <w:pPr>
              <w:jc w:val="center"/>
              <w:rPr>
                <w:rFonts w:cs="Arial"/>
                <w:color w:val="000000"/>
              </w:rPr>
            </w:pPr>
          </w:p>
          <w:p w14:paraId="2A172268" w14:textId="77777777" w:rsidR="005C0924" w:rsidRPr="007C1741" w:rsidRDefault="005C0924" w:rsidP="00655E1F">
            <w:pPr>
              <w:jc w:val="center"/>
              <w:rPr>
                <w:rFonts w:cs="Arial"/>
                <w:color w:val="000000"/>
              </w:rPr>
            </w:pPr>
          </w:p>
          <w:p w14:paraId="548FB098" w14:textId="77777777" w:rsidR="005C0924" w:rsidRPr="007C1741" w:rsidRDefault="005C0924" w:rsidP="00655E1F">
            <w:pPr>
              <w:jc w:val="center"/>
              <w:rPr>
                <w:rFonts w:cs="Arial"/>
                <w:color w:val="000000"/>
              </w:rPr>
            </w:pPr>
            <w:r w:rsidRPr="007C1741">
              <w:rPr>
                <w:rFonts w:cs="Arial"/>
                <w:color w:val="000000"/>
              </w:rPr>
              <w:t>E</w:t>
            </w:r>
          </w:p>
          <w:p w14:paraId="277695A1" w14:textId="77777777" w:rsidR="005C0924" w:rsidRPr="007C1741" w:rsidRDefault="005C0924" w:rsidP="00655E1F">
            <w:pPr>
              <w:jc w:val="center"/>
              <w:rPr>
                <w:rFonts w:cs="Arial"/>
                <w:color w:val="000000"/>
              </w:rPr>
            </w:pPr>
          </w:p>
          <w:p w14:paraId="0B57163C" w14:textId="77777777" w:rsidR="005C0924" w:rsidRPr="007C1741" w:rsidRDefault="005C0924" w:rsidP="00655E1F">
            <w:pPr>
              <w:jc w:val="center"/>
              <w:rPr>
                <w:rFonts w:cs="Arial"/>
                <w:color w:val="000000"/>
              </w:rPr>
            </w:pPr>
          </w:p>
          <w:p w14:paraId="26FCBFFC" w14:textId="77777777" w:rsidR="005C0924" w:rsidRPr="007C1741" w:rsidRDefault="005C0924" w:rsidP="00655E1F">
            <w:pPr>
              <w:jc w:val="center"/>
              <w:rPr>
                <w:rFonts w:cs="Arial"/>
                <w:color w:val="000000"/>
              </w:rPr>
            </w:pPr>
            <w:r w:rsidRPr="007C1741">
              <w:rPr>
                <w:rFonts w:cs="Arial"/>
                <w:color w:val="000000"/>
              </w:rPr>
              <w:t>E</w:t>
            </w:r>
          </w:p>
          <w:p w14:paraId="495DE543" w14:textId="77777777" w:rsidR="005C0924" w:rsidRPr="007C1741" w:rsidRDefault="005C0924" w:rsidP="00655E1F">
            <w:pPr>
              <w:jc w:val="center"/>
              <w:rPr>
                <w:rFonts w:cs="Arial"/>
                <w:color w:val="000000"/>
              </w:rPr>
            </w:pPr>
          </w:p>
          <w:p w14:paraId="32311674" w14:textId="77777777" w:rsidR="005C0924" w:rsidRPr="007C1741" w:rsidRDefault="005C0924" w:rsidP="00655E1F">
            <w:pPr>
              <w:jc w:val="center"/>
              <w:rPr>
                <w:rFonts w:cs="Arial"/>
                <w:color w:val="000000"/>
              </w:rPr>
            </w:pPr>
          </w:p>
          <w:p w14:paraId="20373530" w14:textId="77777777" w:rsidR="005C0924" w:rsidRPr="007C1741" w:rsidRDefault="005C0924" w:rsidP="00655E1F">
            <w:pPr>
              <w:jc w:val="center"/>
              <w:rPr>
                <w:rFonts w:cs="Arial"/>
                <w:color w:val="000000"/>
              </w:rPr>
            </w:pPr>
          </w:p>
        </w:tc>
        <w:tc>
          <w:tcPr>
            <w:tcW w:w="1701" w:type="dxa"/>
            <w:tcBorders>
              <w:top w:val="single" w:sz="6" w:space="0" w:color="auto"/>
              <w:left w:val="single" w:sz="6" w:space="0" w:color="auto"/>
              <w:bottom w:val="single" w:sz="6" w:space="0" w:color="auto"/>
              <w:right w:val="single" w:sz="6" w:space="0" w:color="auto"/>
            </w:tcBorders>
          </w:tcPr>
          <w:p w14:paraId="01002C23" w14:textId="77777777" w:rsidR="005C0924" w:rsidRPr="007C1741" w:rsidRDefault="005C0924" w:rsidP="00655E1F">
            <w:pPr>
              <w:jc w:val="center"/>
              <w:rPr>
                <w:rFonts w:cs="Arial"/>
                <w:color w:val="000000"/>
              </w:rPr>
            </w:pPr>
          </w:p>
          <w:p w14:paraId="7EA9E8F1" w14:textId="77777777" w:rsidR="005C0924" w:rsidRPr="007C1741" w:rsidRDefault="005C0924" w:rsidP="00655E1F">
            <w:pPr>
              <w:jc w:val="center"/>
              <w:rPr>
                <w:rFonts w:cs="Arial"/>
                <w:color w:val="000000"/>
              </w:rPr>
            </w:pPr>
            <w:r w:rsidRPr="007C1741">
              <w:rPr>
                <w:rFonts w:cs="Arial"/>
                <w:color w:val="000000"/>
              </w:rPr>
              <w:t>AF/I</w:t>
            </w:r>
          </w:p>
          <w:p w14:paraId="575A6887" w14:textId="77777777" w:rsidR="005C0924" w:rsidRPr="007C1741" w:rsidRDefault="005C0924" w:rsidP="00655E1F">
            <w:pPr>
              <w:jc w:val="center"/>
              <w:rPr>
                <w:rFonts w:cs="Arial"/>
                <w:color w:val="000000"/>
              </w:rPr>
            </w:pPr>
          </w:p>
          <w:p w14:paraId="4268D58A" w14:textId="77777777" w:rsidR="005C0924" w:rsidRPr="007C1741" w:rsidRDefault="005C0924" w:rsidP="00655E1F">
            <w:pPr>
              <w:jc w:val="center"/>
              <w:rPr>
                <w:rFonts w:cs="Arial"/>
                <w:color w:val="000000"/>
              </w:rPr>
            </w:pPr>
          </w:p>
          <w:p w14:paraId="4AD4E872" w14:textId="77777777" w:rsidR="005C0924" w:rsidRPr="007C1741" w:rsidRDefault="005C0924" w:rsidP="00655E1F">
            <w:pPr>
              <w:jc w:val="center"/>
              <w:rPr>
                <w:rFonts w:cs="Arial"/>
                <w:color w:val="000000"/>
              </w:rPr>
            </w:pPr>
            <w:r w:rsidRPr="007C1741">
              <w:rPr>
                <w:rFonts w:cs="Arial"/>
                <w:color w:val="000000"/>
              </w:rPr>
              <w:t>AF/I</w:t>
            </w:r>
          </w:p>
          <w:p w14:paraId="64E64B08" w14:textId="77777777" w:rsidR="005C0924" w:rsidRPr="007C1741" w:rsidRDefault="005C0924" w:rsidP="00655E1F">
            <w:pPr>
              <w:jc w:val="center"/>
              <w:rPr>
                <w:rFonts w:cs="Arial"/>
                <w:color w:val="000000"/>
              </w:rPr>
            </w:pPr>
          </w:p>
          <w:p w14:paraId="71D96824" w14:textId="77777777" w:rsidR="005C0924" w:rsidRPr="007C1741" w:rsidRDefault="005C0924" w:rsidP="00655E1F">
            <w:pPr>
              <w:jc w:val="center"/>
              <w:rPr>
                <w:rFonts w:cs="Arial"/>
                <w:color w:val="000000"/>
              </w:rPr>
            </w:pPr>
          </w:p>
          <w:p w14:paraId="3C7D1F0B" w14:textId="77777777" w:rsidR="005C0924" w:rsidRPr="007C1741" w:rsidRDefault="005C0924" w:rsidP="00655E1F">
            <w:pPr>
              <w:jc w:val="center"/>
              <w:rPr>
                <w:rFonts w:cs="Arial"/>
                <w:color w:val="000000"/>
              </w:rPr>
            </w:pPr>
            <w:r w:rsidRPr="007C1741">
              <w:rPr>
                <w:rFonts w:cs="Arial"/>
                <w:color w:val="000000"/>
              </w:rPr>
              <w:t>AF/I</w:t>
            </w:r>
          </w:p>
          <w:p w14:paraId="271CCD7A" w14:textId="77777777" w:rsidR="005C0924" w:rsidRPr="007C1741" w:rsidRDefault="005C0924" w:rsidP="00655E1F">
            <w:pPr>
              <w:jc w:val="center"/>
              <w:rPr>
                <w:rFonts w:cs="Arial"/>
                <w:color w:val="000000"/>
              </w:rPr>
            </w:pPr>
          </w:p>
          <w:p w14:paraId="17038B0D" w14:textId="77777777" w:rsidR="005C0924" w:rsidRPr="007C1741" w:rsidRDefault="005C0924" w:rsidP="00655E1F">
            <w:pPr>
              <w:jc w:val="center"/>
              <w:rPr>
                <w:rFonts w:cs="Arial"/>
                <w:color w:val="000000"/>
              </w:rPr>
            </w:pPr>
          </w:p>
          <w:p w14:paraId="7DFA415E" w14:textId="77777777" w:rsidR="005C0924" w:rsidRPr="007C1741" w:rsidRDefault="005C0924" w:rsidP="00655E1F">
            <w:pPr>
              <w:rPr>
                <w:rFonts w:cs="Arial"/>
                <w:color w:val="000000"/>
              </w:rPr>
            </w:pPr>
          </w:p>
        </w:tc>
      </w:tr>
      <w:tr w:rsidR="005C0924" w:rsidRPr="00723EFF" w14:paraId="49B6BE72" w14:textId="77777777" w:rsidTr="00655E1F">
        <w:tc>
          <w:tcPr>
            <w:tcW w:w="6805" w:type="dxa"/>
            <w:tcBorders>
              <w:top w:val="single" w:sz="6" w:space="0" w:color="auto"/>
              <w:left w:val="single" w:sz="6" w:space="0" w:color="auto"/>
              <w:bottom w:val="single" w:sz="6" w:space="0" w:color="auto"/>
              <w:right w:val="single" w:sz="6" w:space="0" w:color="auto"/>
            </w:tcBorders>
          </w:tcPr>
          <w:p w14:paraId="242AEFF5" w14:textId="77777777" w:rsidR="005C0924" w:rsidRPr="007C1741" w:rsidRDefault="005C0924" w:rsidP="00655E1F">
            <w:pPr>
              <w:ind w:left="720" w:hanging="720"/>
              <w:rPr>
                <w:rFonts w:cs="Arial"/>
                <w:b/>
                <w:color w:val="000000"/>
              </w:rPr>
            </w:pPr>
            <w:r w:rsidRPr="007C1741">
              <w:rPr>
                <w:rFonts w:cs="Arial"/>
                <w:b/>
                <w:color w:val="000000"/>
              </w:rPr>
              <w:t>Other/Special Requirements</w:t>
            </w:r>
          </w:p>
        </w:tc>
        <w:tc>
          <w:tcPr>
            <w:tcW w:w="1701" w:type="dxa"/>
            <w:tcBorders>
              <w:top w:val="single" w:sz="6" w:space="0" w:color="auto"/>
              <w:left w:val="single" w:sz="6" w:space="0" w:color="auto"/>
              <w:bottom w:val="single" w:sz="6" w:space="0" w:color="auto"/>
              <w:right w:val="single" w:sz="6" w:space="0" w:color="auto"/>
            </w:tcBorders>
          </w:tcPr>
          <w:p w14:paraId="1E445995" w14:textId="77777777" w:rsidR="005C0924" w:rsidRPr="007C1741" w:rsidRDefault="005C0924" w:rsidP="00655E1F">
            <w:pPr>
              <w:rPr>
                <w:rFonts w:cs="Arial"/>
                <w:color w:val="000000"/>
              </w:rPr>
            </w:pPr>
          </w:p>
        </w:tc>
        <w:tc>
          <w:tcPr>
            <w:tcW w:w="1701" w:type="dxa"/>
            <w:tcBorders>
              <w:top w:val="single" w:sz="6" w:space="0" w:color="auto"/>
              <w:left w:val="single" w:sz="6" w:space="0" w:color="auto"/>
              <w:bottom w:val="single" w:sz="6" w:space="0" w:color="auto"/>
              <w:right w:val="single" w:sz="6" w:space="0" w:color="auto"/>
            </w:tcBorders>
          </w:tcPr>
          <w:p w14:paraId="3F2D58DC" w14:textId="77777777" w:rsidR="005C0924" w:rsidRPr="007C1741" w:rsidRDefault="005C0924" w:rsidP="00655E1F">
            <w:pPr>
              <w:rPr>
                <w:rFonts w:cs="Arial"/>
                <w:color w:val="000000"/>
              </w:rPr>
            </w:pPr>
          </w:p>
        </w:tc>
      </w:tr>
      <w:tr w:rsidR="005C0924" w:rsidRPr="00723EFF" w14:paraId="00CC1610" w14:textId="77777777" w:rsidTr="00655E1F">
        <w:tc>
          <w:tcPr>
            <w:tcW w:w="6805" w:type="dxa"/>
            <w:tcBorders>
              <w:top w:val="single" w:sz="6" w:space="0" w:color="auto"/>
              <w:left w:val="single" w:sz="6" w:space="0" w:color="auto"/>
              <w:bottom w:val="single" w:sz="6" w:space="0" w:color="auto"/>
              <w:right w:val="single" w:sz="6" w:space="0" w:color="auto"/>
            </w:tcBorders>
          </w:tcPr>
          <w:p w14:paraId="02B5030B" w14:textId="77777777" w:rsidR="005C0924" w:rsidRPr="007C1741" w:rsidRDefault="005C0924" w:rsidP="00655E1F">
            <w:pPr>
              <w:pStyle w:val="ListParagraph"/>
              <w:ind w:left="319"/>
              <w:rPr>
                <w:rFonts w:cs="Arial"/>
                <w:b/>
                <w:color w:val="000000"/>
                <w:u w:val="single"/>
              </w:rPr>
            </w:pPr>
          </w:p>
          <w:p w14:paraId="7542787C" w14:textId="77777777" w:rsidR="005C0924" w:rsidRPr="007C1741" w:rsidRDefault="005C0924" w:rsidP="00C15CEE">
            <w:pPr>
              <w:pStyle w:val="ListParagraph"/>
              <w:numPr>
                <w:ilvl w:val="0"/>
                <w:numId w:val="30"/>
              </w:numPr>
              <w:rPr>
                <w:rFonts w:cs="Arial"/>
                <w:b/>
                <w:color w:val="000000"/>
                <w:u w:val="single"/>
              </w:rPr>
            </w:pPr>
            <w:r w:rsidRPr="007C1741">
              <w:rPr>
                <w:rFonts w:cs="Arial"/>
                <w:color w:val="000000"/>
              </w:rPr>
              <w:t>Must have a 5-year checkable work/school record.</w:t>
            </w:r>
          </w:p>
          <w:p w14:paraId="121535CC" w14:textId="77777777" w:rsidR="005C0924" w:rsidRPr="007C1741" w:rsidRDefault="005C0924" w:rsidP="00655E1F">
            <w:pPr>
              <w:pStyle w:val="ListParagraph"/>
              <w:rPr>
                <w:rFonts w:cs="Arial"/>
                <w:b/>
                <w:color w:val="000000"/>
                <w:u w:val="single"/>
              </w:rPr>
            </w:pPr>
          </w:p>
          <w:p w14:paraId="52BD8A2E" w14:textId="77777777" w:rsidR="005C0924" w:rsidRPr="001153F8" w:rsidRDefault="005C0924" w:rsidP="00C15CEE">
            <w:pPr>
              <w:pStyle w:val="ListParagraph"/>
              <w:numPr>
                <w:ilvl w:val="0"/>
                <w:numId w:val="29"/>
              </w:numPr>
              <w:rPr>
                <w:rFonts w:cs="Arial"/>
                <w:bCs/>
                <w:color w:val="000000"/>
              </w:rPr>
            </w:pPr>
            <w:r w:rsidRPr="007C1741">
              <w:rPr>
                <w:rFonts w:cs="Arial"/>
                <w:bCs/>
                <w:color w:val="000000"/>
              </w:rPr>
              <w:t>Acceptance for the post will depend upon the successful completion of vetting to BS7858 Standard.</w:t>
            </w:r>
          </w:p>
        </w:tc>
        <w:tc>
          <w:tcPr>
            <w:tcW w:w="1701" w:type="dxa"/>
            <w:tcBorders>
              <w:top w:val="single" w:sz="6" w:space="0" w:color="auto"/>
              <w:left w:val="single" w:sz="6" w:space="0" w:color="auto"/>
              <w:bottom w:val="single" w:sz="6" w:space="0" w:color="auto"/>
              <w:right w:val="single" w:sz="6" w:space="0" w:color="auto"/>
            </w:tcBorders>
          </w:tcPr>
          <w:p w14:paraId="4C6AF3F5" w14:textId="77777777" w:rsidR="005C0924" w:rsidRPr="007C1741" w:rsidRDefault="005C0924" w:rsidP="00655E1F">
            <w:pPr>
              <w:jc w:val="center"/>
              <w:rPr>
                <w:rFonts w:cs="Arial"/>
                <w:color w:val="000000"/>
              </w:rPr>
            </w:pPr>
          </w:p>
          <w:p w14:paraId="3E1DD166" w14:textId="77777777" w:rsidR="005C0924" w:rsidRPr="007C1741" w:rsidRDefault="005C0924" w:rsidP="00655E1F">
            <w:pPr>
              <w:jc w:val="center"/>
              <w:rPr>
                <w:rFonts w:cs="Arial"/>
                <w:color w:val="000000"/>
              </w:rPr>
            </w:pPr>
            <w:r w:rsidRPr="007C1741">
              <w:rPr>
                <w:rFonts w:cs="Arial"/>
                <w:color w:val="000000"/>
              </w:rPr>
              <w:t>E</w:t>
            </w:r>
          </w:p>
          <w:p w14:paraId="18F71644" w14:textId="77777777" w:rsidR="005C0924" w:rsidRPr="007C1741" w:rsidRDefault="005C0924" w:rsidP="00655E1F">
            <w:pPr>
              <w:jc w:val="center"/>
              <w:rPr>
                <w:rFonts w:cs="Arial"/>
                <w:color w:val="000000"/>
              </w:rPr>
            </w:pPr>
          </w:p>
          <w:p w14:paraId="5A1DEADF" w14:textId="77777777" w:rsidR="005C0924" w:rsidRPr="007C1741" w:rsidRDefault="005C0924" w:rsidP="00655E1F">
            <w:pPr>
              <w:jc w:val="center"/>
              <w:rPr>
                <w:rFonts w:cs="Arial"/>
                <w:color w:val="000000"/>
              </w:rPr>
            </w:pPr>
          </w:p>
          <w:p w14:paraId="48C84161" w14:textId="77777777" w:rsidR="005C0924" w:rsidRPr="007C1741" w:rsidRDefault="005C0924" w:rsidP="00655E1F">
            <w:pPr>
              <w:jc w:val="center"/>
              <w:rPr>
                <w:rFonts w:cs="Arial"/>
                <w:color w:val="000000"/>
              </w:rPr>
            </w:pPr>
            <w:r w:rsidRPr="007C1741">
              <w:rPr>
                <w:rFonts w:cs="Arial"/>
                <w:color w:val="000000"/>
              </w:rPr>
              <w:t>E</w:t>
            </w:r>
          </w:p>
          <w:p w14:paraId="4581144F" w14:textId="77777777" w:rsidR="005C0924" w:rsidRPr="007C1741" w:rsidRDefault="005C0924" w:rsidP="00655E1F">
            <w:pPr>
              <w:jc w:val="center"/>
              <w:rPr>
                <w:rFonts w:cs="Arial"/>
                <w:color w:val="000000"/>
              </w:rPr>
            </w:pPr>
          </w:p>
          <w:p w14:paraId="03F4EE06" w14:textId="77777777" w:rsidR="005C0924" w:rsidRPr="007C1741" w:rsidRDefault="005C0924" w:rsidP="00655E1F">
            <w:pPr>
              <w:jc w:val="center"/>
              <w:rPr>
                <w:rFonts w:cs="Arial"/>
                <w:color w:val="000000"/>
              </w:rPr>
            </w:pPr>
          </w:p>
          <w:p w14:paraId="665C0F0E" w14:textId="77777777" w:rsidR="005C0924" w:rsidRPr="007C1741" w:rsidRDefault="005C0924" w:rsidP="00655E1F">
            <w:pPr>
              <w:jc w:val="center"/>
              <w:rPr>
                <w:rFonts w:cs="Arial"/>
                <w:color w:val="000000"/>
              </w:rPr>
            </w:pPr>
          </w:p>
        </w:tc>
        <w:tc>
          <w:tcPr>
            <w:tcW w:w="1701" w:type="dxa"/>
            <w:tcBorders>
              <w:top w:val="single" w:sz="6" w:space="0" w:color="auto"/>
              <w:left w:val="single" w:sz="6" w:space="0" w:color="auto"/>
              <w:bottom w:val="single" w:sz="6" w:space="0" w:color="auto"/>
              <w:right w:val="single" w:sz="6" w:space="0" w:color="auto"/>
            </w:tcBorders>
          </w:tcPr>
          <w:p w14:paraId="74BA72BC" w14:textId="77777777" w:rsidR="005C0924" w:rsidRPr="007C1741" w:rsidRDefault="005C0924" w:rsidP="00655E1F">
            <w:pPr>
              <w:jc w:val="center"/>
              <w:rPr>
                <w:rFonts w:cs="Arial"/>
                <w:color w:val="000000"/>
              </w:rPr>
            </w:pPr>
          </w:p>
          <w:p w14:paraId="2FD090A8" w14:textId="77777777" w:rsidR="005C0924" w:rsidRPr="007C1741" w:rsidRDefault="005C0924" w:rsidP="00655E1F">
            <w:pPr>
              <w:jc w:val="center"/>
              <w:rPr>
                <w:rFonts w:cs="Arial"/>
                <w:color w:val="000000"/>
              </w:rPr>
            </w:pPr>
            <w:r w:rsidRPr="007C1741">
              <w:rPr>
                <w:rFonts w:cs="Arial"/>
                <w:color w:val="000000"/>
              </w:rPr>
              <w:t>AF/I</w:t>
            </w:r>
          </w:p>
          <w:p w14:paraId="6F4A4855" w14:textId="77777777" w:rsidR="005C0924" w:rsidRPr="007C1741" w:rsidRDefault="005C0924" w:rsidP="00655E1F">
            <w:pPr>
              <w:jc w:val="center"/>
              <w:rPr>
                <w:rFonts w:cs="Arial"/>
                <w:color w:val="000000"/>
              </w:rPr>
            </w:pPr>
          </w:p>
          <w:p w14:paraId="0FC5D3C7" w14:textId="77777777" w:rsidR="005C0924" w:rsidRPr="007C1741" w:rsidRDefault="005C0924" w:rsidP="00655E1F">
            <w:pPr>
              <w:jc w:val="center"/>
              <w:rPr>
                <w:rFonts w:cs="Arial"/>
                <w:color w:val="000000"/>
              </w:rPr>
            </w:pPr>
          </w:p>
          <w:p w14:paraId="335A262D" w14:textId="77777777" w:rsidR="005C0924" w:rsidRPr="007C1741" w:rsidRDefault="005C0924" w:rsidP="00655E1F">
            <w:pPr>
              <w:jc w:val="center"/>
              <w:rPr>
                <w:rFonts w:cs="Arial"/>
                <w:color w:val="000000"/>
              </w:rPr>
            </w:pPr>
            <w:r w:rsidRPr="007C1741">
              <w:rPr>
                <w:rFonts w:cs="Arial"/>
                <w:color w:val="000000"/>
              </w:rPr>
              <w:t>AF/C</w:t>
            </w:r>
          </w:p>
          <w:p w14:paraId="24775E9F" w14:textId="77777777" w:rsidR="005C0924" w:rsidRPr="007C1741" w:rsidRDefault="005C0924" w:rsidP="00655E1F">
            <w:pPr>
              <w:jc w:val="center"/>
              <w:rPr>
                <w:rFonts w:cs="Arial"/>
                <w:color w:val="000000"/>
              </w:rPr>
            </w:pPr>
          </w:p>
          <w:p w14:paraId="1275BE2D" w14:textId="77777777" w:rsidR="005C0924" w:rsidRPr="007C1741" w:rsidRDefault="005C0924" w:rsidP="00655E1F">
            <w:pPr>
              <w:jc w:val="center"/>
              <w:rPr>
                <w:rFonts w:cs="Arial"/>
                <w:color w:val="000000"/>
              </w:rPr>
            </w:pPr>
          </w:p>
          <w:p w14:paraId="4A0D719B" w14:textId="77777777" w:rsidR="005C0924" w:rsidRPr="007C1741" w:rsidRDefault="005C0924" w:rsidP="00655E1F">
            <w:pPr>
              <w:rPr>
                <w:rFonts w:cs="Arial"/>
                <w:color w:val="000000"/>
              </w:rPr>
            </w:pPr>
          </w:p>
        </w:tc>
      </w:tr>
    </w:tbl>
    <w:p w14:paraId="3077139E" w14:textId="77777777" w:rsidR="005C0924" w:rsidRDefault="005C0924" w:rsidP="005C0924">
      <w:pPr>
        <w:rPr>
          <w:b/>
        </w:rPr>
      </w:pPr>
    </w:p>
    <w:p w14:paraId="633869E4" w14:textId="77777777" w:rsidR="005C0924" w:rsidRDefault="005C0924" w:rsidP="005C0924">
      <w:pPr>
        <w:rPr>
          <w:b/>
        </w:rPr>
      </w:pPr>
    </w:p>
    <w:p w14:paraId="06433ED7" w14:textId="77777777" w:rsidR="005C0924" w:rsidRDefault="005C0924" w:rsidP="005C0924">
      <w:pPr>
        <w:rPr>
          <w:b/>
        </w:rPr>
      </w:pPr>
    </w:p>
    <w:p w14:paraId="5CCE6238" w14:textId="77777777" w:rsidR="005C0924" w:rsidRDefault="005C0924" w:rsidP="005C0924"/>
    <w:p w14:paraId="749AED4F" w14:textId="77777777" w:rsidR="005C0924" w:rsidRDefault="005C0924" w:rsidP="005C0924">
      <w:r>
        <w:t>AF=application form</w:t>
      </w:r>
      <w:r>
        <w:tab/>
        <w:t>C=certificate</w:t>
      </w:r>
      <w:r>
        <w:tab/>
        <w:t>I=interview</w:t>
      </w:r>
    </w:p>
    <w:p w14:paraId="768EF046" w14:textId="77777777" w:rsidR="005C0924" w:rsidRPr="000D399F" w:rsidRDefault="005C0924" w:rsidP="005C0924"/>
    <w:p w14:paraId="705007BF" w14:textId="1BD2436C" w:rsidR="002E7AA9" w:rsidRDefault="002E7AA9" w:rsidP="005C0924"/>
    <w:sectPr w:rsidR="002E7AA9" w:rsidSect="00F24918">
      <w:headerReference w:type="default" r:id="rId30"/>
      <w:footerReference w:type="default" r:id="rId3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B92DA" w14:textId="77777777" w:rsidR="002158EC" w:rsidRPr="00A665FC" w:rsidRDefault="002158EC">
      <w:pPr>
        <w:spacing w:after="0" w:line="240" w:lineRule="auto"/>
      </w:pPr>
      <w:r w:rsidRPr="00A665FC">
        <w:separator/>
      </w:r>
    </w:p>
  </w:endnote>
  <w:endnote w:type="continuationSeparator" w:id="0">
    <w:p w14:paraId="41E77D2F" w14:textId="77777777" w:rsidR="002158EC" w:rsidRPr="00A665FC" w:rsidRDefault="002158EC">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3287D" w14:textId="77777777" w:rsidR="002158EC" w:rsidRPr="00A665FC" w:rsidRDefault="002158EC">
      <w:pPr>
        <w:spacing w:after="0" w:line="240" w:lineRule="auto"/>
      </w:pPr>
      <w:r w:rsidRPr="00A665FC">
        <w:separator/>
      </w:r>
    </w:p>
  </w:footnote>
  <w:footnote w:type="continuationSeparator" w:id="0">
    <w:p w14:paraId="78E1D908" w14:textId="77777777" w:rsidR="002158EC" w:rsidRPr="00A665FC" w:rsidRDefault="002158EC">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B01C43"/>
    <w:multiLevelType w:val="hybridMultilevel"/>
    <w:tmpl w:val="D8A49A8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F87E2E"/>
    <w:multiLevelType w:val="hybridMultilevel"/>
    <w:tmpl w:val="EC4A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224412"/>
    <w:multiLevelType w:val="hybridMultilevel"/>
    <w:tmpl w:val="4A02A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AE2218"/>
    <w:multiLevelType w:val="hybridMultilevel"/>
    <w:tmpl w:val="3312C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715D38"/>
    <w:multiLevelType w:val="hybridMultilevel"/>
    <w:tmpl w:val="DDACA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DD77FA"/>
    <w:multiLevelType w:val="hybridMultilevel"/>
    <w:tmpl w:val="EBD29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801AF3"/>
    <w:multiLevelType w:val="hybridMultilevel"/>
    <w:tmpl w:val="F984F0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5C364D"/>
    <w:multiLevelType w:val="multilevel"/>
    <w:tmpl w:val="B30A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F168B3"/>
    <w:multiLevelType w:val="hybridMultilevel"/>
    <w:tmpl w:val="B46AD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23"/>
  </w:num>
  <w:num w:numId="8" w16cid:durableId="96677921">
    <w:abstractNumId w:val="25"/>
  </w:num>
  <w:num w:numId="9" w16cid:durableId="1885943946">
    <w:abstractNumId w:val="11"/>
  </w:num>
  <w:num w:numId="10" w16cid:durableId="2102799240">
    <w:abstractNumId w:val="20"/>
  </w:num>
  <w:num w:numId="11" w16cid:durableId="486483934">
    <w:abstractNumId w:val="17"/>
  </w:num>
  <w:num w:numId="12" w16cid:durableId="1548644970">
    <w:abstractNumId w:val="14"/>
  </w:num>
  <w:num w:numId="13" w16cid:durableId="939293694">
    <w:abstractNumId w:val="29"/>
  </w:num>
  <w:num w:numId="14" w16cid:durableId="1370958176">
    <w:abstractNumId w:val="18"/>
  </w:num>
  <w:num w:numId="15" w16cid:durableId="1811945182">
    <w:abstractNumId w:val="13"/>
  </w:num>
  <w:num w:numId="16" w16cid:durableId="752121699">
    <w:abstractNumId w:val="27"/>
  </w:num>
  <w:num w:numId="17" w16cid:durableId="728764366">
    <w:abstractNumId w:val="22"/>
  </w:num>
  <w:num w:numId="18" w16cid:durableId="903369946">
    <w:abstractNumId w:val="7"/>
  </w:num>
  <w:num w:numId="19" w16cid:durableId="1916547196">
    <w:abstractNumId w:val="30"/>
  </w:num>
  <w:num w:numId="20" w16cid:durableId="1313756109">
    <w:abstractNumId w:val="15"/>
  </w:num>
  <w:num w:numId="21" w16cid:durableId="580675113">
    <w:abstractNumId w:val="16"/>
  </w:num>
  <w:num w:numId="22" w16cid:durableId="1158957881">
    <w:abstractNumId w:val="28"/>
  </w:num>
  <w:num w:numId="23" w16cid:durableId="1517885159">
    <w:abstractNumId w:val="8"/>
  </w:num>
  <w:num w:numId="24" w16cid:durableId="444233552">
    <w:abstractNumId w:val="26"/>
  </w:num>
  <w:num w:numId="25" w16cid:durableId="998768714">
    <w:abstractNumId w:val="6"/>
  </w:num>
  <w:num w:numId="26" w16cid:durableId="870722510">
    <w:abstractNumId w:val="21"/>
  </w:num>
  <w:num w:numId="27" w16cid:durableId="649135509">
    <w:abstractNumId w:val="31"/>
  </w:num>
  <w:num w:numId="28" w16cid:durableId="1443719203">
    <w:abstractNumId w:val="10"/>
  </w:num>
  <w:num w:numId="29" w16cid:durableId="1122459608">
    <w:abstractNumId w:val="9"/>
  </w:num>
  <w:num w:numId="30" w16cid:durableId="649867603">
    <w:abstractNumId w:val="19"/>
  </w:num>
  <w:num w:numId="31" w16cid:durableId="1105687818">
    <w:abstractNumId w:val="12"/>
  </w:num>
  <w:num w:numId="32" w16cid:durableId="1379087236">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24DDE"/>
    <w:rsid w:val="00032434"/>
    <w:rsid w:val="00034616"/>
    <w:rsid w:val="00035335"/>
    <w:rsid w:val="0004753D"/>
    <w:rsid w:val="00050895"/>
    <w:rsid w:val="00057216"/>
    <w:rsid w:val="0006063C"/>
    <w:rsid w:val="00073C50"/>
    <w:rsid w:val="00074692"/>
    <w:rsid w:val="000812B6"/>
    <w:rsid w:val="00081A7D"/>
    <w:rsid w:val="00085B78"/>
    <w:rsid w:val="00096AC7"/>
    <w:rsid w:val="000A1196"/>
    <w:rsid w:val="000A1D22"/>
    <w:rsid w:val="000A7FC7"/>
    <w:rsid w:val="000B3B22"/>
    <w:rsid w:val="000E441C"/>
    <w:rsid w:val="000E7316"/>
    <w:rsid w:val="0010147F"/>
    <w:rsid w:val="00104A3C"/>
    <w:rsid w:val="001115BF"/>
    <w:rsid w:val="00115BE7"/>
    <w:rsid w:val="00122490"/>
    <w:rsid w:val="00125EEB"/>
    <w:rsid w:val="001303A8"/>
    <w:rsid w:val="00143869"/>
    <w:rsid w:val="0015074B"/>
    <w:rsid w:val="00160D75"/>
    <w:rsid w:val="00166387"/>
    <w:rsid w:val="00170274"/>
    <w:rsid w:val="001735DF"/>
    <w:rsid w:val="001743EB"/>
    <w:rsid w:val="00175C79"/>
    <w:rsid w:val="00187F29"/>
    <w:rsid w:val="001A3735"/>
    <w:rsid w:val="001A7573"/>
    <w:rsid w:val="001B2341"/>
    <w:rsid w:val="001B5028"/>
    <w:rsid w:val="001B5148"/>
    <w:rsid w:val="001C3FC7"/>
    <w:rsid w:val="001D6147"/>
    <w:rsid w:val="001E7F31"/>
    <w:rsid w:val="001F18BD"/>
    <w:rsid w:val="001F2C43"/>
    <w:rsid w:val="002130A3"/>
    <w:rsid w:val="002158EC"/>
    <w:rsid w:val="00221AB6"/>
    <w:rsid w:val="002250F4"/>
    <w:rsid w:val="002259DC"/>
    <w:rsid w:val="002319BA"/>
    <w:rsid w:val="002329E8"/>
    <w:rsid w:val="00244137"/>
    <w:rsid w:val="00245435"/>
    <w:rsid w:val="00256DD6"/>
    <w:rsid w:val="00256DEF"/>
    <w:rsid w:val="00260C8D"/>
    <w:rsid w:val="00267DAC"/>
    <w:rsid w:val="00282ABC"/>
    <w:rsid w:val="0028529D"/>
    <w:rsid w:val="00295E96"/>
    <w:rsid w:val="0029639D"/>
    <w:rsid w:val="002B35AD"/>
    <w:rsid w:val="002C1C8D"/>
    <w:rsid w:val="002C25F6"/>
    <w:rsid w:val="002C43EB"/>
    <w:rsid w:val="002D0CE4"/>
    <w:rsid w:val="002E2684"/>
    <w:rsid w:val="002E6044"/>
    <w:rsid w:val="002E7AA9"/>
    <w:rsid w:val="002F39DE"/>
    <w:rsid w:val="002F62C2"/>
    <w:rsid w:val="002F759F"/>
    <w:rsid w:val="00300AAC"/>
    <w:rsid w:val="00302B7E"/>
    <w:rsid w:val="00304C45"/>
    <w:rsid w:val="003106E4"/>
    <w:rsid w:val="00316999"/>
    <w:rsid w:val="00316C51"/>
    <w:rsid w:val="00317E97"/>
    <w:rsid w:val="00321FB4"/>
    <w:rsid w:val="003234D7"/>
    <w:rsid w:val="0032696B"/>
    <w:rsid w:val="00326F90"/>
    <w:rsid w:val="003328AA"/>
    <w:rsid w:val="00341A53"/>
    <w:rsid w:val="00343262"/>
    <w:rsid w:val="00351C2D"/>
    <w:rsid w:val="0035256F"/>
    <w:rsid w:val="00353820"/>
    <w:rsid w:val="00361C81"/>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B2419"/>
    <w:rsid w:val="003B272C"/>
    <w:rsid w:val="003B7A2D"/>
    <w:rsid w:val="003C54F2"/>
    <w:rsid w:val="003D356B"/>
    <w:rsid w:val="003D439B"/>
    <w:rsid w:val="003E25CB"/>
    <w:rsid w:val="003E2B31"/>
    <w:rsid w:val="003E54C5"/>
    <w:rsid w:val="003E7D49"/>
    <w:rsid w:val="003F3C25"/>
    <w:rsid w:val="004009C4"/>
    <w:rsid w:val="00402A02"/>
    <w:rsid w:val="004031C7"/>
    <w:rsid w:val="00412AF7"/>
    <w:rsid w:val="004130D9"/>
    <w:rsid w:val="0041539A"/>
    <w:rsid w:val="00422961"/>
    <w:rsid w:val="0043131B"/>
    <w:rsid w:val="00442354"/>
    <w:rsid w:val="00447431"/>
    <w:rsid w:val="00454E02"/>
    <w:rsid w:val="00455516"/>
    <w:rsid w:val="004617C1"/>
    <w:rsid w:val="004622E6"/>
    <w:rsid w:val="004625E5"/>
    <w:rsid w:val="00463B70"/>
    <w:rsid w:val="00466195"/>
    <w:rsid w:val="00467746"/>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C2FB4"/>
    <w:rsid w:val="004C354C"/>
    <w:rsid w:val="004D4ECE"/>
    <w:rsid w:val="004D7153"/>
    <w:rsid w:val="004E027F"/>
    <w:rsid w:val="004E05B7"/>
    <w:rsid w:val="004E277B"/>
    <w:rsid w:val="004E2F2D"/>
    <w:rsid w:val="004E42C8"/>
    <w:rsid w:val="004E443C"/>
    <w:rsid w:val="004E55FD"/>
    <w:rsid w:val="004E6A75"/>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31F43"/>
    <w:rsid w:val="00536407"/>
    <w:rsid w:val="00547C3F"/>
    <w:rsid w:val="00547F72"/>
    <w:rsid w:val="00557DAF"/>
    <w:rsid w:val="00560F73"/>
    <w:rsid w:val="00561405"/>
    <w:rsid w:val="0056452B"/>
    <w:rsid w:val="00565B5D"/>
    <w:rsid w:val="005715A1"/>
    <w:rsid w:val="00571B76"/>
    <w:rsid w:val="00575170"/>
    <w:rsid w:val="0057534E"/>
    <w:rsid w:val="00580173"/>
    <w:rsid w:val="0058344C"/>
    <w:rsid w:val="00592C51"/>
    <w:rsid w:val="005A7576"/>
    <w:rsid w:val="005B50D4"/>
    <w:rsid w:val="005B5848"/>
    <w:rsid w:val="005B5AF1"/>
    <w:rsid w:val="005B5FF7"/>
    <w:rsid w:val="005C0924"/>
    <w:rsid w:val="005C098F"/>
    <w:rsid w:val="005C1F40"/>
    <w:rsid w:val="005C7CED"/>
    <w:rsid w:val="005D7F83"/>
    <w:rsid w:val="005E287F"/>
    <w:rsid w:val="005E401A"/>
    <w:rsid w:val="005E5084"/>
    <w:rsid w:val="005F3F2A"/>
    <w:rsid w:val="00615836"/>
    <w:rsid w:val="0061762B"/>
    <w:rsid w:val="00620F56"/>
    <w:rsid w:val="0062339D"/>
    <w:rsid w:val="0062565B"/>
    <w:rsid w:val="006301CE"/>
    <w:rsid w:val="00633980"/>
    <w:rsid w:val="00634ABD"/>
    <w:rsid w:val="00634AF2"/>
    <w:rsid w:val="00644E3D"/>
    <w:rsid w:val="00647EE9"/>
    <w:rsid w:val="00651D5D"/>
    <w:rsid w:val="006537C0"/>
    <w:rsid w:val="0065794C"/>
    <w:rsid w:val="006614A6"/>
    <w:rsid w:val="00661922"/>
    <w:rsid w:val="00667A1D"/>
    <w:rsid w:val="00670B2F"/>
    <w:rsid w:val="00671606"/>
    <w:rsid w:val="006732FD"/>
    <w:rsid w:val="00680CB4"/>
    <w:rsid w:val="00683667"/>
    <w:rsid w:val="006852CF"/>
    <w:rsid w:val="00685A24"/>
    <w:rsid w:val="0068627F"/>
    <w:rsid w:val="00690F29"/>
    <w:rsid w:val="00691A35"/>
    <w:rsid w:val="00697B51"/>
    <w:rsid w:val="006A06DF"/>
    <w:rsid w:val="006A087D"/>
    <w:rsid w:val="006A1601"/>
    <w:rsid w:val="006A52BC"/>
    <w:rsid w:val="006A699C"/>
    <w:rsid w:val="006B1224"/>
    <w:rsid w:val="006B2DE2"/>
    <w:rsid w:val="006B3689"/>
    <w:rsid w:val="006B6008"/>
    <w:rsid w:val="006C339D"/>
    <w:rsid w:val="006C3A5F"/>
    <w:rsid w:val="006D52B0"/>
    <w:rsid w:val="006D7018"/>
    <w:rsid w:val="006E1DDF"/>
    <w:rsid w:val="006F1699"/>
    <w:rsid w:val="006F7222"/>
    <w:rsid w:val="006F7369"/>
    <w:rsid w:val="00702067"/>
    <w:rsid w:val="00713D70"/>
    <w:rsid w:val="0072213A"/>
    <w:rsid w:val="00723800"/>
    <w:rsid w:val="0073474E"/>
    <w:rsid w:val="00735FBE"/>
    <w:rsid w:val="007403DC"/>
    <w:rsid w:val="00744FBD"/>
    <w:rsid w:val="00745BBD"/>
    <w:rsid w:val="0075036B"/>
    <w:rsid w:val="00757885"/>
    <w:rsid w:val="00765EE2"/>
    <w:rsid w:val="00765EE9"/>
    <w:rsid w:val="007679B6"/>
    <w:rsid w:val="00770A28"/>
    <w:rsid w:val="0078048B"/>
    <w:rsid w:val="00786243"/>
    <w:rsid w:val="00786C35"/>
    <w:rsid w:val="00793F32"/>
    <w:rsid w:val="007963C9"/>
    <w:rsid w:val="007A6574"/>
    <w:rsid w:val="007B5705"/>
    <w:rsid w:val="007C0416"/>
    <w:rsid w:val="007C2243"/>
    <w:rsid w:val="007C6702"/>
    <w:rsid w:val="007C7D15"/>
    <w:rsid w:val="007D61B3"/>
    <w:rsid w:val="007D78DA"/>
    <w:rsid w:val="007E0B7D"/>
    <w:rsid w:val="007E4461"/>
    <w:rsid w:val="007E451A"/>
    <w:rsid w:val="007F06D6"/>
    <w:rsid w:val="007F39F9"/>
    <w:rsid w:val="00805318"/>
    <w:rsid w:val="00810273"/>
    <w:rsid w:val="008110B0"/>
    <w:rsid w:val="008117DF"/>
    <w:rsid w:val="00822870"/>
    <w:rsid w:val="00823294"/>
    <w:rsid w:val="00827FB8"/>
    <w:rsid w:val="008305C3"/>
    <w:rsid w:val="00833B16"/>
    <w:rsid w:val="00834382"/>
    <w:rsid w:val="00836676"/>
    <w:rsid w:val="00845349"/>
    <w:rsid w:val="00847C09"/>
    <w:rsid w:val="0085468D"/>
    <w:rsid w:val="00856E71"/>
    <w:rsid w:val="00865EED"/>
    <w:rsid w:val="00866E1F"/>
    <w:rsid w:val="008764D5"/>
    <w:rsid w:val="00891FF8"/>
    <w:rsid w:val="008A0BA7"/>
    <w:rsid w:val="008A10D1"/>
    <w:rsid w:val="008A2AD1"/>
    <w:rsid w:val="008A5F0E"/>
    <w:rsid w:val="008B7841"/>
    <w:rsid w:val="008C2CF8"/>
    <w:rsid w:val="008C49EE"/>
    <w:rsid w:val="008E3DA0"/>
    <w:rsid w:val="008E4D82"/>
    <w:rsid w:val="008E67AA"/>
    <w:rsid w:val="008E6995"/>
    <w:rsid w:val="008F290E"/>
    <w:rsid w:val="008F52F8"/>
    <w:rsid w:val="008F581E"/>
    <w:rsid w:val="008F6EDA"/>
    <w:rsid w:val="009008D4"/>
    <w:rsid w:val="00912962"/>
    <w:rsid w:val="00915045"/>
    <w:rsid w:val="00931578"/>
    <w:rsid w:val="00936534"/>
    <w:rsid w:val="00941DFC"/>
    <w:rsid w:val="009437BE"/>
    <w:rsid w:val="009443A8"/>
    <w:rsid w:val="00947E64"/>
    <w:rsid w:val="00965170"/>
    <w:rsid w:val="009725F0"/>
    <w:rsid w:val="009727A8"/>
    <w:rsid w:val="00972DD3"/>
    <w:rsid w:val="00974456"/>
    <w:rsid w:val="009773AD"/>
    <w:rsid w:val="00983AA1"/>
    <w:rsid w:val="009940B8"/>
    <w:rsid w:val="009A33C2"/>
    <w:rsid w:val="009A40A4"/>
    <w:rsid w:val="009A4A16"/>
    <w:rsid w:val="009A6CF7"/>
    <w:rsid w:val="009A71D2"/>
    <w:rsid w:val="009B2283"/>
    <w:rsid w:val="009B4131"/>
    <w:rsid w:val="009B5732"/>
    <w:rsid w:val="009B5C30"/>
    <w:rsid w:val="009C35C3"/>
    <w:rsid w:val="009C6212"/>
    <w:rsid w:val="009E153E"/>
    <w:rsid w:val="009E3909"/>
    <w:rsid w:val="009E6205"/>
    <w:rsid w:val="009F340D"/>
    <w:rsid w:val="009F37BF"/>
    <w:rsid w:val="00A071D1"/>
    <w:rsid w:val="00A07798"/>
    <w:rsid w:val="00A10897"/>
    <w:rsid w:val="00A11542"/>
    <w:rsid w:val="00A13477"/>
    <w:rsid w:val="00A14929"/>
    <w:rsid w:val="00A17918"/>
    <w:rsid w:val="00A20A2A"/>
    <w:rsid w:val="00A20E49"/>
    <w:rsid w:val="00A215EE"/>
    <w:rsid w:val="00A23323"/>
    <w:rsid w:val="00A236B7"/>
    <w:rsid w:val="00A23E23"/>
    <w:rsid w:val="00A256DE"/>
    <w:rsid w:val="00A26C17"/>
    <w:rsid w:val="00A373B0"/>
    <w:rsid w:val="00A532A1"/>
    <w:rsid w:val="00A55CFD"/>
    <w:rsid w:val="00A60A21"/>
    <w:rsid w:val="00A63AD3"/>
    <w:rsid w:val="00A64288"/>
    <w:rsid w:val="00A665FC"/>
    <w:rsid w:val="00A66D7A"/>
    <w:rsid w:val="00A77F26"/>
    <w:rsid w:val="00A83330"/>
    <w:rsid w:val="00A87104"/>
    <w:rsid w:val="00A91189"/>
    <w:rsid w:val="00A93EC9"/>
    <w:rsid w:val="00AA1D8D"/>
    <w:rsid w:val="00AA413C"/>
    <w:rsid w:val="00AB253B"/>
    <w:rsid w:val="00AC19E9"/>
    <w:rsid w:val="00AC1D67"/>
    <w:rsid w:val="00AD28C4"/>
    <w:rsid w:val="00AD39CD"/>
    <w:rsid w:val="00AD5B78"/>
    <w:rsid w:val="00AE37D0"/>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66C"/>
    <w:rsid w:val="00B357E0"/>
    <w:rsid w:val="00B36A0A"/>
    <w:rsid w:val="00B37171"/>
    <w:rsid w:val="00B42C12"/>
    <w:rsid w:val="00B47232"/>
    <w:rsid w:val="00B47730"/>
    <w:rsid w:val="00B548D0"/>
    <w:rsid w:val="00B55F74"/>
    <w:rsid w:val="00B5759E"/>
    <w:rsid w:val="00B60B4B"/>
    <w:rsid w:val="00B61F75"/>
    <w:rsid w:val="00B63941"/>
    <w:rsid w:val="00B64D8E"/>
    <w:rsid w:val="00B704A9"/>
    <w:rsid w:val="00B7139D"/>
    <w:rsid w:val="00B7578E"/>
    <w:rsid w:val="00B80F38"/>
    <w:rsid w:val="00B86534"/>
    <w:rsid w:val="00B93A75"/>
    <w:rsid w:val="00B9571B"/>
    <w:rsid w:val="00BA074D"/>
    <w:rsid w:val="00BC737D"/>
    <w:rsid w:val="00BD0475"/>
    <w:rsid w:val="00BD1C6B"/>
    <w:rsid w:val="00BD61C5"/>
    <w:rsid w:val="00BE052C"/>
    <w:rsid w:val="00BE0E7F"/>
    <w:rsid w:val="00BE392D"/>
    <w:rsid w:val="00BE409F"/>
    <w:rsid w:val="00BE466B"/>
    <w:rsid w:val="00BE670A"/>
    <w:rsid w:val="00BE6F6E"/>
    <w:rsid w:val="00BE7853"/>
    <w:rsid w:val="00C03FFC"/>
    <w:rsid w:val="00C10C81"/>
    <w:rsid w:val="00C12732"/>
    <w:rsid w:val="00C12D72"/>
    <w:rsid w:val="00C15CEE"/>
    <w:rsid w:val="00C16F45"/>
    <w:rsid w:val="00C21866"/>
    <w:rsid w:val="00C2193E"/>
    <w:rsid w:val="00C24D6C"/>
    <w:rsid w:val="00C250CE"/>
    <w:rsid w:val="00C37354"/>
    <w:rsid w:val="00C40829"/>
    <w:rsid w:val="00C41AA7"/>
    <w:rsid w:val="00C430C4"/>
    <w:rsid w:val="00C4462C"/>
    <w:rsid w:val="00C469EE"/>
    <w:rsid w:val="00C47990"/>
    <w:rsid w:val="00C55123"/>
    <w:rsid w:val="00C56AA1"/>
    <w:rsid w:val="00C67778"/>
    <w:rsid w:val="00C7120F"/>
    <w:rsid w:val="00C73E92"/>
    <w:rsid w:val="00C74CB6"/>
    <w:rsid w:val="00C77AF3"/>
    <w:rsid w:val="00C97E34"/>
    <w:rsid w:val="00CA1C57"/>
    <w:rsid w:val="00CA22A5"/>
    <w:rsid w:val="00CA2E18"/>
    <w:rsid w:val="00CA3CDC"/>
    <w:rsid w:val="00CA40E0"/>
    <w:rsid w:val="00CB0664"/>
    <w:rsid w:val="00CB1FFD"/>
    <w:rsid w:val="00CB4F6B"/>
    <w:rsid w:val="00CC1F55"/>
    <w:rsid w:val="00CD36EC"/>
    <w:rsid w:val="00CD7261"/>
    <w:rsid w:val="00CE28C7"/>
    <w:rsid w:val="00CE5365"/>
    <w:rsid w:val="00CE60B7"/>
    <w:rsid w:val="00CE7343"/>
    <w:rsid w:val="00CF361B"/>
    <w:rsid w:val="00CF74B7"/>
    <w:rsid w:val="00D01132"/>
    <w:rsid w:val="00D019F3"/>
    <w:rsid w:val="00D05D53"/>
    <w:rsid w:val="00D0670F"/>
    <w:rsid w:val="00D3132B"/>
    <w:rsid w:val="00D36951"/>
    <w:rsid w:val="00D4486B"/>
    <w:rsid w:val="00D44C3C"/>
    <w:rsid w:val="00D459EF"/>
    <w:rsid w:val="00D46EEC"/>
    <w:rsid w:val="00D513CC"/>
    <w:rsid w:val="00D51AF7"/>
    <w:rsid w:val="00D60732"/>
    <w:rsid w:val="00D61A9F"/>
    <w:rsid w:val="00D6429F"/>
    <w:rsid w:val="00D74891"/>
    <w:rsid w:val="00D74D8D"/>
    <w:rsid w:val="00D75D0D"/>
    <w:rsid w:val="00D769D0"/>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6FFA"/>
    <w:rsid w:val="00DC74D7"/>
    <w:rsid w:val="00DC7E31"/>
    <w:rsid w:val="00DF0022"/>
    <w:rsid w:val="00DF2249"/>
    <w:rsid w:val="00DF5712"/>
    <w:rsid w:val="00E13EB9"/>
    <w:rsid w:val="00E14684"/>
    <w:rsid w:val="00E16DB8"/>
    <w:rsid w:val="00E16F88"/>
    <w:rsid w:val="00E20BF1"/>
    <w:rsid w:val="00E364F4"/>
    <w:rsid w:val="00E41A4B"/>
    <w:rsid w:val="00E43A20"/>
    <w:rsid w:val="00E43C43"/>
    <w:rsid w:val="00E4473C"/>
    <w:rsid w:val="00E4716C"/>
    <w:rsid w:val="00E54416"/>
    <w:rsid w:val="00E54E38"/>
    <w:rsid w:val="00E55D71"/>
    <w:rsid w:val="00E62069"/>
    <w:rsid w:val="00E765FD"/>
    <w:rsid w:val="00E77BE2"/>
    <w:rsid w:val="00E853E8"/>
    <w:rsid w:val="00E909A8"/>
    <w:rsid w:val="00E9609A"/>
    <w:rsid w:val="00EB2F8B"/>
    <w:rsid w:val="00EB6227"/>
    <w:rsid w:val="00EB6794"/>
    <w:rsid w:val="00EC2252"/>
    <w:rsid w:val="00EC2E52"/>
    <w:rsid w:val="00EC2FD8"/>
    <w:rsid w:val="00EC3EC9"/>
    <w:rsid w:val="00ED0822"/>
    <w:rsid w:val="00ED09DC"/>
    <w:rsid w:val="00ED364B"/>
    <w:rsid w:val="00ED3BFD"/>
    <w:rsid w:val="00EE03CD"/>
    <w:rsid w:val="00EE523A"/>
    <w:rsid w:val="00F00525"/>
    <w:rsid w:val="00F04D83"/>
    <w:rsid w:val="00F1066D"/>
    <w:rsid w:val="00F1522F"/>
    <w:rsid w:val="00F21720"/>
    <w:rsid w:val="00F232C9"/>
    <w:rsid w:val="00F24918"/>
    <w:rsid w:val="00F30ED0"/>
    <w:rsid w:val="00F31573"/>
    <w:rsid w:val="00F31D49"/>
    <w:rsid w:val="00F348E4"/>
    <w:rsid w:val="00F34D5B"/>
    <w:rsid w:val="00F42FEF"/>
    <w:rsid w:val="00F47920"/>
    <w:rsid w:val="00F47DFF"/>
    <w:rsid w:val="00F556BD"/>
    <w:rsid w:val="00F61762"/>
    <w:rsid w:val="00F62591"/>
    <w:rsid w:val="00F64E7D"/>
    <w:rsid w:val="00F654E9"/>
    <w:rsid w:val="00F74424"/>
    <w:rsid w:val="00F7624F"/>
    <w:rsid w:val="00F8025B"/>
    <w:rsid w:val="00F82B0F"/>
    <w:rsid w:val="00F867D9"/>
    <w:rsid w:val="00F86ADF"/>
    <w:rsid w:val="00F9221C"/>
    <w:rsid w:val="00F933C1"/>
    <w:rsid w:val="00F97F83"/>
    <w:rsid w:val="00FA0576"/>
    <w:rsid w:val="00FA0900"/>
    <w:rsid w:val="00FA1CF6"/>
    <w:rsid w:val="00FA6C97"/>
    <w:rsid w:val="00FB01CC"/>
    <w:rsid w:val="00FB2749"/>
    <w:rsid w:val="00FB67D6"/>
    <w:rsid w:val="00FB71B1"/>
    <w:rsid w:val="00FC1FEE"/>
    <w:rsid w:val="00FC4661"/>
    <w:rsid w:val="00FC5D9A"/>
    <w:rsid w:val="00FC693F"/>
    <w:rsid w:val="00FD072C"/>
    <w:rsid w:val="00FD1A59"/>
    <w:rsid w:val="00FD1FC2"/>
    <w:rsid w:val="00FD5C8D"/>
    <w:rsid w:val="00FD64A1"/>
    <w:rsid w:val="00FE1E81"/>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 w:type="paragraph" w:customStyle="1" w:styleId="Default">
    <w:name w:val="Default"/>
    <w:rsid w:val="005C0924"/>
    <w:pPr>
      <w:autoSpaceDE w:val="0"/>
      <w:autoSpaceDN w:val="0"/>
      <w:adjustRightInd w:val="0"/>
      <w:spacing w:after="0" w:line="240" w:lineRule="auto"/>
    </w:pPr>
    <w:rPr>
      <w:rFonts w:ascii="Arial" w:eastAsia="Times New Roman"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www.sefton.gov.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hyperlink" Target="https://www.sefton.gov.uk/equality-consultation-and-accessibility/equality-diversity-and-inclusion-strategy/" TargetMode="Externa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image" Target="media/image14.png"/><Relationship Id="rId30" Type="http://schemas.openxmlformats.org/officeDocument/2006/relationships/header" Target="header2.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622B544BFB3F46B71EE46894A334CD" ma:contentTypeVersion="10" ma:contentTypeDescription="Create a new document." ma:contentTypeScope="" ma:versionID="4476bb4452daa2df73ac23542b6ecc5b">
  <xsd:schema xmlns:xsd="http://www.w3.org/2001/XMLSchema" xmlns:xs="http://www.w3.org/2001/XMLSchema" xmlns:p="http://schemas.microsoft.com/office/2006/metadata/properties" xmlns:ns2="ea61d964-536a-4dcf-aec6-501df2ee494f" xmlns:ns3="670afa1d-a7f9-44b4-a460-51003d80b92d" targetNamespace="http://schemas.microsoft.com/office/2006/metadata/properties" ma:root="true" ma:fieldsID="fe3c8c0ec444b513f81f3892db422332" ns2:_="" ns3:_="">
    <xsd:import namespace="ea61d964-536a-4dcf-aec6-501df2ee494f"/>
    <xsd:import namespace="670afa1d-a7f9-44b4-a460-51003d80b9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1d964-536a-4dcf-aec6-501df2ee494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9c33355-fce3-45d1-a84b-0d9f302f3339}" ma:internalName="TaxCatchAll" ma:showField="CatchAllData" ma:web="ea61d964-536a-4dcf-aec6-501df2ee49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0afa1d-a7f9-44b4-a460-51003d80b9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0afa1d-a7f9-44b4-a460-51003d80b92d">
      <Terms xmlns="http://schemas.microsoft.com/office/infopath/2007/PartnerControls"/>
    </lcf76f155ced4ddcb4097134ff3c332f>
    <TaxCatchAll xmlns="ea61d964-536a-4dcf-aec6-501df2ee494f" xsi:nil="true"/>
    <_dlc_DocId xmlns="ea61d964-536a-4dcf-aec6-501df2ee494f">EVCK45EHN4QW-1152294498-28534</_dlc_DocId>
    <_dlc_DocIdUrl xmlns="ea61d964-536a-4dcf-aec6-501df2ee494f">
      <Url>https://seftongovuk.sharepoint.com/sites/EmpSupport/THR/_layouts/15/DocIdRedir.aspx?ID=EVCK45EHN4QW-1152294498-28534</Url>
      <Description>EVCK45EHN4QW-1152294498-28534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FC5A010-5605-4A7C-933E-3705A9DD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1d964-536a-4dcf-aec6-501df2ee494f"/>
    <ds:schemaRef ds:uri="670afa1d-a7f9-44b4-a460-51003d80b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E0245581-A6A6-4C28-84E6-B9ACB6A7E8B5}">
  <ds:schemaRefs>
    <ds:schemaRef ds:uri="http://schemas.microsoft.com/office/2006/metadata/properties"/>
    <ds:schemaRef ds:uri="http://schemas.microsoft.com/office/infopath/2007/PartnerControls"/>
    <ds:schemaRef ds:uri="670afa1d-a7f9-44b4-a460-51003d80b92d"/>
    <ds:schemaRef ds:uri="ea61d964-536a-4dcf-aec6-501df2ee494f"/>
  </ds:schemaRefs>
</ds:datastoreItem>
</file>

<file path=customXml/itemProps4.xml><?xml version="1.0" encoding="utf-8"?>
<ds:datastoreItem xmlns:ds="http://schemas.openxmlformats.org/officeDocument/2006/customXml" ds:itemID="{A0C46145-960A-47B5-973B-80F89BA6F33D}">
  <ds:schemaRefs>
    <ds:schemaRef ds:uri="http://schemas.microsoft.com/sharepoint/v3/contenttype/forms"/>
  </ds:schemaRefs>
</ds:datastoreItem>
</file>

<file path=customXml/itemProps5.xml><?xml version="1.0" encoding="utf-8"?>
<ds:datastoreItem xmlns:ds="http://schemas.openxmlformats.org/officeDocument/2006/customXml" ds:itemID="{81FD4EE3-C44A-4CC9-BD40-79B62309837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2397</Words>
  <Characters>13664</Characters>
  <Application>Microsoft Office Word</Application>
  <DocSecurity>4</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16029</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Smith</cp:lastModifiedBy>
  <cp:revision>2</cp:revision>
  <cp:lastPrinted>2026-02-12T17:58:00Z</cp:lastPrinted>
  <dcterms:created xsi:type="dcterms:W3CDTF">2026-10-08T09:34:00Z</dcterms:created>
  <dcterms:modified xsi:type="dcterms:W3CDTF">2026-10-08T09:34:00Z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0x01010071622B544BFB3F46B71EE46894A334CD</vt:lpwstr>
  </property>
  <property fmtid="{D5CDD505-2E9C-101B-9397-08002B2CF9AE}" pid="3" name="_dlc_DocIdItemGuid">
    <vt:lpwstr>7ca66da9-0f96-4ab0-83ce-c6c98d6a1d51</vt:lpwstr>
  </property>
  <property fmtid="{D5CDD505-2E9C-101B-9397-08002B2CF9AE}" pid="4" name="MediaServiceImageTags">
    <vt:lpwstr/>
  </property>
</Properties>
</file>