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CEFB6" w14:textId="2C7193EA" w:rsidR="00282ABC" w:rsidRPr="00102762" w:rsidRDefault="00F348E4">
      <w:pPr>
        <w:rPr>
          <w:b/>
          <w:color w:val="0082BC"/>
          <w:sz w:val="48"/>
        </w:rPr>
      </w:pPr>
      <w:r w:rsidRPr="00102762">
        <w:rPr>
          <w:rFonts w:ascii="Times New Roman"/>
          <w:noProof/>
          <w:sz w:val="20"/>
        </w:rPr>
        <mc:AlternateContent>
          <mc:Choice Requires="wps">
            <w:drawing>
              <wp:anchor distT="0" distB="0" distL="114300" distR="114300" simplePos="0" relativeHeight="251658250" behindDoc="0" locked="0" layoutInCell="1" allowOverlap="1" wp14:anchorId="147BD200" wp14:editId="7CB074CE">
                <wp:simplePos x="0" y="0"/>
                <wp:positionH relativeFrom="margin">
                  <wp:posOffset>-790575</wp:posOffset>
                </wp:positionH>
                <wp:positionV relativeFrom="paragraph">
                  <wp:posOffset>-1022984</wp:posOffset>
                </wp:positionV>
                <wp:extent cx="7067550" cy="329565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7550" cy="3295650"/>
                        </a:xfrm>
                        <a:prstGeom prst="rect">
                          <a:avLst/>
                        </a:prstGeom>
                        <a:solidFill>
                          <a:srgbClr val="000000">
                            <a:alpha val="14999"/>
                          </a:srgbClr>
                        </a:solidFill>
                      </wps:spPr>
                      <wps:txbx>
                        <w:txbxContent>
                          <w:p w14:paraId="36B19816" w14:textId="77777777" w:rsidR="00522A66" w:rsidRDefault="00522A66" w:rsidP="006852CF">
                            <w:pPr>
                              <w:spacing w:line="1023" w:lineRule="exact"/>
                              <w:ind w:left="-13"/>
                              <w:jc w:val="center"/>
                              <w:rPr>
                                <w:rFonts w:ascii="Trebuchet MS"/>
                                <w:b/>
                                <w:color w:val="FFFFFF"/>
                                <w:spacing w:val="17"/>
                                <w:sz w:val="104"/>
                              </w:rPr>
                            </w:pPr>
                          </w:p>
                          <w:p w14:paraId="14DD0D91" w14:textId="23A8541E" w:rsidR="006852CF" w:rsidRPr="00A665FC" w:rsidRDefault="0018500E" w:rsidP="006852CF">
                            <w:pPr>
                              <w:spacing w:line="1023" w:lineRule="exact"/>
                              <w:ind w:left="-13"/>
                              <w:jc w:val="center"/>
                              <w:rPr>
                                <w:rFonts w:ascii="Trebuchet MS"/>
                                <w:b/>
                                <w:color w:val="FFFFFF"/>
                                <w:spacing w:val="17"/>
                                <w:sz w:val="104"/>
                              </w:rPr>
                            </w:pPr>
                            <w:r>
                              <w:rPr>
                                <w:rFonts w:ascii="Trebuchet MS"/>
                                <w:b/>
                                <w:color w:val="FFFFFF"/>
                                <w:spacing w:val="17"/>
                                <w:sz w:val="104"/>
                              </w:rPr>
                              <w:t>Residential Support Worker</w:t>
                            </w:r>
                          </w:p>
                          <w:p w14:paraId="6C5E8701" w14:textId="6DCF27D6"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47BD200" id="_x0000_t202" coordsize="21600,21600" o:spt="202" path="m,l,21600r21600,l21600,xe">
                <v:stroke joinstyle="miter"/>
                <v:path gradientshapeok="t" o:connecttype="rect"/>
              </v:shapetype>
              <v:shape id="Textbox 18" o:spid="_x0000_s1026" type="#_x0000_t202" style="position:absolute;margin-left:-62.25pt;margin-top:-80.55pt;width:556.5pt;height:259.5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" fillcolor="black" stroked="f">
                <v:fill opacity="9766f"/>
                <v:textbox inset="0,0,0,0">
                  <w:txbxContent>
                    <w:p w14:paraId="36B19816" w14:textId="77777777" w:rsidR="00522A66" w:rsidRDefault="00522A66" w:rsidP="006852CF">
                      <w:pPr>
                        <w:spacing w:line="1023" w:lineRule="exact"/>
                        <w:ind w:left="-13"/>
                        <w:jc w:val="center"/>
                        <w:rPr>
                          <w:rFonts w:ascii="Trebuchet MS"/>
                          <w:b/>
                          <w:color w:val="FFFFFF"/>
                          <w:spacing w:val="17"/>
                          <w:sz w:val="104"/>
                        </w:rPr>
                      </w:pPr>
                    </w:p>
                    <w:p w14:paraId="14DD0D91" w14:textId="23A8541E" w:rsidR="006852CF" w:rsidRPr="00A665FC" w:rsidRDefault="0018500E" w:rsidP="006852CF">
                      <w:pPr>
                        <w:spacing w:line="1023" w:lineRule="exact"/>
                        <w:ind w:left="-13"/>
                        <w:jc w:val="center"/>
                        <w:rPr>
                          <w:rFonts w:ascii="Trebuchet MS"/>
                          <w:b/>
                          <w:color w:val="FFFFFF"/>
                          <w:spacing w:val="17"/>
                          <w:sz w:val="104"/>
                        </w:rPr>
                      </w:pPr>
                      <w:r>
                        <w:rPr>
                          <w:rFonts w:ascii="Trebuchet MS"/>
                          <w:b/>
                          <w:color w:val="FFFFFF"/>
                          <w:spacing w:val="17"/>
                          <w:sz w:val="104"/>
                        </w:rPr>
                        <w:t>Residential Support Worker</w:t>
                      </w:r>
                    </w:p>
                    <w:p w14:paraId="6C5E8701" w14:textId="6DCF27D6"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v:textbox>
                <w10:wrap anchorx="margin"/>
              </v:shape>
            </w:pict>
          </mc:Fallback>
        </mc:AlternateContent>
      </w:r>
      <w:r w:rsidR="004E027F" w:rsidRPr="00102762">
        <w:rPr>
          <w:rFonts w:ascii="Trebuchet MS"/>
          <w:b/>
          <w:noProof/>
          <w:sz w:val="82"/>
        </w:rPr>
        <mc:AlternateContent>
          <mc:Choice Requires="wpg">
            <w:drawing>
              <wp:anchor distT="0" distB="0" distL="0" distR="0" simplePos="0" relativeHeight="251658263" behindDoc="1" locked="0" layoutInCell="1" allowOverlap="1" wp14:anchorId="4046DBE5" wp14:editId="0238D833">
                <wp:simplePos x="0" y="0"/>
                <wp:positionH relativeFrom="page">
                  <wp:posOffset>7705725</wp:posOffset>
                </wp:positionH>
                <wp:positionV relativeFrom="page">
                  <wp:posOffset>1400175</wp:posOffset>
                </wp:positionV>
                <wp:extent cx="7559675" cy="10691495"/>
                <wp:effectExtent l="0" t="0" r="3175" b="0"/>
                <wp:wrapNone/>
                <wp:docPr id="2094280039" name="Group 2094280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0691495"/>
                          <a:chOff x="0" y="0"/>
                          <a:chExt cx="7560309" cy="10692002"/>
                        </a:xfrm>
                      </wpg:grpSpPr>
                      <wps:wsp>
                        <wps:cNvPr id="1841262831" name="Graphic 20"/>
                        <wps:cNvSpPr/>
                        <wps:spPr>
                          <a:xfrm>
                            <a:off x="95128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C58C18"/>
                          </a:solidFill>
                        </wps:spPr>
                        <wps:bodyPr wrap="square" lIns="0" tIns="0" rIns="0" bIns="0" rtlCol="0">
                          <a:prstTxWarp prst="textNoShape">
                            <a:avLst/>
                          </a:prstTxWarp>
                          <a:noAutofit/>
                        </wps:bodyPr>
                      </wps:wsp>
                      <wps:wsp>
                        <wps:cNvPr id="946596282" name="Graphic 21"/>
                        <wps:cNvSpPr/>
                        <wps:spPr>
                          <a:xfrm>
                            <a:off x="177739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E8491B"/>
                          </a:solidFill>
                        </wps:spPr>
                        <wps:bodyPr wrap="square" lIns="0" tIns="0" rIns="0" bIns="0" rtlCol="0">
                          <a:prstTxWarp prst="textNoShape">
                            <a:avLst/>
                          </a:prstTxWarp>
                          <a:noAutofit/>
                        </wps:bodyPr>
                      </wps:wsp>
                      <wps:wsp>
                        <wps:cNvPr id="398581555" name="Graphic 22"/>
                        <wps:cNvSpPr/>
                        <wps:spPr>
                          <a:xfrm>
                            <a:off x="260350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90BF21"/>
                          </a:solidFill>
                        </wps:spPr>
                        <wps:bodyPr wrap="square" lIns="0" tIns="0" rIns="0" bIns="0" rtlCol="0">
                          <a:prstTxWarp prst="textNoShape">
                            <a:avLst/>
                          </a:prstTxWarp>
                          <a:noAutofit/>
                        </wps:bodyPr>
                      </wps:wsp>
                      <wps:wsp>
                        <wps:cNvPr id="1499702574" name="Graphic 23"/>
                        <wps:cNvSpPr/>
                        <wps:spPr>
                          <a:xfrm>
                            <a:off x="342960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A2579E"/>
                          </a:solidFill>
                        </wps:spPr>
                        <wps:bodyPr wrap="square" lIns="0" tIns="0" rIns="0" bIns="0" rtlCol="0">
                          <a:prstTxWarp prst="textNoShape">
                            <a:avLst/>
                          </a:prstTxWarp>
                          <a:noAutofit/>
                        </wps:bodyPr>
                      </wps:wsp>
                      <wps:wsp>
                        <wps:cNvPr id="703090120" name="Graphic 24"/>
                        <wps:cNvSpPr/>
                        <wps:spPr>
                          <a:xfrm>
                            <a:off x="425571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008A8E"/>
                          </a:solidFill>
                        </wps:spPr>
                        <wps:bodyPr wrap="square" lIns="0" tIns="0" rIns="0" bIns="0" rtlCol="0">
                          <a:prstTxWarp prst="textNoShape">
                            <a:avLst/>
                          </a:prstTxWarp>
                          <a:noAutofit/>
                        </wps:bodyPr>
                      </wps:wsp>
                      <wps:wsp>
                        <wps:cNvPr id="112185322" name="Graphic 25"/>
                        <wps:cNvSpPr/>
                        <wps:spPr>
                          <a:xfrm>
                            <a:off x="508182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303E91"/>
                          </a:solidFill>
                        </wps:spPr>
                        <wps:bodyPr wrap="square" lIns="0" tIns="0" rIns="0" bIns="0" rtlCol="0">
                          <a:prstTxWarp prst="textNoShape">
                            <a:avLst/>
                          </a:prstTxWarp>
                          <a:noAutofit/>
                        </wps:bodyPr>
                      </wps:wsp>
                      <wps:wsp>
                        <wps:cNvPr id="1405497928" name="Graphic 26"/>
                        <wps:cNvSpPr/>
                        <wps:spPr>
                          <a:xfrm>
                            <a:off x="590793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B50063"/>
                          </a:solidFill>
                        </wps:spPr>
                        <wps:bodyPr wrap="square" lIns="0" tIns="0" rIns="0" bIns="0" rtlCol="0">
                          <a:prstTxWarp prst="textNoShape">
                            <a:avLst/>
                          </a:prstTxWarp>
                          <a:noAutofit/>
                        </wps:bodyPr>
                      </wps:wsp>
                      <wps:wsp>
                        <wps:cNvPr id="2015464421" name="Graphic 28"/>
                        <wps:cNvSpPr/>
                        <wps:spPr>
                          <a:xfrm>
                            <a:off x="0" y="0"/>
                            <a:ext cx="7560309" cy="261620"/>
                          </a:xfrm>
                          <a:custGeom>
                            <a:avLst/>
                            <a:gdLst/>
                            <a:ahLst/>
                            <a:cxnLst/>
                            <a:rect l="l" t="t" r="r" b="b"/>
                            <a:pathLst>
                              <a:path w="7560309" h="261620">
                                <a:moveTo>
                                  <a:pt x="951280" y="0"/>
                                </a:moveTo>
                                <a:lnTo>
                                  <a:pt x="0" y="0"/>
                                </a:lnTo>
                                <a:lnTo>
                                  <a:pt x="0" y="256082"/>
                                </a:lnTo>
                                <a:lnTo>
                                  <a:pt x="951280" y="256082"/>
                                </a:lnTo>
                                <a:lnTo>
                                  <a:pt x="951280" y="0"/>
                                </a:lnTo>
                                <a:close/>
                              </a:path>
                              <a:path w="7560309" h="261620">
                                <a:moveTo>
                                  <a:pt x="7560005" y="0"/>
                                </a:moveTo>
                                <a:lnTo>
                                  <a:pt x="7559840" y="0"/>
                                </a:lnTo>
                                <a:lnTo>
                                  <a:pt x="7559840" y="261404"/>
                                </a:lnTo>
                                <a:lnTo>
                                  <a:pt x="7560005" y="261404"/>
                                </a:lnTo>
                                <a:lnTo>
                                  <a:pt x="7560005" y="0"/>
                                </a:lnTo>
                                <a:close/>
                              </a:path>
                            </a:pathLst>
                          </a:custGeom>
                          <a:solidFill>
                            <a:srgbClr val="007CBB"/>
                          </a:solidFill>
                        </wps:spPr>
                        <wps:bodyPr wrap="square" lIns="0" tIns="0" rIns="0" bIns="0" rtlCol="0">
                          <a:prstTxWarp prst="textNoShape">
                            <a:avLst/>
                          </a:prstTxWarp>
                          <a:noAutofit/>
                        </wps:bodyPr>
                      </wps:wsp>
                      <pic:pic xmlns:pic="http://schemas.openxmlformats.org/drawingml/2006/picture">
                        <pic:nvPicPr>
                          <pic:cNvPr id="937250305" name="Image 29"/>
                          <pic:cNvPicPr/>
                        </pic:nvPicPr>
                        <pic:blipFill>
                          <a:blip r:embed="rId11" cstate="print"/>
                          <a:stretch>
                            <a:fillRect/>
                          </a:stretch>
                        </pic:blipFill>
                        <pic:spPr>
                          <a:xfrm>
                            <a:off x="0" y="252006"/>
                            <a:ext cx="7560005" cy="10439996"/>
                          </a:xfrm>
                          <a:prstGeom prst="rect">
                            <a:avLst/>
                          </a:prstGeom>
                        </pic:spPr>
                      </pic:pic>
                      <wps:wsp>
                        <wps:cNvPr id="584440357" name="Graphic 30"/>
                        <wps:cNvSpPr/>
                        <wps:spPr>
                          <a:xfrm>
                            <a:off x="1602003" y="2337359"/>
                            <a:ext cx="5058410" cy="6750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bodyPr wrap="square" lIns="0" tIns="0" rIns="0" bIns="0" rtlCol="0">
                          <a:prstTxWarp prst="textNoShape">
                            <a:avLst/>
                          </a:prstTxWarp>
                          <a:noAutofit/>
                        </wps:bodyPr>
                      </wps:wsp>
                      <pic:pic xmlns:pic="http://schemas.openxmlformats.org/drawingml/2006/picture">
                        <pic:nvPicPr>
                          <pic:cNvPr id="220046848" name="Image 31"/>
                          <pic:cNvPicPr/>
                        </pic:nvPicPr>
                        <pic:blipFill>
                          <a:blip r:embed="rId12" cstate="print"/>
                          <a:stretch>
                            <a:fillRect/>
                          </a:stretch>
                        </pic:blipFill>
                        <pic:spPr>
                          <a:xfrm>
                            <a:off x="931748" y="1873758"/>
                            <a:ext cx="2211057" cy="3374847"/>
                          </a:xfrm>
                          <a:prstGeom prst="rect">
                            <a:avLst/>
                          </a:prstGeom>
                        </pic:spPr>
                      </pic:pic>
                      <wps:wsp>
                        <wps:cNvPr id="1119660702" name="Graphic 32"/>
                        <wps:cNvSpPr/>
                        <wps:spPr>
                          <a:xfrm>
                            <a:off x="931750" y="1873758"/>
                            <a:ext cx="2211070" cy="3375025"/>
                          </a:xfrm>
                          <a:custGeom>
                            <a:avLst/>
                            <a:gdLst/>
                            <a:ahLst/>
                            <a:cxnLst/>
                            <a:rect l="l" t="t" r="r" b="b"/>
                            <a:pathLst>
                              <a:path w="2211070" h="3375025">
                                <a:moveTo>
                                  <a:pt x="0" y="0"/>
                                </a:moveTo>
                                <a:lnTo>
                                  <a:pt x="0" y="2942856"/>
                                </a:lnTo>
                                <a:lnTo>
                                  <a:pt x="2534" y="2989926"/>
                                </a:lnTo>
                                <a:lnTo>
                                  <a:pt x="9963" y="3035528"/>
                                </a:lnTo>
                                <a:lnTo>
                                  <a:pt x="22023" y="3079399"/>
                                </a:lnTo>
                                <a:lnTo>
                                  <a:pt x="38449" y="3121274"/>
                                </a:lnTo>
                                <a:lnTo>
                                  <a:pt x="58979" y="3160890"/>
                                </a:lnTo>
                                <a:lnTo>
                                  <a:pt x="83349" y="3197984"/>
                                </a:lnTo>
                                <a:lnTo>
                                  <a:pt x="111296" y="3232293"/>
                                </a:lnTo>
                                <a:lnTo>
                                  <a:pt x="142555" y="3263552"/>
                                </a:lnTo>
                                <a:lnTo>
                                  <a:pt x="176865" y="3291498"/>
                                </a:lnTo>
                                <a:lnTo>
                                  <a:pt x="213960" y="3315867"/>
                                </a:lnTo>
                                <a:lnTo>
                                  <a:pt x="253577" y="3336397"/>
                                </a:lnTo>
                                <a:lnTo>
                                  <a:pt x="295454" y="3352824"/>
                                </a:lnTo>
                                <a:lnTo>
                                  <a:pt x="339326" y="3364883"/>
                                </a:lnTo>
                                <a:lnTo>
                                  <a:pt x="384930" y="3372312"/>
                                </a:lnTo>
                                <a:lnTo>
                                  <a:pt x="432003" y="3374847"/>
                                </a:lnTo>
                                <a:lnTo>
                                  <a:pt x="2211044" y="3374847"/>
                                </a:lnTo>
                                <a:lnTo>
                                  <a:pt x="2211044" y="432003"/>
                                </a:lnTo>
                                <a:lnTo>
                                  <a:pt x="2208509" y="384930"/>
                                </a:lnTo>
                                <a:lnTo>
                                  <a:pt x="2201080" y="339326"/>
                                </a:lnTo>
                                <a:lnTo>
                                  <a:pt x="2189021" y="295454"/>
                                </a:lnTo>
                                <a:lnTo>
                                  <a:pt x="2172595" y="253577"/>
                                </a:lnTo>
                                <a:lnTo>
                                  <a:pt x="2152065" y="213960"/>
                                </a:lnTo>
                                <a:lnTo>
                                  <a:pt x="2127695" y="176865"/>
                                </a:lnTo>
                                <a:lnTo>
                                  <a:pt x="2099749" y="142555"/>
                                </a:lnTo>
                                <a:lnTo>
                                  <a:pt x="2068490" y="111296"/>
                                </a:lnTo>
                                <a:lnTo>
                                  <a:pt x="2034182" y="83349"/>
                                </a:lnTo>
                                <a:lnTo>
                                  <a:pt x="1997088" y="58979"/>
                                </a:lnTo>
                                <a:lnTo>
                                  <a:pt x="1957471" y="38449"/>
                                </a:lnTo>
                                <a:lnTo>
                                  <a:pt x="1915596" y="22023"/>
                                </a:lnTo>
                                <a:lnTo>
                                  <a:pt x="1871726" y="9963"/>
                                </a:lnTo>
                                <a:lnTo>
                                  <a:pt x="1826124" y="2534"/>
                                </a:lnTo>
                                <a:lnTo>
                                  <a:pt x="1779054" y="0"/>
                                </a:lnTo>
                                <a:lnTo>
                                  <a:pt x="0" y="0"/>
                                </a:lnTo>
                                <a:close/>
                              </a:path>
                            </a:pathLst>
                          </a:custGeom>
                          <a:ln w="63499">
                            <a:solidFill>
                              <a:srgbClr val="B5CEE9"/>
                            </a:solidFill>
                            <a:prstDash val="solid"/>
                          </a:ln>
                        </wps:spPr>
                        <wps:bodyPr wrap="square" lIns="0" tIns="0" rIns="0" bIns="0" rtlCol="0">
                          <a:prstTxWarp prst="textNoShape">
                            <a:avLst/>
                          </a:prstTxWarp>
                          <a:noAutofit/>
                        </wps:bodyPr>
                      </wps:wsp>
                      <pic:pic xmlns:pic="http://schemas.openxmlformats.org/drawingml/2006/picture">
                        <pic:nvPicPr>
                          <pic:cNvPr id="1307971224" name="Image 33"/>
                          <pic:cNvPicPr/>
                        </pic:nvPicPr>
                        <pic:blipFill>
                          <a:blip r:embed="rId13" cstate="print"/>
                          <a:stretch>
                            <a:fillRect/>
                          </a:stretch>
                        </pic:blipFill>
                        <pic:spPr>
                          <a:xfrm>
                            <a:off x="663155" y="9745119"/>
                            <a:ext cx="2288832" cy="373945"/>
                          </a:xfrm>
                          <a:prstGeom prst="rect">
                            <a:avLst/>
                          </a:prstGeom>
                        </pic:spPr>
                      </pic:pic>
                    </wpg:wgp>
                  </a:graphicData>
                </a:graphic>
              </wp:anchor>
            </w:drawing>
          </mc:Choice>
          <mc:Fallback>
            <w:pict>
              <v:group w14:anchorId="5A500F30" id="Group 2094280039" o:spid="_x0000_s1026" style="position:absolute;margin-left:606.75pt;margin-top:110.25pt;width:595.25pt;height:841.85pt;z-index:-251658217;mso-wrap-distance-left:0;mso-wrap-distance-right:0;mso-position-horizontal-relative:page;mso-position-vertical-relative:page" coordsize="75603,106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">
                <v:shape id="Graphic 20" o:spid="_x0000_s1027" style="position:absolute;left:9512;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" path="m,256082r826109,l826109,,,,,256082xe" fillcolor="#c58c18" stroked="f">
                  <v:path arrowok="t"/>
                </v:shape>
                <v:shape id="Graphic 21" o:spid="_x0000_s1028" style="position:absolute;left:17773;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" path="m,256082r826109,l826109,,,,,256082xe" fillcolor="#e8491b" stroked="f">
                  <v:path arrowok="t"/>
                </v:shape>
                <v:shape id="Graphic 22" o:spid="_x0000_s1029" style="position:absolute;left:26035;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" path="m,256082r826109,l826109,,,,,256082xe" fillcolor="#90bf21" stroked="f">
                  <v:path arrowok="t"/>
                </v:shape>
                <v:shape id="Graphic 23" o:spid="_x0000_s1030" style="position:absolute;left:34296;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" path="m,256082r826109,l826109,,,,,256082xe" fillcolor="#a2579e" stroked="f">
                  <v:path arrowok="t"/>
                </v:shape>
                <v:shape id="Graphic 24" o:spid="_x0000_s1031" style="position:absolute;left:42557;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" path="m,256082r826109,l826109,,,,,256082xe" fillcolor="#008a8e" stroked="f">
                  <v:path arrowok="t"/>
                </v:shape>
                <v:shape id="Graphic 25" o:spid="_x0000_s1032" style="position:absolute;left:50818;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" path="m,256082r826109,l826109,,,,,256082xe" fillcolor="#303e91" stroked="f">
                  <v:path arrowok="t"/>
                </v:shape>
                <v:shape id="Graphic 26" o:spid="_x0000_s1033" style="position:absolute;left:59079;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" path="m,256082r826109,l826109,,,,,256082xe" fillcolor="#b50063" stroked="f">
                  <v:path arrowok="t"/>
                </v:shape>
                <v:shape id="Graphic 28" o:spid="_x0000_s1034" style="position:absolute;width:75603;height:2616;visibility:visible;mso-wrap-style:square;v-text-anchor:top" coordsize="7560309,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" path="m951280,l,,,256082r951280,l951280,xem7560005,r-165,l7559840,261404r165,l7560005,xe" fillcolor="#007cb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35" type="#_x0000_t75" style="position:absolute;top:2520;width:75600;height:104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">
                  <v:imagedata r:id="rId14" o:title=""/>
                </v:shape>
                <v:shape id="Graphic 30" o:spid="_x0000_s1036" style="position:absolute;left:16020;top:23373;width:50584;height:67501;visibility:visible;mso-wrap-style:square;v-text-anchor:top" coordsize="5058410,675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&#1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path arrowok="t"/>
                </v:shape>
                <v:shape id="Image 31" o:spid="_x0000_s1037" type="#_x0000_t75" style="position:absolute;left:9317;top:18737;width:22111;height:33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">
                  <v:imagedata r:id="rId15" o:title=""/>
                </v:shape>
                <v:shape id="Graphic 32" o:spid="_x0000_s1038" style="position:absolute;left:9317;top:18737;width:22111;height:33750;visibility:visible;mso-wrap-style:square;v-text-anchor:top" coordsize="2211070,337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" path="m,l,2942856r2534,47070l9963,3035528r12060,43871l38449,3121274r20530,39616l83349,3197984r27947,34309l142555,3263552r34310,27946l213960,3315867r39617,20530l295454,3352824r43872,12059l384930,3372312r47073,2535l2211044,3374847r,-2942844l2208509,384930r-7429,-45604l2189021,295454r-16426,-41877l2152065,213960r-24370,-37095l2099749,142555r-31259,-31259l2034182,83349,1997088,58979,1957471,38449,1915596,22023,1871726,9963,1826124,2534,1779054,,,xe" filled="f" strokecolor="#b5cee9" strokeweight="1.76386mm">
                  <v:path arrowok="t"/>
                </v:shape>
                <v:shape id="Image 33" o:spid="_x0000_s1039" type="#_x0000_t75" style="position:absolute;left:6631;top:97451;width:22888;height:3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">
                  <v:imagedata r:id="rId16" o:title=""/>
                </v:shape>
                <w10:wrap anchorx="page" anchory="page"/>
              </v:group>
            </w:pict>
          </mc:Fallback>
        </mc:AlternateContent>
      </w:r>
      <w:r w:rsidR="00BE7853" w:rsidRPr="00102762">
        <w:rPr>
          <w:noProof/>
        </w:rPr>
        <w:drawing>
          <wp:anchor distT="0" distB="0" distL="114300" distR="114300" simplePos="0" relativeHeight="251658249" behindDoc="0" locked="0" layoutInCell="1" allowOverlap="1" wp14:anchorId="6A9DAC06" wp14:editId="6B05460B">
            <wp:simplePos x="0" y="0"/>
            <wp:positionH relativeFrom="page">
              <wp:align>right</wp:align>
            </wp:positionH>
            <wp:positionV relativeFrom="paragraph">
              <wp:posOffset>-1332865</wp:posOffset>
            </wp:positionV>
            <wp:extent cx="8039100" cy="10039350"/>
            <wp:effectExtent l="0" t="0" r="0" b="0"/>
            <wp:wrapNone/>
            <wp:docPr id="15" name="Image 15" descr="A person standing in water&#10;&#10;AI-generated content may be incorrect."/>
            <wp:cNvGraphicFramePr/>
            <a:graphic xmlns:a="http://schemas.openxmlformats.org/drawingml/2006/main">
              <a:graphicData uri="http://schemas.openxmlformats.org/drawingml/2006/picture">
                <pic:pic xmlns:pic="http://schemas.openxmlformats.org/drawingml/2006/picture">
                  <pic:nvPicPr>
                    <pic:cNvPr id="15" name="Image 15" descr="A person standing in water&#10;&#10;AI-generated content may be incorrect."/>
                    <pic:cNvPicPr/>
                  </pic:nvPicPr>
                  <pic:blipFill>
                    <a:blip r:embed="rId17" cstate="print"/>
                    <a:stretch>
                      <a:fillRect/>
                    </a:stretch>
                  </pic:blipFill>
                  <pic:spPr>
                    <a:xfrm>
                      <a:off x="0" y="0"/>
                      <a:ext cx="8039100" cy="10039350"/>
                    </a:xfrm>
                    <a:prstGeom prst="rect">
                      <a:avLst/>
                    </a:prstGeom>
                  </pic:spPr>
                </pic:pic>
              </a:graphicData>
            </a:graphic>
            <wp14:sizeRelH relativeFrom="margin">
              <wp14:pctWidth>0</wp14:pctWidth>
            </wp14:sizeRelH>
            <wp14:sizeRelV relativeFrom="margin">
              <wp14:pctHeight>0</wp14:pctHeight>
            </wp14:sizeRelV>
          </wp:anchor>
        </w:drawing>
      </w:r>
      <w:r w:rsidR="001303A8" w:rsidRPr="00102762">
        <w:rPr>
          <w:noProof/>
        </w:rPr>
        <mc:AlternateContent>
          <mc:Choice Requires="wps">
            <w:drawing>
              <wp:anchor distT="0" distB="0" distL="114300" distR="114300" simplePos="0" relativeHeight="251658251" behindDoc="0" locked="0" layoutInCell="1" allowOverlap="1" wp14:anchorId="6669B4ED" wp14:editId="11CF7A96">
                <wp:simplePos x="0" y="0"/>
                <wp:positionH relativeFrom="column">
                  <wp:posOffset>-87630</wp:posOffset>
                </wp:positionH>
                <wp:positionV relativeFrom="paragraph">
                  <wp:posOffset>-1332865</wp:posOffset>
                </wp:positionV>
                <wp:extent cx="825500" cy="261620"/>
                <wp:effectExtent l="0" t="0" r="0" b="0"/>
                <wp:wrapNone/>
                <wp:docPr id="6"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49D4E94" id="Graphic 6" o:spid="_x0000_s1026" style="position:absolute;margin-left:-6.9pt;margin-top:-104.95pt;width:65pt;height:20.6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" path="m826109,l,,,261404r826109,l826109,xe" fillcolor="#c58c18" stroked="f">
                <v:path arrowok="t"/>
              </v:shape>
            </w:pict>
          </mc:Fallback>
        </mc:AlternateContent>
      </w:r>
      <w:r w:rsidR="001303A8" w:rsidRPr="00102762">
        <w:rPr>
          <w:noProof/>
        </w:rPr>
        <mc:AlternateContent>
          <mc:Choice Requires="wps">
            <w:drawing>
              <wp:anchor distT="0" distB="0" distL="114300" distR="114300" simplePos="0" relativeHeight="251658252" behindDoc="0" locked="0" layoutInCell="1" allowOverlap="1" wp14:anchorId="6BABE0BE" wp14:editId="5F9E7EC4">
                <wp:simplePos x="0" y="0"/>
                <wp:positionH relativeFrom="column">
                  <wp:posOffset>738505</wp:posOffset>
                </wp:positionH>
                <wp:positionV relativeFrom="paragraph">
                  <wp:posOffset>-1332865</wp:posOffset>
                </wp:positionV>
                <wp:extent cx="825500" cy="261620"/>
                <wp:effectExtent l="0" t="0" r="0" b="0"/>
                <wp:wrapNone/>
                <wp:docPr id="7"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F5CEC0F" id="Graphic 7" o:spid="_x0000_s1026" style="position:absolute;margin-left:58.15pt;margin-top:-104.95pt;width:65pt;height:20.6pt;z-index:251658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" path="m826109,l,,,261404r826109,l826109,xe" fillcolor="#e8491b" stroked="f">
                <v:path arrowok="t"/>
              </v:shape>
            </w:pict>
          </mc:Fallback>
        </mc:AlternateContent>
      </w:r>
      <w:r w:rsidR="001303A8" w:rsidRPr="00102762">
        <w:rPr>
          <w:noProof/>
        </w:rPr>
        <mc:AlternateContent>
          <mc:Choice Requires="wps">
            <w:drawing>
              <wp:anchor distT="0" distB="0" distL="114300" distR="114300" simplePos="0" relativeHeight="251658253" behindDoc="0" locked="0" layoutInCell="1" allowOverlap="1" wp14:anchorId="2A987DDF" wp14:editId="5E7220D5">
                <wp:simplePos x="0" y="0"/>
                <wp:positionH relativeFrom="column">
                  <wp:posOffset>1564640</wp:posOffset>
                </wp:positionH>
                <wp:positionV relativeFrom="paragraph">
                  <wp:posOffset>-1332865</wp:posOffset>
                </wp:positionV>
                <wp:extent cx="825500" cy="261620"/>
                <wp:effectExtent l="0" t="0" r="0" b="0"/>
                <wp:wrapNone/>
                <wp:docPr id="8"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779EFDA" id="Graphic 8" o:spid="_x0000_s1026" style="position:absolute;margin-left:123.2pt;margin-top:-104.95pt;width:65pt;height:20.6pt;z-index:25165825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" path="m826109,l,,,261404r826109,l826109,xe" fillcolor="#90bf21" stroked="f">
                <v:path arrowok="t"/>
              </v:shape>
            </w:pict>
          </mc:Fallback>
        </mc:AlternateContent>
      </w:r>
      <w:r w:rsidR="001303A8" w:rsidRPr="00102762">
        <w:rPr>
          <w:noProof/>
        </w:rPr>
        <mc:AlternateContent>
          <mc:Choice Requires="wps">
            <w:drawing>
              <wp:anchor distT="0" distB="0" distL="114300" distR="114300" simplePos="0" relativeHeight="251658254" behindDoc="0" locked="0" layoutInCell="1" allowOverlap="1" wp14:anchorId="1D462D5A" wp14:editId="5B628057">
                <wp:simplePos x="0" y="0"/>
                <wp:positionH relativeFrom="column">
                  <wp:posOffset>2390775</wp:posOffset>
                </wp:positionH>
                <wp:positionV relativeFrom="paragraph">
                  <wp:posOffset>-1332865</wp:posOffset>
                </wp:positionV>
                <wp:extent cx="825500" cy="261620"/>
                <wp:effectExtent l="0" t="0" r="0" b="0"/>
                <wp:wrapNone/>
                <wp:docPr id="9"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609D9B5" id="Graphic 9" o:spid="_x0000_s1026" style="position:absolute;margin-left:188.25pt;margin-top:-104.95pt;width:65pt;height:20.6pt;z-index:25165825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1303A8" w:rsidRPr="00102762">
        <w:rPr>
          <w:noProof/>
        </w:rPr>
        <mc:AlternateContent>
          <mc:Choice Requires="wps">
            <w:drawing>
              <wp:anchor distT="0" distB="0" distL="114300" distR="114300" simplePos="0" relativeHeight="251658255" behindDoc="0" locked="0" layoutInCell="1" allowOverlap="1" wp14:anchorId="357389DF" wp14:editId="6CE27832">
                <wp:simplePos x="0" y="0"/>
                <wp:positionH relativeFrom="column">
                  <wp:posOffset>3216910</wp:posOffset>
                </wp:positionH>
                <wp:positionV relativeFrom="paragraph">
                  <wp:posOffset>-1332865</wp:posOffset>
                </wp:positionV>
                <wp:extent cx="825500" cy="261620"/>
                <wp:effectExtent l="0" t="0" r="0" b="0"/>
                <wp:wrapNone/>
                <wp:docPr id="10"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B84AE25" id="Graphic 10" o:spid="_x0000_s1026" style="position:absolute;margin-left:253.3pt;margin-top:-104.95pt;width:65pt;height:20.6pt;z-index:25165825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" path="m826109,l,,,261404r826109,l826109,xe" fillcolor="#008a8e" stroked="f">
                <v:path arrowok="t"/>
              </v:shape>
            </w:pict>
          </mc:Fallback>
        </mc:AlternateContent>
      </w:r>
      <w:r w:rsidR="001303A8" w:rsidRPr="00102762">
        <w:rPr>
          <w:noProof/>
        </w:rPr>
        <mc:AlternateContent>
          <mc:Choice Requires="wps">
            <w:drawing>
              <wp:anchor distT="0" distB="0" distL="114300" distR="114300" simplePos="0" relativeHeight="251658256" behindDoc="0" locked="0" layoutInCell="1" allowOverlap="1" wp14:anchorId="5403E0F6" wp14:editId="472A1A43">
                <wp:simplePos x="0" y="0"/>
                <wp:positionH relativeFrom="column">
                  <wp:posOffset>4042410</wp:posOffset>
                </wp:positionH>
                <wp:positionV relativeFrom="paragraph">
                  <wp:posOffset>-1332865</wp:posOffset>
                </wp:positionV>
                <wp:extent cx="825500" cy="261620"/>
                <wp:effectExtent l="0" t="0" r="0" b="0"/>
                <wp:wrapNone/>
                <wp:docPr id="11"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E74514B" id="Graphic 11" o:spid="_x0000_s1026" style="position:absolute;margin-left:318.3pt;margin-top:-104.95pt;width:65pt;height:20.6pt;z-index:251658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" path="m826109,l,,,261404r826109,l826109,xe" fillcolor="#303e91" stroked="f">
                <v:path arrowok="t"/>
              </v:shape>
            </w:pict>
          </mc:Fallback>
        </mc:AlternateContent>
      </w:r>
      <w:r w:rsidR="001303A8" w:rsidRPr="00102762">
        <w:rPr>
          <w:noProof/>
        </w:rPr>
        <mc:AlternateContent>
          <mc:Choice Requires="wps">
            <w:drawing>
              <wp:anchor distT="0" distB="0" distL="114300" distR="114300" simplePos="0" relativeHeight="251658257" behindDoc="0" locked="0" layoutInCell="1" allowOverlap="1" wp14:anchorId="5214EE47" wp14:editId="353E5F2C">
                <wp:simplePos x="0" y="0"/>
                <wp:positionH relativeFrom="column">
                  <wp:posOffset>4868545</wp:posOffset>
                </wp:positionH>
                <wp:positionV relativeFrom="paragraph">
                  <wp:posOffset>-1332865</wp:posOffset>
                </wp:positionV>
                <wp:extent cx="825500" cy="261620"/>
                <wp:effectExtent l="0" t="0" r="0" b="0"/>
                <wp:wrapNone/>
                <wp:docPr id="12"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FFE6419" id="Graphic 12" o:spid="_x0000_s1026" style="position:absolute;margin-left:383.35pt;margin-top:-104.95pt;width:65pt;height:20.6pt;z-index:25165825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" path="m826109,l,,,261404r826109,l826109,xe" fillcolor="#b50063" stroked="f">
                <v:path arrowok="t"/>
              </v:shape>
            </w:pict>
          </mc:Fallback>
        </mc:AlternateContent>
      </w:r>
      <w:r w:rsidR="001303A8" w:rsidRPr="00102762">
        <w:rPr>
          <w:noProof/>
        </w:rPr>
        <mc:AlternateContent>
          <mc:Choice Requires="wps">
            <w:drawing>
              <wp:anchor distT="0" distB="0" distL="114300" distR="114300" simplePos="0" relativeHeight="251658258" behindDoc="0" locked="0" layoutInCell="1" allowOverlap="1" wp14:anchorId="6752002B" wp14:editId="34D5E4DD">
                <wp:simplePos x="0" y="0"/>
                <wp:positionH relativeFrom="column">
                  <wp:posOffset>5694680</wp:posOffset>
                </wp:positionH>
                <wp:positionV relativeFrom="paragraph">
                  <wp:posOffset>-1332865</wp:posOffset>
                </wp:positionV>
                <wp:extent cx="825500" cy="261620"/>
                <wp:effectExtent l="0" t="0" r="0" b="0"/>
                <wp:wrapNone/>
                <wp:docPr id="13"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7D31CB3" id="Graphic 13" o:spid="_x0000_s1026" style="position:absolute;margin-left:448.4pt;margin-top:-104.95pt;width:65pt;height:20.6pt;z-index:25165825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" path="m826109,l,,,261404r826109,l826109,xe" fillcolor="#00803d" stroked="f">
                <v:path arrowok="t"/>
              </v:shape>
            </w:pict>
          </mc:Fallback>
        </mc:AlternateContent>
      </w:r>
      <w:r w:rsidR="001303A8" w:rsidRPr="00102762">
        <w:rPr>
          <w:noProof/>
        </w:rPr>
        <mc:AlternateContent>
          <mc:Choice Requires="wps">
            <w:drawing>
              <wp:anchor distT="0" distB="0" distL="114300" distR="114300" simplePos="0" relativeHeight="251658259" behindDoc="0" locked="0" layoutInCell="1" allowOverlap="1" wp14:anchorId="7AA9FCBF" wp14:editId="28F67411">
                <wp:simplePos x="0" y="0"/>
                <wp:positionH relativeFrom="column">
                  <wp:posOffset>-1038225</wp:posOffset>
                </wp:positionH>
                <wp:positionV relativeFrom="paragraph">
                  <wp:posOffset>-1332865</wp:posOffset>
                </wp:positionV>
                <wp:extent cx="951150" cy="261620"/>
                <wp:effectExtent l="0" t="0" r="0" b="0"/>
                <wp:wrapNone/>
                <wp:docPr id="14"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937BDC3" id="Graphic 14" o:spid="_x0000_s1026" style="position:absolute;margin-left:-81.75pt;margin-top:-104.95pt;width:74.9pt;height:20.6pt;z-index:25165825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p>
    <w:p w14:paraId="6D8557FB" w14:textId="54583AFC" w:rsidR="00282ABC" w:rsidRPr="00102762" w:rsidRDefault="00282ABC" w:rsidP="008E4D82">
      <w:pPr>
        <w:jc w:val="center"/>
        <w:rPr>
          <w:b/>
          <w:color w:val="FF0000"/>
          <w:sz w:val="48"/>
        </w:rPr>
      </w:pPr>
      <w:r w:rsidRPr="00102762">
        <w:rPr>
          <w:b/>
          <w:color w:val="FF0000"/>
          <w:sz w:val="48"/>
        </w:rPr>
        <w:t>PHOTO TO BE ADDED</w:t>
      </w:r>
    </w:p>
    <w:p w14:paraId="05454F3C" w14:textId="4C607B93" w:rsidR="00524633" w:rsidRPr="00102762" w:rsidRDefault="00B9571B">
      <w:pPr>
        <w:rPr>
          <w:b/>
          <w:color w:val="0082BC"/>
          <w:sz w:val="48"/>
        </w:rPr>
      </w:pPr>
      <w:r w:rsidRPr="00102762">
        <w:rPr>
          <w:noProof/>
        </w:rPr>
        <w:drawing>
          <wp:anchor distT="0" distB="0" distL="114300" distR="114300" simplePos="0" relativeHeight="251658260" behindDoc="0" locked="0" layoutInCell="1" allowOverlap="1" wp14:anchorId="2E516968" wp14:editId="28DFD86D">
            <wp:simplePos x="0" y="0"/>
            <wp:positionH relativeFrom="column">
              <wp:posOffset>1687830</wp:posOffset>
            </wp:positionH>
            <wp:positionV relativeFrom="paragraph">
              <wp:posOffset>6761480</wp:posOffset>
            </wp:positionV>
            <wp:extent cx="2288652" cy="373945"/>
            <wp:effectExtent l="0" t="0" r="0" b="0"/>
            <wp:wrapNone/>
            <wp:docPr id="17"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8" cstate="print"/>
                    <a:stretch>
                      <a:fillRect/>
                    </a:stretch>
                  </pic:blipFill>
                  <pic:spPr>
                    <a:xfrm>
                      <a:off x="0" y="0"/>
                      <a:ext cx="2288652" cy="373945"/>
                    </a:xfrm>
                    <a:prstGeom prst="rect">
                      <a:avLst/>
                    </a:prstGeom>
                  </pic:spPr>
                </pic:pic>
              </a:graphicData>
            </a:graphic>
          </wp:anchor>
        </w:drawing>
      </w:r>
      <w:r w:rsidR="00282ABC" w:rsidRPr="00102762">
        <w:rPr>
          <w:b/>
          <w:color w:val="0082BC"/>
          <w:sz w:val="48"/>
        </w:rPr>
        <w:br w:type="page"/>
      </w:r>
    </w:p>
    <w:p w14:paraId="3C33BAE7" w14:textId="62EEE6BB" w:rsidR="0043131B" w:rsidRPr="00102762" w:rsidRDefault="00522A66" w:rsidP="00522A66">
      <w:pPr>
        <w:tabs>
          <w:tab w:val="left" w:pos="6225"/>
        </w:tabs>
        <w:rPr>
          <w:b/>
          <w:color w:val="0082BC"/>
          <w:sz w:val="32"/>
        </w:rPr>
      </w:pPr>
      <w:r w:rsidRPr="00102762">
        <w:rPr>
          <w:noProof/>
        </w:rPr>
        <w:lastRenderedPageBreak/>
        <mc:AlternateContent>
          <mc:Choice Requires="wps">
            <w:drawing>
              <wp:anchor distT="0" distB="0" distL="114300" distR="114300" simplePos="0" relativeHeight="251658268" behindDoc="0" locked="0" layoutInCell="1" allowOverlap="1" wp14:anchorId="3328AF77" wp14:editId="02167EC9">
                <wp:simplePos x="0" y="0"/>
                <wp:positionH relativeFrom="margin">
                  <wp:align>left</wp:align>
                </wp:positionH>
                <wp:positionV relativeFrom="paragraph">
                  <wp:posOffset>405765</wp:posOffset>
                </wp:positionV>
                <wp:extent cx="6042025" cy="7258050"/>
                <wp:effectExtent l="0" t="0" r="0" b="0"/>
                <wp:wrapNone/>
                <wp:docPr id="30" name="Graphic 30"/>
                <wp:cNvGraphicFramePr/>
                <a:graphic xmlns:a="http://schemas.openxmlformats.org/drawingml/2006/main">
                  <a:graphicData uri="http://schemas.microsoft.com/office/word/2010/wordprocessingShape">
                    <wps:wsp>
                      <wps:cNvSpPr/>
                      <wps:spPr>
                        <a:xfrm>
                          <a:off x="0" y="0"/>
                          <a:ext cx="6042025" cy="7258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txbx>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8AF77" id="Graphic 30" o:spid="_x0000_s1027" style="position:absolute;margin-left:0;margin-top:31.95pt;width:475.75pt;height:571.5pt;z-index:2516582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5058410,675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" adj="-11796480,,540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stroke joinstyle="miter"/>
                <v:formulas/>
                <v:path arrowok="t" o:connecttype="custom" textboxrect="0,0,5058410,6750050"/>
                <v:textbox inset="0,0,0,0">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v:textbox>
                <w10:wrap anchorx="margin"/>
              </v:shape>
            </w:pict>
          </mc:Fallback>
        </mc:AlternateContent>
      </w:r>
      <w:r w:rsidRPr="00102762">
        <w:rPr>
          <w:noProof/>
        </w:rPr>
        <w:drawing>
          <wp:anchor distT="0" distB="0" distL="114300" distR="114300" simplePos="0" relativeHeight="251658241" behindDoc="1" locked="0" layoutInCell="1" allowOverlap="1" wp14:anchorId="5F4D518A" wp14:editId="04F923A7">
            <wp:simplePos x="0" y="0"/>
            <wp:positionH relativeFrom="page">
              <wp:posOffset>-304800</wp:posOffset>
            </wp:positionH>
            <wp:positionV relativeFrom="paragraph">
              <wp:posOffset>-2066290</wp:posOffset>
            </wp:positionV>
            <wp:extent cx="8210550" cy="10772775"/>
            <wp:effectExtent l="0" t="0" r="0" b="9525"/>
            <wp:wrapNone/>
            <wp:docPr id="2094859861" name="Image 29" descr="A blue and white object&#10;&#10;AI-generated content may be incorrect."/>
            <wp:cNvGraphicFramePr/>
            <a:graphic xmlns:a="http://schemas.openxmlformats.org/drawingml/2006/main">
              <a:graphicData uri="http://schemas.openxmlformats.org/drawingml/2006/picture">
                <pic:pic xmlns:pic="http://schemas.openxmlformats.org/drawingml/2006/picture">
                  <pic:nvPicPr>
                    <pic:cNvPr id="2094859861" name="Image 29" descr="A blue and white object&#10;&#10;AI-generated content may be incorrect."/>
                    <pic:cNvPicPr/>
                  </pic:nvPicPr>
                  <pic:blipFill>
                    <a:blip r:embed="rId11" cstate="print"/>
                    <a:stretch>
                      <a:fillRect/>
                    </a:stretch>
                  </pic:blipFill>
                  <pic:spPr>
                    <a:xfrm>
                      <a:off x="0" y="0"/>
                      <a:ext cx="8210550" cy="10772775"/>
                    </a:xfrm>
                    <a:prstGeom prst="rect">
                      <a:avLst/>
                    </a:prstGeom>
                  </pic:spPr>
                </pic:pic>
              </a:graphicData>
            </a:graphic>
            <wp14:sizeRelH relativeFrom="margin">
              <wp14:pctWidth>0</wp14:pctWidth>
            </wp14:sizeRelH>
            <wp14:sizeRelV relativeFrom="margin">
              <wp14:pctHeight>0</wp14:pctHeight>
            </wp14:sizeRelV>
          </wp:anchor>
        </w:drawing>
      </w:r>
      <w:r w:rsidR="00671606" w:rsidRPr="00102762">
        <w:rPr>
          <w:noProof/>
          <w:sz w:val="48"/>
          <w:szCs w:val="48"/>
        </w:rPr>
        <mc:AlternateContent>
          <mc:Choice Requires="wps">
            <w:drawing>
              <wp:anchor distT="45720" distB="45720" distL="114300" distR="114300" simplePos="0" relativeHeight="251658240" behindDoc="0" locked="0" layoutInCell="1" allowOverlap="1" wp14:anchorId="539B6776" wp14:editId="1F70F57A">
                <wp:simplePos x="0" y="0"/>
                <wp:positionH relativeFrom="column">
                  <wp:posOffset>-479425</wp:posOffset>
                </wp:positionH>
                <wp:positionV relativeFrom="paragraph">
                  <wp:posOffset>-685165</wp:posOffset>
                </wp:positionV>
                <wp:extent cx="3114675" cy="838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838200"/>
                        </a:xfrm>
                        <a:prstGeom prst="rect">
                          <a:avLst/>
                        </a:prstGeom>
                        <a:noFill/>
                        <a:ln w="9525">
                          <a:noFill/>
                          <a:miter lim="800000"/>
                          <a:headEnd/>
                          <a:tailEnd/>
                        </a:ln>
                      </wps:spPr>
                      <wps:txb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9B6776" id="Text Box 2" o:spid="_x0000_s1028" type="#_x0000_t202" style="position:absolute;margin-left:-37.75pt;margin-top:-53.95pt;width:245.25pt;height:66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" filled="f" stroked="f">
                <v:textbo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v:textbox>
              </v:shape>
            </w:pict>
          </mc:Fallback>
        </mc:AlternateContent>
      </w:r>
      <w:r w:rsidR="0043131B" w:rsidRPr="00102762">
        <w:rPr>
          <w:noProof/>
        </w:rPr>
        <mc:AlternateContent>
          <mc:Choice Requires="wps">
            <w:drawing>
              <wp:anchor distT="0" distB="0" distL="114300" distR="114300" simplePos="0" relativeHeight="251658242" behindDoc="0" locked="0" layoutInCell="1" allowOverlap="1" wp14:anchorId="6CF48B76" wp14:editId="58D90A1D">
                <wp:simplePos x="0" y="0"/>
                <wp:positionH relativeFrom="column">
                  <wp:posOffset>-85725</wp:posOffset>
                </wp:positionH>
                <wp:positionV relativeFrom="paragraph">
                  <wp:posOffset>-1332865</wp:posOffset>
                </wp:positionV>
                <wp:extent cx="825500" cy="261620"/>
                <wp:effectExtent l="0" t="0" r="0" b="0"/>
                <wp:wrapNone/>
                <wp:docPr id="1261804187"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25EB9EE" id="Graphic 6" o:spid="_x0000_s1026" style="position:absolute;margin-left:-6.75pt;margin-top:-104.95pt;width:65pt;height:20.6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" path="m826109,l,,,261404r826109,l826109,xe" fillcolor="#c58c18" stroked="f">
                <v:path arrowok="t"/>
              </v:shape>
            </w:pict>
          </mc:Fallback>
        </mc:AlternateContent>
      </w:r>
      <w:r w:rsidR="0043131B" w:rsidRPr="00102762">
        <w:rPr>
          <w:noProof/>
        </w:rPr>
        <mc:AlternateContent>
          <mc:Choice Requires="wps">
            <w:drawing>
              <wp:anchor distT="0" distB="0" distL="114300" distR="114300" simplePos="0" relativeHeight="251658243" behindDoc="0" locked="0" layoutInCell="1" allowOverlap="1" wp14:anchorId="4E032364" wp14:editId="46875228">
                <wp:simplePos x="0" y="0"/>
                <wp:positionH relativeFrom="column">
                  <wp:posOffset>742950</wp:posOffset>
                </wp:positionH>
                <wp:positionV relativeFrom="paragraph">
                  <wp:posOffset>-1332865</wp:posOffset>
                </wp:positionV>
                <wp:extent cx="825500" cy="261620"/>
                <wp:effectExtent l="0" t="0" r="0" b="0"/>
                <wp:wrapNone/>
                <wp:docPr id="1095669482"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D36BB7E" id="Graphic 7" o:spid="_x0000_s1026" style="position:absolute;margin-left:58.5pt;margin-top:-104.95pt;width:65pt;height:20.6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" path="m826109,l,,,261404r826109,l826109,xe" fillcolor="#e8491b" stroked="f">
                <v:path arrowok="t"/>
              </v:shape>
            </w:pict>
          </mc:Fallback>
        </mc:AlternateContent>
      </w:r>
      <w:r w:rsidR="0043131B" w:rsidRPr="00102762">
        <w:rPr>
          <w:noProof/>
        </w:rPr>
        <mc:AlternateContent>
          <mc:Choice Requires="wps">
            <w:drawing>
              <wp:anchor distT="0" distB="0" distL="114300" distR="114300" simplePos="0" relativeHeight="251658244" behindDoc="0" locked="0" layoutInCell="1" allowOverlap="1" wp14:anchorId="47CDD36D" wp14:editId="107DD5FF">
                <wp:simplePos x="0" y="0"/>
                <wp:positionH relativeFrom="column">
                  <wp:posOffset>1562100</wp:posOffset>
                </wp:positionH>
                <wp:positionV relativeFrom="paragraph">
                  <wp:posOffset>-1332865</wp:posOffset>
                </wp:positionV>
                <wp:extent cx="825500" cy="261620"/>
                <wp:effectExtent l="0" t="0" r="0" b="0"/>
                <wp:wrapNone/>
                <wp:docPr id="1544446189"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BC9D407" id="Graphic 8" o:spid="_x0000_s1026" style="position:absolute;margin-left:123pt;margin-top:-104.95pt;width:65pt;height:20.6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" path="m826109,l,,,261404r826109,l826109,xe" fillcolor="#90bf21" stroked="f">
                <v:path arrowok="t"/>
              </v:shape>
            </w:pict>
          </mc:Fallback>
        </mc:AlternateContent>
      </w:r>
      <w:r w:rsidR="0043131B" w:rsidRPr="00102762">
        <w:rPr>
          <w:noProof/>
        </w:rPr>
        <mc:AlternateContent>
          <mc:Choice Requires="wps">
            <w:drawing>
              <wp:anchor distT="0" distB="0" distL="114300" distR="114300" simplePos="0" relativeHeight="251658245" behindDoc="0" locked="0" layoutInCell="1" allowOverlap="1" wp14:anchorId="0C529585" wp14:editId="690C1B3D">
                <wp:simplePos x="0" y="0"/>
                <wp:positionH relativeFrom="column">
                  <wp:posOffset>2390775</wp:posOffset>
                </wp:positionH>
                <wp:positionV relativeFrom="paragraph">
                  <wp:posOffset>-1332865</wp:posOffset>
                </wp:positionV>
                <wp:extent cx="825500" cy="261620"/>
                <wp:effectExtent l="0" t="0" r="0" b="0"/>
                <wp:wrapNone/>
                <wp:docPr id="1593760117"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345C4A3" id="Graphic 9" o:spid="_x0000_s1026" style="position:absolute;margin-left:188.25pt;margin-top:-104.95pt;width:65pt;height:20.6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43131B" w:rsidRPr="00102762">
        <w:rPr>
          <w:noProof/>
        </w:rPr>
        <mc:AlternateContent>
          <mc:Choice Requires="wps">
            <w:drawing>
              <wp:anchor distT="0" distB="0" distL="114300" distR="114300" simplePos="0" relativeHeight="251658246" behindDoc="0" locked="0" layoutInCell="1" allowOverlap="1" wp14:anchorId="1B9BD040" wp14:editId="01E92A65">
                <wp:simplePos x="0" y="0"/>
                <wp:positionH relativeFrom="column">
                  <wp:posOffset>3219450</wp:posOffset>
                </wp:positionH>
                <wp:positionV relativeFrom="paragraph">
                  <wp:posOffset>-1332865</wp:posOffset>
                </wp:positionV>
                <wp:extent cx="825500" cy="261620"/>
                <wp:effectExtent l="0" t="0" r="0" b="0"/>
                <wp:wrapNone/>
                <wp:docPr id="1649401306"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28B6DE6" id="Graphic 10" o:spid="_x0000_s1026" style="position:absolute;margin-left:253.5pt;margin-top:-104.95pt;width:65pt;height:20.6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" path="m826109,l,,,261404r826109,l826109,xe" fillcolor="#008a8e" stroked="f">
                <v:path arrowok="t"/>
              </v:shape>
            </w:pict>
          </mc:Fallback>
        </mc:AlternateContent>
      </w:r>
      <w:r w:rsidR="0043131B" w:rsidRPr="00102762">
        <w:rPr>
          <w:noProof/>
        </w:rPr>
        <mc:AlternateContent>
          <mc:Choice Requires="wps">
            <w:drawing>
              <wp:anchor distT="0" distB="0" distL="114300" distR="114300" simplePos="0" relativeHeight="251658247" behindDoc="0" locked="0" layoutInCell="1" allowOverlap="1" wp14:anchorId="2AAA7AA3" wp14:editId="3FE2FBF8">
                <wp:simplePos x="0" y="0"/>
                <wp:positionH relativeFrom="column">
                  <wp:posOffset>4038600</wp:posOffset>
                </wp:positionH>
                <wp:positionV relativeFrom="paragraph">
                  <wp:posOffset>-1332865</wp:posOffset>
                </wp:positionV>
                <wp:extent cx="825500" cy="261620"/>
                <wp:effectExtent l="0" t="0" r="0" b="0"/>
                <wp:wrapNone/>
                <wp:docPr id="824425987"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BF60043" id="Graphic 11" o:spid="_x0000_s1026" style="position:absolute;margin-left:318pt;margin-top:-104.95pt;width:65pt;height:20.6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" path="m826109,l,,,261404r826109,l826109,xe" fillcolor="#303e91" stroked="f">
                <v:path arrowok="t"/>
              </v:shape>
            </w:pict>
          </mc:Fallback>
        </mc:AlternateContent>
      </w:r>
      <w:r w:rsidR="0043131B" w:rsidRPr="00102762">
        <w:rPr>
          <w:noProof/>
        </w:rPr>
        <mc:AlternateContent>
          <mc:Choice Requires="wps">
            <w:drawing>
              <wp:anchor distT="0" distB="0" distL="114300" distR="114300" simplePos="0" relativeHeight="251658248" behindDoc="0" locked="0" layoutInCell="1" allowOverlap="1" wp14:anchorId="5DCB30E6" wp14:editId="7B6A80FA">
                <wp:simplePos x="0" y="0"/>
                <wp:positionH relativeFrom="column">
                  <wp:posOffset>4867275</wp:posOffset>
                </wp:positionH>
                <wp:positionV relativeFrom="paragraph">
                  <wp:posOffset>-1332865</wp:posOffset>
                </wp:positionV>
                <wp:extent cx="825500" cy="261620"/>
                <wp:effectExtent l="0" t="0" r="0" b="0"/>
                <wp:wrapNone/>
                <wp:docPr id="1676727624"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641FC44" id="Graphic 12" o:spid="_x0000_s1026" style="position:absolute;margin-left:383.25pt;margin-top:-104.95pt;width:65pt;height:20.6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" path="m826109,l,,,261404r826109,l826109,xe" fillcolor="#b50063" stroked="f">
                <v:path arrowok="t"/>
              </v:shape>
            </w:pict>
          </mc:Fallback>
        </mc:AlternateContent>
      </w:r>
      <w:r w:rsidR="0043131B" w:rsidRPr="00102762">
        <w:rPr>
          <w:noProof/>
        </w:rPr>
        <mc:AlternateContent>
          <mc:Choice Requires="wps">
            <w:drawing>
              <wp:anchor distT="0" distB="0" distL="114300" distR="114300" simplePos="0" relativeHeight="251658266" behindDoc="0" locked="0" layoutInCell="1" allowOverlap="1" wp14:anchorId="7CF11BD2" wp14:editId="2F3ABCD2">
                <wp:simplePos x="0" y="0"/>
                <wp:positionH relativeFrom="column">
                  <wp:posOffset>5695950</wp:posOffset>
                </wp:positionH>
                <wp:positionV relativeFrom="paragraph">
                  <wp:posOffset>-1332865</wp:posOffset>
                </wp:positionV>
                <wp:extent cx="825500" cy="261620"/>
                <wp:effectExtent l="0" t="0" r="0" b="0"/>
                <wp:wrapNone/>
                <wp:docPr id="1508796545"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194B6AE" id="Graphic 13" o:spid="_x0000_s1026" style="position:absolute;margin-left:448.5pt;margin-top:-104.95pt;width:65pt;height:20.6pt;z-index:25165826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" path="m826109,l,,,261404r826109,l826109,xe" fillcolor="#00803d" stroked="f">
                <v:path arrowok="t"/>
              </v:shape>
            </w:pict>
          </mc:Fallback>
        </mc:AlternateContent>
      </w:r>
      <w:r w:rsidR="0043131B" w:rsidRPr="00102762">
        <w:rPr>
          <w:noProof/>
        </w:rPr>
        <mc:AlternateContent>
          <mc:Choice Requires="wps">
            <w:drawing>
              <wp:anchor distT="0" distB="0" distL="114300" distR="114300" simplePos="0" relativeHeight="251658267" behindDoc="0" locked="0" layoutInCell="1" allowOverlap="1" wp14:anchorId="508B9E98" wp14:editId="4B2B76FC">
                <wp:simplePos x="0" y="0"/>
                <wp:positionH relativeFrom="column">
                  <wp:posOffset>-1038225</wp:posOffset>
                </wp:positionH>
                <wp:positionV relativeFrom="paragraph">
                  <wp:posOffset>-1332865</wp:posOffset>
                </wp:positionV>
                <wp:extent cx="951150" cy="261620"/>
                <wp:effectExtent l="0" t="0" r="0" b="0"/>
                <wp:wrapNone/>
                <wp:docPr id="1826234450"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7B1273E" id="Graphic 14" o:spid="_x0000_s1026" style="position:absolute;margin-left:-81.75pt;margin-top:-104.95pt;width:74.9pt;height:20.6pt;z-index:25165826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r w:rsidRPr="00102762">
        <w:rPr>
          <w:b/>
          <w:color w:val="0082BC"/>
          <w:sz w:val="32"/>
        </w:rPr>
        <w:tab/>
      </w:r>
    </w:p>
    <w:p w14:paraId="2648CFAC" w14:textId="57E763DC" w:rsidR="000B3B22" w:rsidRPr="00102762" w:rsidRDefault="00522A66">
      <w:pPr>
        <w:rPr>
          <w:sz w:val="48"/>
          <w:szCs w:val="48"/>
        </w:rPr>
      </w:pPr>
      <w:r w:rsidRPr="00102762">
        <w:rPr>
          <w:noProof/>
        </w:rPr>
        <mc:AlternateContent>
          <mc:Choice Requires="wps">
            <w:drawing>
              <wp:anchor distT="0" distB="0" distL="114300" distR="114300" simplePos="0" relativeHeight="251658269" behindDoc="0" locked="0" layoutInCell="1" allowOverlap="1" wp14:anchorId="7C59204A" wp14:editId="6F239794">
                <wp:simplePos x="0" y="0"/>
                <wp:positionH relativeFrom="margin">
                  <wp:align>left</wp:align>
                </wp:positionH>
                <wp:positionV relativeFrom="paragraph">
                  <wp:posOffset>67310</wp:posOffset>
                </wp:positionV>
                <wp:extent cx="5781675" cy="7067550"/>
                <wp:effectExtent l="0" t="0" r="0" b="0"/>
                <wp:wrapNone/>
                <wp:docPr id="1322997571" name="Text Box 1"/>
                <wp:cNvGraphicFramePr/>
                <a:graphic xmlns:a="http://schemas.openxmlformats.org/drawingml/2006/main">
                  <a:graphicData uri="http://schemas.microsoft.com/office/word/2010/wordprocessingShape">
                    <wps:wsp>
                      <wps:cNvSpPr txBox="1"/>
                      <wps:spPr>
                        <a:xfrm>
                          <a:off x="0" y="0"/>
                          <a:ext cx="5781675" cy="7067550"/>
                        </a:xfrm>
                        <a:prstGeom prst="rect">
                          <a:avLst/>
                        </a:prstGeom>
                        <a:noFill/>
                        <a:ln w="6350">
                          <a:noFill/>
                        </a:ln>
                      </wps:spPr>
                      <wps:txbx>
                        <w:txbxContent>
                          <w:p w14:paraId="597FDBF0" w14:textId="77777777" w:rsidR="00671606" w:rsidRPr="00102762" w:rsidRDefault="00671606" w:rsidP="00671606">
                            <w:pPr>
                              <w:spacing w:after="0" w:line="240" w:lineRule="auto"/>
                              <w:rPr>
                                <w:sz w:val="28"/>
                                <w:szCs w:val="28"/>
                              </w:rPr>
                            </w:pPr>
                            <w:r w:rsidRPr="00102762">
                              <w:rPr>
                                <w:sz w:val="28"/>
                                <w:szCs w:val="28"/>
                              </w:rPr>
                              <w:t>Hi,</w:t>
                            </w:r>
                          </w:p>
                          <w:p w14:paraId="494B38DB" w14:textId="77777777" w:rsidR="00671606" w:rsidRPr="00102762" w:rsidRDefault="00671606" w:rsidP="00671606">
                            <w:pPr>
                              <w:spacing w:after="0" w:line="240" w:lineRule="auto"/>
                              <w:rPr>
                                <w:sz w:val="28"/>
                                <w:szCs w:val="28"/>
                              </w:rPr>
                            </w:pPr>
                          </w:p>
                          <w:p w14:paraId="192565E0" w14:textId="1555EA6E" w:rsidR="00671606" w:rsidRPr="00102762" w:rsidRDefault="00522A66" w:rsidP="00671606">
                            <w:pPr>
                              <w:spacing w:after="0" w:line="240" w:lineRule="auto"/>
                              <w:rPr>
                                <w:sz w:val="28"/>
                                <w:szCs w:val="28"/>
                              </w:rPr>
                            </w:pPr>
                            <w:r w:rsidRPr="00102762">
                              <w:rPr>
                                <w:sz w:val="28"/>
                                <w:szCs w:val="28"/>
                              </w:rPr>
                              <w:t>We would</w:t>
                            </w:r>
                            <w:r w:rsidR="00671606" w:rsidRPr="00102762">
                              <w:rPr>
                                <w:sz w:val="28"/>
                                <w:szCs w:val="28"/>
                              </w:rPr>
                              <w:t xml:space="preserve"> like to thank you for your interest in the </w:t>
                            </w:r>
                            <w:r w:rsidR="0018500E" w:rsidRPr="00102762">
                              <w:rPr>
                                <w:sz w:val="28"/>
                                <w:szCs w:val="28"/>
                              </w:rPr>
                              <w:t>Residential Support Worker</w:t>
                            </w:r>
                            <w:r w:rsidR="00671606" w:rsidRPr="00102762">
                              <w:rPr>
                                <w:sz w:val="28"/>
                                <w:szCs w:val="28"/>
                              </w:rPr>
                              <w:t xml:space="preserve"> role within Sefton Council’s</w:t>
                            </w:r>
                            <w:r w:rsidR="00455519" w:rsidRPr="00102762">
                              <w:rPr>
                                <w:sz w:val="28"/>
                                <w:szCs w:val="28"/>
                              </w:rPr>
                              <w:t xml:space="preserve"> </w:t>
                            </w:r>
                            <w:r w:rsidR="00FE4084" w:rsidRPr="00102762">
                              <w:rPr>
                                <w:sz w:val="28"/>
                                <w:szCs w:val="28"/>
                              </w:rPr>
                              <w:t>Cherry Road Edge of Care Service</w:t>
                            </w:r>
                            <w:r w:rsidR="00671606" w:rsidRPr="00102762">
                              <w:rPr>
                                <w:sz w:val="28"/>
                                <w:szCs w:val="28"/>
                              </w:rPr>
                              <w:t>.</w:t>
                            </w:r>
                          </w:p>
                          <w:p w14:paraId="2E4E4CEF" w14:textId="77777777" w:rsidR="00455519" w:rsidRPr="00102762" w:rsidRDefault="00455519" w:rsidP="00671606">
                            <w:pPr>
                              <w:spacing w:after="0" w:line="240" w:lineRule="auto"/>
                              <w:rPr>
                                <w:sz w:val="28"/>
                                <w:szCs w:val="28"/>
                              </w:rPr>
                            </w:pPr>
                          </w:p>
                          <w:p w14:paraId="07B86B1A" w14:textId="44E91DA4" w:rsidR="003E25CB" w:rsidRPr="00102762" w:rsidRDefault="003E25CB" w:rsidP="00671606">
                            <w:pPr>
                              <w:spacing w:after="0" w:line="240" w:lineRule="auto"/>
                              <w:rPr>
                                <w:sz w:val="28"/>
                                <w:szCs w:val="28"/>
                              </w:rPr>
                            </w:pPr>
                            <w:r w:rsidRPr="00102762">
                              <w:rPr>
                                <w:sz w:val="28"/>
                                <w:szCs w:val="28"/>
                              </w:rPr>
                              <w:t xml:space="preserve">This is an exciting and rewarding opportunity for someone who </w:t>
                            </w:r>
                            <w:r w:rsidR="0070097B" w:rsidRPr="00102762">
                              <w:rPr>
                                <w:sz w:val="28"/>
                                <w:szCs w:val="28"/>
                              </w:rPr>
                              <w:t>is compassionate, resilient and committed to supporting young people and families</w:t>
                            </w:r>
                            <w:r w:rsidRPr="00102762">
                              <w:rPr>
                                <w:sz w:val="28"/>
                                <w:szCs w:val="28"/>
                              </w:rPr>
                              <w:t>.</w:t>
                            </w:r>
                          </w:p>
                          <w:p w14:paraId="253712E1" w14:textId="77777777" w:rsidR="00AC3D06" w:rsidRPr="00102762" w:rsidRDefault="00AC3D06" w:rsidP="00671606">
                            <w:pPr>
                              <w:spacing w:after="0" w:line="240" w:lineRule="auto"/>
                              <w:rPr>
                                <w:sz w:val="28"/>
                                <w:szCs w:val="28"/>
                              </w:rPr>
                            </w:pPr>
                          </w:p>
                          <w:p w14:paraId="165B49EC" w14:textId="7E810CF3" w:rsidR="003E2B31" w:rsidRPr="00102762" w:rsidRDefault="003E2B31" w:rsidP="003E25CB">
                            <w:pPr>
                              <w:spacing w:after="0" w:line="240" w:lineRule="auto"/>
                              <w:rPr>
                                <w:sz w:val="28"/>
                                <w:szCs w:val="28"/>
                              </w:rPr>
                            </w:pPr>
                            <w:r w:rsidRPr="00102762">
                              <w:rPr>
                                <w:sz w:val="28"/>
                                <w:szCs w:val="28"/>
                              </w:rPr>
                              <w:t>Y</w:t>
                            </w:r>
                            <w:r w:rsidR="003E25CB" w:rsidRPr="00102762">
                              <w:rPr>
                                <w:sz w:val="28"/>
                                <w:szCs w:val="28"/>
                              </w:rPr>
                              <w:t xml:space="preserve">ou’ll play </w:t>
                            </w:r>
                            <w:r w:rsidR="00C80753" w:rsidRPr="00102762">
                              <w:rPr>
                                <w:sz w:val="28"/>
                                <w:szCs w:val="28"/>
                              </w:rPr>
                              <w:t xml:space="preserve">an essential part in creating a safe, structured and nurturing environment, offering stability and consistent support </w:t>
                            </w:r>
                            <w:r w:rsidR="0066492E" w:rsidRPr="00102762">
                              <w:rPr>
                                <w:sz w:val="28"/>
                                <w:szCs w:val="28"/>
                              </w:rPr>
                              <w:t>to</w:t>
                            </w:r>
                            <w:r w:rsidR="00C80753" w:rsidRPr="00102762">
                              <w:rPr>
                                <w:sz w:val="28"/>
                                <w:szCs w:val="28"/>
                              </w:rPr>
                              <w:t xml:space="preserve"> the young people who stay with us.  </w:t>
                            </w:r>
                            <w:r w:rsidR="0091403D" w:rsidRPr="00102762">
                              <w:rPr>
                                <w:sz w:val="28"/>
                                <w:szCs w:val="28"/>
                              </w:rPr>
                              <w:t xml:space="preserve">You’ll approach each day with </w:t>
                            </w:r>
                            <w:r w:rsidR="0066492E" w:rsidRPr="00102762">
                              <w:rPr>
                                <w:sz w:val="28"/>
                                <w:szCs w:val="28"/>
                              </w:rPr>
                              <w:t>professionalism</w:t>
                            </w:r>
                            <w:r w:rsidR="0091403D" w:rsidRPr="00102762">
                              <w:rPr>
                                <w:sz w:val="28"/>
                                <w:szCs w:val="28"/>
                              </w:rPr>
                              <w:t>, maintain clear boundaries and demonstrate a supportive and understanding approach in your work with young people and their families</w:t>
                            </w:r>
                            <w:r w:rsidR="003E25CB" w:rsidRPr="00102762">
                              <w:rPr>
                                <w:sz w:val="28"/>
                                <w:szCs w:val="28"/>
                              </w:rPr>
                              <w:t xml:space="preserve">. </w:t>
                            </w:r>
                          </w:p>
                          <w:p w14:paraId="3676DA54" w14:textId="77777777" w:rsidR="0006470A" w:rsidRPr="00102762" w:rsidRDefault="0006470A" w:rsidP="003E25CB">
                            <w:pPr>
                              <w:spacing w:after="0" w:line="240" w:lineRule="auto"/>
                              <w:rPr>
                                <w:sz w:val="28"/>
                                <w:szCs w:val="28"/>
                              </w:rPr>
                            </w:pPr>
                          </w:p>
                          <w:p w14:paraId="45386F1E" w14:textId="2FC3BBC5" w:rsidR="003E25CB" w:rsidRPr="00102762" w:rsidRDefault="00D96F44" w:rsidP="003E25CB">
                            <w:pPr>
                              <w:spacing w:after="0" w:line="240" w:lineRule="auto"/>
                              <w:rPr>
                                <w:sz w:val="28"/>
                                <w:szCs w:val="28"/>
                              </w:rPr>
                            </w:pPr>
                            <w:r w:rsidRPr="00102762">
                              <w:rPr>
                                <w:sz w:val="28"/>
                                <w:szCs w:val="28"/>
                              </w:rPr>
                              <w:t>As a person, i</w:t>
                            </w:r>
                            <w:r w:rsidR="003E25CB" w:rsidRPr="00102762">
                              <w:rPr>
                                <w:sz w:val="28"/>
                                <w:szCs w:val="28"/>
                              </w:rPr>
                              <w:t>f you’re someone who enjoys helping others, takes pride in delivering high</w:t>
                            </w:r>
                            <w:r w:rsidR="003E25CB" w:rsidRPr="00102762">
                              <w:rPr>
                                <w:sz w:val="28"/>
                                <w:szCs w:val="28"/>
                              </w:rPr>
                              <w:noBreakHyphen/>
                              <w:t>quality support, and brings energy, adaptability, and a genuine passion for making a difference, we’d be delighted to hear from you</w:t>
                            </w:r>
                            <w:r w:rsidRPr="00102762">
                              <w:rPr>
                                <w:sz w:val="28"/>
                                <w:szCs w:val="28"/>
                              </w:rPr>
                              <w:t>.</w:t>
                            </w:r>
                            <w:r w:rsidR="00304C45" w:rsidRPr="00102762">
                              <w:rPr>
                                <w:sz w:val="28"/>
                                <w:szCs w:val="28"/>
                              </w:rPr>
                              <w:t xml:space="preserve">  </w:t>
                            </w:r>
                          </w:p>
                          <w:p w14:paraId="5A41F488" w14:textId="77777777" w:rsidR="00671606" w:rsidRPr="00102762" w:rsidRDefault="00671606" w:rsidP="00671606">
                            <w:pPr>
                              <w:spacing w:after="0" w:line="240" w:lineRule="auto"/>
                              <w:rPr>
                                <w:sz w:val="28"/>
                                <w:szCs w:val="28"/>
                              </w:rPr>
                            </w:pPr>
                          </w:p>
                          <w:p w14:paraId="01F3038F" w14:textId="278B458B" w:rsidR="00671606" w:rsidRPr="00102762" w:rsidRDefault="00671606" w:rsidP="00671606">
                            <w:pPr>
                              <w:spacing w:after="0" w:line="240" w:lineRule="auto"/>
                              <w:rPr>
                                <w:sz w:val="28"/>
                                <w:szCs w:val="28"/>
                              </w:rPr>
                            </w:pPr>
                            <w:r w:rsidRPr="00102762">
                              <w:rPr>
                                <w:sz w:val="28"/>
                                <w:szCs w:val="28"/>
                              </w:rPr>
                              <w:t xml:space="preserve">The Job Description and Person Specification for this role are included within the job pack. </w:t>
                            </w:r>
                            <w:r w:rsidR="004E7A46" w:rsidRPr="00102762">
                              <w:rPr>
                                <w:sz w:val="28"/>
                                <w:szCs w:val="28"/>
                              </w:rPr>
                              <w:t xml:space="preserve"> </w:t>
                            </w:r>
                            <w:r w:rsidRPr="00102762">
                              <w:rPr>
                                <w:sz w:val="28"/>
                                <w:szCs w:val="28"/>
                              </w:rPr>
                              <w:t>If you have any questions about the vacancy, please refer to the job pack for the appropriate contact details.</w:t>
                            </w:r>
                          </w:p>
                          <w:p w14:paraId="7E561A37" w14:textId="77777777" w:rsidR="00671606" w:rsidRPr="00102762" w:rsidRDefault="00671606" w:rsidP="00671606">
                            <w:pPr>
                              <w:spacing w:after="0" w:line="240" w:lineRule="auto"/>
                              <w:rPr>
                                <w:sz w:val="28"/>
                                <w:szCs w:val="28"/>
                              </w:rPr>
                            </w:pPr>
                          </w:p>
                          <w:p w14:paraId="08B5229B" w14:textId="63839C62" w:rsidR="00D9688B" w:rsidRPr="00102762" w:rsidRDefault="00514FBC" w:rsidP="00671606">
                            <w:pPr>
                              <w:spacing w:after="0" w:line="240" w:lineRule="auto"/>
                              <w:rPr>
                                <w:sz w:val="28"/>
                                <w:szCs w:val="28"/>
                              </w:rPr>
                            </w:pPr>
                            <w:r w:rsidRPr="00102762">
                              <w:rPr>
                                <w:sz w:val="28"/>
                                <w:szCs w:val="28"/>
                              </w:rPr>
                              <w:t>If</w:t>
                            </w:r>
                            <w:r w:rsidR="001E7F31" w:rsidRPr="00102762">
                              <w:rPr>
                                <w:sz w:val="28"/>
                                <w:szCs w:val="28"/>
                              </w:rPr>
                              <w:t>,</w:t>
                            </w:r>
                            <w:r w:rsidRPr="00102762">
                              <w:rPr>
                                <w:sz w:val="28"/>
                                <w:szCs w:val="28"/>
                              </w:rPr>
                              <w:t xml:space="preserve"> when you’ve </w:t>
                            </w:r>
                            <w:r w:rsidR="001E7F31" w:rsidRPr="00102762">
                              <w:rPr>
                                <w:sz w:val="28"/>
                                <w:szCs w:val="28"/>
                              </w:rPr>
                              <w:t xml:space="preserve">finishing </w:t>
                            </w:r>
                            <w:r w:rsidRPr="00102762">
                              <w:rPr>
                                <w:sz w:val="28"/>
                                <w:szCs w:val="28"/>
                              </w:rPr>
                              <w:t>read</w:t>
                            </w:r>
                            <w:r w:rsidR="001E7F31" w:rsidRPr="00102762">
                              <w:rPr>
                                <w:sz w:val="28"/>
                                <w:szCs w:val="28"/>
                              </w:rPr>
                              <w:t>ing</w:t>
                            </w:r>
                            <w:r w:rsidRPr="00102762">
                              <w:rPr>
                                <w:sz w:val="28"/>
                                <w:szCs w:val="28"/>
                              </w:rPr>
                              <w:t xml:space="preserve"> this pack, you like what you </w:t>
                            </w:r>
                            <w:r w:rsidR="00D9688B" w:rsidRPr="00102762">
                              <w:rPr>
                                <w:sz w:val="28"/>
                                <w:szCs w:val="28"/>
                              </w:rPr>
                              <w:t xml:space="preserve">see, and Sefton’s Vision and Values align to yours then we can’t wait to hear from you. </w:t>
                            </w:r>
                          </w:p>
                          <w:p w14:paraId="39B50755" w14:textId="77777777" w:rsidR="00D9688B" w:rsidRPr="00102762" w:rsidRDefault="00D9688B" w:rsidP="00671606">
                            <w:pPr>
                              <w:spacing w:after="0" w:line="240" w:lineRule="auto"/>
                              <w:rPr>
                                <w:sz w:val="28"/>
                                <w:szCs w:val="28"/>
                              </w:rPr>
                            </w:pPr>
                          </w:p>
                          <w:p w14:paraId="62DC2431" w14:textId="27FD410B" w:rsidR="00671606" w:rsidRPr="00102762" w:rsidRDefault="00671606" w:rsidP="00671606">
                            <w:pPr>
                              <w:spacing w:after="0" w:line="240" w:lineRule="auto"/>
                              <w:rPr>
                                <w:sz w:val="28"/>
                                <w:szCs w:val="28"/>
                              </w:rPr>
                            </w:pPr>
                            <w:r w:rsidRPr="00102762">
                              <w:rPr>
                                <w:sz w:val="28"/>
                                <w:szCs w:val="28"/>
                              </w:rPr>
                              <w:t>Best of luck!</w:t>
                            </w:r>
                          </w:p>
                          <w:p w14:paraId="752CA344" w14:textId="77777777" w:rsidR="003E2B31" w:rsidRPr="00102762" w:rsidRDefault="003E2B31" w:rsidP="00671606">
                            <w:pPr>
                              <w:spacing w:after="0" w:line="240" w:lineRule="auto"/>
                              <w:rPr>
                                <w:sz w:val="28"/>
                                <w:szCs w:val="28"/>
                              </w:rPr>
                            </w:pPr>
                          </w:p>
                          <w:p w14:paraId="56D5B4A0" w14:textId="4A9DA10E" w:rsidR="003E2B31" w:rsidRPr="00102762" w:rsidRDefault="00412409" w:rsidP="00671606">
                            <w:pPr>
                              <w:spacing w:after="0" w:line="240" w:lineRule="auto"/>
                              <w:rPr>
                                <w:sz w:val="28"/>
                                <w:szCs w:val="28"/>
                              </w:rPr>
                            </w:pPr>
                            <w:r w:rsidRPr="00102762">
                              <w:rPr>
                                <w:sz w:val="28"/>
                                <w:szCs w:val="28"/>
                              </w:rPr>
                              <w:t xml:space="preserve">Joanne Garton </w:t>
                            </w:r>
                          </w:p>
                          <w:p w14:paraId="3ADD37C6" w14:textId="5F2BB0EF" w:rsidR="00412409" w:rsidRPr="00671606" w:rsidRDefault="00412409" w:rsidP="00671606">
                            <w:pPr>
                              <w:spacing w:after="0" w:line="240" w:lineRule="auto"/>
                              <w:rPr>
                                <w:sz w:val="28"/>
                                <w:szCs w:val="28"/>
                              </w:rPr>
                            </w:pPr>
                            <w:r w:rsidRPr="00102762">
                              <w:rPr>
                                <w:sz w:val="28"/>
                                <w:szCs w:val="28"/>
                              </w:rPr>
                              <w:t>Proposed Registered Manager</w:t>
                            </w:r>
                            <w:r>
                              <w:rPr>
                                <w:sz w:val="28"/>
                                <w:szCs w:val="28"/>
                              </w:rPr>
                              <w:t xml:space="preserve"> </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59204A" id="_x0000_t202" coordsize="21600,21600" o:spt="202" path="m,l,21600r21600,l21600,xe">
                <v:stroke joinstyle="miter"/>
                <v:path gradientshapeok="t" o:connecttype="rect"/>
              </v:shapetype>
              <v:shape id="Text Box 1" o:spid="_x0000_s1029" type="#_x0000_t202" style="position:absolute;margin-left:0;margin-top:5.3pt;width:455.25pt;height:556.5pt;z-index:25165826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" filled="f" stroked="f" strokeweight=".5pt">
                <v:textbox>
                  <w:txbxContent>
                    <w:p w14:paraId="597FDBF0" w14:textId="77777777" w:rsidR="00671606" w:rsidRPr="00102762" w:rsidRDefault="00671606" w:rsidP="00671606">
                      <w:pPr>
                        <w:spacing w:after="0" w:line="240" w:lineRule="auto"/>
                        <w:rPr>
                          <w:sz w:val="28"/>
                          <w:szCs w:val="28"/>
                        </w:rPr>
                      </w:pPr>
                      <w:r w:rsidRPr="00102762">
                        <w:rPr>
                          <w:sz w:val="28"/>
                          <w:szCs w:val="28"/>
                        </w:rPr>
                        <w:t>Hi,</w:t>
                      </w:r>
                    </w:p>
                    <w:p w14:paraId="494B38DB" w14:textId="77777777" w:rsidR="00671606" w:rsidRPr="00102762" w:rsidRDefault="00671606" w:rsidP="00671606">
                      <w:pPr>
                        <w:spacing w:after="0" w:line="240" w:lineRule="auto"/>
                        <w:rPr>
                          <w:sz w:val="28"/>
                          <w:szCs w:val="28"/>
                        </w:rPr>
                      </w:pPr>
                    </w:p>
                    <w:p w14:paraId="192565E0" w14:textId="1555EA6E" w:rsidR="00671606" w:rsidRPr="00102762" w:rsidRDefault="00522A66" w:rsidP="00671606">
                      <w:pPr>
                        <w:spacing w:after="0" w:line="240" w:lineRule="auto"/>
                        <w:rPr>
                          <w:sz w:val="28"/>
                          <w:szCs w:val="28"/>
                        </w:rPr>
                      </w:pPr>
                      <w:r w:rsidRPr="00102762">
                        <w:rPr>
                          <w:sz w:val="28"/>
                          <w:szCs w:val="28"/>
                        </w:rPr>
                        <w:t>We would</w:t>
                      </w:r>
                      <w:r w:rsidR="00671606" w:rsidRPr="00102762">
                        <w:rPr>
                          <w:sz w:val="28"/>
                          <w:szCs w:val="28"/>
                        </w:rPr>
                        <w:t xml:space="preserve"> like to thank you for your interest in the </w:t>
                      </w:r>
                      <w:r w:rsidR="0018500E" w:rsidRPr="00102762">
                        <w:rPr>
                          <w:sz w:val="28"/>
                          <w:szCs w:val="28"/>
                        </w:rPr>
                        <w:t>Residential Support Worker</w:t>
                      </w:r>
                      <w:r w:rsidR="00671606" w:rsidRPr="00102762">
                        <w:rPr>
                          <w:sz w:val="28"/>
                          <w:szCs w:val="28"/>
                        </w:rPr>
                        <w:t xml:space="preserve"> role within Sefton Council’s</w:t>
                      </w:r>
                      <w:r w:rsidR="00455519" w:rsidRPr="00102762">
                        <w:rPr>
                          <w:sz w:val="28"/>
                          <w:szCs w:val="28"/>
                        </w:rPr>
                        <w:t xml:space="preserve"> </w:t>
                      </w:r>
                      <w:r w:rsidR="00FE4084" w:rsidRPr="00102762">
                        <w:rPr>
                          <w:sz w:val="28"/>
                          <w:szCs w:val="28"/>
                        </w:rPr>
                        <w:t>Cherry Road Edge of Care Service</w:t>
                      </w:r>
                      <w:r w:rsidR="00671606" w:rsidRPr="00102762">
                        <w:rPr>
                          <w:sz w:val="28"/>
                          <w:szCs w:val="28"/>
                        </w:rPr>
                        <w:t>.</w:t>
                      </w:r>
                    </w:p>
                    <w:p w14:paraId="2E4E4CEF" w14:textId="77777777" w:rsidR="00455519" w:rsidRPr="00102762" w:rsidRDefault="00455519" w:rsidP="00671606">
                      <w:pPr>
                        <w:spacing w:after="0" w:line="240" w:lineRule="auto"/>
                        <w:rPr>
                          <w:sz w:val="28"/>
                          <w:szCs w:val="28"/>
                        </w:rPr>
                      </w:pPr>
                    </w:p>
                    <w:p w14:paraId="07B86B1A" w14:textId="44E91DA4" w:rsidR="003E25CB" w:rsidRPr="00102762" w:rsidRDefault="003E25CB" w:rsidP="00671606">
                      <w:pPr>
                        <w:spacing w:after="0" w:line="240" w:lineRule="auto"/>
                        <w:rPr>
                          <w:sz w:val="28"/>
                          <w:szCs w:val="28"/>
                        </w:rPr>
                      </w:pPr>
                      <w:r w:rsidRPr="00102762">
                        <w:rPr>
                          <w:sz w:val="28"/>
                          <w:szCs w:val="28"/>
                        </w:rPr>
                        <w:t xml:space="preserve">This is an exciting and rewarding opportunity for someone who </w:t>
                      </w:r>
                      <w:r w:rsidR="0070097B" w:rsidRPr="00102762">
                        <w:rPr>
                          <w:sz w:val="28"/>
                          <w:szCs w:val="28"/>
                        </w:rPr>
                        <w:t>is compassionate, resilient and committed to supporting young people and families</w:t>
                      </w:r>
                      <w:r w:rsidRPr="00102762">
                        <w:rPr>
                          <w:sz w:val="28"/>
                          <w:szCs w:val="28"/>
                        </w:rPr>
                        <w:t>.</w:t>
                      </w:r>
                    </w:p>
                    <w:p w14:paraId="253712E1" w14:textId="77777777" w:rsidR="00AC3D06" w:rsidRPr="00102762" w:rsidRDefault="00AC3D06" w:rsidP="00671606">
                      <w:pPr>
                        <w:spacing w:after="0" w:line="240" w:lineRule="auto"/>
                        <w:rPr>
                          <w:sz w:val="28"/>
                          <w:szCs w:val="28"/>
                        </w:rPr>
                      </w:pPr>
                    </w:p>
                    <w:p w14:paraId="165B49EC" w14:textId="7E810CF3" w:rsidR="003E2B31" w:rsidRPr="00102762" w:rsidRDefault="003E2B31" w:rsidP="003E25CB">
                      <w:pPr>
                        <w:spacing w:after="0" w:line="240" w:lineRule="auto"/>
                        <w:rPr>
                          <w:sz w:val="28"/>
                          <w:szCs w:val="28"/>
                        </w:rPr>
                      </w:pPr>
                      <w:r w:rsidRPr="00102762">
                        <w:rPr>
                          <w:sz w:val="28"/>
                          <w:szCs w:val="28"/>
                        </w:rPr>
                        <w:t>Y</w:t>
                      </w:r>
                      <w:r w:rsidR="003E25CB" w:rsidRPr="00102762">
                        <w:rPr>
                          <w:sz w:val="28"/>
                          <w:szCs w:val="28"/>
                        </w:rPr>
                        <w:t xml:space="preserve">ou’ll play </w:t>
                      </w:r>
                      <w:r w:rsidR="00C80753" w:rsidRPr="00102762">
                        <w:rPr>
                          <w:sz w:val="28"/>
                          <w:szCs w:val="28"/>
                        </w:rPr>
                        <w:t xml:space="preserve">an essential part in creating a safe, structured and nurturing environment, offering stability and consistent support </w:t>
                      </w:r>
                      <w:r w:rsidR="0066492E" w:rsidRPr="00102762">
                        <w:rPr>
                          <w:sz w:val="28"/>
                          <w:szCs w:val="28"/>
                        </w:rPr>
                        <w:t>to</w:t>
                      </w:r>
                      <w:r w:rsidR="00C80753" w:rsidRPr="00102762">
                        <w:rPr>
                          <w:sz w:val="28"/>
                          <w:szCs w:val="28"/>
                        </w:rPr>
                        <w:t xml:space="preserve"> the young people who stay with us.  </w:t>
                      </w:r>
                      <w:r w:rsidR="0091403D" w:rsidRPr="00102762">
                        <w:rPr>
                          <w:sz w:val="28"/>
                          <w:szCs w:val="28"/>
                        </w:rPr>
                        <w:t xml:space="preserve">You’ll approach each day with </w:t>
                      </w:r>
                      <w:r w:rsidR="0066492E" w:rsidRPr="00102762">
                        <w:rPr>
                          <w:sz w:val="28"/>
                          <w:szCs w:val="28"/>
                        </w:rPr>
                        <w:t>professionalism</w:t>
                      </w:r>
                      <w:r w:rsidR="0091403D" w:rsidRPr="00102762">
                        <w:rPr>
                          <w:sz w:val="28"/>
                          <w:szCs w:val="28"/>
                        </w:rPr>
                        <w:t>, maintain clear boundaries and demonstrate a supportive and understanding approach in your work with young people and their families</w:t>
                      </w:r>
                      <w:r w:rsidR="003E25CB" w:rsidRPr="00102762">
                        <w:rPr>
                          <w:sz w:val="28"/>
                          <w:szCs w:val="28"/>
                        </w:rPr>
                        <w:t xml:space="preserve">. </w:t>
                      </w:r>
                    </w:p>
                    <w:p w14:paraId="3676DA54" w14:textId="77777777" w:rsidR="0006470A" w:rsidRPr="00102762" w:rsidRDefault="0006470A" w:rsidP="003E25CB">
                      <w:pPr>
                        <w:spacing w:after="0" w:line="240" w:lineRule="auto"/>
                        <w:rPr>
                          <w:sz w:val="28"/>
                          <w:szCs w:val="28"/>
                        </w:rPr>
                      </w:pPr>
                    </w:p>
                    <w:p w14:paraId="45386F1E" w14:textId="2FC3BBC5" w:rsidR="003E25CB" w:rsidRPr="00102762" w:rsidRDefault="00D96F44" w:rsidP="003E25CB">
                      <w:pPr>
                        <w:spacing w:after="0" w:line="240" w:lineRule="auto"/>
                        <w:rPr>
                          <w:sz w:val="28"/>
                          <w:szCs w:val="28"/>
                        </w:rPr>
                      </w:pPr>
                      <w:r w:rsidRPr="00102762">
                        <w:rPr>
                          <w:sz w:val="28"/>
                          <w:szCs w:val="28"/>
                        </w:rPr>
                        <w:t>As a person, i</w:t>
                      </w:r>
                      <w:r w:rsidR="003E25CB" w:rsidRPr="00102762">
                        <w:rPr>
                          <w:sz w:val="28"/>
                          <w:szCs w:val="28"/>
                        </w:rPr>
                        <w:t>f you’re someone who enjoys helping others, takes pride in delivering high</w:t>
                      </w:r>
                      <w:r w:rsidR="003E25CB" w:rsidRPr="00102762">
                        <w:rPr>
                          <w:sz w:val="28"/>
                          <w:szCs w:val="28"/>
                        </w:rPr>
                        <w:noBreakHyphen/>
                        <w:t>quality support, and brings energy, adaptability, and a genuine passion for making a difference, we’d be delighted to hear from you</w:t>
                      </w:r>
                      <w:r w:rsidRPr="00102762">
                        <w:rPr>
                          <w:sz w:val="28"/>
                          <w:szCs w:val="28"/>
                        </w:rPr>
                        <w:t>.</w:t>
                      </w:r>
                      <w:r w:rsidR="00304C45" w:rsidRPr="00102762">
                        <w:rPr>
                          <w:sz w:val="28"/>
                          <w:szCs w:val="28"/>
                        </w:rPr>
                        <w:t xml:space="preserve">  </w:t>
                      </w:r>
                    </w:p>
                    <w:p w14:paraId="5A41F488" w14:textId="77777777" w:rsidR="00671606" w:rsidRPr="00102762" w:rsidRDefault="00671606" w:rsidP="00671606">
                      <w:pPr>
                        <w:spacing w:after="0" w:line="240" w:lineRule="auto"/>
                        <w:rPr>
                          <w:sz w:val="28"/>
                          <w:szCs w:val="28"/>
                        </w:rPr>
                      </w:pPr>
                    </w:p>
                    <w:p w14:paraId="01F3038F" w14:textId="278B458B" w:rsidR="00671606" w:rsidRPr="00102762" w:rsidRDefault="00671606" w:rsidP="00671606">
                      <w:pPr>
                        <w:spacing w:after="0" w:line="240" w:lineRule="auto"/>
                        <w:rPr>
                          <w:sz w:val="28"/>
                          <w:szCs w:val="28"/>
                        </w:rPr>
                      </w:pPr>
                      <w:r w:rsidRPr="00102762">
                        <w:rPr>
                          <w:sz w:val="28"/>
                          <w:szCs w:val="28"/>
                        </w:rPr>
                        <w:t xml:space="preserve">The Job Description and Person Specification for this role are included within the job pack. </w:t>
                      </w:r>
                      <w:r w:rsidR="004E7A46" w:rsidRPr="00102762">
                        <w:rPr>
                          <w:sz w:val="28"/>
                          <w:szCs w:val="28"/>
                        </w:rPr>
                        <w:t xml:space="preserve"> </w:t>
                      </w:r>
                      <w:r w:rsidRPr="00102762">
                        <w:rPr>
                          <w:sz w:val="28"/>
                          <w:szCs w:val="28"/>
                        </w:rPr>
                        <w:t>If you have any questions about the vacancy, please refer to the job pack for the appropriate contact details.</w:t>
                      </w:r>
                    </w:p>
                    <w:p w14:paraId="7E561A37" w14:textId="77777777" w:rsidR="00671606" w:rsidRPr="00102762" w:rsidRDefault="00671606" w:rsidP="00671606">
                      <w:pPr>
                        <w:spacing w:after="0" w:line="240" w:lineRule="auto"/>
                        <w:rPr>
                          <w:sz w:val="28"/>
                          <w:szCs w:val="28"/>
                        </w:rPr>
                      </w:pPr>
                    </w:p>
                    <w:p w14:paraId="08B5229B" w14:textId="63839C62" w:rsidR="00D9688B" w:rsidRPr="00102762" w:rsidRDefault="00514FBC" w:rsidP="00671606">
                      <w:pPr>
                        <w:spacing w:after="0" w:line="240" w:lineRule="auto"/>
                        <w:rPr>
                          <w:sz w:val="28"/>
                          <w:szCs w:val="28"/>
                        </w:rPr>
                      </w:pPr>
                      <w:r w:rsidRPr="00102762">
                        <w:rPr>
                          <w:sz w:val="28"/>
                          <w:szCs w:val="28"/>
                        </w:rPr>
                        <w:t>If</w:t>
                      </w:r>
                      <w:r w:rsidR="001E7F31" w:rsidRPr="00102762">
                        <w:rPr>
                          <w:sz w:val="28"/>
                          <w:szCs w:val="28"/>
                        </w:rPr>
                        <w:t>,</w:t>
                      </w:r>
                      <w:r w:rsidRPr="00102762">
                        <w:rPr>
                          <w:sz w:val="28"/>
                          <w:szCs w:val="28"/>
                        </w:rPr>
                        <w:t xml:space="preserve"> when you’ve </w:t>
                      </w:r>
                      <w:r w:rsidR="001E7F31" w:rsidRPr="00102762">
                        <w:rPr>
                          <w:sz w:val="28"/>
                          <w:szCs w:val="28"/>
                        </w:rPr>
                        <w:t xml:space="preserve">finishing </w:t>
                      </w:r>
                      <w:r w:rsidRPr="00102762">
                        <w:rPr>
                          <w:sz w:val="28"/>
                          <w:szCs w:val="28"/>
                        </w:rPr>
                        <w:t>read</w:t>
                      </w:r>
                      <w:r w:rsidR="001E7F31" w:rsidRPr="00102762">
                        <w:rPr>
                          <w:sz w:val="28"/>
                          <w:szCs w:val="28"/>
                        </w:rPr>
                        <w:t>ing</w:t>
                      </w:r>
                      <w:r w:rsidRPr="00102762">
                        <w:rPr>
                          <w:sz w:val="28"/>
                          <w:szCs w:val="28"/>
                        </w:rPr>
                        <w:t xml:space="preserve"> this pack, you like what you </w:t>
                      </w:r>
                      <w:r w:rsidR="00D9688B" w:rsidRPr="00102762">
                        <w:rPr>
                          <w:sz w:val="28"/>
                          <w:szCs w:val="28"/>
                        </w:rPr>
                        <w:t xml:space="preserve">see, and Sefton’s Vision and Values align to yours then we can’t wait to hear from you. </w:t>
                      </w:r>
                    </w:p>
                    <w:p w14:paraId="39B50755" w14:textId="77777777" w:rsidR="00D9688B" w:rsidRPr="00102762" w:rsidRDefault="00D9688B" w:rsidP="00671606">
                      <w:pPr>
                        <w:spacing w:after="0" w:line="240" w:lineRule="auto"/>
                        <w:rPr>
                          <w:sz w:val="28"/>
                          <w:szCs w:val="28"/>
                        </w:rPr>
                      </w:pPr>
                    </w:p>
                    <w:p w14:paraId="62DC2431" w14:textId="27FD410B" w:rsidR="00671606" w:rsidRPr="00102762" w:rsidRDefault="00671606" w:rsidP="00671606">
                      <w:pPr>
                        <w:spacing w:after="0" w:line="240" w:lineRule="auto"/>
                        <w:rPr>
                          <w:sz w:val="28"/>
                          <w:szCs w:val="28"/>
                        </w:rPr>
                      </w:pPr>
                      <w:r w:rsidRPr="00102762">
                        <w:rPr>
                          <w:sz w:val="28"/>
                          <w:szCs w:val="28"/>
                        </w:rPr>
                        <w:t>Best of luck!</w:t>
                      </w:r>
                    </w:p>
                    <w:p w14:paraId="752CA344" w14:textId="77777777" w:rsidR="003E2B31" w:rsidRPr="00102762" w:rsidRDefault="003E2B31" w:rsidP="00671606">
                      <w:pPr>
                        <w:spacing w:after="0" w:line="240" w:lineRule="auto"/>
                        <w:rPr>
                          <w:sz w:val="28"/>
                          <w:szCs w:val="28"/>
                        </w:rPr>
                      </w:pPr>
                    </w:p>
                    <w:p w14:paraId="56D5B4A0" w14:textId="4A9DA10E" w:rsidR="003E2B31" w:rsidRPr="00102762" w:rsidRDefault="00412409" w:rsidP="00671606">
                      <w:pPr>
                        <w:spacing w:after="0" w:line="240" w:lineRule="auto"/>
                        <w:rPr>
                          <w:sz w:val="28"/>
                          <w:szCs w:val="28"/>
                        </w:rPr>
                      </w:pPr>
                      <w:r w:rsidRPr="00102762">
                        <w:rPr>
                          <w:sz w:val="28"/>
                          <w:szCs w:val="28"/>
                        </w:rPr>
                        <w:t xml:space="preserve">Joanne Garton </w:t>
                      </w:r>
                    </w:p>
                    <w:p w14:paraId="3ADD37C6" w14:textId="5F2BB0EF" w:rsidR="00412409" w:rsidRPr="00671606" w:rsidRDefault="00412409" w:rsidP="00671606">
                      <w:pPr>
                        <w:spacing w:after="0" w:line="240" w:lineRule="auto"/>
                        <w:rPr>
                          <w:sz w:val="28"/>
                          <w:szCs w:val="28"/>
                        </w:rPr>
                      </w:pPr>
                      <w:r w:rsidRPr="00102762">
                        <w:rPr>
                          <w:sz w:val="28"/>
                          <w:szCs w:val="28"/>
                        </w:rPr>
                        <w:t>Proposed Registered Manager</w:t>
                      </w:r>
                      <w:r>
                        <w:rPr>
                          <w:sz w:val="28"/>
                          <w:szCs w:val="28"/>
                        </w:rPr>
                        <w:t xml:space="preserve"> </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v:textbox>
                <w10:wrap anchorx="margin"/>
              </v:shape>
            </w:pict>
          </mc:Fallback>
        </mc:AlternateContent>
      </w:r>
    </w:p>
    <w:p w14:paraId="70EB1658" w14:textId="4A40FC0C" w:rsidR="000B3B22" w:rsidRPr="00102762" w:rsidRDefault="000B3B22">
      <w:pPr>
        <w:rPr>
          <w:sz w:val="48"/>
          <w:szCs w:val="48"/>
        </w:rPr>
      </w:pPr>
    </w:p>
    <w:p w14:paraId="7763ECEB" w14:textId="048F5B6E" w:rsidR="000B3B22" w:rsidRPr="00102762" w:rsidRDefault="000B3B22">
      <w:pPr>
        <w:rPr>
          <w:sz w:val="48"/>
          <w:szCs w:val="48"/>
        </w:rPr>
      </w:pPr>
    </w:p>
    <w:p w14:paraId="3B3BF7AB" w14:textId="67E07529" w:rsidR="000B3B22" w:rsidRPr="00102762" w:rsidRDefault="000B3B22">
      <w:pPr>
        <w:rPr>
          <w:sz w:val="48"/>
          <w:szCs w:val="48"/>
        </w:rPr>
      </w:pPr>
    </w:p>
    <w:p w14:paraId="3E9A32A7" w14:textId="15CDE78E" w:rsidR="000B3B22" w:rsidRPr="00102762" w:rsidRDefault="000B3B22">
      <w:pPr>
        <w:rPr>
          <w:sz w:val="36"/>
          <w:szCs w:val="36"/>
        </w:rPr>
      </w:pPr>
    </w:p>
    <w:p w14:paraId="543CC695" w14:textId="33277B70" w:rsidR="00170274" w:rsidRPr="00102762" w:rsidRDefault="00170274" w:rsidP="0049316D">
      <w:pPr>
        <w:rPr>
          <w:b/>
          <w:color w:val="0082BC"/>
          <w:sz w:val="32"/>
        </w:rPr>
      </w:pPr>
    </w:p>
    <w:p w14:paraId="6D7294E8" w14:textId="773BF767" w:rsidR="00170274" w:rsidRPr="00102762" w:rsidRDefault="00170274" w:rsidP="0049316D">
      <w:pPr>
        <w:rPr>
          <w:b/>
          <w:color w:val="0082BC"/>
          <w:sz w:val="32"/>
        </w:rPr>
      </w:pPr>
    </w:p>
    <w:p w14:paraId="03D779DE" w14:textId="4C5D5BC8" w:rsidR="00170274" w:rsidRPr="00102762" w:rsidRDefault="00170274" w:rsidP="0049316D">
      <w:pPr>
        <w:rPr>
          <w:b/>
          <w:color w:val="0082BC"/>
          <w:sz w:val="32"/>
        </w:rPr>
      </w:pPr>
    </w:p>
    <w:p w14:paraId="2A1DF892" w14:textId="1B1C34C1" w:rsidR="00170274" w:rsidRPr="00102762" w:rsidRDefault="00170274" w:rsidP="0049316D">
      <w:pPr>
        <w:rPr>
          <w:b/>
          <w:color w:val="0082BC"/>
          <w:sz w:val="32"/>
        </w:rPr>
      </w:pPr>
    </w:p>
    <w:p w14:paraId="54E8B75D" w14:textId="3EA5BCF0" w:rsidR="00170274" w:rsidRPr="00102762" w:rsidRDefault="00170274" w:rsidP="0049316D">
      <w:pPr>
        <w:rPr>
          <w:b/>
          <w:color w:val="0082BC"/>
          <w:sz w:val="32"/>
        </w:rPr>
      </w:pPr>
    </w:p>
    <w:p w14:paraId="6FAE099F" w14:textId="74F8EF82" w:rsidR="00170274" w:rsidRPr="00102762" w:rsidRDefault="00170274" w:rsidP="0049316D">
      <w:pPr>
        <w:rPr>
          <w:b/>
          <w:color w:val="0082BC"/>
          <w:sz w:val="32"/>
        </w:rPr>
      </w:pPr>
    </w:p>
    <w:p w14:paraId="2830E6AE" w14:textId="77777777" w:rsidR="00F24918" w:rsidRPr="00102762" w:rsidRDefault="005715A1" w:rsidP="0049316D">
      <w:pPr>
        <w:rPr>
          <w:b/>
          <w:color w:val="0082BC"/>
          <w:sz w:val="32"/>
        </w:rPr>
        <w:sectPr w:rsidR="00F24918" w:rsidRPr="00102762" w:rsidSect="00034616">
          <w:headerReference w:type="default" r:id="rId19"/>
          <w:footerReference w:type="default" r:id="rId20"/>
          <w:pgSz w:w="12240" w:h="15840"/>
          <w:pgMar w:top="1440" w:right="1800" w:bottom="1440" w:left="1800" w:header="720" w:footer="720" w:gutter="0"/>
          <w:cols w:space="720"/>
          <w:docGrid w:linePitch="360"/>
        </w:sectPr>
      </w:pPr>
      <w:r w:rsidRPr="00102762">
        <w:rPr>
          <w:noProof/>
        </w:rPr>
        <w:drawing>
          <wp:anchor distT="0" distB="0" distL="114300" distR="114300" simplePos="0" relativeHeight="251658264" behindDoc="0" locked="0" layoutInCell="1" allowOverlap="1" wp14:anchorId="51189C94" wp14:editId="13028A7B">
            <wp:simplePos x="0" y="0"/>
            <wp:positionH relativeFrom="margin">
              <wp:align>center</wp:align>
            </wp:positionH>
            <wp:positionV relativeFrom="paragraph">
              <wp:posOffset>2500630</wp:posOffset>
            </wp:positionV>
            <wp:extent cx="2288652" cy="373945"/>
            <wp:effectExtent l="0" t="0" r="0" b="7620"/>
            <wp:wrapNone/>
            <wp:docPr id="1509787870"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8" cstate="print"/>
                    <a:stretch>
                      <a:fillRect/>
                    </a:stretch>
                  </pic:blipFill>
                  <pic:spPr>
                    <a:xfrm>
                      <a:off x="0" y="0"/>
                      <a:ext cx="2288652" cy="373945"/>
                    </a:xfrm>
                    <a:prstGeom prst="rect">
                      <a:avLst/>
                    </a:prstGeom>
                  </pic:spPr>
                </pic:pic>
              </a:graphicData>
            </a:graphic>
          </wp:anchor>
        </w:drawing>
      </w:r>
    </w:p>
    <w:p w14:paraId="76928DAE" w14:textId="77777777" w:rsidR="00C10C81" w:rsidRPr="00102762" w:rsidRDefault="00C10C81" w:rsidP="001115BF">
      <w:pPr>
        <w:rPr>
          <w:b/>
          <w:color w:val="007CBB"/>
          <w:sz w:val="48"/>
          <w:szCs w:val="48"/>
        </w:rPr>
      </w:pPr>
    </w:p>
    <w:sdt>
      <w:sdtPr>
        <w:rPr>
          <w:rFonts w:ascii="Arial" w:eastAsiaTheme="minorEastAsia" w:hAnsi="Arial" w:cstheme="minorBidi"/>
          <w:b w:val="0"/>
          <w:bCs w:val="0"/>
          <w:color w:val="auto"/>
          <w:sz w:val="22"/>
          <w:szCs w:val="22"/>
        </w:rPr>
        <w:id w:val="162512051"/>
        <w:docPartObj>
          <w:docPartGallery w:val="Table of Contents"/>
          <w:docPartUnique/>
        </w:docPartObj>
      </w:sdtPr>
      <w:sdtEndPr>
        <w:rPr>
          <w:sz w:val="32"/>
          <w:szCs w:val="32"/>
        </w:rPr>
      </w:sdtEndPr>
      <w:sdtContent>
        <w:p w14:paraId="708AA259" w14:textId="1C264FFF" w:rsidR="00C10C81" w:rsidRPr="00102762" w:rsidRDefault="00C10C81" w:rsidP="00C10C81">
          <w:pPr>
            <w:pStyle w:val="TOCHeading"/>
            <w:jc w:val="center"/>
            <w:rPr>
              <w:rFonts w:ascii="Arial" w:hAnsi="Arial" w:cs="Arial"/>
              <w:color w:val="007CBB"/>
              <w:sz w:val="40"/>
              <w:szCs w:val="40"/>
            </w:rPr>
          </w:pPr>
          <w:r w:rsidRPr="00102762">
            <w:rPr>
              <w:rFonts w:ascii="Arial" w:hAnsi="Arial" w:cs="Arial"/>
              <w:color w:val="007CBB"/>
              <w:sz w:val="40"/>
              <w:szCs w:val="40"/>
            </w:rPr>
            <w:t>Contents</w:t>
          </w:r>
        </w:p>
        <w:p w14:paraId="21B4ADB1" w14:textId="1D7D7154" w:rsidR="002F39DE" w:rsidRPr="00102762" w:rsidRDefault="00C10C81">
          <w:pPr>
            <w:pStyle w:val="TOC2"/>
            <w:rPr>
              <w:rFonts w:asciiTheme="minorHAnsi" w:hAnsiTheme="minorHAnsi"/>
              <w:noProof/>
              <w:kern w:val="2"/>
              <w:sz w:val="24"/>
              <w:szCs w:val="24"/>
              <w:lang w:eastAsia="en-GB"/>
              <w14:ligatures w14:val="standardContextual"/>
            </w:rPr>
          </w:pPr>
          <w:r w:rsidRPr="00102762">
            <w:rPr>
              <w:rStyle w:val="Hyperlink"/>
              <w:noProof/>
              <w:color w:val="auto"/>
              <w:u w:val="none"/>
            </w:rPr>
            <w:fldChar w:fldCharType="begin"/>
          </w:r>
          <w:r w:rsidRPr="00102762">
            <w:rPr>
              <w:rStyle w:val="Hyperlink"/>
              <w:noProof/>
              <w:color w:val="auto"/>
              <w:u w:val="none"/>
            </w:rPr>
            <w:instrText xml:space="preserve"> TOC \o "1-3" \h \z \u </w:instrText>
          </w:r>
          <w:r w:rsidRPr="00102762">
            <w:rPr>
              <w:rStyle w:val="Hyperlink"/>
              <w:noProof/>
              <w:color w:val="auto"/>
              <w:u w:val="none"/>
            </w:rPr>
            <w:fldChar w:fldCharType="separate"/>
          </w:r>
          <w:hyperlink w:anchor="_Toc222994875" w:history="1">
            <w:r w:rsidR="002F39DE" w:rsidRPr="00102762">
              <w:rPr>
                <w:rStyle w:val="Hyperlink"/>
                <w:rFonts w:cs="Arial"/>
                <w:noProof/>
              </w:rPr>
              <w:t>About the Borough of Sefton</w:t>
            </w:r>
            <w:r w:rsidR="002F39DE" w:rsidRPr="00102762">
              <w:rPr>
                <w:noProof/>
                <w:webHidden/>
              </w:rPr>
              <w:tab/>
            </w:r>
            <w:r w:rsidR="002F39DE" w:rsidRPr="00102762">
              <w:rPr>
                <w:noProof/>
                <w:webHidden/>
              </w:rPr>
              <w:fldChar w:fldCharType="begin"/>
            </w:r>
            <w:r w:rsidR="002F39DE" w:rsidRPr="00102762">
              <w:rPr>
                <w:noProof/>
                <w:webHidden/>
              </w:rPr>
              <w:instrText xml:space="preserve"> PAGEREF _Toc222994875 \h </w:instrText>
            </w:r>
            <w:r w:rsidR="002F39DE" w:rsidRPr="00102762">
              <w:rPr>
                <w:noProof/>
                <w:webHidden/>
              </w:rPr>
            </w:r>
            <w:r w:rsidR="002F39DE" w:rsidRPr="00102762">
              <w:rPr>
                <w:noProof/>
                <w:webHidden/>
              </w:rPr>
              <w:fldChar w:fldCharType="separate"/>
            </w:r>
            <w:r w:rsidR="002F39DE" w:rsidRPr="00102762">
              <w:rPr>
                <w:noProof/>
                <w:webHidden/>
              </w:rPr>
              <w:t>1</w:t>
            </w:r>
            <w:r w:rsidR="002F39DE" w:rsidRPr="00102762">
              <w:rPr>
                <w:noProof/>
                <w:webHidden/>
              </w:rPr>
              <w:fldChar w:fldCharType="end"/>
            </w:r>
          </w:hyperlink>
        </w:p>
        <w:p w14:paraId="2B781720" w14:textId="4A6D5A0D" w:rsidR="002F39DE" w:rsidRPr="00102762" w:rsidRDefault="002F39DE">
          <w:pPr>
            <w:pStyle w:val="TOC2"/>
            <w:rPr>
              <w:rFonts w:asciiTheme="minorHAnsi" w:hAnsiTheme="minorHAnsi"/>
              <w:noProof/>
              <w:kern w:val="2"/>
              <w:sz w:val="24"/>
              <w:szCs w:val="24"/>
              <w:lang w:eastAsia="en-GB"/>
              <w14:ligatures w14:val="standardContextual"/>
            </w:rPr>
          </w:pPr>
          <w:hyperlink w:anchor="_Toc222994876" w:history="1">
            <w:r w:rsidRPr="00102762">
              <w:rPr>
                <w:rStyle w:val="Hyperlink"/>
                <w:rFonts w:cs="Arial"/>
                <w:noProof/>
              </w:rPr>
              <w:t>Our Vision and Values</w:t>
            </w:r>
            <w:r w:rsidRPr="00102762">
              <w:rPr>
                <w:noProof/>
                <w:webHidden/>
              </w:rPr>
              <w:tab/>
            </w:r>
            <w:r w:rsidRPr="00102762">
              <w:rPr>
                <w:noProof/>
                <w:webHidden/>
              </w:rPr>
              <w:fldChar w:fldCharType="begin"/>
            </w:r>
            <w:r w:rsidRPr="00102762">
              <w:rPr>
                <w:noProof/>
                <w:webHidden/>
              </w:rPr>
              <w:instrText xml:space="preserve"> PAGEREF _Toc222994876 \h </w:instrText>
            </w:r>
            <w:r w:rsidRPr="00102762">
              <w:rPr>
                <w:noProof/>
                <w:webHidden/>
              </w:rPr>
            </w:r>
            <w:r w:rsidRPr="00102762">
              <w:rPr>
                <w:noProof/>
                <w:webHidden/>
              </w:rPr>
              <w:fldChar w:fldCharType="separate"/>
            </w:r>
            <w:r w:rsidRPr="00102762">
              <w:rPr>
                <w:noProof/>
                <w:webHidden/>
              </w:rPr>
              <w:t>2</w:t>
            </w:r>
            <w:r w:rsidRPr="00102762">
              <w:rPr>
                <w:noProof/>
                <w:webHidden/>
              </w:rPr>
              <w:fldChar w:fldCharType="end"/>
            </w:r>
          </w:hyperlink>
        </w:p>
        <w:p w14:paraId="391BE677" w14:textId="760F09D7" w:rsidR="002F39DE" w:rsidRPr="00102762" w:rsidRDefault="002F39DE">
          <w:pPr>
            <w:pStyle w:val="TOC2"/>
            <w:rPr>
              <w:rFonts w:asciiTheme="minorHAnsi" w:hAnsiTheme="minorHAnsi"/>
              <w:noProof/>
              <w:kern w:val="2"/>
              <w:sz w:val="24"/>
              <w:szCs w:val="24"/>
              <w:lang w:eastAsia="en-GB"/>
              <w14:ligatures w14:val="standardContextual"/>
            </w:rPr>
          </w:pPr>
          <w:hyperlink w:anchor="_Toc222994877" w:history="1">
            <w:r w:rsidRPr="00102762">
              <w:rPr>
                <w:rStyle w:val="Hyperlink"/>
                <w:rFonts w:cs="Arial"/>
                <w:noProof/>
              </w:rPr>
              <w:t>Our Successes and Key Projects</w:t>
            </w:r>
            <w:r w:rsidRPr="00102762">
              <w:rPr>
                <w:noProof/>
                <w:webHidden/>
              </w:rPr>
              <w:tab/>
            </w:r>
            <w:r w:rsidRPr="00102762">
              <w:rPr>
                <w:noProof/>
                <w:webHidden/>
              </w:rPr>
              <w:fldChar w:fldCharType="begin"/>
            </w:r>
            <w:r w:rsidRPr="00102762">
              <w:rPr>
                <w:noProof/>
                <w:webHidden/>
              </w:rPr>
              <w:instrText xml:space="preserve"> PAGEREF _Toc222994877 \h </w:instrText>
            </w:r>
            <w:r w:rsidRPr="00102762">
              <w:rPr>
                <w:noProof/>
                <w:webHidden/>
              </w:rPr>
            </w:r>
            <w:r w:rsidRPr="00102762">
              <w:rPr>
                <w:noProof/>
                <w:webHidden/>
              </w:rPr>
              <w:fldChar w:fldCharType="separate"/>
            </w:r>
            <w:r w:rsidRPr="00102762">
              <w:rPr>
                <w:noProof/>
                <w:webHidden/>
              </w:rPr>
              <w:t>2</w:t>
            </w:r>
            <w:r w:rsidRPr="00102762">
              <w:rPr>
                <w:noProof/>
                <w:webHidden/>
              </w:rPr>
              <w:fldChar w:fldCharType="end"/>
            </w:r>
          </w:hyperlink>
        </w:p>
        <w:p w14:paraId="7E6533C6" w14:textId="3126EA05" w:rsidR="002F39DE" w:rsidRPr="00102762" w:rsidRDefault="002F39DE">
          <w:pPr>
            <w:pStyle w:val="TOC2"/>
            <w:rPr>
              <w:rFonts w:asciiTheme="minorHAnsi" w:hAnsiTheme="minorHAnsi"/>
              <w:noProof/>
              <w:kern w:val="2"/>
              <w:sz w:val="24"/>
              <w:szCs w:val="24"/>
              <w:lang w:eastAsia="en-GB"/>
              <w14:ligatures w14:val="standardContextual"/>
            </w:rPr>
          </w:pPr>
          <w:hyperlink w:anchor="_Toc222994878" w:history="1">
            <w:r w:rsidRPr="00102762">
              <w:rPr>
                <w:rStyle w:val="Hyperlink"/>
                <w:rFonts w:cs="Arial"/>
                <w:noProof/>
              </w:rPr>
              <w:t>An Inclusive Workplace</w:t>
            </w:r>
            <w:r w:rsidRPr="00102762">
              <w:rPr>
                <w:noProof/>
                <w:webHidden/>
              </w:rPr>
              <w:tab/>
            </w:r>
            <w:r w:rsidRPr="00102762">
              <w:rPr>
                <w:noProof/>
                <w:webHidden/>
              </w:rPr>
              <w:fldChar w:fldCharType="begin"/>
            </w:r>
            <w:r w:rsidRPr="00102762">
              <w:rPr>
                <w:noProof/>
                <w:webHidden/>
              </w:rPr>
              <w:instrText xml:space="preserve"> PAGEREF _Toc222994878 \h </w:instrText>
            </w:r>
            <w:r w:rsidRPr="00102762">
              <w:rPr>
                <w:noProof/>
                <w:webHidden/>
              </w:rPr>
            </w:r>
            <w:r w:rsidRPr="00102762">
              <w:rPr>
                <w:noProof/>
                <w:webHidden/>
              </w:rPr>
              <w:fldChar w:fldCharType="separate"/>
            </w:r>
            <w:r w:rsidRPr="00102762">
              <w:rPr>
                <w:noProof/>
                <w:webHidden/>
              </w:rPr>
              <w:t>3</w:t>
            </w:r>
            <w:r w:rsidRPr="00102762">
              <w:rPr>
                <w:noProof/>
                <w:webHidden/>
              </w:rPr>
              <w:fldChar w:fldCharType="end"/>
            </w:r>
          </w:hyperlink>
        </w:p>
        <w:p w14:paraId="0B803D40" w14:textId="59B24982" w:rsidR="002F39DE" w:rsidRPr="00102762" w:rsidRDefault="002F39DE">
          <w:pPr>
            <w:pStyle w:val="TOC2"/>
            <w:rPr>
              <w:rFonts w:asciiTheme="minorHAnsi" w:hAnsiTheme="minorHAnsi"/>
              <w:noProof/>
              <w:kern w:val="2"/>
              <w:sz w:val="24"/>
              <w:szCs w:val="24"/>
              <w:lang w:eastAsia="en-GB"/>
              <w14:ligatures w14:val="standardContextual"/>
            </w:rPr>
          </w:pPr>
          <w:hyperlink w:anchor="_Toc222994879" w:history="1">
            <w:r w:rsidRPr="00102762">
              <w:rPr>
                <w:rStyle w:val="Hyperlink"/>
                <w:rFonts w:cs="Arial"/>
                <w:noProof/>
              </w:rPr>
              <w:t>Liverpool City Region Fair Employment Charter</w:t>
            </w:r>
            <w:r w:rsidRPr="00102762">
              <w:rPr>
                <w:noProof/>
                <w:webHidden/>
              </w:rPr>
              <w:tab/>
            </w:r>
            <w:r w:rsidRPr="00102762">
              <w:rPr>
                <w:noProof/>
                <w:webHidden/>
              </w:rPr>
              <w:fldChar w:fldCharType="begin"/>
            </w:r>
            <w:r w:rsidRPr="00102762">
              <w:rPr>
                <w:noProof/>
                <w:webHidden/>
              </w:rPr>
              <w:instrText xml:space="preserve"> PAGEREF _Toc222994879 \h </w:instrText>
            </w:r>
            <w:r w:rsidRPr="00102762">
              <w:rPr>
                <w:noProof/>
                <w:webHidden/>
              </w:rPr>
            </w:r>
            <w:r w:rsidRPr="00102762">
              <w:rPr>
                <w:noProof/>
                <w:webHidden/>
              </w:rPr>
              <w:fldChar w:fldCharType="separate"/>
            </w:r>
            <w:r w:rsidRPr="00102762">
              <w:rPr>
                <w:noProof/>
                <w:webHidden/>
              </w:rPr>
              <w:t>4</w:t>
            </w:r>
            <w:r w:rsidRPr="00102762">
              <w:rPr>
                <w:noProof/>
                <w:webHidden/>
              </w:rPr>
              <w:fldChar w:fldCharType="end"/>
            </w:r>
          </w:hyperlink>
        </w:p>
        <w:p w14:paraId="51BA7FB7" w14:textId="46C82A49" w:rsidR="002F39DE" w:rsidRPr="00102762" w:rsidRDefault="002F39DE">
          <w:pPr>
            <w:pStyle w:val="TOC2"/>
            <w:rPr>
              <w:rFonts w:asciiTheme="minorHAnsi" w:hAnsiTheme="minorHAnsi"/>
              <w:noProof/>
              <w:kern w:val="2"/>
              <w:sz w:val="24"/>
              <w:szCs w:val="24"/>
              <w:lang w:eastAsia="en-GB"/>
              <w14:ligatures w14:val="standardContextual"/>
            </w:rPr>
          </w:pPr>
          <w:hyperlink w:anchor="_Toc222994880" w:history="1">
            <w:r w:rsidRPr="00102762">
              <w:rPr>
                <w:rStyle w:val="Hyperlink"/>
                <w:rFonts w:cs="Arial"/>
                <w:noProof/>
              </w:rPr>
              <w:t>What We Can Offer You</w:t>
            </w:r>
            <w:r w:rsidRPr="00102762">
              <w:rPr>
                <w:noProof/>
                <w:webHidden/>
              </w:rPr>
              <w:tab/>
            </w:r>
            <w:r w:rsidRPr="00102762">
              <w:rPr>
                <w:noProof/>
                <w:webHidden/>
              </w:rPr>
              <w:fldChar w:fldCharType="begin"/>
            </w:r>
            <w:r w:rsidRPr="00102762">
              <w:rPr>
                <w:noProof/>
                <w:webHidden/>
              </w:rPr>
              <w:instrText xml:space="preserve"> PAGEREF _Toc222994880 \h </w:instrText>
            </w:r>
            <w:r w:rsidRPr="00102762">
              <w:rPr>
                <w:noProof/>
                <w:webHidden/>
              </w:rPr>
            </w:r>
            <w:r w:rsidRPr="00102762">
              <w:rPr>
                <w:noProof/>
                <w:webHidden/>
              </w:rPr>
              <w:fldChar w:fldCharType="separate"/>
            </w:r>
            <w:r w:rsidRPr="00102762">
              <w:rPr>
                <w:noProof/>
                <w:webHidden/>
              </w:rPr>
              <w:t>4</w:t>
            </w:r>
            <w:r w:rsidRPr="00102762">
              <w:rPr>
                <w:noProof/>
                <w:webHidden/>
              </w:rPr>
              <w:fldChar w:fldCharType="end"/>
            </w:r>
          </w:hyperlink>
        </w:p>
        <w:p w14:paraId="7AC2638C" w14:textId="2D053EA7" w:rsidR="002F39DE" w:rsidRPr="00102762" w:rsidRDefault="002F39DE">
          <w:pPr>
            <w:pStyle w:val="TOC2"/>
            <w:rPr>
              <w:rFonts w:asciiTheme="minorHAnsi" w:hAnsiTheme="minorHAnsi"/>
              <w:noProof/>
              <w:kern w:val="2"/>
              <w:sz w:val="24"/>
              <w:szCs w:val="24"/>
              <w:lang w:eastAsia="en-GB"/>
              <w14:ligatures w14:val="standardContextual"/>
            </w:rPr>
          </w:pPr>
          <w:hyperlink w:anchor="_Toc222994881" w:history="1">
            <w:r w:rsidRPr="00102762">
              <w:rPr>
                <w:rStyle w:val="Hyperlink"/>
                <w:rFonts w:cs="Arial"/>
                <w:noProof/>
              </w:rPr>
              <w:t>About the Role</w:t>
            </w:r>
            <w:r w:rsidRPr="00102762">
              <w:rPr>
                <w:noProof/>
                <w:webHidden/>
              </w:rPr>
              <w:tab/>
            </w:r>
            <w:r w:rsidRPr="00102762">
              <w:rPr>
                <w:noProof/>
                <w:webHidden/>
              </w:rPr>
              <w:fldChar w:fldCharType="begin"/>
            </w:r>
            <w:r w:rsidRPr="00102762">
              <w:rPr>
                <w:noProof/>
                <w:webHidden/>
              </w:rPr>
              <w:instrText xml:space="preserve"> PAGEREF _Toc222994881 \h </w:instrText>
            </w:r>
            <w:r w:rsidRPr="00102762">
              <w:rPr>
                <w:noProof/>
                <w:webHidden/>
              </w:rPr>
            </w:r>
            <w:r w:rsidRPr="00102762">
              <w:rPr>
                <w:noProof/>
                <w:webHidden/>
              </w:rPr>
              <w:fldChar w:fldCharType="separate"/>
            </w:r>
            <w:r w:rsidRPr="00102762">
              <w:rPr>
                <w:noProof/>
                <w:webHidden/>
              </w:rPr>
              <w:t>6</w:t>
            </w:r>
            <w:r w:rsidRPr="00102762">
              <w:rPr>
                <w:noProof/>
                <w:webHidden/>
              </w:rPr>
              <w:fldChar w:fldCharType="end"/>
            </w:r>
          </w:hyperlink>
        </w:p>
        <w:p w14:paraId="0E71EA6C" w14:textId="0F378FB9" w:rsidR="002F39DE" w:rsidRPr="00102762" w:rsidRDefault="002F39DE">
          <w:pPr>
            <w:pStyle w:val="TOC2"/>
            <w:rPr>
              <w:rFonts w:asciiTheme="minorHAnsi" w:hAnsiTheme="minorHAnsi"/>
              <w:noProof/>
              <w:kern w:val="2"/>
              <w:sz w:val="24"/>
              <w:szCs w:val="24"/>
              <w:lang w:eastAsia="en-GB"/>
              <w14:ligatures w14:val="standardContextual"/>
            </w:rPr>
          </w:pPr>
          <w:hyperlink w:anchor="_Toc222994882" w:history="1">
            <w:r w:rsidRPr="00102762">
              <w:rPr>
                <w:rStyle w:val="Hyperlink"/>
                <w:rFonts w:cs="Arial"/>
                <w:noProof/>
              </w:rPr>
              <w:t>Top Tips on How to Apply</w:t>
            </w:r>
            <w:r w:rsidRPr="00102762">
              <w:rPr>
                <w:noProof/>
                <w:webHidden/>
              </w:rPr>
              <w:tab/>
            </w:r>
            <w:r w:rsidRPr="00102762">
              <w:rPr>
                <w:noProof/>
                <w:webHidden/>
              </w:rPr>
              <w:fldChar w:fldCharType="begin"/>
            </w:r>
            <w:r w:rsidRPr="00102762">
              <w:rPr>
                <w:noProof/>
                <w:webHidden/>
              </w:rPr>
              <w:instrText xml:space="preserve"> PAGEREF _Toc222994882 \h </w:instrText>
            </w:r>
            <w:r w:rsidRPr="00102762">
              <w:rPr>
                <w:noProof/>
                <w:webHidden/>
              </w:rPr>
            </w:r>
            <w:r w:rsidRPr="00102762">
              <w:rPr>
                <w:noProof/>
                <w:webHidden/>
              </w:rPr>
              <w:fldChar w:fldCharType="separate"/>
            </w:r>
            <w:r w:rsidRPr="00102762">
              <w:rPr>
                <w:noProof/>
                <w:webHidden/>
              </w:rPr>
              <w:t>8</w:t>
            </w:r>
            <w:r w:rsidRPr="00102762">
              <w:rPr>
                <w:noProof/>
                <w:webHidden/>
              </w:rPr>
              <w:fldChar w:fldCharType="end"/>
            </w:r>
          </w:hyperlink>
        </w:p>
        <w:p w14:paraId="433AEEC0" w14:textId="22B15B7F" w:rsidR="002F39DE" w:rsidRPr="00102762" w:rsidRDefault="002F39DE">
          <w:pPr>
            <w:pStyle w:val="TOC2"/>
            <w:rPr>
              <w:rFonts w:asciiTheme="minorHAnsi" w:hAnsiTheme="minorHAnsi"/>
              <w:noProof/>
              <w:kern w:val="2"/>
              <w:sz w:val="24"/>
              <w:szCs w:val="24"/>
              <w:lang w:eastAsia="en-GB"/>
              <w14:ligatures w14:val="standardContextual"/>
            </w:rPr>
          </w:pPr>
          <w:hyperlink w:anchor="_Toc222994883" w:history="1">
            <w:r w:rsidRPr="00102762">
              <w:rPr>
                <w:rStyle w:val="Hyperlink"/>
                <w:rFonts w:cs="Arial"/>
                <w:noProof/>
              </w:rPr>
              <w:t>Application and Selection Information</w:t>
            </w:r>
            <w:r w:rsidRPr="00102762">
              <w:rPr>
                <w:noProof/>
                <w:webHidden/>
              </w:rPr>
              <w:tab/>
            </w:r>
            <w:r w:rsidRPr="00102762">
              <w:rPr>
                <w:noProof/>
                <w:webHidden/>
              </w:rPr>
              <w:fldChar w:fldCharType="begin"/>
            </w:r>
            <w:r w:rsidRPr="00102762">
              <w:rPr>
                <w:noProof/>
                <w:webHidden/>
              </w:rPr>
              <w:instrText xml:space="preserve"> PAGEREF _Toc222994883 \h </w:instrText>
            </w:r>
            <w:r w:rsidRPr="00102762">
              <w:rPr>
                <w:noProof/>
                <w:webHidden/>
              </w:rPr>
            </w:r>
            <w:r w:rsidRPr="00102762">
              <w:rPr>
                <w:noProof/>
                <w:webHidden/>
              </w:rPr>
              <w:fldChar w:fldCharType="separate"/>
            </w:r>
            <w:r w:rsidRPr="00102762">
              <w:rPr>
                <w:noProof/>
                <w:webHidden/>
              </w:rPr>
              <w:t>9</w:t>
            </w:r>
            <w:r w:rsidRPr="00102762">
              <w:rPr>
                <w:noProof/>
                <w:webHidden/>
              </w:rPr>
              <w:fldChar w:fldCharType="end"/>
            </w:r>
          </w:hyperlink>
        </w:p>
        <w:p w14:paraId="46E61A76" w14:textId="403B3F6B" w:rsidR="002F39DE" w:rsidRPr="00102762" w:rsidRDefault="002F39DE">
          <w:pPr>
            <w:pStyle w:val="TOC2"/>
            <w:rPr>
              <w:rFonts w:asciiTheme="minorHAnsi" w:hAnsiTheme="minorHAnsi"/>
              <w:noProof/>
              <w:kern w:val="2"/>
              <w:sz w:val="24"/>
              <w:szCs w:val="24"/>
              <w:lang w:eastAsia="en-GB"/>
              <w14:ligatures w14:val="standardContextual"/>
            </w:rPr>
          </w:pPr>
          <w:hyperlink w:anchor="_Toc222994884" w:history="1">
            <w:r w:rsidRPr="00102762">
              <w:rPr>
                <w:rStyle w:val="Hyperlink"/>
                <w:rFonts w:cs="Arial"/>
                <w:noProof/>
              </w:rPr>
              <w:t>Appendix A – Job Description and Person Specification</w:t>
            </w:r>
            <w:r w:rsidRPr="00102762">
              <w:rPr>
                <w:noProof/>
                <w:webHidden/>
              </w:rPr>
              <w:tab/>
            </w:r>
            <w:r w:rsidRPr="00102762">
              <w:rPr>
                <w:noProof/>
                <w:webHidden/>
              </w:rPr>
              <w:fldChar w:fldCharType="begin"/>
            </w:r>
            <w:r w:rsidRPr="00102762">
              <w:rPr>
                <w:noProof/>
                <w:webHidden/>
              </w:rPr>
              <w:instrText xml:space="preserve"> PAGEREF _Toc222994884 \h </w:instrText>
            </w:r>
            <w:r w:rsidRPr="00102762">
              <w:rPr>
                <w:noProof/>
                <w:webHidden/>
              </w:rPr>
            </w:r>
            <w:r w:rsidRPr="00102762">
              <w:rPr>
                <w:noProof/>
                <w:webHidden/>
              </w:rPr>
              <w:fldChar w:fldCharType="separate"/>
            </w:r>
            <w:r w:rsidRPr="00102762">
              <w:rPr>
                <w:noProof/>
                <w:webHidden/>
              </w:rPr>
              <w:t>10</w:t>
            </w:r>
            <w:r w:rsidRPr="00102762">
              <w:rPr>
                <w:noProof/>
                <w:webHidden/>
              </w:rPr>
              <w:fldChar w:fldCharType="end"/>
            </w:r>
          </w:hyperlink>
        </w:p>
        <w:p w14:paraId="11831D48" w14:textId="0491EB20" w:rsidR="00C10C81" w:rsidRPr="00102762" w:rsidRDefault="00C10C81" w:rsidP="00FB01CC">
          <w:pPr>
            <w:pStyle w:val="TOC2"/>
            <w:rPr>
              <w:sz w:val="32"/>
              <w:szCs w:val="32"/>
            </w:rPr>
          </w:pPr>
          <w:r w:rsidRPr="00102762">
            <w:rPr>
              <w:rStyle w:val="Hyperlink"/>
              <w:noProof/>
              <w:color w:val="auto"/>
              <w:u w:val="none"/>
            </w:rPr>
            <w:fldChar w:fldCharType="end"/>
          </w:r>
        </w:p>
      </w:sdtContent>
    </w:sdt>
    <w:p w14:paraId="5539B731" w14:textId="77777777" w:rsidR="00F04D83" w:rsidRPr="00102762" w:rsidRDefault="00F04D83" w:rsidP="004C2FB4">
      <w:pPr>
        <w:rPr>
          <w:rFonts w:cs="Arial"/>
          <w:b/>
          <w:color w:val="007CBB"/>
          <w:sz w:val="32"/>
          <w:szCs w:val="32"/>
        </w:rPr>
        <w:sectPr w:rsidR="00F04D83" w:rsidRPr="00102762" w:rsidSect="00F24918">
          <w:footerReference w:type="default" r:id="rId21"/>
          <w:pgSz w:w="12240" w:h="15840"/>
          <w:pgMar w:top="1440" w:right="1800" w:bottom="1440" w:left="1800" w:header="720" w:footer="720" w:gutter="0"/>
          <w:pgNumType w:start="1"/>
          <w:cols w:space="720"/>
          <w:docGrid w:linePitch="360"/>
        </w:sectPr>
      </w:pPr>
    </w:p>
    <w:p w14:paraId="01663A27" w14:textId="77777777" w:rsidR="003E2B31" w:rsidRPr="00102762" w:rsidRDefault="003E2B31" w:rsidP="004C2FB4">
      <w:pPr>
        <w:rPr>
          <w:rFonts w:cs="Arial"/>
          <w:b/>
          <w:color w:val="007CBB"/>
        </w:rPr>
      </w:pPr>
    </w:p>
    <w:p w14:paraId="6E2BC6BD" w14:textId="78982F94" w:rsidR="0049316D" w:rsidRPr="00102762" w:rsidRDefault="0049316D" w:rsidP="00511F96">
      <w:pPr>
        <w:pStyle w:val="Heading2"/>
        <w:rPr>
          <w:rFonts w:ascii="Arial" w:hAnsi="Arial" w:cs="Arial"/>
          <w:color w:val="007CBB"/>
          <w:sz w:val="28"/>
          <w:szCs w:val="28"/>
        </w:rPr>
      </w:pPr>
      <w:bookmarkStart w:id="0" w:name="_Toc222994875"/>
      <w:r w:rsidRPr="00102762">
        <w:rPr>
          <w:rFonts w:ascii="Arial" w:hAnsi="Arial" w:cs="Arial"/>
          <w:color w:val="007CBB"/>
          <w:sz w:val="28"/>
          <w:szCs w:val="28"/>
        </w:rPr>
        <w:t>About the Borough of Sefton</w:t>
      </w:r>
      <w:bookmarkEnd w:id="0"/>
    </w:p>
    <w:p w14:paraId="57D73D5F" w14:textId="77777777" w:rsidR="00511F96" w:rsidRPr="00102762" w:rsidRDefault="00511F96" w:rsidP="00511F96">
      <w:pPr>
        <w:spacing w:after="0" w:line="240" w:lineRule="auto"/>
      </w:pPr>
    </w:p>
    <w:p w14:paraId="60A6277C" w14:textId="10CD6D5B" w:rsidR="00745BBD" w:rsidRPr="00102762" w:rsidRDefault="00745BBD" w:rsidP="00745BBD">
      <w:r w:rsidRPr="00102762">
        <w:t>Sefton is a confident and well</w:t>
      </w:r>
      <w:r w:rsidRPr="00102762">
        <w:noBreakHyphen/>
        <w:t xml:space="preserve">connected </w:t>
      </w:r>
      <w:r w:rsidR="00FB2749" w:rsidRPr="00102762">
        <w:t>Borough</w:t>
      </w:r>
      <w:r w:rsidRPr="00102762">
        <w:t>, stretching from Bootle in the south to the coastal resort of Southport in the north. Home to more than 275,000 residents, Sefton encompasses a range of vibrant towns and communities, including Bootle, Litherland, Seaforth, Crosby, Formby, Maghull and Southport.</w:t>
      </w:r>
    </w:p>
    <w:p w14:paraId="61459BAF" w14:textId="276A74CE" w:rsidR="00745BBD" w:rsidRPr="00102762" w:rsidRDefault="00745BBD" w:rsidP="00745BBD">
      <w:r w:rsidRPr="00102762">
        <w:t xml:space="preserve">It is a fantastic place to live and work. </w:t>
      </w:r>
      <w:r w:rsidR="007679B6" w:rsidRPr="00102762">
        <w:t xml:space="preserve"> </w:t>
      </w:r>
      <w:r w:rsidRPr="00102762">
        <w:t>As the northern</w:t>
      </w:r>
      <w:r w:rsidRPr="00102762">
        <w:noBreakHyphen/>
        <w:t xml:space="preserve">most </w:t>
      </w:r>
      <w:r w:rsidR="00FB2749" w:rsidRPr="00102762">
        <w:t>Borough</w:t>
      </w:r>
      <w:r w:rsidRPr="00102762">
        <w:t xml:space="preserve"> within the Liverpool City Region, Sefton offers a unique blend of beautiful coastline, countryside, attractive villages, thriving industrial areas and the busy Port of Liverpool.</w:t>
      </w:r>
    </w:p>
    <w:p w14:paraId="46726808" w14:textId="77777777" w:rsidR="00745BBD" w:rsidRPr="00102762" w:rsidRDefault="00745BBD" w:rsidP="00745BBD">
      <w:r w:rsidRPr="00102762">
        <w:t xml:space="preserve">With 22 miles of stunning coastline, Sefton is a leading coastal destination with a growing visitor economy. It is home to the iconic Antony Gormley </w:t>
      </w:r>
      <w:r w:rsidRPr="00102762">
        <w:rPr>
          <w:i/>
          <w:iCs/>
        </w:rPr>
        <w:t>Another Place</w:t>
      </w:r>
      <w:r w:rsidRPr="00102762">
        <w:t xml:space="preserve"> installation, expansive beaches and protected sand dunes that support several rare species.</w:t>
      </w:r>
    </w:p>
    <w:p w14:paraId="2E0DE47B" w14:textId="370B91D2" w:rsidR="00745BBD" w:rsidRPr="00102762" w:rsidRDefault="00745BBD" w:rsidP="00745BBD">
      <w:r w:rsidRPr="00102762">
        <w:t xml:space="preserve">While each town and village has its own distinctive character, it is the people of Sefton who make the </w:t>
      </w:r>
      <w:r w:rsidR="00FB2749" w:rsidRPr="00102762">
        <w:t>Borough</w:t>
      </w:r>
      <w:r w:rsidRPr="00102762">
        <w:t xml:space="preserve"> truly special, creating diverse, welcoming and energetic communities in which to live, work, invest and visit.</w:t>
      </w:r>
    </w:p>
    <w:p w14:paraId="660319E6" w14:textId="7C63E923" w:rsidR="00745BBD" w:rsidRPr="00102762" w:rsidRDefault="00745BBD" w:rsidP="00745BBD">
      <w:r w:rsidRPr="00102762">
        <w:t>Alongside its miles of golden sands, Sefton offers those who work here access to a world</w:t>
      </w:r>
      <w:r w:rsidRPr="00102762">
        <w:noBreakHyphen/>
        <w:t>renowned racecourse, prestigious golf courses, and National Trust nature reserves, ideal places to unwind, explore and enjoy leisure time.</w:t>
      </w:r>
    </w:p>
    <w:p w14:paraId="200576E1" w14:textId="004E1D18" w:rsidR="00745BBD" w:rsidRPr="00102762" w:rsidRDefault="00745BBD" w:rsidP="00745BBD">
      <w:r w:rsidRPr="00102762">
        <w:t xml:space="preserve">The </w:t>
      </w:r>
      <w:r w:rsidR="00FB2749" w:rsidRPr="00102762">
        <w:t>Borough</w:t>
      </w:r>
      <w:r w:rsidRPr="00102762">
        <w:t xml:space="preserve"> benefits from excellent transport links, providing easy access to major </w:t>
      </w:r>
      <w:proofErr w:type="gramStart"/>
      <w:r w:rsidRPr="00102762">
        <w:t>North West</w:t>
      </w:r>
      <w:proofErr w:type="gramEnd"/>
      <w:r w:rsidRPr="00102762">
        <w:t xml:space="preserve"> cities including Liverpool and Manchester, and placing the Lake District and North Wales within reach for weekend breaks.</w:t>
      </w:r>
    </w:p>
    <w:p w14:paraId="0CAE65EA" w14:textId="77777777" w:rsidR="00745BBD" w:rsidRPr="00102762" w:rsidRDefault="00745BBD" w:rsidP="00745BBD">
      <w:r w:rsidRPr="00102762">
        <w:t>Whether you prefer vibrant town centres, friendly commuter towns, picturesque villages or stunning rural and coastal locations, Sefton offers a place to suit everyone. With house prices and rents typically lower than in neighbouring Liverpool and Manchester, you can enjoy coastal living while still being close to the buzz of city life.</w:t>
      </w:r>
    </w:p>
    <w:p w14:paraId="56800234" w14:textId="77777777" w:rsidR="008A2AD1" w:rsidRPr="00102762" w:rsidRDefault="008A2AD1" w:rsidP="00D019F3">
      <w:pPr>
        <w:pStyle w:val="Heading2"/>
        <w:rPr>
          <w:rFonts w:ascii="Arial" w:hAnsi="Arial" w:cs="Arial"/>
          <w:color w:val="007CBB"/>
          <w:sz w:val="24"/>
          <w:szCs w:val="24"/>
        </w:rPr>
      </w:pPr>
    </w:p>
    <w:p w14:paraId="0F4ECB12" w14:textId="77777777" w:rsidR="001743EB" w:rsidRPr="00102762" w:rsidRDefault="001743EB">
      <w:pPr>
        <w:rPr>
          <w:rFonts w:eastAsiaTheme="majorEastAsia" w:cs="Arial"/>
          <w:b/>
          <w:bCs/>
          <w:color w:val="007CBB"/>
          <w:sz w:val="28"/>
          <w:szCs w:val="28"/>
        </w:rPr>
      </w:pPr>
      <w:r w:rsidRPr="00102762">
        <w:rPr>
          <w:rFonts w:cs="Arial"/>
          <w:color w:val="007CBB"/>
          <w:sz w:val="28"/>
          <w:szCs w:val="28"/>
        </w:rPr>
        <w:br w:type="page"/>
      </w:r>
    </w:p>
    <w:p w14:paraId="250B0304" w14:textId="4F184AC3" w:rsidR="00511F96" w:rsidRPr="00102762" w:rsidRDefault="00511F96" w:rsidP="00511F96">
      <w:pPr>
        <w:pStyle w:val="Heading2"/>
        <w:rPr>
          <w:rFonts w:ascii="Arial" w:hAnsi="Arial" w:cs="Arial"/>
          <w:color w:val="007CBB"/>
          <w:sz w:val="28"/>
          <w:szCs w:val="28"/>
        </w:rPr>
      </w:pPr>
      <w:bookmarkStart w:id="1" w:name="_Toc222994876"/>
      <w:r w:rsidRPr="00102762">
        <w:rPr>
          <w:rFonts w:ascii="Arial" w:hAnsi="Arial" w:cs="Arial"/>
          <w:color w:val="007CBB"/>
          <w:sz w:val="28"/>
          <w:szCs w:val="28"/>
        </w:rPr>
        <w:lastRenderedPageBreak/>
        <w:t>Our Vision and Values</w:t>
      </w:r>
      <w:bookmarkEnd w:id="1"/>
    </w:p>
    <w:p w14:paraId="7684CC3E" w14:textId="77777777" w:rsidR="00511F96" w:rsidRPr="00102762" w:rsidRDefault="00511F96" w:rsidP="00511F96">
      <w:pPr>
        <w:spacing w:after="0" w:line="240" w:lineRule="auto"/>
      </w:pPr>
    </w:p>
    <w:p w14:paraId="6CF07501" w14:textId="44239B56" w:rsidR="007679B6" w:rsidRPr="00102762" w:rsidRDefault="005116C5" w:rsidP="007679B6">
      <w:r w:rsidRPr="00102762">
        <w:t>At Sefton Council, our vision is to deliver high-quality services that make a real difference to the lives of our residents, visitors, and communities.</w:t>
      </w:r>
      <w:r w:rsidR="00FB2749" w:rsidRPr="00102762">
        <w:t xml:space="preserve"> </w:t>
      </w:r>
      <w:r w:rsidRPr="00102762">
        <w:t xml:space="preserve"> Everything we do is guided by a strong set of values that shape how we work and interact:</w:t>
      </w:r>
    </w:p>
    <w:p w14:paraId="1407193F" w14:textId="3A31E6A7" w:rsidR="007679B6" w:rsidRPr="00102762" w:rsidRDefault="007679B6" w:rsidP="007679B6">
      <w:pPr>
        <w:ind w:left="720"/>
      </w:pPr>
      <w:r w:rsidRPr="00102762">
        <w:rPr>
          <w:rFonts w:ascii="Trebuchet MS"/>
          <w:noProof/>
          <w:sz w:val="20"/>
        </w:rPr>
        <mc:AlternateContent>
          <mc:Choice Requires="wpg">
            <w:drawing>
              <wp:inline distT="0" distB="0" distL="0" distR="0" wp14:anchorId="582C1344" wp14:editId="0F34021E">
                <wp:extent cx="5210175" cy="2238375"/>
                <wp:effectExtent l="0" t="0" r="9525" b="9525"/>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0175" cy="2238375"/>
                          <a:chOff x="0" y="0"/>
                          <a:chExt cx="5760085" cy="2343785"/>
                        </a:xfrm>
                      </wpg:grpSpPr>
                      <pic:pic xmlns:pic="http://schemas.openxmlformats.org/drawingml/2006/picture">
                        <pic:nvPicPr>
                          <pic:cNvPr id="59" name="Image 59"/>
                          <pic:cNvPicPr/>
                        </pic:nvPicPr>
                        <pic:blipFill>
                          <a:blip r:embed="rId22" cstate="print"/>
                          <a:stretch>
                            <a:fillRect/>
                          </a:stretch>
                        </pic:blipFill>
                        <pic:spPr>
                          <a:xfrm>
                            <a:off x="31748" y="31737"/>
                            <a:ext cx="5696497" cy="2280107"/>
                          </a:xfrm>
                          <a:prstGeom prst="rect">
                            <a:avLst/>
                          </a:prstGeom>
                        </pic:spPr>
                      </pic:pic>
                      <wps:wsp>
                        <wps:cNvPr id="60" name="Graphic 60"/>
                        <wps:cNvSpPr/>
                        <wps:spPr>
                          <a:xfrm>
                            <a:off x="31750" y="31750"/>
                            <a:ext cx="5696585" cy="2280285"/>
                          </a:xfrm>
                          <a:custGeom>
                            <a:avLst/>
                            <a:gdLst/>
                            <a:ahLst/>
                            <a:cxnLst/>
                            <a:rect l="l" t="t" r="r" b="b"/>
                            <a:pathLst>
                              <a:path w="5696585" h="2280285">
                                <a:moveTo>
                                  <a:pt x="0" y="0"/>
                                </a:moveTo>
                                <a:lnTo>
                                  <a:pt x="0" y="1848104"/>
                                </a:lnTo>
                                <a:lnTo>
                                  <a:pt x="2534" y="1895174"/>
                                </a:lnTo>
                                <a:lnTo>
                                  <a:pt x="9963" y="1940776"/>
                                </a:lnTo>
                                <a:lnTo>
                                  <a:pt x="22023" y="1984646"/>
                                </a:lnTo>
                                <a:lnTo>
                                  <a:pt x="38449" y="2026521"/>
                                </a:lnTo>
                                <a:lnTo>
                                  <a:pt x="58979" y="2066138"/>
                                </a:lnTo>
                                <a:lnTo>
                                  <a:pt x="83349" y="2103232"/>
                                </a:lnTo>
                                <a:lnTo>
                                  <a:pt x="111296" y="2137540"/>
                                </a:lnTo>
                                <a:lnTo>
                                  <a:pt x="142555" y="2168799"/>
                                </a:lnTo>
                                <a:lnTo>
                                  <a:pt x="176865" y="2196745"/>
                                </a:lnTo>
                                <a:lnTo>
                                  <a:pt x="213960" y="2221115"/>
                                </a:lnTo>
                                <a:lnTo>
                                  <a:pt x="253577" y="2241645"/>
                                </a:lnTo>
                                <a:lnTo>
                                  <a:pt x="295454" y="2258071"/>
                                </a:lnTo>
                                <a:lnTo>
                                  <a:pt x="339326" y="2270130"/>
                                </a:lnTo>
                                <a:lnTo>
                                  <a:pt x="384930" y="2277559"/>
                                </a:lnTo>
                                <a:lnTo>
                                  <a:pt x="432003" y="2280094"/>
                                </a:lnTo>
                                <a:lnTo>
                                  <a:pt x="5696496" y="2280094"/>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inline>
            </w:drawing>
          </mc:Choice>
          <mc:Fallback>
            <w:pict>
              <v:group w14:anchorId="72DF0116" id="Group 58" o:spid="_x0000_s1026" style="width:410.25pt;height:176.25pt;mso-position-horizontal-relative:char;mso-position-vertical-relative:line" coordsize="57600,23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">
                <v:shape id="Image 59" o:spid="_x0000_s1027" type="#_x0000_t75" style="position:absolute;left:317;top:317;width:56965;height:22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">
                  <v:imagedata r:id="rId23" o:title=""/>
                </v:shape>
                <v:shape id="Graphic 60" o:spid="_x0000_s1028" style="position:absolute;left:317;top:317;width:56966;height:22803;visibility:visible;mso-wrap-style:square;v-text-anchor:top" coordsize="5696585,2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" path="m,l,1848104r2534,47070l9963,1940776r12060,43870l38449,2026521r20530,39617l83349,2103232r27947,34308l142555,2168799r34310,27946l213960,2221115r39617,20530l295454,2258071r43872,12059l384930,2277559r47073,2535l5696496,2280094r,-1848091l5693961,384930r-7429,-45604l5674472,295454r-16426,-41877l5637516,213960r-24369,-37095l5585201,142555r-31259,-31259l5519633,83349,5482539,58979,5442923,38449,5401048,22023,5357177,9963,5311575,2534,5264505,,,xe" filled="f" strokecolor="#d6e2f3" strokeweight="5pt">
                  <v:path arrowok="t"/>
                </v:shape>
                <w10:anchorlock/>
              </v:group>
            </w:pict>
          </mc:Fallback>
        </mc:AlternateContent>
      </w:r>
    </w:p>
    <w:p w14:paraId="2A8A78D4" w14:textId="60901F21" w:rsidR="005116C5" w:rsidRPr="00102762" w:rsidRDefault="005116C5" w:rsidP="00BE466B">
      <w:pPr>
        <w:numPr>
          <w:ilvl w:val="0"/>
          <w:numId w:val="16"/>
        </w:numPr>
      </w:pPr>
      <w:r w:rsidRPr="00102762">
        <w:rPr>
          <w:b/>
          <w:bCs/>
        </w:rPr>
        <w:t>We put people at the heart of what we do</w:t>
      </w:r>
      <w:r w:rsidRPr="00102762">
        <w:t xml:space="preserve"> </w:t>
      </w:r>
      <w:r w:rsidR="00FB2749" w:rsidRPr="00102762">
        <w:t>–</w:t>
      </w:r>
      <w:r w:rsidRPr="00102762">
        <w:t xml:space="preserve"> ensuring our services are responsive, inclusive, and focused on improving lives.</w:t>
      </w:r>
    </w:p>
    <w:p w14:paraId="1D4A15E3" w14:textId="2EE40FE7" w:rsidR="005116C5" w:rsidRPr="00102762" w:rsidRDefault="005116C5" w:rsidP="00BE466B">
      <w:pPr>
        <w:numPr>
          <w:ilvl w:val="0"/>
          <w:numId w:val="16"/>
        </w:numPr>
      </w:pPr>
      <w:r w:rsidRPr="00102762">
        <w:rPr>
          <w:b/>
          <w:bCs/>
        </w:rPr>
        <w:t>We listen, value, and respect each other’s views</w:t>
      </w:r>
      <w:r w:rsidRPr="00102762">
        <w:t xml:space="preserve"> </w:t>
      </w:r>
      <w:r w:rsidR="00FB2749" w:rsidRPr="00102762">
        <w:t>–</w:t>
      </w:r>
      <w:r w:rsidRPr="00102762">
        <w:t xml:space="preserve"> fostering a culture of collaboration and mutual respect.</w:t>
      </w:r>
    </w:p>
    <w:p w14:paraId="3E367A22" w14:textId="0CD688BA" w:rsidR="005116C5" w:rsidRPr="00102762" w:rsidRDefault="005116C5" w:rsidP="00BE466B">
      <w:pPr>
        <w:numPr>
          <w:ilvl w:val="0"/>
          <w:numId w:val="16"/>
        </w:numPr>
      </w:pPr>
      <w:r w:rsidRPr="00102762">
        <w:rPr>
          <w:b/>
          <w:bCs/>
        </w:rPr>
        <w:t>We develop a culture of challenge, ownership, innovation, and improvement</w:t>
      </w:r>
      <w:r w:rsidRPr="00102762">
        <w:t xml:space="preserve"> </w:t>
      </w:r>
      <w:r w:rsidR="00FB2749" w:rsidRPr="00102762">
        <w:t>–</w:t>
      </w:r>
      <w:r w:rsidRPr="00102762">
        <w:t xml:space="preserve"> encouraging creativity and continuous development.</w:t>
      </w:r>
    </w:p>
    <w:p w14:paraId="4AF84DEE" w14:textId="2831CEFE" w:rsidR="005116C5" w:rsidRPr="00102762" w:rsidRDefault="005116C5" w:rsidP="00BE466B">
      <w:pPr>
        <w:numPr>
          <w:ilvl w:val="0"/>
          <w:numId w:val="16"/>
        </w:numPr>
      </w:pPr>
      <w:r w:rsidRPr="00102762">
        <w:rPr>
          <w:b/>
          <w:bCs/>
        </w:rPr>
        <w:t>We are ambassadors for Sefton</w:t>
      </w:r>
      <w:r w:rsidRPr="00102762">
        <w:t xml:space="preserve"> </w:t>
      </w:r>
      <w:r w:rsidR="00FB2749" w:rsidRPr="00102762">
        <w:t>–</w:t>
      </w:r>
      <w:r w:rsidRPr="00102762">
        <w:t xml:space="preserve"> promoting the </w:t>
      </w:r>
      <w:r w:rsidR="00FB2749" w:rsidRPr="00102762">
        <w:t>Borough</w:t>
      </w:r>
      <w:r w:rsidRPr="00102762">
        <w:t xml:space="preserve"> positively and proudly representing our communities.</w:t>
      </w:r>
    </w:p>
    <w:p w14:paraId="32D28CA9" w14:textId="04099CC7" w:rsidR="005116C5" w:rsidRPr="00102762" w:rsidRDefault="005116C5" w:rsidP="00BE466B">
      <w:pPr>
        <w:numPr>
          <w:ilvl w:val="0"/>
          <w:numId w:val="16"/>
        </w:numPr>
      </w:pPr>
      <w:r w:rsidRPr="00102762">
        <w:rPr>
          <w:b/>
          <w:bCs/>
        </w:rPr>
        <w:t>We are responsive and efficient</w:t>
      </w:r>
      <w:r w:rsidRPr="00102762">
        <w:t xml:space="preserve"> </w:t>
      </w:r>
      <w:r w:rsidR="00FB2749" w:rsidRPr="00102762">
        <w:t>–</w:t>
      </w:r>
      <w:r w:rsidRPr="00102762">
        <w:t xml:space="preserve"> delivering services that are timely, effective, and customer-focused.</w:t>
      </w:r>
    </w:p>
    <w:p w14:paraId="526B0A22" w14:textId="0A9DA0E0" w:rsidR="005116C5" w:rsidRPr="00102762" w:rsidRDefault="005116C5" w:rsidP="00BE466B">
      <w:pPr>
        <w:numPr>
          <w:ilvl w:val="0"/>
          <w:numId w:val="16"/>
        </w:numPr>
      </w:pPr>
      <w:r w:rsidRPr="00102762">
        <w:rPr>
          <w:b/>
          <w:bCs/>
        </w:rPr>
        <w:t>We are clear about what we can and cannot do</w:t>
      </w:r>
      <w:r w:rsidRPr="00102762">
        <w:t xml:space="preserve"> </w:t>
      </w:r>
      <w:r w:rsidR="00FB2749" w:rsidRPr="00102762">
        <w:t>–</w:t>
      </w:r>
      <w:r w:rsidRPr="00102762">
        <w:t xml:space="preserve"> being transparent and honest in all our communications and actions.</w:t>
      </w:r>
    </w:p>
    <w:p w14:paraId="4A119E78" w14:textId="7EFD1B52" w:rsidR="00511F96" w:rsidRPr="00102762" w:rsidRDefault="005116C5" w:rsidP="00511F96">
      <w:r w:rsidRPr="00102762">
        <w:t>These values underpin our commitment to excellence, inclusivity, and innovation, ensuring that Sefton remains a great place to live, work, and visit.</w:t>
      </w:r>
    </w:p>
    <w:p w14:paraId="0D58AC3A" w14:textId="4E77BF60" w:rsidR="00367D28" w:rsidRPr="00102762" w:rsidRDefault="00367D28" w:rsidP="00D019F3">
      <w:pPr>
        <w:pStyle w:val="Heading2"/>
        <w:rPr>
          <w:rFonts w:ascii="Arial" w:hAnsi="Arial" w:cs="Arial"/>
          <w:color w:val="007CBB"/>
          <w:sz w:val="28"/>
          <w:szCs w:val="28"/>
        </w:rPr>
      </w:pPr>
      <w:bookmarkStart w:id="2" w:name="_Toc222994877"/>
      <w:r w:rsidRPr="00102762">
        <w:rPr>
          <w:rFonts w:ascii="Arial" w:hAnsi="Arial" w:cs="Arial"/>
          <w:color w:val="007CBB"/>
          <w:sz w:val="28"/>
          <w:szCs w:val="28"/>
        </w:rPr>
        <w:t>Our Successes and Key Projects</w:t>
      </w:r>
      <w:bookmarkEnd w:id="2"/>
    </w:p>
    <w:p w14:paraId="2090DA4D" w14:textId="77777777" w:rsidR="00511F96" w:rsidRPr="00102762" w:rsidRDefault="00511F96" w:rsidP="00511F96">
      <w:pPr>
        <w:spacing w:after="0" w:line="240" w:lineRule="auto"/>
      </w:pPr>
    </w:p>
    <w:p w14:paraId="1DD3EF76" w14:textId="7077D406" w:rsidR="00367D28" w:rsidRPr="00102762" w:rsidRDefault="00367D28" w:rsidP="00683667">
      <w:pPr>
        <w:spacing w:after="0"/>
      </w:pPr>
      <w:r w:rsidRPr="00102762">
        <w:t xml:space="preserve">Sefton Council is proud of its recent achievements and ongoing commitment to delivering high-quality services. </w:t>
      </w:r>
      <w:r w:rsidR="00FB2749" w:rsidRPr="00102762">
        <w:t xml:space="preserve"> </w:t>
      </w:r>
      <w:r w:rsidRPr="00102762">
        <w:t xml:space="preserve">Our Adult Social Care services were recently graded Good by the Care Quality Commission (CQC), and our Children’s Services also </w:t>
      </w:r>
      <w:r w:rsidRPr="00102762">
        <w:lastRenderedPageBreak/>
        <w:t xml:space="preserve">achieved a </w:t>
      </w:r>
      <w:proofErr w:type="gramStart"/>
      <w:r w:rsidRPr="00102762">
        <w:t>Good</w:t>
      </w:r>
      <w:proofErr w:type="gramEnd"/>
      <w:r w:rsidRPr="00102762">
        <w:t xml:space="preserve"> rating from Ofsted. </w:t>
      </w:r>
      <w:r w:rsidR="00FB2749" w:rsidRPr="00102762">
        <w:t xml:space="preserve"> </w:t>
      </w:r>
      <w:r w:rsidRPr="00102762">
        <w:t>These successes reflect the dedication and professionalism of our teams and our focus on continuous improvement.</w:t>
      </w:r>
    </w:p>
    <w:p w14:paraId="71166112" w14:textId="77777777" w:rsidR="00FB2749" w:rsidRPr="00102762" w:rsidRDefault="00FB2749" w:rsidP="00683667">
      <w:pPr>
        <w:spacing w:after="0"/>
      </w:pPr>
    </w:p>
    <w:p w14:paraId="669632CB" w14:textId="7466B31C" w:rsidR="00367D28" w:rsidRPr="00102762" w:rsidRDefault="00367D28" w:rsidP="00683667">
      <w:pPr>
        <w:spacing w:after="0"/>
      </w:pPr>
      <w:r w:rsidRPr="00102762">
        <w:t xml:space="preserve">Alongside these achievements, Sefton Council is actively delivering a range of major capital projects that will transform the </w:t>
      </w:r>
      <w:r w:rsidR="00FB2749" w:rsidRPr="00102762">
        <w:t>Borough</w:t>
      </w:r>
      <w:r w:rsidRPr="00102762">
        <w:t xml:space="preserve"> and stimulate economic growth.</w:t>
      </w:r>
      <w:r w:rsidR="00FB2749" w:rsidRPr="00102762">
        <w:t xml:space="preserve"> </w:t>
      </w:r>
      <w:r w:rsidRPr="00102762">
        <w:t xml:space="preserve"> These include the Marine Lake Events Centre in Southport, the Strand Shopping Centre redevelopment in Bootle, and exciting developments such as the Cove Resort and Enterprise Arcade in Southport. </w:t>
      </w:r>
      <w:r w:rsidR="00FB2749" w:rsidRPr="00102762">
        <w:t xml:space="preserve"> </w:t>
      </w:r>
      <w:r w:rsidRPr="00102762">
        <w:t>We are also proud to support cultural and community initiatives like Salt and Tar, Bootle’s vibrant events space, which hosts live music, comedy, and family-friendly activities, bringing people together and boosting the local economy.</w:t>
      </w:r>
    </w:p>
    <w:p w14:paraId="2D97998A" w14:textId="77777777" w:rsidR="00683667" w:rsidRPr="00102762" w:rsidRDefault="00683667" w:rsidP="00683667">
      <w:pPr>
        <w:spacing w:after="0"/>
      </w:pPr>
    </w:p>
    <w:p w14:paraId="2B27870A" w14:textId="22F223B9" w:rsidR="00367D28" w:rsidRPr="00102762" w:rsidRDefault="00367D28" w:rsidP="00367D28">
      <w:r w:rsidRPr="00102762">
        <w:t xml:space="preserve">These projects form part of our strategic investment programme to attract private sector-led development and create vibrant spaces for residents and visitors. </w:t>
      </w:r>
      <w:r w:rsidR="00FB2749" w:rsidRPr="00102762">
        <w:t xml:space="preserve"> </w:t>
      </w:r>
      <w:r w:rsidRPr="00102762">
        <w:t>We work closely with local communities to ensure these projects reflect their needs and foster a sense of ownership and pride.</w:t>
      </w:r>
    </w:p>
    <w:p w14:paraId="267456B0" w14:textId="77777777" w:rsidR="00367D28" w:rsidRPr="00102762" w:rsidRDefault="00367D28" w:rsidP="00367D28">
      <w:r w:rsidRPr="00102762">
        <w:t xml:space="preserve">For more information on these projects and to stay updated on progress, visit the Sefton Council website at </w:t>
      </w:r>
      <w:hyperlink r:id="rId24" w:history="1">
        <w:r w:rsidRPr="00102762">
          <w:rPr>
            <w:rStyle w:val="Hyperlink"/>
          </w:rPr>
          <w:t>www.sefton.gov.uk</w:t>
        </w:r>
      </w:hyperlink>
      <w:r w:rsidRPr="00102762">
        <w:t xml:space="preserve"> </w:t>
      </w:r>
    </w:p>
    <w:p w14:paraId="366F8038" w14:textId="3B38F9E5" w:rsidR="00454E02" w:rsidRPr="00102762" w:rsidRDefault="00565B5D" w:rsidP="00511F96">
      <w:pPr>
        <w:pStyle w:val="Heading2"/>
        <w:rPr>
          <w:rFonts w:ascii="Arial" w:hAnsi="Arial" w:cs="Arial"/>
          <w:color w:val="007CBB"/>
          <w:sz w:val="28"/>
          <w:szCs w:val="28"/>
        </w:rPr>
      </w:pPr>
      <w:bookmarkStart w:id="3" w:name="_Toc222994878"/>
      <w:r w:rsidRPr="00102762">
        <w:rPr>
          <w:rFonts w:ascii="Arial" w:hAnsi="Arial" w:cs="Arial"/>
          <w:color w:val="007CBB"/>
          <w:sz w:val="28"/>
          <w:szCs w:val="28"/>
        </w:rPr>
        <w:t>An Inclusive Workplace</w:t>
      </w:r>
      <w:bookmarkEnd w:id="3"/>
    </w:p>
    <w:p w14:paraId="3332C0B7" w14:textId="77777777" w:rsidR="00511F96" w:rsidRPr="00102762" w:rsidRDefault="00511F96" w:rsidP="00511F96">
      <w:pPr>
        <w:spacing w:after="0" w:line="240" w:lineRule="auto"/>
      </w:pPr>
    </w:p>
    <w:p w14:paraId="09BFB993" w14:textId="38DDF792" w:rsidR="009F37BF" w:rsidRPr="00102762" w:rsidRDefault="009F37BF" w:rsidP="00683667">
      <w:pPr>
        <w:spacing w:after="0"/>
        <w:rPr>
          <w:rFonts w:eastAsia="Times New Roman" w:cs="Arial"/>
          <w:lang w:eastAsia="en-GB"/>
        </w:rPr>
      </w:pPr>
      <w:r w:rsidRPr="00102762">
        <w:rPr>
          <w:rFonts w:eastAsia="Times New Roman" w:cs="Arial"/>
          <w:lang w:eastAsia="en-GB"/>
        </w:rPr>
        <w:t xml:space="preserve">We are committed to fostering an inclusive Council that reflects the diverse communities we serve. </w:t>
      </w:r>
      <w:r w:rsidR="00FB2749" w:rsidRPr="00102762">
        <w:rPr>
          <w:rFonts w:eastAsia="Times New Roman" w:cs="Arial"/>
          <w:lang w:eastAsia="en-GB"/>
        </w:rPr>
        <w:t xml:space="preserve"> </w:t>
      </w:r>
      <w:r w:rsidRPr="00102762">
        <w:rPr>
          <w:rFonts w:eastAsia="Times New Roman" w:cs="Arial"/>
          <w:lang w:eastAsia="en-GB"/>
        </w:rPr>
        <w:t>Our workforce brings a wide range of experiences and perspectives, and we value an environment where everyone feels respected, supported, and able to reach their full potential.</w:t>
      </w:r>
    </w:p>
    <w:p w14:paraId="42793982" w14:textId="77777777" w:rsidR="00683667" w:rsidRPr="00102762" w:rsidRDefault="00683667" w:rsidP="00683667">
      <w:pPr>
        <w:spacing w:after="0"/>
        <w:rPr>
          <w:rFonts w:eastAsia="Times New Roman" w:cs="Arial"/>
          <w:lang w:eastAsia="en-GB"/>
        </w:rPr>
      </w:pPr>
    </w:p>
    <w:p w14:paraId="090B95BC" w14:textId="73494AA3" w:rsidR="00CB1FFD" w:rsidRPr="00102762" w:rsidRDefault="009F37BF" w:rsidP="009F37BF">
      <w:pPr>
        <w:rPr>
          <w:rFonts w:eastAsia="Times New Roman" w:cs="Arial"/>
          <w:lang w:eastAsia="en-GB"/>
        </w:rPr>
      </w:pPr>
      <w:r w:rsidRPr="00102762">
        <w:rPr>
          <w:rFonts w:eastAsia="Times New Roman" w:cs="Arial"/>
          <w:lang w:eastAsia="en-GB"/>
        </w:rPr>
        <w:t xml:space="preserve">Sefton is proud to be the first local authority in the Liverpool City Region to achieve </w:t>
      </w:r>
      <w:r w:rsidRPr="00102762">
        <w:rPr>
          <w:rFonts w:eastAsia="Times New Roman" w:cs="Arial"/>
          <w:b/>
          <w:bCs/>
          <w:lang w:eastAsia="en-GB"/>
        </w:rPr>
        <w:t>Navajo</w:t>
      </w:r>
      <w:r w:rsidRPr="00102762">
        <w:rPr>
          <w:rFonts w:eastAsia="Times New Roman" w:cs="Arial"/>
          <w:lang w:eastAsia="en-GB"/>
        </w:rPr>
        <w:t xml:space="preserve"> accreditation, recognising our commitment to LGBTQ+ inclusion. </w:t>
      </w:r>
      <w:r w:rsidR="00FB2749" w:rsidRPr="00102762">
        <w:rPr>
          <w:rFonts w:eastAsia="Times New Roman" w:cs="Arial"/>
          <w:lang w:eastAsia="en-GB"/>
        </w:rPr>
        <w:t xml:space="preserve"> </w:t>
      </w:r>
      <w:r w:rsidRPr="00102762">
        <w:rPr>
          <w:rFonts w:eastAsia="Times New Roman" w:cs="Arial"/>
          <w:lang w:eastAsia="en-GB"/>
        </w:rPr>
        <w:t>We are also a Disability Confident employer and continue to build a workforce that represents our communities.</w:t>
      </w:r>
    </w:p>
    <w:p w14:paraId="4FA20170" w14:textId="39071CCA" w:rsidR="00A91189" w:rsidRPr="00102762" w:rsidRDefault="009F37BF" w:rsidP="009725F0">
      <w:pPr>
        <w:spacing w:after="0"/>
        <w:rPr>
          <w:rFonts w:eastAsia="Times New Roman" w:cs="Arial"/>
          <w:lang w:eastAsia="en-GB"/>
        </w:rPr>
      </w:pPr>
      <w:r w:rsidRPr="00102762">
        <w:rPr>
          <w:rFonts w:eastAsia="Times New Roman" w:cs="Arial"/>
          <w:lang w:eastAsia="en-GB"/>
        </w:rPr>
        <w:t>We support several staff networks, including groups for Black and Ethnically Diverse colleagues, LGBTQ+ staff, women, disabled employees, and a Christian Workplace Group.</w:t>
      </w:r>
    </w:p>
    <w:p w14:paraId="32F8FF95" w14:textId="77777777" w:rsidR="009725F0" w:rsidRPr="00102762" w:rsidRDefault="009725F0" w:rsidP="009725F0">
      <w:pPr>
        <w:spacing w:after="0"/>
        <w:rPr>
          <w:rFonts w:eastAsia="Times New Roman" w:cs="Arial"/>
          <w:lang w:eastAsia="en-GB"/>
        </w:rPr>
      </w:pPr>
    </w:p>
    <w:p w14:paraId="711BCCDE" w14:textId="4507E0FD" w:rsidR="00454E02" w:rsidRPr="00102762" w:rsidRDefault="009F37BF" w:rsidP="00496E8A">
      <w:pPr>
        <w:spacing w:after="0"/>
        <w:rPr>
          <w:rFonts w:eastAsia="Times New Roman" w:cs="Arial"/>
          <w:lang w:eastAsia="en-GB"/>
        </w:rPr>
      </w:pPr>
      <w:r w:rsidRPr="00102762">
        <w:rPr>
          <w:rFonts w:eastAsia="Times New Roman" w:cs="Arial"/>
          <w:lang w:eastAsia="en-GB"/>
        </w:rPr>
        <w:t xml:space="preserve">As an Equal Opportunities Employer, we base recruitment solely on skills, experience, and suitability for the role. </w:t>
      </w:r>
      <w:r w:rsidR="00C7120F" w:rsidRPr="00102762">
        <w:rPr>
          <w:rFonts w:eastAsia="Times New Roman" w:cs="Arial"/>
          <w:lang w:eastAsia="en-GB"/>
        </w:rPr>
        <w:t xml:space="preserve"> </w:t>
      </w:r>
      <w:r w:rsidRPr="00102762">
        <w:rPr>
          <w:rFonts w:eastAsia="Times New Roman" w:cs="Arial"/>
          <w:lang w:eastAsia="en-GB"/>
        </w:rPr>
        <w:t>All applicants are treated fairly, and we have also recognised ‘care experienced’ as a protected characteristic within Sefton.</w:t>
      </w:r>
    </w:p>
    <w:p w14:paraId="128685BE" w14:textId="01943AB8" w:rsidR="00E4473C" w:rsidRPr="00102762" w:rsidRDefault="00E4473C" w:rsidP="009F37BF">
      <w:pPr>
        <w:rPr>
          <w:rFonts w:eastAsia="Times New Roman" w:cs="Arial"/>
          <w:lang w:eastAsia="en-GB"/>
        </w:rPr>
      </w:pPr>
    </w:p>
    <w:p w14:paraId="04AC695D" w14:textId="2E9D631C" w:rsidR="00511F96" w:rsidRPr="00102762" w:rsidRDefault="00511F96" w:rsidP="009F37BF">
      <w:pPr>
        <w:rPr>
          <w:rFonts w:eastAsia="Times New Roman" w:cs="Arial"/>
          <w:lang w:eastAsia="en-GB"/>
        </w:rPr>
      </w:pPr>
      <w:r w:rsidRPr="00102762">
        <w:rPr>
          <w:noProof/>
          <w:sz w:val="20"/>
        </w:rPr>
        <w:lastRenderedPageBreak/>
        <mc:AlternateContent>
          <mc:Choice Requires="wpg">
            <w:drawing>
              <wp:anchor distT="0" distB="0" distL="114300" distR="114300" simplePos="0" relativeHeight="251658270" behindDoc="0" locked="0" layoutInCell="1" allowOverlap="1" wp14:anchorId="79439861" wp14:editId="66F000D6">
                <wp:simplePos x="0" y="0"/>
                <wp:positionH relativeFrom="margin">
                  <wp:align>left</wp:align>
                </wp:positionH>
                <wp:positionV relativeFrom="margin">
                  <wp:posOffset>337820</wp:posOffset>
                </wp:positionV>
                <wp:extent cx="4794250" cy="2200275"/>
                <wp:effectExtent l="19050" t="19050" r="44450" b="47625"/>
                <wp:wrapSquare wrapText="bothSides"/>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4250" cy="2200275"/>
                          <a:chOff x="31747" y="18880"/>
                          <a:chExt cx="5696588" cy="2973875"/>
                        </a:xfrm>
                      </wpg:grpSpPr>
                      <pic:pic xmlns:pic="http://schemas.openxmlformats.org/drawingml/2006/picture">
                        <pic:nvPicPr>
                          <pic:cNvPr id="70" name="Image 70"/>
                          <pic:cNvPicPr/>
                        </pic:nvPicPr>
                        <pic:blipFill>
                          <a:blip r:embed="rId25" cstate="print"/>
                          <a:stretch>
                            <a:fillRect/>
                          </a:stretch>
                        </pic:blipFill>
                        <pic:spPr>
                          <a:xfrm>
                            <a:off x="31747" y="18880"/>
                            <a:ext cx="5696498" cy="2960497"/>
                          </a:xfrm>
                          <a:prstGeom prst="rect">
                            <a:avLst/>
                          </a:prstGeom>
                        </pic:spPr>
                      </pic:pic>
                      <wps:wsp>
                        <wps:cNvPr id="71" name="Graphic 71"/>
                        <wps:cNvSpPr/>
                        <wps:spPr>
                          <a:xfrm>
                            <a:off x="31750" y="31750"/>
                            <a:ext cx="5696585" cy="2961005"/>
                          </a:xfrm>
                          <a:custGeom>
                            <a:avLst/>
                            <a:gdLst/>
                            <a:ahLst/>
                            <a:cxnLst/>
                            <a:rect l="l" t="t" r="r" b="b"/>
                            <a:pathLst>
                              <a:path w="5696585" h="2961005">
                                <a:moveTo>
                                  <a:pt x="0" y="0"/>
                                </a:moveTo>
                                <a:lnTo>
                                  <a:pt x="0" y="2528493"/>
                                </a:lnTo>
                                <a:lnTo>
                                  <a:pt x="2534" y="2575566"/>
                                </a:lnTo>
                                <a:lnTo>
                                  <a:pt x="9963" y="2621170"/>
                                </a:lnTo>
                                <a:lnTo>
                                  <a:pt x="22023" y="2665042"/>
                                </a:lnTo>
                                <a:lnTo>
                                  <a:pt x="38449" y="2706919"/>
                                </a:lnTo>
                                <a:lnTo>
                                  <a:pt x="58979" y="2746536"/>
                                </a:lnTo>
                                <a:lnTo>
                                  <a:pt x="83349" y="2783631"/>
                                </a:lnTo>
                                <a:lnTo>
                                  <a:pt x="111296" y="2817941"/>
                                </a:lnTo>
                                <a:lnTo>
                                  <a:pt x="142555" y="2849200"/>
                                </a:lnTo>
                                <a:lnTo>
                                  <a:pt x="176865" y="2877147"/>
                                </a:lnTo>
                                <a:lnTo>
                                  <a:pt x="213960" y="2901517"/>
                                </a:lnTo>
                                <a:lnTo>
                                  <a:pt x="253577" y="2922047"/>
                                </a:lnTo>
                                <a:lnTo>
                                  <a:pt x="295454" y="2938473"/>
                                </a:lnTo>
                                <a:lnTo>
                                  <a:pt x="339326" y="2950533"/>
                                </a:lnTo>
                                <a:lnTo>
                                  <a:pt x="384930" y="2957962"/>
                                </a:lnTo>
                                <a:lnTo>
                                  <a:pt x="432003" y="2960497"/>
                                </a:lnTo>
                                <a:lnTo>
                                  <a:pt x="5696496" y="2960497"/>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F9AA2F7" id="Group 69" o:spid="_x0000_s1026" style="position:absolute;margin-left:0;margin-top:26.6pt;width:377.5pt;height:173.25pt;z-index:251658270;mso-position-horizontal:left;mso-position-horizontal-relative:margin;mso-position-vertical-relative:margin;mso-width-relative:margin;mso-height-relative:margin" coordorigin="317,188" coordsize="56965,29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">
                <v:shape id="Image 70" o:spid="_x0000_s1027" type="#_x0000_t75" style="position:absolute;left:317;top:188;width:56965;height:29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">
                  <v:imagedata r:id="rId26" o:title=""/>
                </v:shape>
                <v:shape id="Graphic 71" o:spid="_x0000_s1028" style="position:absolute;left:317;top:317;width:56966;height:29610;visibility:visible;mso-wrap-style:square;v-text-anchor:top" coordsize="5696585,296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" path="m,l,2528493r2534,47073l9963,2621170r12060,43872l38449,2706919r20530,39617l83349,2783631r27947,34310l142555,2849200r34310,27947l213960,2901517r39617,20530l295454,2938473r43872,12060l384930,2957962r47073,2535l5696496,2960497r,-2528494l5693961,384930r-7429,-45604l5674472,295454r-16426,-41877l5637516,213960r-24369,-37095l5585201,142555r-31259,-31259l5519633,83349,5482539,58979,5442923,38449,5401048,22023,5357177,9963,5311575,2534,5264505,,,xe" filled="f" strokecolor="#d6e2f3" strokeweight="5pt">
                  <v:path arrowok="t"/>
                </v:shape>
                <w10:wrap type="square" anchorx="margin" anchory="margin"/>
              </v:group>
            </w:pict>
          </mc:Fallback>
        </mc:AlternateContent>
      </w:r>
    </w:p>
    <w:p w14:paraId="32135872" w14:textId="72E5D6CC" w:rsidR="00511F96" w:rsidRPr="00102762" w:rsidRDefault="00511F96" w:rsidP="009F37BF">
      <w:pPr>
        <w:rPr>
          <w:rFonts w:eastAsia="Times New Roman" w:cs="Arial"/>
          <w:lang w:eastAsia="en-GB"/>
        </w:rPr>
      </w:pPr>
    </w:p>
    <w:p w14:paraId="1E8C663D" w14:textId="40AD9373" w:rsidR="00454E02" w:rsidRPr="00102762" w:rsidRDefault="00454E02" w:rsidP="009F37BF">
      <w:pPr>
        <w:rPr>
          <w:rFonts w:eastAsia="Times New Roman" w:cs="Arial"/>
          <w:lang w:eastAsia="en-GB"/>
        </w:rPr>
      </w:pPr>
    </w:p>
    <w:p w14:paraId="70E3E937" w14:textId="6E86C81B" w:rsidR="00454E02" w:rsidRPr="00102762" w:rsidRDefault="00454E02" w:rsidP="009F37BF">
      <w:pPr>
        <w:rPr>
          <w:rFonts w:eastAsia="Times New Roman" w:cs="Arial"/>
          <w:lang w:eastAsia="en-GB"/>
        </w:rPr>
      </w:pPr>
    </w:p>
    <w:p w14:paraId="5535BC69" w14:textId="31B2501C" w:rsidR="00454E02" w:rsidRPr="00102762" w:rsidRDefault="00454E02" w:rsidP="009F37BF">
      <w:pPr>
        <w:rPr>
          <w:rFonts w:eastAsia="Times New Roman" w:cs="Arial"/>
          <w:lang w:eastAsia="en-GB"/>
        </w:rPr>
      </w:pPr>
    </w:p>
    <w:p w14:paraId="28BF5290" w14:textId="1D5245ED" w:rsidR="00496E8A" w:rsidRPr="00102762" w:rsidRDefault="00496E8A" w:rsidP="009F37BF">
      <w:pPr>
        <w:rPr>
          <w:rFonts w:eastAsia="Times New Roman" w:cs="Arial"/>
          <w:lang w:eastAsia="en-GB"/>
        </w:rPr>
      </w:pPr>
    </w:p>
    <w:p w14:paraId="7B5CE7DC" w14:textId="77777777" w:rsidR="00496E8A" w:rsidRPr="00102762" w:rsidRDefault="00496E8A" w:rsidP="009F37BF">
      <w:pPr>
        <w:rPr>
          <w:rFonts w:eastAsia="Times New Roman" w:cs="Arial"/>
          <w:lang w:eastAsia="en-GB"/>
        </w:rPr>
      </w:pPr>
    </w:p>
    <w:p w14:paraId="6866F173" w14:textId="7A4DD52F" w:rsidR="00496E8A" w:rsidRPr="00102762" w:rsidRDefault="00496E8A" w:rsidP="009F37BF">
      <w:pPr>
        <w:rPr>
          <w:rFonts w:eastAsia="Times New Roman" w:cs="Arial"/>
          <w:lang w:eastAsia="en-GB"/>
        </w:rPr>
      </w:pPr>
    </w:p>
    <w:p w14:paraId="75F0FBED" w14:textId="77777777" w:rsidR="00E4473C" w:rsidRPr="00102762" w:rsidRDefault="00E4473C" w:rsidP="009F37BF">
      <w:pPr>
        <w:rPr>
          <w:rFonts w:eastAsia="Times New Roman" w:cs="Arial"/>
          <w:lang w:eastAsia="en-GB"/>
        </w:rPr>
      </w:pPr>
    </w:p>
    <w:p w14:paraId="75C53BB4" w14:textId="3A457AEE" w:rsidR="009F37BF" w:rsidRPr="00102762" w:rsidRDefault="00C7120F" w:rsidP="00496E8A">
      <w:pPr>
        <w:spacing w:after="0"/>
        <w:rPr>
          <w:rFonts w:eastAsia="Times New Roman" w:cs="Arial"/>
          <w:lang w:eastAsia="en-GB"/>
        </w:rPr>
      </w:pPr>
      <w:r w:rsidRPr="00102762">
        <w:rPr>
          <w:rFonts w:eastAsia="Times New Roman" w:cs="Arial"/>
          <w:lang w:eastAsia="en-GB"/>
        </w:rPr>
        <w:t xml:space="preserve">For more information, please refer to our </w:t>
      </w:r>
      <w:hyperlink r:id="rId27" w:history="1">
        <w:r w:rsidRPr="00102762">
          <w:rPr>
            <w:rStyle w:val="Hyperlink"/>
            <w:rFonts w:eastAsia="Times New Roman" w:cs="Arial"/>
            <w:lang w:eastAsia="en-GB"/>
          </w:rPr>
          <w:t>Equality, Diversity and Inclusion Strategy</w:t>
        </w:r>
      </w:hyperlink>
    </w:p>
    <w:p w14:paraId="4250A9BD" w14:textId="77777777" w:rsidR="00511F96" w:rsidRPr="00102762" w:rsidRDefault="00511F96" w:rsidP="00511F96">
      <w:pPr>
        <w:spacing w:after="0" w:line="240" w:lineRule="auto"/>
        <w:rPr>
          <w:rFonts w:eastAsia="Times New Roman" w:cs="Arial"/>
          <w:lang w:eastAsia="en-GB"/>
        </w:rPr>
      </w:pPr>
    </w:p>
    <w:p w14:paraId="42A3CDA1" w14:textId="58A78FDC" w:rsidR="00511F96" w:rsidRPr="00102762" w:rsidRDefault="00C16F45" w:rsidP="00511F96">
      <w:pPr>
        <w:pStyle w:val="Heading2"/>
        <w:rPr>
          <w:rFonts w:ascii="Arial" w:hAnsi="Arial" w:cs="Arial"/>
          <w:color w:val="007CBB"/>
          <w:sz w:val="28"/>
          <w:szCs w:val="28"/>
        </w:rPr>
      </w:pPr>
      <w:bookmarkStart w:id="4" w:name="_Toc222994879"/>
      <w:r w:rsidRPr="00102762">
        <w:rPr>
          <w:rFonts w:ascii="Arial" w:hAnsi="Arial" w:cs="Arial"/>
          <w:color w:val="007CBB"/>
          <w:sz w:val="28"/>
          <w:szCs w:val="28"/>
        </w:rPr>
        <w:t>Liverpool City Region Fair Employment Charter</w:t>
      </w:r>
      <w:bookmarkEnd w:id="4"/>
    </w:p>
    <w:p w14:paraId="1657A6EA" w14:textId="77777777" w:rsidR="00511F96" w:rsidRPr="00102762" w:rsidRDefault="00511F96" w:rsidP="00511F96">
      <w:pPr>
        <w:spacing w:after="0" w:line="240" w:lineRule="auto"/>
        <w:rPr>
          <w:bCs/>
        </w:rPr>
      </w:pPr>
    </w:p>
    <w:p w14:paraId="08E8C97B" w14:textId="092BC4B6" w:rsidR="004E55FD" w:rsidRPr="00102762" w:rsidRDefault="00697B51" w:rsidP="00511F96">
      <w:pPr>
        <w:rPr>
          <w:bCs/>
        </w:rPr>
      </w:pPr>
      <w:r w:rsidRPr="00102762">
        <w:rPr>
          <w:rFonts w:cs="Arial"/>
          <w:noProof/>
          <w:color w:val="007CBB"/>
          <w:sz w:val="32"/>
          <w:szCs w:val="32"/>
        </w:rPr>
        <w:drawing>
          <wp:anchor distT="0" distB="0" distL="114300" distR="114300" simplePos="0" relativeHeight="251658265" behindDoc="0" locked="0" layoutInCell="1" allowOverlap="1" wp14:anchorId="3A78E4F5" wp14:editId="27A3C85D">
            <wp:simplePos x="0" y="0"/>
            <wp:positionH relativeFrom="margin">
              <wp:posOffset>9525</wp:posOffset>
            </wp:positionH>
            <wp:positionV relativeFrom="paragraph">
              <wp:posOffset>127635</wp:posOffset>
            </wp:positionV>
            <wp:extent cx="1453515" cy="975995"/>
            <wp:effectExtent l="0" t="0" r="0" b="0"/>
            <wp:wrapSquare wrapText="bothSides"/>
            <wp:docPr id="484826292" name="Picture 1" descr="Liverpool Fair Employment Char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Fair Employment Charter ..."/>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53515" cy="97599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F45" w:rsidRPr="00102762">
        <w:rPr>
          <w:bCs/>
        </w:rPr>
        <w:t xml:space="preserve">Sefton Council is proud to support the Liverpool City Region Combined Authority Fair Employment Charter, an initiative that promotes fair, healthy, inclusive, and just workplaces across the region. </w:t>
      </w:r>
      <w:r w:rsidR="00C7120F" w:rsidRPr="00102762">
        <w:rPr>
          <w:bCs/>
        </w:rPr>
        <w:t xml:space="preserve"> </w:t>
      </w:r>
      <w:r w:rsidR="00C16F45" w:rsidRPr="00102762">
        <w:rPr>
          <w:bCs/>
        </w:rPr>
        <w:t xml:space="preserve">The Charter celebrates good employers and encourages the highest standards in employment practice, including fair pay, secure work, opportunities for progression, strong employee voice, and a commitment to staff wellbeing. </w:t>
      </w:r>
      <w:r w:rsidR="00C7120F" w:rsidRPr="00102762">
        <w:rPr>
          <w:bCs/>
        </w:rPr>
        <w:t xml:space="preserve"> </w:t>
      </w:r>
      <w:r w:rsidR="00C16F45" w:rsidRPr="00102762">
        <w:rPr>
          <w:bCs/>
        </w:rPr>
        <w:t>By aligning with the Charter, we demonstrate our dedication to providing a fair day’s pay for a fair day’s work and to fostering an equitable and supportive working environment for all colleagues.</w:t>
      </w:r>
    </w:p>
    <w:p w14:paraId="07B23CEF" w14:textId="4B47D7BD" w:rsidR="00187F29" w:rsidRPr="00102762" w:rsidRDefault="00FA1CF6" w:rsidP="00511F96">
      <w:pPr>
        <w:pStyle w:val="Heading2"/>
        <w:spacing w:before="0" w:line="240" w:lineRule="auto"/>
        <w:rPr>
          <w:rFonts w:ascii="Arial" w:hAnsi="Arial" w:cs="Arial"/>
          <w:color w:val="007CBB"/>
          <w:sz w:val="28"/>
          <w:szCs w:val="28"/>
        </w:rPr>
      </w:pPr>
      <w:bookmarkStart w:id="5" w:name="_Toc222994880"/>
      <w:r w:rsidRPr="00102762">
        <w:rPr>
          <w:rFonts w:ascii="Arial" w:hAnsi="Arial" w:cs="Arial"/>
          <w:color w:val="007CBB"/>
          <w:sz w:val="28"/>
          <w:szCs w:val="28"/>
        </w:rPr>
        <w:t>What We Can Offer You</w:t>
      </w:r>
      <w:bookmarkEnd w:id="5"/>
    </w:p>
    <w:p w14:paraId="293F5468" w14:textId="77777777" w:rsidR="00511F96" w:rsidRPr="00102762" w:rsidRDefault="00511F96" w:rsidP="00511F96">
      <w:pPr>
        <w:spacing w:after="0" w:line="240" w:lineRule="auto"/>
      </w:pPr>
    </w:p>
    <w:p w14:paraId="514F9940" w14:textId="5632B9DD" w:rsidR="00547C3F" w:rsidRPr="00102762" w:rsidRDefault="00547C3F" w:rsidP="00187F29">
      <w:pPr>
        <w:numPr>
          <w:ilvl w:val="0"/>
          <w:numId w:val="15"/>
        </w:numPr>
        <w:spacing w:after="0" w:line="240" w:lineRule="auto"/>
      </w:pPr>
      <w:r w:rsidRPr="00102762">
        <w:t>A supportive and collaborative working environment</w:t>
      </w:r>
      <w:r w:rsidR="0035256F" w:rsidRPr="00102762">
        <w:t>.</w:t>
      </w:r>
    </w:p>
    <w:p w14:paraId="71D56C25" w14:textId="571624B0" w:rsidR="00F97F83" w:rsidRPr="00102762" w:rsidRDefault="00F97F83" w:rsidP="00BE466B">
      <w:pPr>
        <w:numPr>
          <w:ilvl w:val="0"/>
          <w:numId w:val="15"/>
        </w:numPr>
      </w:pPr>
      <w:r w:rsidRPr="00102762">
        <w:t>An agile approach to working.</w:t>
      </w:r>
    </w:p>
    <w:p w14:paraId="3C859B9B" w14:textId="05F0FD36" w:rsidR="00AE37D0" w:rsidRPr="00102762" w:rsidRDefault="00547C3F" w:rsidP="00C55123">
      <w:pPr>
        <w:numPr>
          <w:ilvl w:val="0"/>
          <w:numId w:val="15"/>
        </w:numPr>
      </w:pPr>
      <w:r w:rsidRPr="00102762">
        <w:t>Opportunities for professional development and career progression</w:t>
      </w:r>
      <w:r w:rsidR="0035256F" w:rsidRPr="00102762">
        <w:t>.</w:t>
      </w:r>
    </w:p>
    <w:p w14:paraId="0A1B0A67" w14:textId="552D0E2C" w:rsidR="00547C3F" w:rsidRPr="00102762" w:rsidRDefault="00547C3F" w:rsidP="00BE466B">
      <w:pPr>
        <w:numPr>
          <w:ilvl w:val="0"/>
          <w:numId w:val="15"/>
        </w:numPr>
      </w:pPr>
      <w:r w:rsidRPr="00102762">
        <w:t>A role where your work makes a real difference across the organisation</w:t>
      </w:r>
      <w:r w:rsidR="0035256F" w:rsidRPr="00102762">
        <w:t>.</w:t>
      </w:r>
    </w:p>
    <w:p w14:paraId="4A6AB78E" w14:textId="62F96920" w:rsidR="00547C3F" w:rsidRPr="00102762" w:rsidRDefault="00547C3F" w:rsidP="00BE466B">
      <w:pPr>
        <w:numPr>
          <w:ilvl w:val="0"/>
          <w:numId w:val="15"/>
        </w:numPr>
      </w:pPr>
      <w:r w:rsidRPr="00102762">
        <w:t>Flexible working arrangements supporting work</w:t>
      </w:r>
      <w:r w:rsidR="00571B76" w:rsidRPr="00102762">
        <w:t>-</w:t>
      </w:r>
      <w:r w:rsidRPr="00102762">
        <w:t>life balance</w:t>
      </w:r>
      <w:r w:rsidR="0035256F" w:rsidRPr="00102762">
        <w:t>.</w:t>
      </w:r>
    </w:p>
    <w:p w14:paraId="5FB8FFD2" w14:textId="3ABAA331" w:rsidR="00547C3F" w:rsidRPr="00102762" w:rsidRDefault="00547C3F" w:rsidP="00BE466B">
      <w:pPr>
        <w:numPr>
          <w:ilvl w:val="0"/>
          <w:numId w:val="15"/>
        </w:numPr>
      </w:pPr>
      <w:r w:rsidRPr="00102762">
        <w:t>A strong commitment to equality, diversity, and inclusion</w:t>
      </w:r>
      <w:r w:rsidR="0035256F" w:rsidRPr="00102762">
        <w:t>.</w:t>
      </w:r>
    </w:p>
    <w:p w14:paraId="1C1AD13F" w14:textId="7060A410" w:rsidR="00FA1CF6" w:rsidRPr="00102762" w:rsidRDefault="00547C3F" w:rsidP="00FA1CF6">
      <w:r w:rsidRPr="00102762">
        <w:t>Y</w:t>
      </w:r>
      <w:r w:rsidR="00FA1CF6" w:rsidRPr="00102762">
        <w:t>ou will benefit from a comprehensive local government employment package</w:t>
      </w:r>
      <w:r w:rsidRPr="00102762">
        <w:t xml:space="preserve"> which includes the following:</w:t>
      </w:r>
    </w:p>
    <w:p w14:paraId="09237F97" w14:textId="3E5E2A6B" w:rsidR="00FA1CF6" w:rsidRPr="00102762" w:rsidRDefault="00FA1CF6" w:rsidP="00BE466B">
      <w:pPr>
        <w:numPr>
          <w:ilvl w:val="0"/>
          <w:numId w:val="7"/>
        </w:numPr>
      </w:pPr>
      <w:r w:rsidRPr="00102762">
        <w:lastRenderedPageBreak/>
        <w:t>Competitive salary in line with NJC Local Government Pay Scales.</w:t>
      </w:r>
    </w:p>
    <w:p w14:paraId="5D01D2A5" w14:textId="6DA5BDB7" w:rsidR="00524633" w:rsidRPr="00102762" w:rsidRDefault="00FA1CF6" w:rsidP="00BE466B">
      <w:pPr>
        <w:numPr>
          <w:ilvl w:val="0"/>
          <w:numId w:val="7"/>
        </w:numPr>
      </w:pPr>
      <w:r w:rsidRPr="00102762">
        <w:t>Membership of the Local Government Pension Scheme (LGPS), providing a secure, defined benefit pension with employer contributions.</w:t>
      </w:r>
    </w:p>
    <w:p w14:paraId="55EF41BC" w14:textId="36CC7719" w:rsidR="00FA1CF6" w:rsidRPr="00102762" w:rsidRDefault="00FA1CF6" w:rsidP="00FA1CF6">
      <w:pPr>
        <w:rPr>
          <w:b/>
          <w:bCs/>
          <w:color w:val="007CBB"/>
          <w:sz w:val="24"/>
          <w:szCs w:val="24"/>
        </w:rPr>
      </w:pPr>
      <w:r w:rsidRPr="00102762">
        <w:rPr>
          <w:b/>
          <w:color w:val="007CBB"/>
          <w:sz w:val="24"/>
          <w:szCs w:val="24"/>
        </w:rPr>
        <w:t>Annual Leave and Work-Life Balance</w:t>
      </w:r>
    </w:p>
    <w:p w14:paraId="25D2CF9D" w14:textId="77777777" w:rsidR="00D74D8D" w:rsidRPr="00102762" w:rsidRDefault="00D74D8D" w:rsidP="00BE466B">
      <w:pPr>
        <w:numPr>
          <w:ilvl w:val="0"/>
          <w:numId w:val="8"/>
        </w:numPr>
        <w:rPr>
          <w:rFonts w:eastAsia="Arial" w:cs="Arial"/>
        </w:rPr>
      </w:pPr>
      <w:r w:rsidRPr="00102762">
        <w:t xml:space="preserve">Generous annual leave entitlement, </w:t>
      </w:r>
      <w:r w:rsidRPr="00102762">
        <w:rPr>
          <w:rFonts w:eastAsia="Arial" w:cs="Arial"/>
        </w:rPr>
        <w:t>28 days annual leave rising to 33 days with 5 years continuous service.</w:t>
      </w:r>
    </w:p>
    <w:p w14:paraId="2B246258" w14:textId="02DB7649" w:rsidR="00FA1CF6" w:rsidRPr="00102762" w:rsidRDefault="00FA1CF6" w:rsidP="00BE466B">
      <w:pPr>
        <w:numPr>
          <w:ilvl w:val="0"/>
          <w:numId w:val="8"/>
        </w:numPr>
      </w:pPr>
      <w:r w:rsidRPr="00102762">
        <w:t>Additional public (bank) holidays.</w:t>
      </w:r>
    </w:p>
    <w:p w14:paraId="2DDD9C17" w14:textId="31F21007" w:rsidR="00FA1CF6" w:rsidRPr="00102762" w:rsidRDefault="00FA1CF6" w:rsidP="00BE466B">
      <w:pPr>
        <w:numPr>
          <w:ilvl w:val="0"/>
          <w:numId w:val="8"/>
        </w:numPr>
      </w:pPr>
      <w:r w:rsidRPr="00102762">
        <w:t>Flexible working options to support a healthy work</w:t>
      </w:r>
      <w:r w:rsidR="00390169" w:rsidRPr="00102762">
        <w:t>-</w:t>
      </w:r>
      <w:r w:rsidRPr="00102762">
        <w:t>life balance, subject to service needs.</w:t>
      </w:r>
    </w:p>
    <w:p w14:paraId="7B7E2274" w14:textId="46D56827" w:rsidR="00866E1F" w:rsidRPr="00102762" w:rsidRDefault="00866E1F" w:rsidP="00BE466B">
      <w:pPr>
        <w:numPr>
          <w:ilvl w:val="0"/>
          <w:numId w:val="8"/>
        </w:numPr>
      </w:pPr>
      <w:r w:rsidRPr="00102762">
        <w:t>Option to purchase additional annual leave</w:t>
      </w:r>
      <w:r w:rsidR="004F4A4E" w:rsidRPr="00102762">
        <w:t>.</w:t>
      </w:r>
    </w:p>
    <w:p w14:paraId="303CA973" w14:textId="77777777" w:rsidR="00FA1CF6" w:rsidRPr="00102762" w:rsidRDefault="00FA1CF6" w:rsidP="00FA1CF6">
      <w:pPr>
        <w:rPr>
          <w:b/>
          <w:color w:val="007CBB"/>
          <w:sz w:val="24"/>
          <w:szCs w:val="24"/>
        </w:rPr>
      </w:pPr>
      <w:r w:rsidRPr="00102762">
        <w:rPr>
          <w:b/>
          <w:color w:val="007CBB"/>
          <w:sz w:val="24"/>
          <w:szCs w:val="24"/>
        </w:rPr>
        <w:t>Learning, Development and Career Progression</w:t>
      </w:r>
    </w:p>
    <w:p w14:paraId="1548A4CE" w14:textId="00AE3BD8" w:rsidR="00FA1CF6" w:rsidRPr="00102762" w:rsidRDefault="40497DD4" w:rsidP="00BE466B">
      <w:pPr>
        <w:numPr>
          <w:ilvl w:val="0"/>
          <w:numId w:val="9"/>
        </w:numPr>
        <w:rPr>
          <w:rFonts w:eastAsia="Arial" w:cs="Arial"/>
          <w:color w:val="333333"/>
        </w:rPr>
      </w:pPr>
      <w:r w:rsidRPr="00102762">
        <w:rPr>
          <w:rFonts w:eastAsia="Arial" w:cs="Arial"/>
          <w:color w:val="333333"/>
        </w:rPr>
        <w:t>A comprehensive induction programme</w:t>
      </w:r>
      <w:r w:rsidR="00B60B4B" w:rsidRPr="00102762">
        <w:rPr>
          <w:rFonts w:eastAsia="Arial" w:cs="Arial"/>
          <w:color w:val="333333"/>
        </w:rPr>
        <w:t>.</w:t>
      </w:r>
    </w:p>
    <w:p w14:paraId="5EE662A9" w14:textId="0FBD5EDC" w:rsidR="00FA1CF6" w:rsidRPr="00102762" w:rsidRDefault="00FA1CF6" w:rsidP="00BE466B">
      <w:pPr>
        <w:numPr>
          <w:ilvl w:val="0"/>
          <w:numId w:val="9"/>
        </w:numPr>
      </w:pPr>
      <w:r w:rsidRPr="00102762">
        <w:t>Access to a wide range of training,</w:t>
      </w:r>
      <w:r w:rsidR="004A77F9" w:rsidRPr="00102762">
        <w:t xml:space="preserve"> apprenticeships,</w:t>
      </w:r>
      <w:r w:rsidRPr="00102762">
        <w:t xml:space="preserve"> learning</w:t>
      </w:r>
      <w:r w:rsidR="00B60B4B" w:rsidRPr="00102762">
        <w:t xml:space="preserve">, </w:t>
      </w:r>
      <w:r w:rsidRPr="00102762">
        <w:t>and development opportunities.</w:t>
      </w:r>
    </w:p>
    <w:p w14:paraId="4763E1C2" w14:textId="0E576700" w:rsidR="00FA1CF6" w:rsidRPr="00102762" w:rsidRDefault="00FA1CF6" w:rsidP="00BE466B">
      <w:pPr>
        <w:numPr>
          <w:ilvl w:val="0"/>
          <w:numId w:val="9"/>
        </w:numPr>
      </w:pPr>
      <w:r w:rsidRPr="00102762">
        <w:t>Support for professional development and role</w:t>
      </w:r>
      <w:r w:rsidR="1553788F" w:rsidRPr="00102762">
        <w:t xml:space="preserve"> </w:t>
      </w:r>
      <w:r w:rsidRPr="00102762">
        <w:t>related qualifications.</w:t>
      </w:r>
    </w:p>
    <w:p w14:paraId="5DD8ACB0" w14:textId="74D47779" w:rsidR="00FA1CF6" w:rsidRPr="00102762" w:rsidRDefault="00FA1CF6" w:rsidP="00BE466B">
      <w:pPr>
        <w:numPr>
          <w:ilvl w:val="0"/>
          <w:numId w:val="9"/>
        </w:numPr>
      </w:pPr>
      <w:r w:rsidRPr="00102762">
        <w:t>Opportunities to develop your career within a large and diverse local authority.</w:t>
      </w:r>
    </w:p>
    <w:p w14:paraId="223D7766" w14:textId="255CA8CC" w:rsidR="00FA1CF6" w:rsidRPr="00102762" w:rsidRDefault="00FA1CF6" w:rsidP="00FA1CF6">
      <w:pPr>
        <w:rPr>
          <w:b/>
          <w:bCs/>
          <w:color w:val="007CBB"/>
          <w:sz w:val="24"/>
          <w:szCs w:val="24"/>
        </w:rPr>
      </w:pPr>
      <w:r w:rsidRPr="00102762">
        <w:rPr>
          <w:b/>
          <w:color w:val="007CBB"/>
          <w:sz w:val="24"/>
          <w:szCs w:val="24"/>
        </w:rPr>
        <w:t>Health, Wellbeing and Support</w:t>
      </w:r>
    </w:p>
    <w:p w14:paraId="2606030D" w14:textId="37FB6254" w:rsidR="77853C98" w:rsidRPr="00102762" w:rsidRDefault="2CAB6C3C" w:rsidP="00BE466B">
      <w:pPr>
        <w:numPr>
          <w:ilvl w:val="0"/>
          <w:numId w:val="10"/>
        </w:numPr>
      </w:pPr>
      <w:r w:rsidRPr="00102762">
        <w:t>Enhanced sick pay scheme</w:t>
      </w:r>
      <w:r w:rsidR="002F759F" w:rsidRPr="00102762">
        <w:t>.</w:t>
      </w:r>
      <w:r w:rsidRPr="00102762">
        <w:t xml:space="preserve"> </w:t>
      </w:r>
    </w:p>
    <w:p w14:paraId="44C1E78D" w14:textId="6D39F806" w:rsidR="00FA1CF6" w:rsidRPr="00102762" w:rsidRDefault="00FA1CF6" w:rsidP="00BE466B">
      <w:pPr>
        <w:numPr>
          <w:ilvl w:val="0"/>
          <w:numId w:val="10"/>
        </w:numPr>
      </w:pPr>
      <w:r w:rsidRPr="00102762">
        <w:t>Employee wellbeing initiatives and access to occupational health support</w:t>
      </w:r>
      <w:r w:rsidR="009A71D2" w:rsidRPr="00102762">
        <w:t>.</w:t>
      </w:r>
    </w:p>
    <w:p w14:paraId="38621623" w14:textId="7DB7ACE7" w:rsidR="00F933C1" w:rsidRPr="00102762" w:rsidRDefault="00FA1CF6" w:rsidP="00713D70">
      <w:pPr>
        <w:numPr>
          <w:ilvl w:val="0"/>
          <w:numId w:val="10"/>
        </w:numPr>
        <w:spacing w:after="0"/>
      </w:pPr>
      <w:r w:rsidRPr="00102762">
        <w:t>Policies that promote physical and mental wellbeing in the workplace</w:t>
      </w:r>
      <w:r w:rsidR="009A71D2" w:rsidRPr="00102762">
        <w:t>.</w:t>
      </w:r>
    </w:p>
    <w:p w14:paraId="7EDB2502" w14:textId="77777777" w:rsidR="00475088" w:rsidRPr="00102762" w:rsidRDefault="00475088" w:rsidP="00713D70">
      <w:pPr>
        <w:spacing w:after="0"/>
      </w:pPr>
    </w:p>
    <w:p w14:paraId="388A34D5" w14:textId="56293BB4" w:rsidR="00AE37D0" w:rsidRPr="00102762" w:rsidRDefault="00FA1CF6" w:rsidP="00463B70">
      <w:pPr>
        <w:rPr>
          <w:b/>
          <w:color w:val="007CBB"/>
          <w:sz w:val="24"/>
          <w:szCs w:val="24"/>
        </w:rPr>
      </w:pPr>
      <w:r w:rsidRPr="00102762">
        <w:rPr>
          <w:b/>
          <w:color w:val="007CBB"/>
          <w:sz w:val="24"/>
          <w:szCs w:val="24"/>
        </w:rPr>
        <w:t>Family-Friendly and Inclusive Policies</w:t>
      </w:r>
    </w:p>
    <w:p w14:paraId="66CEA451" w14:textId="77777777" w:rsidR="00496E8A" w:rsidRPr="00102762" w:rsidRDefault="00496E8A" w:rsidP="00713D70">
      <w:pPr>
        <w:spacing w:after="0"/>
        <w:rPr>
          <w:rFonts w:eastAsia="Times New Roman" w:cs="Arial"/>
          <w:lang w:eastAsia="en-GB"/>
        </w:rPr>
      </w:pPr>
      <w:r w:rsidRPr="00102762">
        <w:rPr>
          <w:rFonts w:eastAsia="Times New Roman" w:cs="Arial"/>
          <w:lang w:eastAsia="en-GB"/>
        </w:rPr>
        <w:t>Our family</w:t>
      </w:r>
      <w:r w:rsidRPr="00102762">
        <w:rPr>
          <w:rFonts w:eastAsia="Times New Roman" w:cs="Arial"/>
          <w:lang w:eastAsia="en-GB"/>
        </w:rPr>
        <w:noBreakHyphen/>
        <w:t>friendly policies and flexible working arrangements help staff maintain a healthy work</w:t>
      </w:r>
      <w:r w:rsidRPr="00102762">
        <w:rPr>
          <w:rFonts w:eastAsia="Times New Roman" w:cs="Arial"/>
          <w:lang w:eastAsia="en-GB"/>
        </w:rPr>
        <w:noBreakHyphen/>
        <w:t>life balance.</w:t>
      </w:r>
    </w:p>
    <w:p w14:paraId="3885244E" w14:textId="77777777" w:rsidR="00496E8A" w:rsidRPr="00102762" w:rsidRDefault="00496E8A" w:rsidP="00713D70">
      <w:pPr>
        <w:spacing w:after="0"/>
        <w:rPr>
          <w:b/>
          <w:bCs/>
          <w:color w:val="007CBB"/>
        </w:rPr>
      </w:pPr>
    </w:p>
    <w:p w14:paraId="0548282F" w14:textId="26B77CFF" w:rsidR="00FA1CF6" w:rsidRPr="00102762" w:rsidRDefault="00FA1CF6" w:rsidP="00713D70">
      <w:pPr>
        <w:numPr>
          <w:ilvl w:val="0"/>
          <w:numId w:val="11"/>
        </w:numPr>
        <w:spacing w:after="0"/>
        <w:rPr>
          <w:rFonts w:eastAsia="Arial" w:cs="Arial"/>
        </w:rPr>
      </w:pPr>
      <w:r w:rsidRPr="00102762">
        <w:t>Family</w:t>
      </w:r>
      <w:r w:rsidR="6D5F31B3" w:rsidRPr="00102762">
        <w:t xml:space="preserve"> </w:t>
      </w:r>
      <w:r w:rsidRPr="00102762">
        <w:t xml:space="preserve">friendly policies, including </w:t>
      </w:r>
      <w:r w:rsidR="2D5FFB87" w:rsidRPr="00102762">
        <w:t xml:space="preserve">enhanced </w:t>
      </w:r>
      <w:r w:rsidRPr="00102762">
        <w:t xml:space="preserve">maternity, paternity, adoption, </w:t>
      </w:r>
      <w:r w:rsidR="00382592" w:rsidRPr="00102762">
        <w:t xml:space="preserve">neonatal care </w:t>
      </w:r>
      <w:r w:rsidRPr="00102762">
        <w:t xml:space="preserve">and </w:t>
      </w:r>
      <w:r w:rsidR="5B2B7029" w:rsidRPr="00102762">
        <w:rPr>
          <w:rFonts w:ascii="Helvetica" w:eastAsia="Helvetica" w:hAnsi="Helvetica" w:cs="Helvetica"/>
          <w:color w:val="333333"/>
          <w:sz w:val="21"/>
          <w:szCs w:val="21"/>
        </w:rPr>
        <w:t>special</w:t>
      </w:r>
      <w:r w:rsidRPr="00102762">
        <w:rPr>
          <w:rFonts w:ascii="Helvetica" w:eastAsia="Helvetica" w:hAnsi="Helvetica" w:cs="Helvetica"/>
          <w:color w:val="333333"/>
          <w:sz w:val="21"/>
          <w:szCs w:val="21"/>
        </w:rPr>
        <w:t xml:space="preserve"> leave</w:t>
      </w:r>
      <w:r w:rsidR="5B2B7029" w:rsidRPr="00102762">
        <w:rPr>
          <w:rFonts w:ascii="Helvetica" w:eastAsia="Helvetica" w:hAnsi="Helvetica" w:cs="Helvetica"/>
          <w:color w:val="333333"/>
          <w:sz w:val="21"/>
          <w:szCs w:val="21"/>
        </w:rPr>
        <w:t xml:space="preserve"> </w:t>
      </w:r>
      <w:r w:rsidR="5B2B7029" w:rsidRPr="00102762">
        <w:rPr>
          <w:rFonts w:ascii="Helvetica" w:eastAsia="Helvetica" w:hAnsi="Helvetica" w:cs="Helvetica"/>
          <w:sz w:val="21"/>
          <w:szCs w:val="21"/>
        </w:rPr>
        <w:t xml:space="preserve">to support </w:t>
      </w:r>
      <w:r w:rsidR="00CE7343" w:rsidRPr="00102762">
        <w:rPr>
          <w:rFonts w:ascii="Helvetica" w:eastAsia="Helvetica" w:hAnsi="Helvetica" w:cs="Helvetica"/>
          <w:sz w:val="21"/>
          <w:szCs w:val="21"/>
        </w:rPr>
        <w:t>with</w:t>
      </w:r>
      <w:r w:rsidR="5B2B7029" w:rsidRPr="00102762">
        <w:rPr>
          <w:rFonts w:ascii="Helvetica" w:eastAsia="Helvetica" w:hAnsi="Helvetica" w:cs="Helvetica"/>
          <w:sz w:val="21"/>
          <w:szCs w:val="21"/>
        </w:rPr>
        <w:t xml:space="preserve"> </w:t>
      </w:r>
      <w:r w:rsidR="00FC4661" w:rsidRPr="00102762">
        <w:rPr>
          <w:rFonts w:ascii="Helvetica" w:eastAsia="Helvetica" w:hAnsi="Helvetica" w:cs="Helvetica"/>
          <w:sz w:val="21"/>
          <w:szCs w:val="21"/>
        </w:rPr>
        <w:t>time</w:t>
      </w:r>
      <w:r w:rsidR="5B2B7029" w:rsidRPr="00102762">
        <w:rPr>
          <w:rFonts w:ascii="Helvetica" w:eastAsia="Helvetica" w:hAnsi="Helvetica" w:cs="Helvetica"/>
          <w:sz w:val="21"/>
          <w:szCs w:val="21"/>
        </w:rPr>
        <w:t xml:space="preserve"> off work to deal with issues</w:t>
      </w:r>
      <w:r w:rsidR="00CE7343" w:rsidRPr="00102762">
        <w:rPr>
          <w:rFonts w:ascii="Helvetica" w:eastAsia="Helvetica" w:hAnsi="Helvetica" w:cs="Helvetica"/>
          <w:sz w:val="21"/>
          <w:szCs w:val="21"/>
        </w:rPr>
        <w:t xml:space="preserve"> when</w:t>
      </w:r>
      <w:r w:rsidR="5B2B7029" w:rsidRPr="00102762">
        <w:rPr>
          <w:rFonts w:ascii="Helvetica" w:eastAsia="Helvetica" w:hAnsi="Helvetica" w:cs="Helvetica"/>
          <w:sz w:val="21"/>
          <w:szCs w:val="21"/>
        </w:rPr>
        <w:t xml:space="preserve"> </w:t>
      </w:r>
      <w:r w:rsidR="00CE7343" w:rsidRPr="00102762">
        <w:rPr>
          <w:rFonts w:ascii="Helvetica" w:eastAsia="Helvetica" w:hAnsi="Helvetica" w:cs="Helvetica"/>
          <w:sz w:val="21"/>
          <w:szCs w:val="21"/>
        </w:rPr>
        <w:t>life events happen</w:t>
      </w:r>
      <w:r w:rsidR="5B2B7029" w:rsidRPr="00102762">
        <w:rPr>
          <w:rFonts w:ascii="Helvetica" w:eastAsia="Helvetica" w:hAnsi="Helvetica" w:cs="Helvetica"/>
          <w:sz w:val="21"/>
          <w:szCs w:val="21"/>
        </w:rPr>
        <w:t>.</w:t>
      </w:r>
    </w:p>
    <w:p w14:paraId="6D8C3553" w14:textId="77777777" w:rsidR="00CE7343" w:rsidRPr="00102762" w:rsidRDefault="00CE7343" w:rsidP="00CE7343">
      <w:pPr>
        <w:spacing w:after="0"/>
        <w:ind w:left="720"/>
        <w:rPr>
          <w:rFonts w:eastAsia="Arial" w:cs="Arial"/>
        </w:rPr>
      </w:pPr>
    </w:p>
    <w:p w14:paraId="3C3A5576" w14:textId="039CFF47" w:rsidR="00FA1CF6" w:rsidRPr="00102762" w:rsidRDefault="00FA1CF6" w:rsidP="00BE466B">
      <w:pPr>
        <w:numPr>
          <w:ilvl w:val="0"/>
          <w:numId w:val="11"/>
        </w:numPr>
      </w:pPr>
      <w:r w:rsidRPr="00102762">
        <w:t>A strong organisational commitment to equality, diversity, and inclusion</w:t>
      </w:r>
      <w:r w:rsidR="009A71D2" w:rsidRPr="00102762">
        <w:t>.</w:t>
      </w:r>
    </w:p>
    <w:p w14:paraId="24ED6729" w14:textId="1AFE8D00" w:rsidR="00FA1CF6" w:rsidRPr="00102762" w:rsidRDefault="00FA1CF6" w:rsidP="00BE466B">
      <w:pPr>
        <w:numPr>
          <w:ilvl w:val="0"/>
          <w:numId w:val="11"/>
        </w:numPr>
      </w:pPr>
      <w:r w:rsidRPr="00102762">
        <w:t>Reasonable adjustments and support to enable disabled employees to thrive</w:t>
      </w:r>
      <w:r w:rsidR="009A71D2" w:rsidRPr="00102762">
        <w:t>.</w:t>
      </w:r>
    </w:p>
    <w:p w14:paraId="04B79371" w14:textId="77777777" w:rsidR="00680CB4" w:rsidRPr="00102762" w:rsidRDefault="00680CB4" w:rsidP="00680CB4">
      <w:pPr>
        <w:rPr>
          <w:b/>
          <w:bCs/>
          <w:color w:val="007CBB"/>
          <w:sz w:val="24"/>
          <w:szCs w:val="24"/>
        </w:rPr>
      </w:pPr>
      <w:r w:rsidRPr="00102762">
        <w:rPr>
          <w:b/>
          <w:color w:val="007CBB"/>
          <w:sz w:val="24"/>
          <w:szCs w:val="24"/>
        </w:rPr>
        <w:lastRenderedPageBreak/>
        <w:t>Foster Friendly Employer Commitment</w:t>
      </w:r>
    </w:p>
    <w:p w14:paraId="7C81B977" w14:textId="18C0893D" w:rsidR="00C47990" w:rsidRPr="00102762" w:rsidRDefault="00680CB4" w:rsidP="00C47990">
      <w:pPr>
        <w:spacing w:after="0"/>
        <w:rPr>
          <w:rFonts w:eastAsia="Times New Roman" w:cs="Arial"/>
          <w:lang w:eastAsia="en-GB"/>
        </w:rPr>
      </w:pPr>
      <w:r w:rsidRPr="00102762">
        <w:rPr>
          <w:rFonts w:eastAsia="Times New Roman" w:cs="Arial"/>
          <w:lang w:eastAsia="en-GB"/>
        </w:rPr>
        <w:t xml:space="preserve">Sefton Council is proud to be a </w:t>
      </w:r>
      <w:r w:rsidRPr="00102762">
        <w:rPr>
          <w:rFonts w:eastAsia="Times New Roman" w:cs="Arial"/>
          <w:i/>
          <w:iCs/>
          <w:lang w:eastAsia="en-GB"/>
        </w:rPr>
        <w:t>Foster Friendly</w:t>
      </w:r>
      <w:r w:rsidRPr="00102762">
        <w:rPr>
          <w:rFonts w:eastAsia="Times New Roman" w:cs="Arial"/>
          <w:lang w:eastAsia="en-GB"/>
        </w:rPr>
        <w:t xml:space="preserve"> organisation</w:t>
      </w:r>
      <w:r w:rsidR="00BC737D" w:rsidRPr="00102762">
        <w:rPr>
          <w:rFonts w:eastAsia="Times New Roman" w:cs="Arial"/>
          <w:lang w:eastAsia="en-GB"/>
        </w:rPr>
        <w:t xml:space="preserve"> as recognised by The Fostering Network</w:t>
      </w:r>
      <w:r w:rsidRPr="00102762">
        <w:rPr>
          <w:rFonts w:eastAsia="Times New Roman" w:cs="Arial"/>
          <w:lang w:eastAsia="en-GB"/>
        </w:rPr>
        <w:t xml:space="preserve">. </w:t>
      </w:r>
      <w:r w:rsidR="00442354" w:rsidRPr="00102762">
        <w:rPr>
          <w:rFonts w:eastAsia="Times New Roman" w:cs="Arial"/>
          <w:lang w:eastAsia="en-GB"/>
        </w:rPr>
        <w:t xml:space="preserve"> </w:t>
      </w:r>
      <w:r w:rsidRPr="00102762">
        <w:rPr>
          <w:rFonts w:eastAsia="Times New Roman" w:cs="Arial"/>
          <w:lang w:eastAsia="en-GB"/>
        </w:rPr>
        <w:t>We actively support employees who are foster carers or who are applying to foster by offering flexible working arrangements, paid time off for fostering</w:t>
      </w:r>
      <w:r w:rsidRPr="00102762">
        <w:rPr>
          <w:rFonts w:eastAsia="Times New Roman" w:cs="Arial"/>
          <w:lang w:eastAsia="en-GB"/>
        </w:rPr>
        <w:noBreakHyphen/>
        <w:t>related meetings and training, and a workplace culture that recognises the vital role foster carers play in our communities.</w:t>
      </w:r>
    </w:p>
    <w:p w14:paraId="158F37B4" w14:textId="76BD62F2" w:rsidR="00C47990" w:rsidRPr="00102762" w:rsidRDefault="00680CB4" w:rsidP="00C41AA7">
      <w:pPr>
        <w:spacing w:after="0"/>
        <w:rPr>
          <w:b/>
          <w:bCs/>
          <w:sz w:val="24"/>
          <w:szCs w:val="24"/>
        </w:rPr>
      </w:pPr>
      <w:r w:rsidRPr="00102762">
        <w:rPr>
          <w:rFonts w:eastAsia="Times New Roman" w:cs="Arial"/>
          <w:lang w:eastAsia="en-GB"/>
        </w:rPr>
        <w:br/>
        <w:t>This commitment helps ensure carers can balance fostering responsibilities alongside career, and reflects our dedication to supporting children, families, and those who care for them.</w:t>
      </w:r>
    </w:p>
    <w:p w14:paraId="77A4C4D9" w14:textId="77777777" w:rsidR="00C41AA7" w:rsidRPr="00102762" w:rsidRDefault="00C41AA7" w:rsidP="00C41AA7">
      <w:pPr>
        <w:spacing w:after="0"/>
        <w:rPr>
          <w:b/>
          <w:bCs/>
          <w:sz w:val="24"/>
          <w:szCs w:val="24"/>
        </w:rPr>
      </w:pPr>
    </w:p>
    <w:p w14:paraId="76F8D629" w14:textId="1A6E53BD" w:rsidR="00FA1CF6" w:rsidRPr="00102762" w:rsidRDefault="00FA1CF6" w:rsidP="00FA1CF6">
      <w:pPr>
        <w:rPr>
          <w:b/>
          <w:bCs/>
          <w:color w:val="007CBB"/>
        </w:rPr>
      </w:pPr>
      <w:r w:rsidRPr="00102762">
        <w:rPr>
          <w:b/>
          <w:color w:val="007CBB"/>
          <w:sz w:val="24"/>
          <w:szCs w:val="24"/>
        </w:rPr>
        <w:t xml:space="preserve">Additional Benefits </w:t>
      </w:r>
    </w:p>
    <w:p w14:paraId="5CF81CB4" w14:textId="32740C2C" w:rsidR="00FA1CF6" w:rsidRPr="00102762" w:rsidRDefault="00FA1CF6" w:rsidP="00BE466B">
      <w:pPr>
        <w:numPr>
          <w:ilvl w:val="0"/>
          <w:numId w:val="12"/>
        </w:numPr>
      </w:pPr>
      <w:r w:rsidRPr="00102762">
        <w:t>Access to salary sacrifice and employee benefit schemes (where applicable)</w:t>
      </w:r>
      <w:r w:rsidR="009A71D2" w:rsidRPr="00102762">
        <w:t>.</w:t>
      </w:r>
    </w:p>
    <w:p w14:paraId="35720D3E" w14:textId="2903BF4A" w:rsidR="00FA1CF6" w:rsidRPr="00102762" w:rsidRDefault="00FA1CF6" w:rsidP="00BE466B">
      <w:pPr>
        <w:numPr>
          <w:ilvl w:val="0"/>
          <w:numId w:val="12"/>
        </w:numPr>
      </w:pPr>
      <w:r w:rsidRPr="00102762">
        <w:t>Opportunities to contribute to meaningful work that supports local communities</w:t>
      </w:r>
      <w:r w:rsidR="009A71D2" w:rsidRPr="00102762">
        <w:t>.</w:t>
      </w:r>
    </w:p>
    <w:p w14:paraId="09F959D1" w14:textId="562C695E" w:rsidR="007B5705" w:rsidRPr="00102762" w:rsidRDefault="00FA1CF6" w:rsidP="00BE466B">
      <w:pPr>
        <w:numPr>
          <w:ilvl w:val="0"/>
          <w:numId w:val="12"/>
        </w:numPr>
      </w:pPr>
      <w:r w:rsidRPr="00102762">
        <w:t>A supportive, values</w:t>
      </w:r>
      <w:r w:rsidR="22D06755" w:rsidRPr="00102762">
        <w:t xml:space="preserve"> </w:t>
      </w:r>
      <w:r w:rsidRPr="00102762">
        <w:t>led organisational culture</w:t>
      </w:r>
      <w:r w:rsidR="009A71D2" w:rsidRPr="00102762">
        <w:t>.</w:t>
      </w:r>
    </w:p>
    <w:p w14:paraId="273320BF" w14:textId="036F149C" w:rsidR="001115BF" w:rsidRPr="00102762" w:rsidRDefault="6324EC2D" w:rsidP="001115BF">
      <w:pPr>
        <w:numPr>
          <w:ilvl w:val="0"/>
          <w:numId w:val="12"/>
        </w:numPr>
        <w:spacing w:line="240" w:lineRule="auto"/>
      </w:pPr>
      <w:r w:rsidRPr="00102762">
        <w:t>Free parking at office bases (dependent</w:t>
      </w:r>
      <w:r w:rsidR="004B7AC3" w:rsidRPr="00102762">
        <w:t xml:space="preserve"> upon the work location</w:t>
      </w:r>
      <w:r w:rsidRPr="00102762">
        <w:t>)</w:t>
      </w:r>
      <w:r w:rsidR="002B35AD" w:rsidRPr="00102762">
        <w:t>.</w:t>
      </w:r>
    </w:p>
    <w:p w14:paraId="4B4222BA" w14:textId="1651A9B5" w:rsidR="00E41A4B" w:rsidRPr="00102762" w:rsidRDefault="00644E3D" w:rsidP="00511F96">
      <w:pPr>
        <w:pStyle w:val="Heading2"/>
        <w:spacing w:before="0"/>
        <w:rPr>
          <w:rFonts w:ascii="Arial" w:hAnsi="Arial" w:cs="Arial"/>
          <w:color w:val="007CBB"/>
          <w:sz w:val="28"/>
          <w:szCs w:val="28"/>
        </w:rPr>
      </w:pPr>
      <w:bookmarkStart w:id="6" w:name="_Toc222994881"/>
      <w:r w:rsidRPr="00102762">
        <w:rPr>
          <w:rFonts w:ascii="Arial" w:hAnsi="Arial" w:cs="Arial"/>
          <w:color w:val="007CBB"/>
          <w:sz w:val="28"/>
          <w:szCs w:val="28"/>
        </w:rPr>
        <w:t>About the Role</w:t>
      </w:r>
      <w:bookmarkEnd w:id="6"/>
    </w:p>
    <w:p w14:paraId="13882020" w14:textId="77777777" w:rsidR="00511F96" w:rsidRPr="00102762" w:rsidRDefault="00511F96" w:rsidP="00FE1E81">
      <w:pPr>
        <w:spacing w:after="0"/>
        <w:jc w:val="both"/>
      </w:pPr>
    </w:p>
    <w:p w14:paraId="3051CFBF" w14:textId="77777777" w:rsidR="00E229F5" w:rsidRPr="00102762" w:rsidRDefault="00E229F5" w:rsidP="00E229F5">
      <w:pPr>
        <w:spacing w:after="0" w:line="240" w:lineRule="auto"/>
        <w:jc w:val="both"/>
        <w:rPr>
          <w:rFonts w:cs="Calibri"/>
        </w:rPr>
      </w:pPr>
      <w:r w:rsidRPr="00102762">
        <w:rPr>
          <w:rFonts w:cs="Calibri"/>
        </w:rPr>
        <w:t>To support children with emotional and behavioural difficulties (EBD) accessing short-break services, helping to prevent family breakdown and promote positive outcomes. The role involves creating and maintaining a safe, nurturing environment, working directly with children and young people, and collaborating with families, carers, and partner agencies to provide effective support and strengthen family resilience.</w:t>
      </w:r>
    </w:p>
    <w:p w14:paraId="4AF25E31" w14:textId="2720CC7E" w:rsidR="00E41A4B" w:rsidRPr="00102762" w:rsidRDefault="00E41A4B" w:rsidP="00FE1E81">
      <w:pPr>
        <w:spacing w:after="0" w:line="240" w:lineRule="auto"/>
        <w:jc w:val="both"/>
        <w:rPr>
          <w:rFonts w:cs="Calibri"/>
        </w:rPr>
      </w:pPr>
      <w:r w:rsidRPr="00102762">
        <w:rPr>
          <w:rFonts w:cs="Calibri"/>
        </w:rPr>
        <w:t>.</w:t>
      </w:r>
    </w:p>
    <w:p w14:paraId="7FC8954F" w14:textId="77777777" w:rsidR="00C344D4" w:rsidRPr="00102762" w:rsidRDefault="00C344D4" w:rsidP="00FE1E81">
      <w:pPr>
        <w:spacing w:after="0" w:line="240" w:lineRule="auto"/>
        <w:jc w:val="both"/>
        <w:rPr>
          <w:rFonts w:cs="Calibri"/>
        </w:rPr>
      </w:pPr>
    </w:p>
    <w:p w14:paraId="635B48B9" w14:textId="7CE7EFD4" w:rsidR="00E20BF1" w:rsidRPr="00102762" w:rsidRDefault="00E41A4B" w:rsidP="00822870">
      <w:pPr>
        <w:spacing w:after="0" w:line="240" w:lineRule="auto"/>
        <w:jc w:val="both"/>
        <w:rPr>
          <w:rFonts w:cs="Calibri"/>
        </w:rPr>
      </w:pPr>
      <w:r w:rsidRPr="00102762">
        <w:rPr>
          <w:rFonts w:cs="Calibri"/>
        </w:rPr>
        <w:t>The key responsibilities include:</w:t>
      </w:r>
    </w:p>
    <w:p w14:paraId="695729A7" w14:textId="3DE2C674" w:rsidR="00E41A4B" w:rsidRPr="00102762" w:rsidRDefault="00D32D22" w:rsidP="00035335">
      <w:pPr>
        <w:numPr>
          <w:ilvl w:val="0"/>
          <w:numId w:val="10"/>
        </w:numPr>
      </w:pPr>
      <w:r w:rsidRPr="00102762">
        <w:t>To undertake a total caring role in looking after children and young people receiving a short break in the home.</w:t>
      </w:r>
    </w:p>
    <w:p w14:paraId="2020E7E7" w14:textId="77777777" w:rsidR="0086781A" w:rsidRPr="00102762" w:rsidRDefault="0086781A" w:rsidP="0086781A">
      <w:pPr>
        <w:numPr>
          <w:ilvl w:val="0"/>
          <w:numId w:val="10"/>
        </w:numPr>
        <w:spacing w:after="0" w:line="240" w:lineRule="auto"/>
        <w:ind w:right="-421"/>
        <w:rPr>
          <w:rFonts w:cs="Arial"/>
          <w:szCs w:val="24"/>
        </w:rPr>
      </w:pPr>
      <w:r w:rsidRPr="00102762">
        <w:rPr>
          <w:rFonts w:cs="Arial"/>
          <w:szCs w:val="24"/>
        </w:rPr>
        <w:t xml:space="preserve">To undertake all normal domestic house-hold tasks including cleaning and the provision of meals as required to ensure the day-to-day needs of the children and young people are met. </w:t>
      </w:r>
    </w:p>
    <w:p w14:paraId="6318D848" w14:textId="77777777" w:rsidR="0086781A" w:rsidRPr="00102762" w:rsidRDefault="0086781A" w:rsidP="002207BD">
      <w:pPr>
        <w:spacing w:after="0" w:line="240" w:lineRule="auto"/>
        <w:ind w:left="720" w:right="-421"/>
        <w:rPr>
          <w:rFonts w:cs="Arial"/>
          <w:szCs w:val="24"/>
        </w:rPr>
      </w:pPr>
    </w:p>
    <w:p w14:paraId="415A69E9" w14:textId="0EC122FF" w:rsidR="00E41A4B" w:rsidRPr="00102762" w:rsidRDefault="002207BD" w:rsidP="00035335">
      <w:pPr>
        <w:numPr>
          <w:ilvl w:val="0"/>
          <w:numId w:val="10"/>
        </w:numPr>
      </w:pPr>
      <w:r w:rsidRPr="00102762">
        <w:rPr>
          <w:rFonts w:cs="Arial"/>
          <w:szCs w:val="24"/>
        </w:rPr>
        <w:t xml:space="preserve">To participate in and assist with the co-ordination of care planning for children and young people. To ensure that care plans are up to date, followed and met. </w:t>
      </w:r>
    </w:p>
    <w:p w14:paraId="44E7C4F9" w14:textId="77777777" w:rsidR="004434A6" w:rsidRPr="00102762" w:rsidRDefault="004434A6" w:rsidP="004434A6">
      <w:pPr>
        <w:numPr>
          <w:ilvl w:val="0"/>
          <w:numId w:val="10"/>
        </w:numPr>
        <w:spacing w:after="0" w:line="240" w:lineRule="auto"/>
        <w:ind w:right="-421"/>
        <w:rPr>
          <w:rFonts w:cs="Arial"/>
          <w:szCs w:val="24"/>
        </w:rPr>
      </w:pPr>
      <w:r w:rsidRPr="00102762">
        <w:rPr>
          <w:rFonts w:cs="Arial"/>
          <w:szCs w:val="24"/>
        </w:rPr>
        <w:t>To update, monitor and review individualised placement plans and risk assessments for children and young people.</w:t>
      </w:r>
    </w:p>
    <w:p w14:paraId="22E741C0" w14:textId="36488C28" w:rsidR="00032434" w:rsidRPr="00102762" w:rsidRDefault="00032434" w:rsidP="00032434">
      <w:pPr>
        <w:spacing w:before="100" w:beforeAutospacing="1" w:after="100" w:afterAutospacing="1" w:line="300" w:lineRule="atLeast"/>
        <w:rPr>
          <w:rFonts w:eastAsia="Times New Roman" w:cs="Arial"/>
          <w:lang w:eastAsia="en-GB"/>
        </w:rPr>
      </w:pPr>
      <w:r w:rsidRPr="00102762">
        <w:rPr>
          <w:rFonts w:eastAsia="Times New Roman" w:cs="Arial"/>
          <w:lang w:eastAsia="en-GB"/>
        </w:rPr>
        <w:t xml:space="preserve">Please see </w:t>
      </w:r>
      <w:r w:rsidRPr="00102762">
        <w:rPr>
          <w:rFonts w:eastAsia="Times New Roman" w:cs="Arial"/>
          <w:b/>
          <w:bCs/>
          <w:lang w:eastAsia="en-GB"/>
        </w:rPr>
        <w:t>Appendix A</w:t>
      </w:r>
      <w:r w:rsidR="006F7222" w:rsidRPr="00102762">
        <w:rPr>
          <w:rFonts w:eastAsia="Times New Roman" w:cs="Arial"/>
          <w:b/>
          <w:bCs/>
          <w:lang w:eastAsia="en-GB"/>
        </w:rPr>
        <w:t xml:space="preserve"> (page 10)</w:t>
      </w:r>
      <w:r w:rsidRPr="00102762">
        <w:rPr>
          <w:rFonts w:eastAsia="Times New Roman" w:cs="Arial"/>
          <w:lang w:eastAsia="en-GB"/>
        </w:rPr>
        <w:t xml:space="preserve"> for a full copy of the Job Description and Person Specification.</w:t>
      </w:r>
    </w:p>
    <w:p w14:paraId="0D9B8919" w14:textId="77777777" w:rsidR="00032434" w:rsidRPr="00102762" w:rsidRDefault="00032434" w:rsidP="00032434"/>
    <w:p w14:paraId="4F5839D7" w14:textId="77777777" w:rsidR="00F86ADF" w:rsidRPr="00102762" w:rsidRDefault="00F86ADF" w:rsidP="00972DD3">
      <w:pPr>
        <w:pStyle w:val="Heading2"/>
        <w:spacing w:before="0" w:line="240" w:lineRule="auto"/>
        <w:rPr>
          <w:rFonts w:ascii="Arial" w:hAnsi="Arial" w:cs="Arial"/>
          <w:color w:val="007CBB"/>
          <w:sz w:val="28"/>
          <w:szCs w:val="28"/>
        </w:rPr>
      </w:pPr>
    </w:p>
    <w:p w14:paraId="41728CBE" w14:textId="23CB751A" w:rsidR="00972DD3" w:rsidRPr="00102762" w:rsidRDefault="0001246D" w:rsidP="00972DD3">
      <w:pPr>
        <w:pStyle w:val="Heading2"/>
        <w:spacing w:before="0" w:line="240" w:lineRule="auto"/>
        <w:rPr>
          <w:rFonts w:ascii="Arial" w:hAnsi="Arial" w:cs="Arial"/>
          <w:color w:val="007CBB"/>
          <w:sz w:val="28"/>
          <w:szCs w:val="28"/>
        </w:rPr>
      </w:pPr>
      <w:bookmarkStart w:id="7" w:name="_Toc222994882"/>
      <w:r w:rsidRPr="00102762">
        <w:rPr>
          <w:rFonts w:ascii="Arial" w:hAnsi="Arial" w:cs="Arial"/>
          <w:color w:val="007CBB"/>
          <w:sz w:val="28"/>
          <w:szCs w:val="28"/>
        </w:rPr>
        <w:t xml:space="preserve">Top </w:t>
      </w:r>
      <w:r w:rsidR="0041539A" w:rsidRPr="00102762">
        <w:rPr>
          <w:rFonts w:ascii="Arial" w:hAnsi="Arial" w:cs="Arial"/>
          <w:color w:val="007CBB"/>
          <w:sz w:val="28"/>
          <w:szCs w:val="28"/>
        </w:rPr>
        <w:t xml:space="preserve">Tips on </w:t>
      </w:r>
      <w:r w:rsidR="00E16F88" w:rsidRPr="00102762">
        <w:rPr>
          <w:rFonts w:ascii="Arial" w:hAnsi="Arial" w:cs="Arial"/>
          <w:color w:val="007CBB"/>
          <w:sz w:val="28"/>
          <w:szCs w:val="28"/>
        </w:rPr>
        <w:t>How to Apply</w:t>
      </w:r>
      <w:bookmarkEnd w:id="7"/>
    </w:p>
    <w:p w14:paraId="54751EE5" w14:textId="77777777" w:rsidR="00972DD3" w:rsidRPr="00102762" w:rsidRDefault="00972DD3" w:rsidP="00972DD3">
      <w:pPr>
        <w:spacing w:after="0" w:line="240" w:lineRule="auto"/>
      </w:pPr>
    </w:p>
    <w:p w14:paraId="3D8C56CF" w14:textId="5D665721" w:rsidR="005F3F2A" w:rsidRPr="00102762" w:rsidRDefault="005F3F2A" w:rsidP="00972DD3">
      <w:pPr>
        <w:spacing w:after="0" w:line="240" w:lineRule="auto"/>
      </w:pPr>
      <w:r w:rsidRPr="00102762">
        <w:t xml:space="preserve">Submitting a strong application gives you the best chance of progressing to the next stage of the recruitment process. </w:t>
      </w:r>
      <w:r w:rsidR="00C56AA1" w:rsidRPr="00102762">
        <w:t xml:space="preserve"> </w:t>
      </w:r>
      <w:r w:rsidRPr="00102762">
        <w:t>The following guidance applies to all roles and will help you prepare a clear, compelling application:</w:t>
      </w:r>
    </w:p>
    <w:p w14:paraId="71F1570A" w14:textId="77777777" w:rsidR="00972DD3" w:rsidRPr="00102762" w:rsidRDefault="00972DD3" w:rsidP="00972DD3">
      <w:pPr>
        <w:spacing w:after="0" w:line="240" w:lineRule="auto"/>
      </w:pPr>
    </w:p>
    <w:p w14:paraId="4BEB2042" w14:textId="77777777" w:rsidR="005F3F2A" w:rsidRPr="00102762" w:rsidRDefault="005F3F2A" w:rsidP="005F3F2A">
      <w:pPr>
        <w:rPr>
          <w:b/>
          <w:bCs/>
        </w:rPr>
      </w:pPr>
      <w:r w:rsidRPr="00102762">
        <w:rPr>
          <w:b/>
          <w:bCs/>
        </w:rPr>
        <w:t>1. Read the Job Description and Person Specification Thoroughly</w:t>
      </w:r>
    </w:p>
    <w:p w14:paraId="164174BF" w14:textId="77777777" w:rsidR="005F3F2A" w:rsidRPr="00102762" w:rsidRDefault="005F3F2A" w:rsidP="00BE466B">
      <w:pPr>
        <w:numPr>
          <w:ilvl w:val="0"/>
          <w:numId w:val="31"/>
        </w:numPr>
      </w:pPr>
      <w:r w:rsidRPr="00102762">
        <w:t>Make sure you understand the key duties, expectations, and essential criteria.</w:t>
      </w:r>
    </w:p>
    <w:p w14:paraId="28648381" w14:textId="0FCC716F" w:rsidR="00C56AA1" w:rsidRPr="00102762" w:rsidRDefault="005F3F2A" w:rsidP="00C41AA7">
      <w:pPr>
        <w:numPr>
          <w:ilvl w:val="0"/>
          <w:numId w:val="31"/>
        </w:numPr>
      </w:pPr>
      <w:r w:rsidRPr="00102762">
        <w:t>Use the person specification as your guide when writing your application.</w:t>
      </w:r>
    </w:p>
    <w:p w14:paraId="75841583" w14:textId="77777777" w:rsidR="005F3F2A" w:rsidRPr="00102762" w:rsidRDefault="005F3F2A" w:rsidP="005F3F2A">
      <w:pPr>
        <w:rPr>
          <w:b/>
          <w:bCs/>
        </w:rPr>
      </w:pPr>
      <w:r w:rsidRPr="00102762">
        <w:rPr>
          <w:b/>
          <w:bCs/>
        </w:rPr>
        <w:t>2. Provide Clear Evidence of Your Skills and Experience</w:t>
      </w:r>
    </w:p>
    <w:p w14:paraId="673A36BA" w14:textId="77777777" w:rsidR="005F3F2A" w:rsidRPr="00102762" w:rsidRDefault="005F3F2A" w:rsidP="00BE466B">
      <w:pPr>
        <w:numPr>
          <w:ilvl w:val="0"/>
          <w:numId w:val="32"/>
        </w:numPr>
      </w:pPr>
      <w:r w:rsidRPr="00102762">
        <w:t xml:space="preserve">Show </w:t>
      </w:r>
      <w:r w:rsidRPr="00102762">
        <w:rPr>
          <w:i/>
          <w:iCs/>
        </w:rPr>
        <w:t>how</w:t>
      </w:r>
      <w:r w:rsidRPr="00102762">
        <w:t xml:space="preserve"> you meet the criteria using specific, real examples.</w:t>
      </w:r>
    </w:p>
    <w:p w14:paraId="3F526C64" w14:textId="77777777" w:rsidR="005F3F2A" w:rsidRPr="00102762" w:rsidRDefault="005F3F2A" w:rsidP="00BE466B">
      <w:pPr>
        <w:numPr>
          <w:ilvl w:val="0"/>
          <w:numId w:val="32"/>
        </w:numPr>
      </w:pPr>
      <w:r w:rsidRPr="00102762">
        <w:t xml:space="preserve">Consider using the </w:t>
      </w:r>
      <w:r w:rsidRPr="00102762">
        <w:rPr>
          <w:b/>
          <w:bCs/>
        </w:rPr>
        <w:t>STAR method</w:t>
      </w:r>
      <w:r w:rsidRPr="00102762">
        <w:t xml:space="preserve"> (Situation, Task, Action, Result) to structure your responses.</w:t>
      </w:r>
    </w:p>
    <w:p w14:paraId="5815049B" w14:textId="77777777" w:rsidR="005F3F2A" w:rsidRPr="00102762" w:rsidRDefault="005F3F2A" w:rsidP="005F3F2A">
      <w:pPr>
        <w:rPr>
          <w:b/>
          <w:bCs/>
        </w:rPr>
      </w:pPr>
      <w:r w:rsidRPr="00102762">
        <w:rPr>
          <w:b/>
          <w:bCs/>
        </w:rPr>
        <w:t>3. Tailor Your Application</w:t>
      </w:r>
    </w:p>
    <w:p w14:paraId="395E84B4" w14:textId="4DDC7475" w:rsidR="005F3F2A" w:rsidRPr="00102762" w:rsidRDefault="005F3F2A" w:rsidP="00BE466B">
      <w:pPr>
        <w:numPr>
          <w:ilvl w:val="0"/>
          <w:numId w:val="33"/>
        </w:numPr>
      </w:pPr>
      <w:r w:rsidRPr="00102762">
        <w:t xml:space="preserve">Avoid generic statements. </w:t>
      </w:r>
      <w:r w:rsidR="003E54C5" w:rsidRPr="00102762">
        <w:t xml:space="preserve"> </w:t>
      </w:r>
      <w:r w:rsidRPr="00102762">
        <w:t>Focus on experience that directly relates to the role you are applying for.</w:t>
      </w:r>
    </w:p>
    <w:p w14:paraId="7A15B16C" w14:textId="77777777" w:rsidR="005F3F2A" w:rsidRPr="00102762" w:rsidRDefault="005F3F2A" w:rsidP="00BE466B">
      <w:pPr>
        <w:numPr>
          <w:ilvl w:val="0"/>
          <w:numId w:val="33"/>
        </w:numPr>
      </w:pPr>
      <w:r w:rsidRPr="00102762">
        <w:t>Demonstrate how your strengths align with the organisation’s values and priorities.</w:t>
      </w:r>
    </w:p>
    <w:p w14:paraId="2D4479BE" w14:textId="77777777" w:rsidR="005F3F2A" w:rsidRPr="00102762" w:rsidRDefault="005F3F2A" w:rsidP="005F3F2A">
      <w:pPr>
        <w:rPr>
          <w:b/>
          <w:bCs/>
        </w:rPr>
      </w:pPr>
      <w:r w:rsidRPr="00102762">
        <w:rPr>
          <w:b/>
          <w:bCs/>
        </w:rPr>
        <w:t>4. Highlight Your Achievements</w:t>
      </w:r>
    </w:p>
    <w:p w14:paraId="36FF2B17" w14:textId="77777777" w:rsidR="005F3F2A" w:rsidRPr="00102762" w:rsidRDefault="005F3F2A" w:rsidP="00BE466B">
      <w:pPr>
        <w:numPr>
          <w:ilvl w:val="0"/>
          <w:numId w:val="34"/>
        </w:numPr>
      </w:pPr>
      <w:r w:rsidRPr="00102762">
        <w:t>Include examples of work you are proud of or significant contributions you have made in previous roles.</w:t>
      </w:r>
    </w:p>
    <w:p w14:paraId="528CE417" w14:textId="4E1EA777" w:rsidR="00115BE7" w:rsidRPr="00102762" w:rsidRDefault="005F3F2A" w:rsidP="00115BE7">
      <w:pPr>
        <w:numPr>
          <w:ilvl w:val="0"/>
          <w:numId w:val="34"/>
        </w:numPr>
      </w:pPr>
      <w:r w:rsidRPr="00102762">
        <w:t xml:space="preserve">Emphasise impact </w:t>
      </w:r>
      <w:r w:rsidR="003E54C5" w:rsidRPr="00102762">
        <w:t>–</w:t>
      </w:r>
      <w:r w:rsidRPr="00102762">
        <w:t xml:space="preserve"> improvements, efficiencies, positive outcomes, or innovations.</w:t>
      </w:r>
    </w:p>
    <w:p w14:paraId="01964C62" w14:textId="77777777" w:rsidR="005F3F2A" w:rsidRPr="00102762" w:rsidRDefault="005F3F2A" w:rsidP="005F3F2A">
      <w:pPr>
        <w:rPr>
          <w:b/>
          <w:bCs/>
        </w:rPr>
      </w:pPr>
      <w:r w:rsidRPr="00102762">
        <w:rPr>
          <w:b/>
          <w:bCs/>
        </w:rPr>
        <w:t>5. Be Clear About Qualifications and Training</w:t>
      </w:r>
    </w:p>
    <w:p w14:paraId="7DFCFD20" w14:textId="77777777" w:rsidR="005F3F2A" w:rsidRPr="00102762" w:rsidRDefault="005F3F2A" w:rsidP="00BE466B">
      <w:pPr>
        <w:numPr>
          <w:ilvl w:val="0"/>
          <w:numId w:val="35"/>
        </w:numPr>
      </w:pPr>
      <w:r w:rsidRPr="00102762">
        <w:t>List all relevant qualifications and professional training, including dates and awarding bodies.</w:t>
      </w:r>
    </w:p>
    <w:p w14:paraId="6D87B74C" w14:textId="77777777" w:rsidR="005F3F2A" w:rsidRPr="00102762" w:rsidRDefault="005F3F2A" w:rsidP="00BE466B">
      <w:pPr>
        <w:numPr>
          <w:ilvl w:val="0"/>
          <w:numId w:val="35"/>
        </w:numPr>
      </w:pPr>
      <w:r w:rsidRPr="00102762">
        <w:t>If you are working towards a qualification, include expected completion dates.</w:t>
      </w:r>
    </w:p>
    <w:p w14:paraId="0A8FE1F6" w14:textId="77777777" w:rsidR="005F3F2A" w:rsidRPr="00102762" w:rsidRDefault="005F3F2A" w:rsidP="005F3F2A">
      <w:pPr>
        <w:rPr>
          <w:b/>
          <w:bCs/>
        </w:rPr>
      </w:pPr>
      <w:r w:rsidRPr="00102762">
        <w:rPr>
          <w:b/>
          <w:bCs/>
        </w:rPr>
        <w:t>6. Showcase Transferable Skills</w:t>
      </w:r>
    </w:p>
    <w:p w14:paraId="4CDC5DE1" w14:textId="77777777" w:rsidR="005F3F2A" w:rsidRPr="00102762" w:rsidRDefault="005F3F2A" w:rsidP="00BE466B">
      <w:pPr>
        <w:numPr>
          <w:ilvl w:val="0"/>
          <w:numId w:val="36"/>
        </w:numPr>
      </w:pPr>
      <w:r w:rsidRPr="00102762">
        <w:t>Skills such as communication, teamwork, problem-solving, digital literacy, and organisation are valuable across all roles.</w:t>
      </w:r>
    </w:p>
    <w:p w14:paraId="051DCC3F" w14:textId="77777777" w:rsidR="003713DB" w:rsidRPr="00102762" w:rsidRDefault="003713DB" w:rsidP="003713DB">
      <w:pPr>
        <w:ind w:left="720"/>
      </w:pPr>
    </w:p>
    <w:p w14:paraId="51B7113A" w14:textId="77777777" w:rsidR="00C41AA7" w:rsidRPr="00102762" w:rsidRDefault="00C41AA7" w:rsidP="001115BF"/>
    <w:p w14:paraId="3D0A4D77" w14:textId="31286EDD" w:rsidR="005F3F2A" w:rsidRPr="00102762" w:rsidRDefault="005F3F2A" w:rsidP="00BE466B">
      <w:pPr>
        <w:numPr>
          <w:ilvl w:val="0"/>
          <w:numId w:val="36"/>
        </w:numPr>
      </w:pPr>
      <w:r w:rsidRPr="00102762">
        <w:t>Provide examples that demonstrate these effectively.</w:t>
      </w:r>
    </w:p>
    <w:p w14:paraId="4F4AA812" w14:textId="77777777" w:rsidR="005F3F2A" w:rsidRPr="00102762" w:rsidRDefault="005F3F2A" w:rsidP="005F3F2A">
      <w:pPr>
        <w:rPr>
          <w:b/>
          <w:bCs/>
        </w:rPr>
      </w:pPr>
      <w:r w:rsidRPr="00102762">
        <w:rPr>
          <w:b/>
          <w:bCs/>
        </w:rPr>
        <w:t>7. Check Your Application Carefully</w:t>
      </w:r>
    </w:p>
    <w:p w14:paraId="7E1E8C35" w14:textId="77777777" w:rsidR="005F3F2A" w:rsidRPr="00102762" w:rsidRDefault="005F3F2A" w:rsidP="00BE466B">
      <w:pPr>
        <w:numPr>
          <w:ilvl w:val="0"/>
          <w:numId w:val="37"/>
        </w:numPr>
      </w:pPr>
      <w:r w:rsidRPr="00102762">
        <w:t>Review your responses for clarity, spelling, and completeness.</w:t>
      </w:r>
    </w:p>
    <w:p w14:paraId="74F5CD01" w14:textId="77777777" w:rsidR="005F3F2A" w:rsidRPr="00102762" w:rsidRDefault="005F3F2A" w:rsidP="00BE466B">
      <w:pPr>
        <w:numPr>
          <w:ilvl w:val="0"/>
          <w:numId w:val="37"/>
        </w:numPr>
      </w:pPr>
      <w:r w:rsidRPr="00102762">
        <w:t>Ensure all sections of the application form have been filled in fully.</w:t>
      </w:r>
    </w:p>
    <w:p w14:paraId="14C69408" w14:textId="77777777" w:rsidR="005F3F2A" w:rsidRPr="00102762" w:rsidRDefault="005F3F2A" w:rsidP="005F3F2A">
      <w:pPr>
        <w:rPr>
          <w:b/>
          <w:bCs/>
        </w:rPr>
      </w:pPr>
      <w:r w:rsidRPr="00102762">
        <w:rPr>
          <w:b/>
          <w:bCs/>
        </w:rPr>
        <w:t>8. Submit Your Application Before the Deadline</w:t>
      </w:r>
    </w:p>
    <w:p w14:paraId="2129A357" w14:textId="77777777" w:rsidR="005F3F2A" w:rsidRPr="00102762" w:rsidRDefault="005F3F2A" w:rsidP="00BE466B">
      <w:pPr>
        <w:numPr>
          <w:ilvl w:val="0"/>
          <w:numId w:val="38"/>
        </w:numPr>
      </w:pPr>
      <w:r w:rsidRPr="00102762">
        <w:t>Note the closing date and allow plenty of time to prepare your application.</w:t>
      </w:r>
    </w:p>
    <w:p w14:paraId="364D3CA1" w14:textId="76FE5D31" w:rsidR="00B37171" w:rsidRPr="00102762" w:rsidRDefault="005F3F2A" w:rsidP="00BE0E7F">
      <w:pPr>
        <w:numPr>
          <w:ilvl w:val="0"/>
          <w:numId w:val="38"/>
        </w:numPr>
      </w:pPr>
      <w:r w:rsidRPr="00102762">
        <w:t>Late submissions usually cannot be considered.</w:t>
      </w:r>
    </w:p>
    <w:p w14:paraId="2D98CC19" w14:textId="77777777" w:rsidR="005F3F2A" w:rsidRPr="00102762" w:rsidRDefault="005F3F2A" w:rsidP="005F3F2A">
      <w:pPr>
        <w:rPr>
          <w:b/>
          <w:bCs/>
        </w:rPr>
      </w:pPr>
      <w:r w:rsidRPr="00102762">
        <w:rPr>
          <w:b/>
          <w:bCs/>
        </w:rPr>
        <w:t>9. Prepare for Potential Next Steps</w:t>
      </w:r>
    </w:p>
    <w:p w14:paraId="59DAAC74" w14:textId="77777777" w:rsidR="005F3F2A" w:rsidRPr="00102762" w:rsidRDefault="005F3F2A" w:rsidP="00BE466B">
      <w:pPr>
        <w:numPr>
          <w:ilvl w:val="0"/>
          <w:numId w:val="39"/>
        </w:numPr>
      </w:pPr>
      <w:r w:rsidRPr="00102762">
        <w:t>If shortlisted, you may be invited to an interview, assessment task, or presentation.</w:t>
      </w:r>
    </w:p>
    <w:p w14:paraId="581B9F28" w14:textId="77777777" w:rsidR="00651D5D" w:rsidRPr="00102762" w:rsidRDefault="005F3F2A" w:rsidP="00BE466B">
      <w:pPr>
        <w:numPr>
          <w:ilvl w:val="0"/>
          <w:numId w:val="39"/>
        </w:numPr>
      </w:pPr>
      <w:r w:rsidRPr="00102762">
        <w:t>Be ready to discuss your experience, approach to work, and examples of how you meet the role’s requirements.</w:t>
      </w:r>
    </w:p>
    <w:p w14:paraId="31B61E72" w14:textId="3FA92C77" w:rsidR="00E4716C" w:rsidRPr="00102762" w:rsidRDefault="00E4716C" w:rsidP="00317E97">
      <w:pPr>
        <w:pStyle w:val="Heading2"/>
        <w:rPr>
          <w:rFonts w:ascii="Arial" w:hAnsi="Arial" w:cs="Arial"/>
          <w:sz w:val="32"/>
          <w:szCs w:val="32"/>
        </w:rPr>
      </w:pPr>
      <w:bookmarkStart w:id="8" w:name="_Toc222994883"/>
      <w:r w:rsidRPr="00102762">
        <w:rPr>
          <w:rFonts w:ascii="Arial" w:hAnsi="Arial" w:cs="Arial"/>
          <w:sz w:val="32"/>
          <w:szCs w:val="32"/>
        </w:rPr>
        <w:t>Application and Selection Information</w:t>
      </w:r>
      <w:bookmarkEnd w:id="8"/>
    </w:p>
    <w:p w14:paraId="0F95C9CD" w14:textId="77777777" w:rsidR="00651D5D" w:rsidRPr="00102762" w:rsidRDefault="00651D5D" w:rsidP="00651D5D">
      <w:pPr>
        <w:spacing w:after="0" w:line="240" w:lineRule="auto"/>
      </w:pPr>
    </w:p>
    <w:p w14:paraId="61F5E647" w14:textId="7A281B8E" w:rsidR="00B37171" w:rsidRPr="00102762" w:rsidRDefault="00E4716C" w:rsidP="00651D5D">
      <w:pPr>
        <w:spacing w:after="0" w:line="240" w:lineRule="auto"/>
      </w:pPr>
      <w:r w:rsidRPr="00102762">
        <w:t xml:space="preserve">The closing date for this vacancy is </w:t>
      </w:r>
      <w:r w:rsidR="00F2195F" w:rsidRPr="00102762">
        <w:t>30</w:t>
      </w:r>
      <w:r w:rsidR="0075206C" w:rsidRPr="00102762">
        <w:t>.10.</w:t>
      </w:r>
      <w:r w:rsidR="003823FA" w:rsidRPr="00102762">
        <w:rPr>
          <w:b/>
          <w:bCs/>
        </w:rPr>
        <w:t>20</w:t>
      </w:r>
      <w:r w:rsidR="00300AAC" w:rsidRPr="00102762">
        <w:rPr>
          <w:b/>
          <w:bCs/>
        </w:rPr>
        <w:t xml:space="preserve">26 </w:t>
      </w:r>
      <w:r w:rsidR="00300AAC" w:rsidRPr="00102762">
        <w:t>(or earlier in the event of high volume of applications being received)</w:t>
      </w:r>
      <w:r w:rsidRPr="00102762">
        <w:t>.</w:t>
      </w:r>
      <w:r w:rsidRPr="00102762">
        <w:br/>
      </w:r>
    </w:p>
    <w:p w14:paraId="32BAC8F7" w14:textId="61895AB8" w:rsidR="00E4716C" w:rsidRPr="00102762" w:rsidRDefault="00E4716C" w:rsidP="00651D5D">
      <w:pPr>
        <w:spacing w:after="0" w:line="240" w:lineRule="auto"/>
      </w:pPr>
      <w:r w:rsidRPr="00102762">
        <w:t xml:space="preserve">Provisional interview dates are </w:t>
      </w:r>
      <w:r w:rsidR="00C5303E" w:rsidRPr="00102762">
        <w:rPr>
          <w:b/>
          <w:bCs/>
        </w:rPr>
        <w:t>05.11.2</w:t>
      </w:r>
      <w:r w:rsidR="004773D6" w:rsidRPr="00102762">
        <w:rPr>
          <w:b/>
          <w:bCs/>
        </w:rPr>
        <w:t>026</w:t>
      </w:r>
      <w:r w:rsidRPr="00102762">
        <w:t>.</w:t>
      </w:r>
    </w:p>
    <w:p w14:paraId="7375E0A7" w14:textId="77777777" w:rsidR="00651D5D" w:rsidRPr="00102762" w:rsidRDefault="00651D5D" w:rsidP="00651D5D">
      <w:pPr>
        <w:spacing w:after="0" w:line="240" w:lineRule="auto"/>
      </w:pPr>
    </w:p>
    <w:p w14:paraId="5758C120" w14:textId="0BDA16DD" w:rsidR="006A52BC" w:rsidRPr="00102762" w:rsidRDefault="7872E659" w:rsidP="006A52BC">
      <w:pPr>
        <w:rPr>
          <w:rFonts w:eastAsia="Arial" w:cs="Arial"/>
        </w:rPr>
      </w:pPr>
      <w:r w:rsidRPr="00102762">
        <w:rPr>
          <w:rFonts w:eastAsia="Montserrat" w:cs="Arial"/>
          <w:color w:val="2A2A2A"/>
        </w:rPr>
        <w:t xml:space="preserve">We are an Equal Opportunities Employer; all candidates will receive equal treatment. </w:t>
      </w:r>
      <w:r w:rsidR="76C8ABAD" w:rsidRPr="00102762">
        <w:rPr>
          <w:rFonts w:eastAsia="Montserrat" w:cs="Arial"/>
          <w:color w:val="2A2A2A"/>
        </w:rPr>
        <w:t xml:space="preserve"> </w:t>
      </w:r>
      <w:r w:rsidRPr="00102762">
        <w:rPr>
          <w:rFonts w:eastAsia="Montserrat" w:cs="Arial"/>
          <w:color w:val="2A2A2A"/>
        </w:rPr>
        <w:t>Our decision to appoint will be based upon whether an individual’s skills, experience, qualifications, and abilities make them the most suitable candidate for the role.</w:t>
      </w:r>
    </w:p>
    <w:p w14:paraId="7EED794C" w14:textId="03EA43EC" w:rsidR="00BE466B" w:rsidRPr="00102762" w:rsidRDefault="500CC985" w:rsidP="006A52BC">
      <w:pPr>
        <w:rPr>
          <w:rFonts w:eastAsia="Montserrat" w:cs="Arial"/>
        </w:rPr>
      </w:pPr>
      <w:r w:rsidRPr="00102762">
        <w:rPr>
          <w:rFonts w:eastAsia="Montserrat" w:cs="Arial"/>
          <w:color w:val="2A2A2A"/>
        </w:rPr>
        <w:t>All disabled and care experienced applicants will be offered an interview where they meet all essential criteria on the person specification.</w:t>
      </w:r>
    </w:p>
    <w:p w14:paraId="4ED4E997" w14:textId="6A8486E2" w:rsidR="00B7578E" w:rsidRPr="00102762" w:rsidRDefault="006A52BC" w:rsidP="001115BF">
      <w:pPr>
        <w:rPr>
          <w:b/>
          <w:bCs/>
        </w:rPr>
      </w:pPr>
      <w:r w:rsidRPr="00102762">
        <w:rPr>
          <w:b/>
          <w:bCs/>
        </w:rPr>
        <w:t xml:space="preserve">Please ensure that you meet </w:t>
      </w:r>
      <w:r w:rsidR="006F7222" w:rsidRPr="00102762">
        <w:rPr>
          <w:b/>
          <w:bCs/>
        </w:rPr>
        <w:t>all</w:t>
      </w:r>
      <w:r w:rsidRPr="00102762">
        <w:rPr>
          <w:b/>
          <w:bCs/>
        </w:rPr>
        <w:t xml:space="preserve"> the essential criteria outlined in the person specification before submitting your application. </w:t>
      </w:r>
      <w:r w:rsidR="00B37171" w:rsidRPr="00102762">
        <w:rPr>
          <w:b/>
          <w:bCs/>
        </w:rPr>
        <w:t xml:space="preserve"> </w:t>
      </w:r>
      <w:r w:rsidRPr="00102762">
        <w:rPr>
          <w:b/>
          <w:bCs/>
        </w:rPr>
        <w:t>Only applicants who demonstrate that they meet all essential criteria will be considered and invited to interview</w:t>
      </w:r>
      <w:r w:rsidR="001115BF" w:rsidRPr="00102762">
        <w:rPr>
          <w:b/>
          <w:bCs/>
        </w:rPr>
        <w:t>.</w:t>
      </w:r>
    </w:p>
    <w:p w14:paraId="78E4E2CB" w14:textId="77777777" w:rsidR="001115BF" w:rsidRPr="00102762" w:rsidRDefault="001115BF" w:rsidP="001115BF"/>
    <w:p w14:paraId="7076EC4D" w14:textId="77777777" w:rsidR="001115BF" w:rsidRPr="00102762" w:rsidRDefault="001115BF" w:rsidP="001115BF"/>
    <w:p w14:paraId="7E6E0147" w14:textId="793780FD" w:rsidR="00511F96" w:rsidRPr="00102762" w:rsidRDefault="00E16F88" w:rsidP="00FC5D9A">
      <w:pPr>
        <w:pStyle w:val="Heading2"/>
        <w:rPr>
          <w:rFonts w:ascii="Arial" w:hAnsi="Arial" w:cs="Arial"/>
          <w:color w:val="007CBB"/>
          <w:sz w:val="32"/>
          <w:szCs w:val="32"/>
        </w:rPr>
      </w:pPr>
      <w:bookmarkStart w:id="9" w:name="_Toc222994884"/>
      <w:r w:rsidRPr="00102762">
        <w:rPr>
          <w:rFonts w:ascii="Arial" w:hAnsi="Arial" w:cs="Arial"/>
          <w:color w:val="007CBB"/>
          <w:sz w:val="32"/>
          <w:szCs w:val="32"/>
        </w:rPr>
        <w:lastRenderedPageBreak/>
        <w:t xml:space="preserve">Appendix A – </w:t>
      </w:r>
      <w:r w:rsidR="00B7578E" w:rsidRPr="00102762">
        <w:rPr>
          <w:rFonts w:ascii="Arial" w:hAnsi="Arial" w:cs="Arial"/>
          <w:color w:val="007CBB"/>
          <w:sz w:val="32"/>
          <w:szCs w:val="32"/>
        </w:rPr>
        <w:t>Job Description and Person Specification</w:t>
      </w:r>
      <w:bookmarkStart w:id="10" w:name="_Toc221808701"/>
      <w:bookmarkEnd w:id="9"/>
    </w:p>
    <w:p w14:paraId="6A191F27" w14:textId="77777777" w:rsidR="00FC5D9A" w:rsidRPr="00102762" w:rsidRDefault="00FC5D9A" w:rsidP="00FC5D9A"/>
    <w:tbl>
      <w:tblPr>
        <w:tblW w:w="0" w:type="auto"/>
        <w:tblLook w:val="0000" w:firstRow="0" w:lastRow="0" w:firstColumn="0" w:lastColumn="0" w:noHBand="0" w:noVBand="0"/>
      </w:tblPr>
      <w:tblGrid>
        <w:gridCol w:w="2236"/>
        <w:gridCol w:w="2219"/>
        <w:gridCol w:w="4185"/>
      </w:tblGrid>
      <w:tr w:rsidR="00EA596A" w:rsidRPr="00102762" w14:paraId="5E61096D" w14:textId="77777777" w:rsidTr="001E5186">
        <w:trPr>
          <w:cantSplit/>
          <w:trHeight w:val="468"/>
        </w:trPr>
        <w:tc>
          <w:tcPr>
            <w:tcW w:w="2393" w:type="dxa"/>
            <w:vAlign w:val="center"/>
          </w:tcPr>
          <w:bookmarkEnd w:id="10"/>
          <w:p w14:paraId="4D258987" w14:textId="77777777" w:rsidR="00EA596A" w:rsidRPr="00102762" w:rsidRDefault="00EA596A" w:rsidP="001E5186">
            <w:pPr>
              <w:rPr>
                <w:rFonts w:cs="Arial"/>
                <w:bCs/>
              </w:rPr>
            </w:pPr>
            <w:r w:rsidRPr="00102762">
              <w:rPr>
                <w:rFonts w:cs="Arial"/>
                <w:b/>
              </w:rPr>
              <w:t>Post:</w:t>
            </w:r>
          </w:p>
        </w:tc>
        <w:tc>
          <w:tcPr>
            <w:tcW w:w="7179" w:type="dxa"/>
            <w:gridSpan w:val="2"/>
            <w:vAlign w:val="center"/>
          </w:tcPr>
          <w:p w14:paraId="3419D730" w14:textId="77777777" w:rsidR="00EA596A" w:rsidRPr="00102762" w:rsidRDefault="00EA596A" w:rsidP="001E5186">
            <w:pPr>
              <w:rPr>
                <w:rFonts w:cs="Arial"/>
                <w:bCs/>
              </w:rPr>
            </w:pPr>
            <w:r w:rsidRPr="00102762">
              <w:rPr>
                <w:rFonts w:cs="Arial"/>
                <w:bCs/>
              </w:rPr>
              <w:t xml:space="preserve">Residential Support Worker </w:t>
            </w:r>
          </w:p>
        </w:tc>
      </w:tr>
      <w:tr w:rsidR="00EA596A" w:rsidRPr="00102762" w14:paraId="7EBAD4EB" w14:textId="77777777" w:rsidTr="001E5186">
        <w:trPr>
          <w:gridAfter w:val="1"/>
          <w:wAfter w:w="4786" w:type="dxa"/>
          <w:cantSplit/>
          <w:trHeight w:val="468"/>
        </w:trPr>
        <w:tc>
          <w:tcPr>
            <w:tcW w:w="2393" w:type="dxa"/>
            <w:vAlign w:val="center"/>
          </w:tcPr>
          <w:p w14:paraId="4BB39541" w14:textId="77777777" w:rsidR="00EA596A" w:rsidRPr="00102762" w:rsidRDefault="00EA596A" w:rsidP="001E5186">
            <w:pPr>
              <w:rPr>
                <w:rFonts w:cs="Arial"/>
                <w:b/>
              </w:rPr>
            </w:pPr>
            <w:r w:rsidRPr="00102762">
              <w:rPr>
                <w:rFonts w:cs="Arial"/>
                <w:b/>
              </w:rPr>
              <w:t>Post Number:</w:t>
            </w:r>
          </w:p>
        </w:tc>
        <w:tc>
          <w:tcPr>
            <w:tcW w:w="2393" w:type="dxa"/>
            <w:vAlign w:val="center"/>
          </w:tcPr>
          <w:p w14:paraId="4371C5B7" w14:textId="77777777" w:rsidR="00EA596A" w:rsidRPr="00102762" w:rsidRDefault="00EA596A" w:rsidP="001E5186">
            <w:pPr>
              <w:rPr>
                <w:rFonts w:cs="Arial"/>
                <w:bCs/>
              </w:rPr>
            </w:pPr>
            <w:r w:rsidRPr="00102762">
              <w:rPr>
                <w:rFonts w:cs="Arial"/>
                <w:bCs/>
              </w:rPr>
              <w:t>03708</w:t>
            </w:r>
          </w:p>
        </w:tc>
      </w:tr>
      <w:tr w:rsidR="00EA596A" w:rsidRPr="00102762" w14:paraId="2F1D3975" w14:textId="77777777" w:rsidTr="001E5186">
        <w:trPr>
          <w:cantSplit/>
          <w:trHeight w:val="468"/>
        </w:trPr>
        <w:tc>
          <w:tcPr>
            <w:tcW w:w="2393" w:type="dxa"/>
            <w:vAlign w:val="center"/>
          </w:tcPr>
          <w:p w14:paraId="60873A99" w14:textId="77777777" w:rsidR="00EA596A" w:rsidRPr="00102762" w:rsidRDefault="00EA596A" w:rsidP="001E5186">
            <w:pPr>
              <w:rPr>
                <w:rFonts w:cs="Arial"/>
              </w:rPr>
            </w:pPr>
            <w:r w:rsidRPr="00102762">
              <w:rPr>
                <w:rFonts w:cs="Arial"/>
                <w:b/>
              </w:rPr>
              <w:t>Team:</w:t>
            </w:r>
          </w:p>
        </w:tc>
        <w:tc>
          <w:tcPr>
            <w:tcW w:w="7179" w:type="dxa"/>
            <w:gridSpan w:val="2"/>
            <w:vAlign w:val="center"/>
          </w:tcPr>
          <w:p w14:paraId="3EDFE9E8" w14:textId="77777777" w:rsidR="00EA596A" w:rsidRPr="00102762" w:rsidRDefault="00EA596A" w:rsidP="001E5186">
            <w:pPr>
              <w:rPr>
                <w:rFonts w:cs="Arial"/>
                <w:bCs/>
              </w:rPr>
            </w:pPr>
            <w:r w:rsidRPr="00102762">
              <w:rPr>
                <w:rFonts w:cs="Arial"/>
                <w:bCs/>
              </w:rPr>
              <w:t>Cherry Road</w:t>
            </w:r>
          </w:p>
        </w:tc>
      </w:tr>
      <w:tr w:rsidR="00EA596A" w:rsidRPr="00102762" w14:paraId="3B48590D" w14:textId="77777777" w:rsidTr="001E5186">
        <w:trPr>
          <w:cantSplit/>
          <w:trHeight w:val="468"/>
        </w:trPr>
        <w:tc>
          <w:tcPr>
            <w:tcW w:w="2393" w:type="dxa"/>
            <w:vAlign w:val="center"/>
          </w:tcPr>
          <w:p w14:paraId="0F31FE9F" w14:textId="77777777" w:rsidR="00EA596A" w:rsidRPr="00102762" w:rsidRDefault="00EA596A" w:rsidP="001E5186">
            <w:pPr>
              <w:rPr>
                <w:rFonts w:cs="Arial"/>
                <w:b/>
              </w:rPr>
            </w:pPr>
            <w:r w:rsidRPr="00102762">
              <w:rPr>
                <w:rFonts w:cs="Arial"/>
                <w:b/>
              </w:rPr>
              <w:t>Location:</w:t>
            </w:r>
          </w:p>
        </w:tc>
        <w:tc>
          <w:tcPr>
            <w:tcW w:w="7179" w:type="dxa"/>
            <w:gridSpan w:val="2"/>
            <w:vAlign w:val="center"/>
          </w:tcPr>
          <w:p w14:paraId="0C01C752" w14:textId="77777777" w:rsidR="00EA596A" w:rsidRPr="00102762" w:rsidRDefault="00EA596A" w:rsidP="001E5186">
            <w:pPr>
              <w:rPr>
                <w:rFonts w:cs="Arial"/>
                <w:b/>
              </w:rPr>
            </w:pPr>
            <w:r w:rsidRPr="00102762">
              <w:rPr>
                <w:rFonts w:cs="Arial"/>
                <w:bCs/>
              </w:rPr>
              <w:t>Cherry Road Children’s Homes</w:t>
            </w:r>
          </w:p>
        </w:tc>
      </w:tr>
      <w:tr w:rsidR="00EA596A" w:rsidRPr="00102762" w14:paraId="19DDF25A" w14:textId="77777777" w:rsidTr="001E5186">
        <w:trPr>
          <w:cantSplit/>
          <w:trHeight w:val="468"/>
        </w:trPr>
        <w:tc>
          <w:tcPr>
            <w:tcW w:w="2393" w:type="dxa"/>
            <w:vAlign w:val="center"/>
          </w:tcPr>
          <w:p w14:paraId="618D0D67" w14:textId="77777777" w:rsidR="00EA596A" w:rsidRPr="00102762" w:rsidRDefault="00EA596A" w:rsidP="001E5186">
            <w:pPr>
              <w:rPr>
                <w:rFonts w:cs="Arial"/>
                <w:b/>
              </w:rPr>
            </w:pPr>
            <w:r w:rsidRPr="00102762">
              <w:rPr>
                <w:rFonts w:cs="Arial"/>
                <w:b/>
              </w:rPr>
              <w:t>Grade:</w:t>
            </w:r>
          </w:p>
        </w:tc>
        <w:tc>
          <w:tcPr>
            <w:tcW w:w="7179" w:type="dxa"/>
            <w:gridSpan w:val="2"/>
            <w:vAlign w:val="center"/>
          </w:tcPr>
          <w:p w14:paraId="7B4825C5" w14:textId="77777777" w:rsidR="00EA596A" w:rsidRPr="00102762" w:rsidRDefault="00EA596A" w:rsidP="001E5186">
            <w:pPr>
              <w:rPr>
                <w:rFonts w:cs="Arial"/>
                <w:bCs/>
              </w:rPr>
            </w:pPr>
            <w:r w:rsidRPr="00102762">
              <w:rPr>
                <w:rFonts w:cs="Arial"/>
                <w:bCs/>
              </w:rPr>
              <w:t>G</w:t>
            </w:r>
          </w:p>
        </w:tc>
      </w:tr>
    </w:tbl>
    <w:p w14:paraId="72A71CDE" w14:textId="77777777" w:rsidR="00EA596A" w:rsidRPr="00102762" w:rsidRDefault="00EA596A" w:rsidP="00EA596A">
      <w:pPr>
        <w:pStyle w:val="Footer"/>
        <w:pBdr>
          <w:bottom w:val="single" w:sz="6" w:space="1" w:color="auto"/>
        </w:pBdr>
      </w:pPr>
    </w:p>
    <w:tbl>
      <w:tblPr>
        <w:tblW w:w="0" w:type="auto"/>
        <w:tblLook w:val="0000" w:firstRow="0" w:lastRow="0" w:firstColumn="0" w:lastColumn="0" w:noHBand="0" w:noVBand="0"/>
      </w:tblPr>
      <w:tblGrid>
        <w:gridCol w:w="2229"/>
        <w:gridCol w:w="6411"/>
      </w:tblGrid>
      <w:tr w:rsidR="00EA596A" w:rsidRPr="00102762" w14:paraId="38E82580" w14:textId="77777777" w:rsidTr="001E5186">
        <w:trPr>
          <w:cantSplit/>
          <w:trHeight w:val="569"/>
        </w:trPr>
        <w:tc>
          <w:tcPr>
            <w:tcW w:w="2393" w:type="dxa"/>
            <w:vAlign w:val="center"/>
          </w:tcPr>
          <w:p w14:paraId="100B5701" w14:textId="77777777" w:rsidR="00EA596A" w:rsidRPr="00102762" w:rsidRDefault="00EA596A" w:rsidP="001E5186">
            <w:pPr>
              <w:rPr>
                <w:rFonts w:cs="Arial"/>
                <w:b/>
              </w:rPr>
            </w:pPr>
            <w:r w:rsidRPr="00102762">
              <w:rPr>
                <w:rFonts w:cs="Arial"/>
                <w:b/>
              </w:rPr>
              <w:t>Responsible to:</w:t>
            </w:r>
          </w:p>
        </w:tc>
        <w:tc>
          <w:tcPr>
            <w:tcW w:w="7179" w:type="dxa"/>
            <w:vAlign w:val="center"/>
          </w:tcPr>
          <w:p w14:paraId="1E1579A3" w14:textId="77777777" w:rsidR="00EA596A" w:rsidRPr="00102762" w:rsidRDefault="00EA596A" w:rsidP="001E5186">
            <w:pPr>
              <w:ind w:left="1980" w:right="-511" w:hanging="1980"/>
              <w:jc w:val="both"/>
              <w:rPr>
                <w:rFonts w:cs="Arial"/>
              </w:rPr>
            </w:pPr>
            <w:r w:rsidRPr="00102762">
              <w:rPr>
                <w:rFonts w:cs="Arial"/>
              </w:rPr>
              <w:t xml:space="preserve">Registered Manager, Assistant Manager  </w:t>
            </w:r>
          </w:p>
        </w:tc>
      </w:tr>
      <w:tr w:rsidR="00EA596A" w:rsidRPr="00102762" w14:paraId="28710AD8" w14:textId="77777777" w:rsidTr="001E5186">
        <w:trPr>
          <w:cantSplit/>
          <w:trHeight w:val="468"/>
        </w:trPr>
        <w:tc>
          <w:tcPr>
            <w:tcW w:w="2393" w:type="dxa"/>
            <w:vAlign w:val="center"/>
          </w:tcPr>
          <w:p w14:paraId="3CF37DAF" w14:textId="77777777" w:rsidR="00EA596A" w:rsidRPr="00102762" w:rsidRDefault="00EA596A" w:rsidP="001E5186">
            <w:pPr>
              <w:rPr>
                <w:rFonts w:cs="Arial"/>
                <w:b/>
              </w:rPr>
            </w:pPr>
            <w:r w:rsidRPr="00102762">
              <w:rPr>
                <w:rFonts w:cs="Arial"/>
                <w:b/>
                <w:bCs/>
              </w:rPr>
              <w:t>Responsible for:</w:t>
            </w:r>
          </w:p>
        </w:tc>
        <w:tc>
          <w:tcPr>
            <w:tcW w:w="7179" w:type="dxa"/>
            <w:vAlign w:val="center"/>
          </w:tcPr>
          <w:p w14:paraId="642988C6" w14:textId="77777777" w:rsidR="00EA596A" w:rsidRPr="00102762" w:rsidRDefault="00EA596A" w:rsidP="001E5186">
            <w:pPr>
              <w:rPr>
                <w:rFonts w:cs="Arial"/>
                <w:bCs/>
              </w:rPr>
            </w:pPr>
            <w:r w:rsidRPr="00102762">
              <w:rPr>
                <w:rFonts w:cs="Arial"/>
                <w:bCs/>
              </w:rPr>
              <w:t>N/A</w:t>
            </w:r>
          </w:p>
        </w:tc>
      </w:tr>
    </w:tbl>
    <w:p w14:paraId="13B9BE10" w14:textId="77777777" w:rsidR="00EA596A" w:rsidRPr="00102762" w:rsidRDefault="00EA596A" w:rsidP="00EA596A">
      <w:pPr>
        <w:pBdr>
          <w:bottom w:val="single" w:sz="6" w:space="1" w:color="auto"/>
        </w:pBdr>
        <w:rPr>
          <w:rFonts w:cs="Arial"/>
        </w:rPr>
      </w:pPr>
    </w:p>
    <w:p w14:paraId="0F2C5720" w14:textId="77777777" w:rsidR="00EA596A" w:rsidRPr="00102762" w:rsidRDefault="00EA596A" w:rsidP="00EA596A">
      <w:pPr>
        <w:rPr>
          <w:rFonts w:cs="Arial"/>
          <w:b/>
          <w:u w:val="single"/>
        </w:rPr>
      </w:pPr>
      <w:r w:rsidRPr="00102762">
        <w:rPr>
          <w:rFonts w:cs="Arial"/>
          <w:b/>
          <w:u w:val="single"/>
        </w:rPr>
        <w:t>JOB PURPOSE</w:t>
      </w:r>
    </w:p>
    <w:p w14:paraId="18682816" w14:textId="77777777" w:rsidR="00EA596A" w:rsidRPr="00102762" w:rsidRDefault="00EA596A" w:rsidP="00EA596A">
      <w:pPr>
        <w:ind w:right="-511"/>
        <w:rPr>
          <w:rFonts w:cs="Arial"/>
        </w:rPr>
      </w:pPr>
      <w:r w:rsidRPr="00102762">
        <w:rPr>
          <w:rFonts w:cs="Arial"/>
        </w:rPr>
        <w:t>To support children and families in receipt of a short break with the aim of preventing family breakdown. Planning and maintaining a safe and positive environment for children who receive a short break and working alongside other services to support families. To work directly with children and young people and their families or carers.</w:t>
      </w:r>
    </w:p>
    <w:p w14:paraId="37D58FBB" w14:textId="77777777" w:rsidR="00EA596A" w:rsidRPr="00102762" w:rsidRDefault="00EA596A" w:rsidP="00EA596A">
      <w:pPr>
        <w:rPr>
          <w:rFonts w:cs="Arial"/>
        </w:rPr>
      </w:pPr>
      <w:r w:rsidRPr="00102762">
        <w:rPr>
          <w:rFonts w:cs="Arial"/>
          <w:b/>
          <w:u w:val="single"/>
        </w:rPr>
        <w:t>MAIN DUTIES</w:t>
      </w:r>
      <w:r w:rsidRPr="00102762">
        <w:rPr>
          <w:rFonts w:cs="Arial"/>
          <w:b/>
        </w:rPr>
        <w:tab/>
      </w:r>
    </w:p>
    <w:p w14:paraId="0E71B606" w14:textId="0709487C" w:rsidR="00EA596A" w:rsidRPr="00102762" w:rsidRDefault="00EA596A" w:rsidP="00EA596A">
      <w:pPr>
        <w:numPr>
          <w:ilvl w:val="0"/>
          <w:numId w:val="43"/>
        </w:numPr>
        <w:spacing w:after="0" w:line="240" w:lineRule="auto"/>
        <w:ind w:right="-421"/>
        <w:rPr>
          <w:rFonts w:cs="Arial"/>
          <w:szCs w:val="24"/>
        </w:rPr>
      </w:pPr>
      <w:r w:rsidRPr="00102762">
        <w:rPr>
          <w:rFonts w:cs="Arial"/>
          <w:szCs w:val="24"/>
        </w:rPr>
        <w:t>To undertake a total caring role in looking after children and young people receiving a short break in the home.</w:t>
      </w:r>
    </w:p>
    <w:p w14:paraId="74747547" w14:textId="77777777" w:rsidR="007E2B56" w:rsidRPr="00102762" w:rsidRDefault="007E2B56" w:rsidP="007E2B56">
      <w:pPr>
        <w:spacing w:after="0" w:line="240" w:lineRule="auto"/>
        <w:ind w:right="-421"/>
        <w:rPr>
          <w:rFonts w:cs="Arial"/>
          <w:szCs w:val="24"/>
        </w:rPr>
      </w:pPr>
    </w:p>
    <w:p w14:paraId="3B60BEED" w14:textId="77777777" w:rsidR="00EA596A" w:rsidRPr="00102762" w:rsidRDefault="00EA596A" w:rsidP="00EA596A">
      <w:pPr>
        <w:numPr>
          <w:ilvl w:val="0"/>
          <w:numId w:val="43"/>
        </w:numPr>
        <w:spacing w:after="0" w:line="240" w:lineRule="auto"/>
        <w:ind w:right="-421"/>
        <w:rPr>
          <w:rFonts w:cs="Arial"/>
          <w:szCs w:val="24"/>
        </w:rPr>
      </w:pPr>
      <w:r w:rsidRPr="00102762">
        <w:rPr>
          <w:rFonts w:cs="Arial"/>
          <w:szCs w:val="24"/>
        </w:rPr>
        <w:t xml:space="preserve">To undertake all normal domestic house-hold tasks including cleaning and the provision of meals as required to ensure the day-to-day needs of the children and young people are met. </w:t>
      </w:r>
    </w:p>
    <w:p w14:paraId="09894D2A" w14:textId="77777777" w:rsidR="00EA596A" w:rsidRPr="00102762" w:rsidRDefault="00EA596A" w:rsidP="00EA596A">
      <w:pPr>
        <w:ind w:right="-421"/>
        <w:rPr>
          <w:rFonts w:cs="Arial"/>
          <w:szCs w:val="24"/>
        </w:rPr>
      </w:pPr>
    </w:p>
    <w:p w14:paraId="7361E72C" w14:textId="77777777" w:rsidR="00EA596A" w:rsidRPr="00102762" w:rsidRDefault="00EA596A" w:rsidP="00EA596A">
      <w:pPr>
        <w:numPr>
          <w:ilvl w:val="0"/>
          <w:numId w:val="43"/>
        </w:numPr>
        <w:spacing w:after="0" w:line="240" w:lineRule="auto"/>
        <w:ind w:right="-421"/>
        <w:rPr>
          <w:rFonts w:cs="Arial"/>
          <w:szCs w:val="24"/>
        </w:rPr>
      </w:pPr>
      <w:r w:rsidRPr="00102762">
        <w:rPr>
          <w:rFonts w:cs="Arial"/>
          <w:szCs w:val="24"/>
        </w:rPr>
        <w:t xml:space="preserve">To participate in and assist with the co-ordination of care planning for children and young people. To ensure that care plans are up to date, followed and met. </w:t>
      </w:r>
    </w:p>
    <w:p w14:paraId="0DEE758E" w14:textId="77777777" w:rsidR="00EA596A" w:rsidRPr="00102762" w:rsidRDefault="00EA596A" w:rsidP="00EA596A">
      <w:pPr>
        <w:ind w:right="-421"/>
        <w:rPr>
          <w:rFonts w:cs="Arial"/>
          <w:szCs w:val="24"/>
        </w:rPr>
      </w:pPr>
    </w:p>
    <w:p w14:paraId="102071BA" w14:textId="77777777" w:rsidR="00EA596A" w:rsidRPr="00102762" w:rsidRDefault="00EA596A" w:rsidP="00EA596A">
      <w:pPr>
        <w:numPr>
          <w:ilvl w:val="0"/>
          <w:numId w:val="43"/>
        </w:numPr>
        <w:spacing w:after="0" w:line="240" w:lineRule="auto"/>
        <w:ind w:right="-421"/>
        <w:rPr>
          <w:rFonts w:cs="Arial"/>
          <w:szCs w:val="24"/>
        </w:rPr>
      </w:pPr>
      <w:r w:rsidRPr="00102762">
        <w:rPr>
          <w:rFonts w:cs="Arial"/>
          <w:szCs w:val="24"/>
        </w:rPr>
        <w:t>To update, monitor and review individualised placement plans and risk assessments for children and young people.</w:t>
      </w:r>
    </w:p>
    <w:p w14:paraId="47B79555" w14:textId="77777777" w:rsidR="00EA596A" w:rsidRPr="00102762" w:rsidRDefault="00EA596A" w:rsidP="00EA596A">
      <w:pPr>
        <w:ind w:right="-421"/>
        <w:rPr>
          <w:rFonts w:cs="Arial"/>
          <w:szCs w:val="24"/>
        </w:rPr>
      </w:pPr>
    </w:p>
    <w:p w14:paraId="68E8B086" w14:textId="77777777" w:rsidR="00EA596A" w:rsidRPr="00102762" w:rsidRDefault="00EA596A" w:rsidP="00EA596A">
      <w:pPr>
        <w:numPr>
          <w:ilvl w:val="0"/>
          <w:numId w:val="43"/>
        </w:numPr>
        <w:spacing w:after="0" w:line="240" w:lineRule="auto"/>
        <w:ind w:right="-421"/>
        <w:rPr>
          <w:rFonts w:cs="Arial"/>
          <w:szCs w:val="24"/>
        </w:rPr>
      </w:pPr>
      <w:r w:rsidRPr="00102762">
        <w:rPr>
          <w:rFonts w:cs="Arial"/>
          <w:szCs w:val="24"/>
        </w:rPr>
        <w:t xml:space="preserve">To participate in the assessment of children’s and young </w:t>
      </w:r>
      <w:proofErr w:type="spellStart"/>
      <w:r w:rsidRPr="00102762">
        <w:rPr>
          <w:rFonts w:cs="Arial"/>
          <w:szCs w:val="24"/>
        </w:rPr>
        <w:t>peoples</w:t>
      </w:r>
      <w:proofErr w:type="spellEnd"/>
      <w:r w:rsidRPr="00102762">
        <w:rPr>
          <w:rFonts w:cs="Arial"/>
          <w:szCs w:val="24"/>
        </w:rPr>
        <w:t xml:space="preserve"> needs to identify programmes of activities to meet their individual needs which enables them to achieve positive outcomes and assists them to reach their full potential. To facilitate and participate in these programmes and ensure they are monitored and regularly reviewed.</w:t>
      </w:r>
    </w:p>
    <w:p w14:paraId="41C8EBEE" w14:textId="77777777" w:rsidR="00EA596A" w:rsidRPr="00102762" w:rsidRDefault="00EA596A" w:rsidP="00EA596A">
      <w:pPr>
        <w:ind w:right="-421"/>
        <w:rPr>
          <w:rFonts w:cs="Arial"/>
          <w:szCs w:val="24"/>
        </w:rPr>
      </w:pPr>
    </w:p>
    <w:p w14:paraId="540FEED7" w14:textId="77777777" w:rsidR="00EA596A" w:rsidRPr="00102762" w:rsidRDefault="00EA596A" w:rsidP="00EA596A">
      <w:pPr>
        <w:numPr>
          <w:ilvl w:val="0"/>
          <w:numId w:val="43"/>
        </w:numPr>
        <w:spacing w:after="0" w:line="240" w:lineRule="auto"/>
        <w:ind w:right="-421"/>
        <w:rPr>
          <w:rFonts w:cs="Arial"/>
          <w:szCs w:val="24"/>
        </w:rPr>
      </w:pPr>
      <w:r w:rsidRPr="00102762">
        <w:rPr>
          <w:rFonts w:cs="Arial"/>
          <w:szCs w:val="24"/>
        </w:rPr>
        <w:t xml:space="preserve">To undertake direct work with children and young people and their families and carers as outlined within their individual plans. </w:t>
      </w:r>
    </w:p>
    <w:p w14:paraId="024A7EBB" w14:textId="77777777" w:rsidR="00EA596A" w:rsidRPr="00102762" w:rsidRDefault="00EA596A" w:rsidP="00EA596A">
      <w:pPr>
        <w:ind w:right="-421"/>
        <w:rPr>
          <w:rFonts w:cs="Arial"/>
          <w:szCs w:val="24"/>
        </w:rPr>
      </w:pPr>
    </w:p>
    <w:p w14:paraId="7EEC907D" w14:textId="77777777" w:rsidR="00EA596A" w:rsidRPr="00102762" w:rsidRDefault="00EA596A" w:rsidP="00EA596A">
      <w:pPr>
        <w:numPr>
          <w:ilvl w:val="0"/>
          <w:numId w:val="43"/>
        </w:numPr>
        <w:spacing w:after="0" w:line="240" w:lineRule="auto"/>
        <w:ind w:right="-421"/>
        <w:rPr>
          <w:rFonts w:cs="Arial"/>
          <w:szCs w:val="24"/>
        </w:rPr>
      </w:pPr>
      <w:r w:rsidRPr="00102762">
        <w:rPr>
          <w:rFonts w:cs="Arial"/>
          <w:szCs w:val="24"/>
        </w:rPr>
        <w:t xml:space="preserve">To ensure good communication with parents, professionals and other relevant people to ensure consistency and stability for children and young people. </w:t>
      </w:r>
    </w:p>
    <w:p w14:paraId="54701355" w14:textId="77777777" w:rsidR="00EA596A" w:rsidRPr="00102762" w:rsidRDefault="00EA596A" w:rsidP="00EA596A">
      <w:pPr>
        <w:ind w:right="-421"/>
        <w:rPr>
          <w:rFonts w:cs="Arial"/>
          <w:szCs w:val="24"/>
        </w:rPr>
      </w:pPr>
    </w:p>
    <w:p w14:paraId="6AA28176" w14:textId="77777777" w:rsidR="00EA596A" w:rsidRPr="00102762" w:rsidRDefault="00EA596A" w:rsidP="00EA596A">
      <w:pPr>
        <w:numPr>
          <w:ilvl w:val="0"/>
          <w:numId w:val="43"/>
        </w:numPr>
        <w:spacing w:after="0" w:line="240" w:lineRule="auto"/>
        <w:ind w:right="-421"/>
        <w:rPr>
          <w:rFonts w:cs="Arial"/>
          <w:szCs w:val="24"/>
        </w:rPr>
      </w:pPr>
      <w:r w:rsidRPr="00102762">
        <w:rPr>
          <w:rFonts w:cs="Arial"/>
          <w:szCs w:val="24"/>
        </w:rPr>
        <w:t>To work as part of a team to ensure children and young people receive a high-quality service that respects their individual needs and treats them with dignity. This includes working alongside services to prevent family breakdown.</w:t>
      </w:r>
    </w:p>
    <w:p w14:paraId="774D870C" w14:textId="77777777" w:rsidR="00EA596A" w:rsidRPr="00102762" w:rsidRDefault="00EA596A" w:rsidP="00EA596A">
      <w:pPr>
        <w:ind w:right="-421"/>
        <w:rPr>
          <w:rFonts w:cs="Arial"/>
          <w:szCs w:val="24"/>
        </w:rPr>
      </w:pPr>
    </w:p>
    <w:p w14:paraId="7442C8DF" w14:textId="77777777" w:rsidR="00EA596A" w:rsidRPr="00102762" w:rsidRDefault="00EA596A" w:rsidP="00EA596A">
      <w:pPr>
        <w:numPr>
          <w:ilvl w:val="0"/>
          <w:numId w:val="43"/>
        </w:numPr>
        <w:spacing w:after="0" w:line="240" w:lineRule="auto"/>
        <w:ind w:right="-421"/>
        <w:rPr>
          <w:rFonts w:cs="Arial"/>
          <w:szCs w:val="24"/>
        </w:rPr>
      </w:pPr>
      <w:r w:rsidRPr="00102762">
        <w:rPr>
          <w:rFonts w:cs="Arial"/>
          <w:szCs w:val="24"/>
        </w:rPr>
        <w:t xml:space="preserve">To maintain all written and electronic records to a high standard. Ensuring that entries are timely, accurate and up to date. </w:t>
      </w:r>
    </w:p>
    <w:p w14:paraId="41211A68" w14:textId="77777777" w:rsidR="00EA596A" w:rsidRPr="00102762" w:rsidRDefault="00EA596A" w:rsidP="00EA596A">
      <w:pPr>
        <w:ind w:right="-421"/>
        <w:rPr>
          <w:rFonts w:cs="Arial"/>
          <w:szCs w:val="24"/>
        </w:rPr>
      </w:pPr>
    </w:p>
    <w:p w14:paraId="2DFEEA50" w14:textId="77777777" w:rsidR="00EA596A" w:rsidRPr="00102762" w:rsidRDefault="00EA596A" w:rsidP="00EA596A">
      <w:pPr>
        <w:numPr>
          <w:ilvl w:val="0"/>
          <w:numId w:val="43"/>
        </w:numPr>
        <w:spacing w:after="0" w:line="240" w:lineRule="auto"/>
        <w:ind w:right="-421"/>
        <w:rPr>
          <w:rFonts w:cs="Arial"/>
          <w:szCs w:val="24"/>
        </w:rPr>
      </w:pPr>
      <w:r w:rsidRPr="00102762">
        <w:rPr>
          <w:rFonts w:cs="Arial"/>
          <w:szCs w:val="24"/>
        </w:rPr>
        <w:t xml:space="preserve">To prepare for, attend and participate in supervision and personal development reviews as required by departmental policies and procedures. </w:t>
      </w:r>
    </w:p>
    <w:p w14:paraId="276FD36F" w14:textId="77777777" w:rsidR="00EA596A" w:rsidRPr="00102762" w:rsidRDefault="00EA596A" w:rsidP="00EA596A">
      <w:pPr>
        <w:ind w:right="-421"/>
        <w:rPr>
          <w:rFonts w:cs="Arial"/>
          <w:szCs w:val="24"/>
        </w:rPr>
      </w:pPr>
    </w:p>
    <w:p w14:paraId="080F1109" w14:textId="77777777" w:rsidR="00EA596A" w:rsidRPr="00102762" w:rsidRDefault="00EA596A" w:rsidP="00EA596A">
      <w:pPr>
        <w:numPr>
          <w:ilvl w:val="0"/>
          <w:numId w:val="43"/>
        </w:numPr>
        <w:spacing w:after="0" w:line="240" w:lineRule="auto"/>
        <w:ind w:right="-421"/>
        <w:rPr>
          <w:rFonts w:cs="Arial"/>
          <w:szCs w:val="24"/>
        </w:rPr>
      </w:pPr>
      <w:r w:rsidRPr="00102762">
        <w:rPr>
          <w:rFonts w:cs="Arial"/>
          <w:szCs w:val="24"/>
        </w:rPr>
        <w:t xml:space="preserve">To understand relevant legislation and ensure that the home meets national minimum standards and to participate in the continuous development of the home and service to exceed these standards. </w:t>
      </w:r>
    </w:p>
    <w:p w14:paraId="450D333A" w14:textId="77777777" w:rsidR="00EA596A" w:rsidRPr="00102762" w:rsidRDefault="00EA596A" w:rsidP="00EA596A">
      <w:pPr>
        <w:ind w:right="-421"/>
        <w:rPr>
          <w:rFonts w:cs="Arial"/>
          <w:szCs w:val="24"/>
        </w:rPr>
      </w:pPr>
    </w:p>
    <w:p w14:paraId="26731150" w14:textId="77777777" w:rsidR="00EA596A" w:rsidRPr="00102762" w:rsidRDefault="00EA596A" w:rsidP="00EA596A">
      <w:pPr>
        <w:numPr>
          <w:ilvl w:val="0"/>
          <w:numId w:val="43"/>
        </w:numPr>
        <w:spacing w:after="0" w:line="240" w:lineRule="auto"/>
        <w:ind w:right="-421"/>
        <w:rPr>
          <w:rFonts w:cs="Arial"/>
          <w:szCs w:val="24"/>
        </w:rPr>
      </w:pPr>
      <w:r w:rsidRPr="00102762">
        <w:rPr>
          <w:rFonts w:cs="Arial"/>
          <w:szCs w:val="24"/>
        </w:rPr>
        <w:t>To work in a flexible way to maintain the identified work schedules; which requires working unsociable hours including working weekends.</w:t>
      </w:r>
    </w:p>
    <w:p w14:paraId="276BEA5A" w14:textId="77777777" w:rsidR="00EA596A" w:rsidRPr="00102762" w:rsidRDefault="00EA596A" w:rsidP="00EA596A">
      <w:pPr>
        <w:ind w:right="-421"/>
        <w:rPr>
          <w:rFonts w:cs="Arial"/>
          <w:szCs w:val="24"/>
        </w:rPr>
      </w:pPr>
    </w:p>
    <w:p w14:paraId="720A52B0" w14:textId="77777777" w:rsidR="00EA596A" w:rsidRPr="00102762" w:rsidRDefault="00EA596A" w:rsidP="00EA596A">
      <w:pPr>
        <w:numPr>
          <w:ilvl w:val="0"/>
          <w:numId w:val="43"/>
        </w:numPr>
        <w:spacing w:after="0" w:line="240" w:lineRule="auto"/>
        <w:ind w:right="-421"/>
        <w:rPr>
          <w:rFonts w:cs="Arial"/>
          <w:szCs w:val="24"/>
        </w:rPr>
      </w:pPr>
      <w:r w:rsidRPr="00102762">
        <w:rPr>
          <w:rFonts w:cs="Arial"/>
          <w:szCs w:val="24"/>
        </w:rPr>
        <w:t xml:space="preserve">To follow the departments policies and procedures when dealing with challenging behaviour to maintain effective management of the behaviour of children and young people through appropriate and approved methods.  </w:t>
      </w:r>
    </w:p>
    <w:p w14:paraId="11131B88" w14:textId="77777777" w:rsidR="00EA596A" w:rsidRPr="00102762" w:rsidRDefault="00EA596A" w:rsidP="00EA596A">
      <w:pPr>
        <w:ind w:right="-421"/>
        <w:rPr>
          <w:rFonts w:cs="Arial"/>
          <w:szCs w:val="24"/>
        </w:rPr>
      </w:pPr>
    </w:p>
    <w:p w14:paraId="2513F1F8" w14:textId="77777777" w:rsidR="00EA596A" w:rsidRPr="00102762" w:rsidRDefault="00EA596A" w:rsidP="00EA596A">
      <w:pPr>
        <w:numPr>
          <w:ilvl w:val="0"/>
          <w:numId w:val="43"/>
        </w:numPr>
        <w:spacing w:after="0" w:line="240" w:lineRule="auto"/>
        <w:ind w:right="-421"/>
        <w:rPr>
          <w:rFonts w:cs="Arial"/>
          <w:szCs w:val="24"/>
        </w:rPr>
      </w:pPr>
      <w:r w:rsidRPr="00102762">
        <w:rPr>
          <w:rFonts w:cs="Arial"/>
          <w:szCs w:val="24"/>
        </w:rPr>
        <w:t>To work directly with children and young people on the edge of care and ensure sound decisions are made to ensure they are safeguarded.</w:t>
      </w:r>
    </w:p>
    <w:p w14:paraId="09368E77" w14:textId="77777777" w:rsidR="00EA596A" w:rsidRPr="00102762" w:rsidRDefault="00EA596A" w:rsidP="00EA596A">
      <w:pPr>
        <w:ind w:right="-421"/>
        <w:rPr>
          <w:rFonts w:cs="Arial"/>
          <w:szCs w:val="24"/>
        </w:rPr>
      </w:pPr>
    </w:p>
    <w:p w14:paraId="0D0416C4" w14:textId="77777777" w:rsidR="00EA596A" w:rsidRPr="00102762" w:rsidRDefault="00EA596A" w:rsidP="00EA596A">
      <w:pPr>
        <w:numPr>
          <w:ilvl w:val="0"/>
          <w:numId w:val="43"/>
        </w:numPr>
        <w:spacing w:after="0" w:line="240" w:lineRule="auto"/>
        <w:ind w:right="-421"/>
        <w:rPr>
          <w:rFonts w:cs="Arial"/>
          <w:szCs w:val="24"/>
        </w:rPr>
      </w:pPr>
      <w:r w:rsidRPr="00102762">
        <w:rPr>
          <w:rFonts w:cs="Arial"/>
          <w:szCs w:val="24"/>
        </w:rPr>
        <w:t>To take responsibility for reporting of risk properly through the line management structures.</w:t>
      </w:r>
    </w:p>
    <w:p w14:paraId="70EA2522" w14:textId="77777777" w:rsidR="00EA596A" w:rsidRPr="00102762" w:rsidRDefault="00EA596A" w:rsidP="00EA596A">
      <w:pPr>
        <w:ind w:right="-421"/>
        <w:rPr>
          <w:rFonts w:cs="Arial"/>
          <w:szCs w:val="24"/>
        </w:rPr>
      </w:pPr>
    </w:p>
    <w:p w14:paraId="619F7193" w14:textId="77777777" w:rsidR="00EA596A" w:rsidRPr="00102762" w:rsidRDefault="00EA596A" w:rsidP="00EA596A">
      <w:pPr>
        <w:numPr>
          <w:ilvl w:val="0"/>
          <w:numId w:val="43"/>
        </w:numPr>
        <w:spacing w:after="0" w:line="240" w:lineRule="auto"/>
        <w:rPr>
          <w:rFonts w:cs="Arial"/>
          <w:szCs w:val="24"/>
        </w:rPr>
      </w:pPr>
      <w:r w:rsidRPr="00102762">
        <w:rPr>
          <w:rFonts w:cs="Arial"/>
          <w:szCs w:val="24"/>
        </w:rPr>
        <w:t>To ensure that client information data is lawfully gathered, accurate, up to date and only divulged in accordance with the Data Protection Act 1998 and the local government common law duty of confidentiality.  Failure to apply these duties can lead to the individual or the Department facing court proceedings.</w:t>
      </w:r>
    </w:p>
    <w:p w14:paraId="3CD507B8" w14:textId="77777777" w:rsidR="00EA596A" w:rsidRPr="00102762" w:rsidRDefault="00EA596A" w:rsidP="00EA596A">
      <w:pPr>
        <w:rPr>
          <w:rFonts w:cs="Arial"/>
          <w:szCs w:val="24"/>
        </w:rPr>
      </w:pPr>
    </w:p>
    <w:p w14:paraId="5395E639" w14:textId="77777777" w:rsidR="00EA596A" w:rsidRPr="00102762" w:rsidRDefault="00EA596A" w:rsidP="00EA596A">
      <w:pPr>
        <w:numPr>
          <w:ilvl w:val="0"/>
          <w:numId w:val="43"/>
        </w:numPr>
        <w:spacing w:after="0" w:line="240" w:lineRule="auto"/>
        <w:rPr>
          <w:rFonts w:cs="Arial"/>
          <w:szCs w:val="24"/>
          <w:u w:val="single"/>
        </w:rPr>
      </w:pPr>
      <w:r w:rsidRPr="00102762">
        <w:rPr>
          <w:rFonts w:cs="Arial"/>
          <w:szCs w:val="24"/>
        </w:rPr>
        <w:lastRenderedPageBreak/>
        <w:t>To undertake any other duties as directed from time-to-time to meet the needs of the service.</w:t>
      </w:r>
    </w:p>
    <w:p w14:paraId="38AE0461" w14:textId="77777777" w:rsidR="00EA596A" w:rsidRPr="00102762" w:rsidRDefault="00EA596A" w:rsidP="00EA596A">
      <w:pPr>
        <w:rPr>
          <w:rFonts w:cs="Arial"/>
          <w:b/>
          <w:u w:val="single"/>
        </w:rPr>
      </w:pPr>
    </w:p>
    <w:p w14:paraId="5C765BC7" w14:textId="77777777" w:rsidR="00EA596A" w:rsidRPr="00102762" w:rsidRDefault="00EA596A" w:rsidP="00EA596A">
      <w:pPr>
        <w:rPr>
          <w:rFonts w:cs="Arial"/>
          <w:b/>
          <w:u w:val="single"/>
        </w:rPr>
      </w:pPr>
      <w:r w:rsidRPr="00102762">
        <w:rPr>
          <w:rFonts w:cs="Arial"/>
          <w:b/>
          <w:u w:val="single"/>
        </w:rPr>
        <w:t>SPECIAL CONDITIONS</w:t>
      </w:r>
    </w:p>
    <w:p w14:paraId="2F47ECBD" w14:textId="77777777" w:rsidR="00EA596A" w:rsidRPr="00102762" w:rsidRDefault="00EA596A" w:rsidP="00EA596A">
      <w:pPr>
        <w:rPr>
          <w:rFonts w:cs="Arial"/>
        </w:rPr>
      </w:pPr>
      <w:r w:rsidRPr="00102762">
        <w:rPr>
          <w:rFonts w:cs="Arial"/>
        </w:rPr>
        <w:t>The nature of the work may require the post holder to undertake commitments outside normal working hours.</w:t>
      </w:r>
    </w:p>
    <w:p w14:paraId="12C2AF97" w14:textId="77777777" w:rsidR="00EA596A" w:rsidRPr="00102762" w:rsidRDefault="00EA596A" w:rsidP="00EA596A">
      <w:pPr>
        <w:pStyle w:val="Heading1"/>
        <w:rPr>
          <w:rFonts w:ascii="Arial" w:hAnsi="Arial" w:cs="Arial"/>
          <w:bCs w:val="0"/>
        </w:rPr>
      </w:pPr>
      <w:r w:rsidRPr="00102762">
        <w:rPr>
          <w:rFonts w:ascii="Arial" w:hAnsi="Arial" w:cs="Arial"/>
        </w:rPr>
        <w:t>GENERAL</w:t>
      </w:r>
    </w:p>
    <w:p w14:paraId="51D6DF77" w14:textId="77777777" w:rsidR="00EA596A" w:rsidRPr="00102762" w:rsidRDefault="00EA596A" w:rsidP="00EA596A">
      <w:pPr>
        <w:rPr>
          <w:rFonts w:cs="Arial"/>
          <w:b/>
          <w:u w:val="single"/>
        </w:rPr>
      </w:pPr>
    </w:p>
    <w:p w14:paraId="3B47A721" w14:textId="77777777" w:rsidR="00EA596A" w:rsidRPr="00102762" w:rsidRDefault="00EA596A" w:rsidP="00EA596A">
      <w:pPr>
        <w:rPr>
          <w:rFonts w:cs="Arial"/>
        </w:rPr>
      </w:pPr>
      <w:r w:rsidRPr="00102762">
        <w:rPr>
          <w:rFonts w:cs="Arial"/>
        </w:rPr>
        <w:t>This job description is a representative document.  Other reasonable similar duties may be allocated from time to time commensurate with the general character of the post and it’s grading.</w:t>
      </w:r>
    </w:p>
    <w:p w14:paraId="20DC42F9" w14:textId="77777777" w:rsidR="00EA596A" w:rsidRPr="00102762" w:rsidRDefault="00EA596A" w:rsidP="00EA596A">
      <w:pPr>
        <w:rPr>
          <w:rFonts w:cs="Arial"/>
        </w:rPr>
      </w:pPr>
      <w:r w:rsidRPr="00102762">
        <w:rPr>
          <w:rFonts w:cs="Arial"/>
        </w:rPr>
        <w:t>All employees are responsible for the implementation of the Health and Safety Policy so far as it affects them, their colleagues and others who may be affected by their work.  The post holder is also expected to monitor the effectiveness of the health and safety arrangements and systems to promote appropriate improvements where necessary.</w:t>
      </w:r>
    </w:p>
    <w:p w14:paraId="6F7D8C2E" w14:textId="77777777" w:rsidR="00930C5D" w:rsidRPr="00102762" w:rsidRDefault="00EA596A" w:rsidP="00EA596A">
      <w:pPr>
        <w:rPr>
          <w:rFonts w:cs="Arial"/>
        </w:rPr>
      </w:pPr>
      <w:r w:rsidRPr="00102762">
        <w:rPr>
          <w:rFonts w:cs="Arial"/>
        </w:rPr>
        <w:t xml:space="preserve">All employees are expected to be committed to the Equality and Diversity policy and assist in </w:t>
      </w:r>
      <w:r w:rsidRPr="00102762">
        <w:rPr>
          <w:rFonts w:cs="Arial"/>
          <w:lang w:val="en"/>
        </w:rPr>
        <w:t xml:space="preserve">removing the barriers to service delivery and employment </w:t>
      </w:r>
      <w:r w:rsidRPr="00102762">
        <w:rPr>
          <w:rFonts w:cs="Arial"/>
        </w:rPr>
        <w:t>to enhance a positive equality culture.</w:t>
      </w:r>
      <w:r w:rsidRPr="00102762">
        <w:rPr>
          <w:rFonts w:cs="Arial"/>
        </w:rPr>
        <w:br/>
      </w:r>
    </w:p>
    <w:p w14:paraId="356ADF54" w14:textId="0B8E5C74" w:rsidR="00EA596A" w:rsidRPr="00102762" w:rsidRDefault="00EA596A" w:rsidP="00EA596A">
      <w:pPr>
        <w:rPr>
          <w:rFonts w:cs="Arial"/>
        </w:rPr>
      </w:pPr>
      <w:r w:rsidRPr="00102762">
        <w:rPr>
          <w:rFonts w:cs="Arial"/>
        </w:rPr>
        <w:t xml:space="preserve">This post is </w:t>
      </w:r>
      <w:r w:rsidRPr="00102762">
        <w:rPr>
          <w:rFonts w:cs="Arial"/>
          <w:b/>
        </w:rPr>
        <w:t xml:space="preserve">exempt </w:t>
      </w:r>
      <w:r w:rsidRPr="00102762">
        <w:rPr>
          <w:rFonts w:cs="Arial"/>
        </w:rPr>
        <w:t xml:space="preserve">from the provisions of Section 4(2) of the Rehabilitation of Offenders Act 1974 by virtue of the Rehabilitation of Offenders Act 1974 (Exceptions) Order 1975.  You are therefore </w:t>
      </w:r>
      <w:r w:rsidRPr="00102762">
        <w:rPr>
          <w:rFonts w:cs="Arial"/>
          <w:b/>
        </w:rPr>
        <w:t>not</w:t>
      </w:r>
      <w:r w:rsidRPr="00102762">
        <w:rPr>
          <w:rFonts w:cs="Arial"/>
        </w:rPr>
        <w:t xml:space="preserve"> entitled to withhold information about convictions which for any other purposes are ‘spent’ under the provisions of the Act and any failure to disclose such convictions could result in dismissal or disciplinary action by the Authority.  Any information given will be completely confidential and will be considered only in relation to the positions to which the Order applies.</w:t>
      </w:r>
    </w:p>
    <w:p w14:paraId="60067573" w14:textId="77777777" w:rsidR="00EA596A" w:rsidRPr="00102762" w:rsidRDefault="00EA596A" w:rsidP="00EA596A">
      <w:pPr>
        <w:rPr>
          <w:rFonts w:cs="Arial"/>
          <w:b/>
          <w:u w:val="single"/>
        </w:rPr>
      </w:pPr>
    </w:p>
    <w:tbl>
      <w:tblPr>
        <w:tblW w:w="0" w:type="auto"/>
        <w:tblLook w:val="0000" w:firstRow="0" w:lastRow="0" w:firstColumn="0" w:lastColumn="0" w:noHBand="0" w:noVBand="0"/>
      </w:tblPr>
      <w:tblGrid>
        <w:gridCol w:w="2274"/>
        <w:gridCol w:w="6366"/>
      </w:tblGrid>
      <w:tr w:rsidR="00EA596A" w:rsidRPr="00102762" w14:paraId="74C65A21" w14:textId="77777777" w:rsidTr="001E5186">
        <w:trPr>
          <w:cantSplit/>
          <w:trHeight w:val="468"/>
        </w:trPr>
        <w:tc>
          <w:tcPr>
            <w:tcW w:w="2393" w:type="dxa"/>
            <w:vAlign w:val="center"/>
          </w:tcPr>
          <w:p w14:paraId="72D4B81B" w14:textId="77777777" w:rsidR="00EA596A" w:rsidRPr="00102762" w:rsidRDefault="00EA596A" w:rsidP="001E5186">
            <w:pPr>
              <w:rPr>
                <w:rFonts w:cs="Arial"/>
                <w:b/>
              </w:rPr>
            </w:pPr>
            <w:r w:rsidRPr="00102762">
              <w:rPr>
                <w:rFonts w:cs="Arial"/>
                <w:b/>
              </w:rPr>
              <w:t>Date:</w:t>
            </w:r>
          </w:p>
        </w:tc>
        <w:tc>
          <w:tcPr>
            <w:tcW w:w="7179" w:type="dxa"/>
            <w:vAlign w:val="center"/>
          </w:tcPr>
          <w:p w14:paraId="65A7E342" w14:textId="77777777" w:rsidR="00EA596A" w:rsidRPr="00102762" w:rsidRDefault="00EA596A" w:rsidP="001E5186">
            <w:pPr>
              <w:rPr>
                <w:rFonts w:cs="Arial"/>
                <w:bCs/>
              </w:rPr>
            </w:pPr>
            <w:r w:rsidRPr="00102762">
              <w:rPr>
                <w:rFonts w:cs="Arial"/>
                <w:bCs/>
              </w:rPr>
              <w:t>July 2025</w:t>
            </w:r>
          </w:p>
        </w:tc>
      </w:tr>
      <w:tr w:rsidR="00EA596A" w:rsidRPr="00102762" w14:paraId="360690BC" w14:textId="77777777" w:rsidTr="001E5186">
        <w:trPr>
          <w:cantSplit/>
          <w:trHeight w:val="468"/>
        </w:trPr>
        <w:tc>
          <w:tcPr>
            <w:tcW w:w="2393" w:type="dxa"/>
            <w:vAlign w:val="center"/>
          </w:tcPr>
          <w:p w14:paraId="787C8731" w14:textId="77777777" w:rsidR="00EA596A" w:rsidRPr="00102762" w:rsidRDefault="00EA596A" w:rsidP="001E5186">
            <w:pPr>
              <w:rPr>
                <w:rFonts w:cs="Arial"/>
                <w:b/>
              </w:rPr>
            </w:pPr>
            <w:r w:rsidRPr="00102762">
              <w:rPr>
                <w:rFonts w:cs="Arial"/>
                <w:b/>
              </w:rPr>
              <w:t>Name:</w:t>
            </w:r>
          </w:p>
        </w:tc>
        <w:tc>
          <w:tcPr>
            <w:tcW w:w="7179" w:type="dxa"/>
            <w:vAlign w:val="center"/>
          </w:tcPr>
          <w:p w14:paraId="5C5B4F85" w14:textId="77777777" w:rsidR="00EA596A" w:rsidRPr="00102762" w:rsidRDefault="00EA596A" w:rsidP="001E5186">
            <w:pPr>
              <w:rPr>
                <w:rFonts w:cs="Arial"/>
                <w:bCs/>
              </w:rPr>
            </w:pPr>
            <w:r w:rsidRPr="00102762">
              <w:rPr>
                <w:rFonts w:cs="Arial"/>
                <w:bCs/>
              </w:rPr>
              <w:t>Simon Fisher</w:t>
            </w:r>
          </w:p>
        </w:tc>
      </w:tr>
      <w:tr w:rsidR="00EA596A" w:rsidRPr="00102762" w14:paraId="0C571DC8" w14:textId="77777777" w:rsidTr="001E5186">
        <w:trPr>
          <w:cantSplit/>
          <w:trHeight w:val="468"/>
        </w:trPr>
        <w:tc>
          <w:tcPr>
            <w:tcW w:w="2393" w:type="dxa"/>
            <w:vAlign w:val="center"/>
          </w:tcPr>
          <w:p w14:paraId="34EB59F5" w14:textId="77777777" w:rsidR="00EA596A" w:rsidRPr="00102762" w:rsidRDefault="00EA596A" w:rsidP="001E5186">
            <w:pPr>
              <w:rPr>
                <w:rFonts w:cs="Arial"/>
                <w:b/>
              </w:rPr>
            </w:pPr>
            <w:r w:rsidRPr="00102762">
              <w:rPr>
                <w:rFonts w:cs="Arial"/>
                <w:b/>
              </w:rPr>
              <w:t>Designation:</w:t>
            </w:r>
          </w:p>
        </w:tc>
        <w:tc>
          <w:tcPr>
            <w:tcW w:w="7179" w:type="dxa"/>
            <w:vAlign w:val="center"/>
          </w:tcPr>
          <w:p w14:paraId="43E6E7CB" w14:textId="77777777" w:rsidR="00EA596A" w:rsidRPr="00102762" w:rsidRDefault="00EA596A" w:rsidP="001E5186">
            <w:pPr>
              <w:rPr>
                <w:rFonts w:cs="Arial"/>
                <w:bCs/>
              </w:rPr>
            </w:pPr>
            <w:r w:rsidRPr="00102762">
              <w:rPr>
                <w:rFonts w:cs="Arial"/>
                <w:bCs/>
              </w:rPr>
              <w:t>Responsible Individual</w:t>
            </w:r>
          </w:p>
        </w:tc>
      </w:tr>
    </w:tbl>
    <w:p w14:paraId="051E3CA1" w14:textId="77777777" w:rsidR="00EA596A" w:rsidRPr="00102762" w:rsidRDefault="00EA596A" w:rsidP="00EA596A">
      <w:pPr>
        <w:rPr>
          <w:rFonts w:cs="Arial"/>
          <w:bCs/>
        </w:rPr>
      </w:pPr>
    </w:p>
    <w:p w14:paraId="64DCC0DF" w14:textId="283FB5CA" w:rsidR="00BE409F" w:rsidRPr="00102762" w:rsidRDefault="00BE409F" w:rsidP="00BE409F">
      <w:pPr>
        <w:rPr>
          <w:rFonts w:eastAsia="Times New Roman" w:cs="Times New Roman"/>
          <w:b/>
        </w:rPr>
      </w:pPr>
      <w:r w:rsidRPr="00102762">
        <w:rPr>
          <w:rFonts w:eastAsia="Times New Roman" w:cs="Times New Roman"/>
          <w:b/>
        </w:rPr>
        <w:br w:type="page"/>
      </w:r>
    </w:p>
    <w:p w14:paraId="03E0229A" w14:textId="77777777" w:rsidR="00BE409F" w:rsidRPr="00102762" w:rsidRDefault="00BE409F" w:rsidP="00BE409F">
      <w:pPr>
        <w:spacing w:after="0" w:line="240" w:lineRule="auto"/>
        <w:rPr>
          <w:rFonts w:eastAsia="Times New Roman" w:cs="Times New Roman"/>
          <w:b/>
        </w:rPr>
      </w:pPr>
    </w:p>
    <w:p w14:paraId="5490E6E7" w14:textId="00C5370B" w:rsidR="00BE409F" w:rsidRPr="00102762" w:rsidRDefault="00BE409F" w:rsidP="009773AD">
      <w:pPr>
        <w:spacing w:after="0" w:line="240" w:lineRule="auto"/>
        <w:jc w:val="center"/>
        <w:rPr>
          <w:rFonts w:eastAsia="Times New Roman" w:cstheme="minorHAnsi"/>
          <w:b/>
        </w:rPr>
      </w:pPr>
      <w:r w:rsidRPr="00102762">
        <w:rPr>
          <w:rFonts w:eastAsia="Times New Roman" w:cstheme="minorHAnsi"/>
          <w:b/>
        </w:rPr>
        <w:t>PERSON SPECIFICATION</w:t>
      </w:r>
    </w:p>
    <w:p w14:paraId="4DED3868" w14:textId="77777777" w:rsidR="009773AD" w:rsidRPr="00102762" w:rsidRDefault="009773AD" w:rsidP="009773AD">
      <w:pPr>
        <w:spacing w:after="0" w:line="240" w:lineRule="auto"/>
        <w:jc w:val="center"/>
        <w:rPr>
          <w:rFonts w:eastAsia="Times New Roman" w:cstheme="minorHAnsi"/>
          <w:b/>
        </w:rPr>
      </w:pPr>
    </w:p>
    <w:p w14:paraId="65D73F1F" w14:textId="77777777" w:rsidR="00FF7DC5" w:rsidRPr="00102762" w:rsidRDefault="00FF7DC5" w:rsidP="00FF7DC5">
      <w:pPr>
        <w:jc w:val="center"/>
        <w:textAlignment w:val="baseline"/>
        <w:rPr>
          <w:rFonts w:eastAsia="Times New Roman"/>
          <w:b/>
          <w:lang w:val="en-US" w:eastAsia="en-GB"/>
        </w:rPr>
      </w:pPr>
      <w:r w:rsidRPr="00102762">
        <w:rPr>
          <w:rFonts w:eastAsia="Times New Roman"/>
          <w:b/>
          <w:bCs/>
          <w:u w:val="single"/>
          <w:lang w:eastAsia="en-GB"/>
        </w:rPr>
        <w:t>Person specification:  Residential Support Worker</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246"/>
        <w:gridCol w:w="1976"/>
        <w:gridCol w:w="2402"/>
      </w:tblGrid>
      <w:tr w:rsidR="00FF7DC5" w:rsidRPr="00102762" w14:paraId="1991C887" w14:textId="77777777" w:rsidTr="00FF7DC5">
        <w:tc>
          <w:tcPr>
            <w:tcW w:w="4246" w:type="dxa"/>
            <w:tcBorders>
              <w:top w:val="outset" w:sz="6" w:space="0" w:color="auto"/>
              <w:left w:val="outset" w:sz="6" w:space="0" w:color="auto"/>
              <w:bottom w:val="outset" w:sz="6" w:space="0" w:color="auto"/>
              <w:right w:val="outset" w:sz="6" w:space="0" w:color="auto"/>
            </w:tcBorders>
            <w:hideMark/>
          </w:tcPr>
          <w:p w14:paraId="6AA3C749" w14:textId="48829E78" w:rsidR="00FF7DC5" w:rsidRPr="00102762" w:rsidRDefault="00FF7DC5" w:rsidP="001E5186">
            <w:pPr>
              <w:jc w:val="center"/>
              <w:textAlignment w:val="baseline"/>
              <w:rPr>
                <w:rFonts w:ascii="Times New Roman" w:eastAsia="Times New Roman" w:hAnsi="Times New Roman" w:cs="Times New Roman"/>
                <w:sz w:val="24"/>
                <w:szCs w:val="24"/>
                <w:lang w:eastAsia="en-GB"/>
              </w:rPr>
            </w:pPr>
            <w:r w:rsidRPr="00102762">
              <w:rPr>
                <w:rFonts w:eastAsia="Times New Roman"/>
                <w:lang w:val="en-US" w:eastAsia="en-GB"/>
              </w:rPr>
              <w:t> </w:t>
            </w:r>
            <w:r w:rsidRPr="00102762">
              <w:rPr>
                <w:rFonts w:eastAsia="Times New Roman"/>
                <w:b/>
                <w:bCs/>
                <w:sz w:val="24"/>
                <w:szCs w:val="24"/>
                <w:lang w:val="en-US" w:eastAsia="en-GB"/>
              </w:rPr>
              <w:t>Personal Attributes Required</w:t>
            </w:r>
            <w:r w:rsidRPr="00102762">
              <w:rPr>
                <w:rFonts w:eastAsia="Times New Roman"/>
                <w:sz w:val="24"/>
                <w:szCs w:val="24"/>
                <w:lang w:eastAsia="en-GB"/>
              </w:rPr>
              <w:t> </w:t>
            </w:r>
          </w:p>
          <w:p w14:paraId="282134FB" w14:textId="77777777" w:rsidR="00FF7DC5" w:rsidRPr="00102762" w:rsidRDefault="00FF7DC5" w:rsidP="001E5186">
            <w:pPr>
              <w:textAlignment w:val="baseline"/>
              <w:rPr>
                <w:rFonts w:ascii="Times New Roman" w:eastAsia="Times New Roman" w:hAnsi="Times New Roman" w:cs="Times New Roman"/>
                <w:sz w:val="24"/>
                <w:szCs w:val="24"/>
                <w:lang w:eastAsia="en-GB"/>
              </w:rPr>
            </w:pPr>
            <w:r w:rsidRPr="00102762">
              <w:rPr>
                <w:rFonts w:eastAsia="Times New Roman"/>
                <w:lang w:eastAsia="en-GB"/>
              </w:rPr>
              <w:t> </w:t>
            </w:r>
          </w:p>
        </w:tc>
        <w:tc>
          <w:tcPr>
            <w:tcW w:w="1976" w:type="dxa"/>
            <w:tcBorders>
              <w:top w:val="single" w:sz="6" w:space="0" w:color="auto"/>
              <w:left w:val="nil"/>
              <w:bottom w:val="single" w:sz="6" w:space="0" w:color="auto"/>
              <w:right w:val="single" w:sz="6" w:space="0" w:color="auto"/>
            </w:tcBorders>
            <w:hideMark/>
          </w:tcPr>
          <w:p w14:paraId="1CFA4585"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r w:rsidRPr="00102762">
              <w:rPr>
                <w:rFonts w:eastAsia="Times New Roman"/>
                <w:b/>
                <w:bCs/>
                <w:sz w:val="24"/>
                <w:szCs w:val="24"/>
                <w:lang w:val="en-US" w:eastAsia="en-GB"/>
              </w:rPr>
              <w:t>Essential (E) o</w:t>
            </w:r>
            <w:r w:rsidRPr="00102762">
              <w:rPr>
                <w:rFonts w:eastAsia="Times New Roman"/>
                <w:sz w:val="24"/>
                <w:szCs w:val="24"/>
                <w:lang w:val="en-US" w:eastAsia="en-GB"/>
              </w:rPr>
              <w:t xml:space="preserve">r   </w:t>
            </w:r>
            <w:r w:rsidRPr="00102762">
              <w:rPr>
                <w:rFonts w:eastAsia="Times New Roman"/>
                <w:b/>
                <w:bCs/>
                <w:sz w:val="24"/>
                <w:szCs w:val="24"/>
                <w:lang w:val="en-US" w:eastAsia="en-GB"/>
              </w:rPr>
              <w:t>Desirable (D)</w:t>
            </w:r>
          </w:p>
        </w:tc>
        <w:tc>
          <w:tcPr>
            <w:tcW w:w="2402" w:type="dxa"/>
            <w:tcBorders>
              <w:top w:val="single" w:sz="6" w:space="0" w:color="auto"/>
              <w:left w:val="nil"/>
              <w:bottom w:val="single" w:sz="6" w:space="0" w:color="auto"/>
              <w:right w:val="single" w:sz="6" w:space="0" w:color="auto"/>
            </w:tcBorders>
            <w:hideMark/>
          </w:tcPr>
          <w:p w14:paraId="4849CBF8"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r w:rsidRPr="00102762">
              <w:rPr>
                <w:rFonts w:eastAsia="Times New Roman"/>
                <w:b/>
                <w:bCs/>
                <w:sz w:val="24"/>
                <w:szCs w:val="24"/>
                <w:lang w:val="en-US" w:eastAsia="en-GB"/>
              </w:rPr>
              <w:t>Method of Assessment</w:t>
            </w:r>
          </w:p>
          <w:p w14:paraId="5222BBF7"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
        </w:tc>
      </w:tr>
      <w:tr w:rsidR="00FF7DC5" w:rsidRPr="00102762" w14:paraId="41B0F90F" w14:textId="77777777" w:rsidTr="00FF7DC5">
        <w:tc>
          <w:tcPr>
            <w:tcW w:w="4246" w:type="dxa"/>
            <w:tcBorders>
              <w:top w:val="nil"/>
              <w:left w:val="single" w:sz="6" w:space="0" w:color="auto"/>
              <w:bottom w:val="single" w:sz="6" w:space="0" w:color="auto"/>
              <w:right w:val="single" w:sz="6" w:space="0" w:color="auto"/>
            </w:tcBorders>
            <w:hideMark/>
          </w:tcPr>
          <w:p w14:paraId="08C695B3" w14:textId="77777777" w:rsidR="00FF7DC5" w:rsidRPr="00102762" w:rsidRDefault="00FF7DC5" w:rsidP="001E5186">
            <w:pPr>
              <w:ind w:left="420" w:hanging="420"/>
              <w:textAlignment w:val="baseline"/>
              <w:rPr>
                <w:rFonts w:ascii="Times New Roman" w:eastAsia="Times New Roman" w:hAnsi="Times New Roman" w:cs="Times New Roman"/>
                <w:sz w:val="24"/>
                <w:szCs w:val="24"/>
                <w:lang w:eastAsia="en-GB"/>
              </w:rPr>
            </w:pPr>
            <w:r w:rsidRPr="00102762">
              <w:rPr>
                <w:rFonts w:eastAsia="Times New Roman"/>
                <w:b/>
                <w:bCs/>
                <w:u w:val="single"/>
                <w:lang w:val="en-US" w:eastAsia="en-GB"/>
              </w:rPr>
              <w:t>Qualifications</w:t>
            </w:r>
            <w:r w:rsidRPr="00102762">
              <w:rPr>
                <w:rFonts w:eastAsia="Times New Roman"/>
                <w:lang w:eastAsia="en-GB"/>
              </w:rPr>
              <w:t> </w:t>
            </w:r>
          </w:p>
          <w:p w14:paraId="00155F82" w14:textId="32D62692" w:rsidR="00FF7DC5" w:rsidRPr="00102762" w:rsidRDefault="00FF7DC5" w:rsidP="00FF7DC5">
            <w:pPr>
              <w:ind w:left="420" w:hanging="420"/>
              <w:textAlignment w:val="baseline"/>
              <w:rPr>
                <w:rFonts w:eastAsia="Times New Roman"/>
                <w:lang w:eastAsia="en-GB"/>
              </w:rPr>
            </w:pPr>
            <w:r w:rsidRPr="00102762">
              <w:rPr>
                <w:rFonts w:eastAsia="Times New Roman"/>
                <w:lang w:eastAsia="en-GB"/>
              </w:rPr>
              <w:t> </w:t>
            </w:r>
            <w:r w:rsidRPr="00102762">
              <w:rPr>
                <w:rFonts w:eastAsia="Times New Roman"/>
                <w:lang w:val="en-US" w:eastAsia="en-GB"/>
              </w:rPr>
              <w:t xml:space="preserve">Level 3 </w:t>
            </w:r>
            <w:proofErr w:type="gramStart"/>
            <w:r w:rsidRPr="00102762">
              <w:rPr>
                <w:rFonts w:eastAsia="Times New Roman"/>
                <w:lang w:val="en-US" w:eastAsia="en-GB"/>
              </w:rPr>
              <w:t>child care</w:t>
            </w:r>
            <w:proofErr w:type="gramEnd"/>
            <w:r w:rsidRPr="00102762">
              <w:rPr>
                <w:rFonts w:eastAsia="Times New Roman"/>
                <w:lang w:val="en-US" w:eastAsia="en-GB"/>
              </w:rPr>
              <w:t xml:space="preserve"> qualification or equivalent</w:t>
            </w:r>
            <w:r w:rsidRPr="00102762">
              <w:rPr>
                <w:rFonts w:eastAsia="Times New Roman"/>
                <w:lang w:eastAsia="en-GB"/>
              </w:rPr>
              <w:t> </w:t>
            </w:r>
          </w:p>
          <w:p w14:paraId="48C3B212" w14:textId="77777777" w:rsidR="00FF7DC5" w:rsidRPr="00102762" w:rsidRDefault="00FF7DC5" w:rsidP="001E5186">
            <w:pPr>
              <w:ind w:left="15" w:hanging="15"/>
              <w:textAlignment w:val="baseline"/>
              <w:rPr>
                <w:rFonts w:eastAsia="Times New Roman"/>
                <w:lang w:eastAsia="en-GB"/>
              </w:rPr>
            </w:pPr>
            <w:r w:rsidRPr="00102762">
              <w:rPr>
                <w:rFonts w:eastAsia="Times New Roman"/>
                <w:lang w:eastAsia="en-GB"/>
              </w:rPr>
              <w:t> </w:t>
            </w:r>
          </w:p>
          <w:p w14:paraId="16934B23" w14:textId="77777777" w:rsidR="00FF7DC5" w:rsidRPr="00102762" w:rsidRDefault="00FF7DC5" w:rsidP="001E5186">
            <w:pPr>
              <w:ind w:left="15" w:hanging="15"/>
              <w:textAlignment w:val="baseline"/>
              <w:rPr>
                <w:rFonts w:eastAsia="Times New Roman"/>
                <w:lang w:eastAsia="en-GB"/>
              </w:rPr>
            </w:pPr>
            <w:r w:rsidRPr="00102762">
              <w:rPr>
                <w:rFonts w:eastAsia="Times New Roman"/>
                <w:lang w:val="en-US" w:eastAsia="en-GB"/>
              </w:rPr>
              <w:t>Evidence of Continuous Professional Development</w:t>
            </w:r>
            <w:r w:rsidRPr="00102762">
              <w:rPr>
                <w:rFonts w:eastAsia="Times New Roman"/>
                <w:lang w:eastAsia="en-GB"/>
              </w:rPr>
              <w:t> </w:t>
            </w:r>
          </w:p>
          <w:p w14:paraId="2BB63517" w14:textId="77777777" w:rsidR="00FF7DC5" w:rsidRPr="00102762" w:rsidRDefault="00FF7DC5" w:rsidP="001E5186">
            <w:pPr>
              <w:ind w:left="15" w:hanging="15"/>
              <w:textAlignment w:val="baseline"/>
              <w:rPr>
                <w:rFonts w:ascii="Times New Roman" w:eastAsia="Times New Roman" w:hAnsi="Times New Roman" w:cs="Times New Roman"/>
                <w:sz w:val="24"/>
                <w:szCs w:val="24"/>
                <w:lang w:eastAsia="en-GB"/>
              </w:rPr>
            </w:pPr>
          </w:p>
        </w:tc>
        <w:tc>
          <w:tcPr>
            <w:tcW w:w="1976" w:type="dxa"/>
            <w:tcBorders>
              <w:top w:val="nil"/>
              <w:left w:val="nil"/>
              <w:bottom w:val="single" w:sz="6" w:space="0" w:color="auto"/>
              <w:right w:val="single" w:sz="6" w:space="0" w:color="auto"/>
            </w:tcBorders>
            <w:hideMark/>
          </w:tcPr>
          <w:p w14:paraId="390EDBA9"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
          <w:p w14:paraId="0A0DC41B"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r w:rsidRPr="00102762">
              <w:rPr>
                <w:rFonts w:eastAsia="Times New Roman"/>
                <w:lang w:val="en-US" w:eastAsia="en-GB"/>
              </w:rPr>
              <w:t>E (or a willingness to gain this qualification)</w:t>
            </w:r>
          </w:p>
          <w:p w14:paraId="55A84271" w14:textId="77777777" w:rsidR="00FF7DC5" w:rsidRPr="00102762" w:rsidRDefault="00FF7DC5" w:rsidP="001E5186">
            <w:pPr>
              <w:jc w:val="center"/>
              <w:textAlignment w:val="baseline"/>
              <w:rPr>
                <w:rFonts w:eastAsia="Times New Roman"/>
                <w:lang w:val="en-US" w:eastAsia="en-GB"/>
              </w:rPr>
            </w:pPr>
          </w:p>
          <w:p w14:paraId="1341AE11" w14:textId="2C626422" w:rsidR="00FF7DC5" w:rsidRPr="00102762" w:rsidRDefault="00FF7DC5" w:rsidP="001E5186">
            <w:pPr>
              <w:jc w:val="center"/>
              <w:textAlignment w:val="baseline"/>
              <w:rPr>
                <w:rFonts w:ascii="Times New Roman" w:eastAsia="Times New Roman" w:hAnsi="Times New Roman" w:cs="Times New Roman"/>
                <w:sz w:val="24"/>
                <w:szCs w:val="24"/>
                <w:lang w:eastAsia="en-GB"/>
              </w:rPr>
            </w:pPr>
            <w:r w:rsidRPr="00102762">
              <w:rPr>
                <w:rFonts w:eastAsia="Times New Roman"/>
                <w:lang w:val="en-US" w:eastAsia="en-GB"/>
              </w:rPr>
              <w:t>D</w:t>
            </w:r>
          </w:p>
        </w:tc>
        <w:tc>
          <w:tcPr>
            <w:tcW w:w="2402" w:type="dxa"/>
            <w:tcBorders>
              <w:top w:val="nil"/>
              <w:left w:val="nil"/>
              <w:bottom w:val="single" w:sz="6" w:space="0" w:color="auto"/>
              <w:right w:val="single" w:sz="6" w:space="0" w:color="auto"/>
            </w:tcBorders>
            <w:hideMark/>
          </w:tcPr>
          <w:p w14:paraId="2108B9BB"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
          <w:p w14:paraId="0A7706EF" w14:textId="14604FE8" w:rsidR="00FF7DC5" w:rsidRPr="00102762" w:rsidRDefault="00FF7DC5" w:rsidP="001E5186">
            <w:pPr>
              <w:jc w:val="center"/>
              <w:textAlignment w:val="baseline"/>
              <w:rPr>
                <w:rFonts w:ascii="Times New Roman" w:eastAsia="Times New Roman" w:hAnsi="Times New Roman" w:cs="Times New Roman"/>
                <w:sz w:val="24"/>
                <w:szCs w:val="24"/>
                <w:lang w:eastAsia="en-GB"/>
              </w:rPr>
            </w:pPr>
            <w:proofErr w:type="gramStart"/>
            <w:r w:rsidRPr="00102762">
              <w:rPr>
                <w:rFonts w:eastAsia="Times New Roman"/>
                <w:lang w:val="en-US" w:eastAsia="en-GB"/>
              </w:rPr>
              <w:t>AF  I</w:t>
            </w:r>
            <w:proofErr w:type="gramEnd"/>
          </w:p>
          <w:p w14:paraId="1351BBE5"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
          <w:p w14:paraId="41A1F517"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
          <w:p w14:paraId="7D445655"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roofErr w:type="gramStart"/>
            <w:r w:rsidRPr="00102762">
              <w:rPr>
                <w:rFonts w:eastAsia="Times New Roman"/>
                <w:lang w:val="en-US" w:eastAsia="en-GB"/>
              </w:rPr>
              <w:t>AF  I</w:t>
            </w:r>
            <w:proofErr w:type="gramEnd"/>
          </w:p>
        </w:tc>
      </w:tr>
      <w:tr w:rsidR="00FF7DC5" w:rsidRPr="00102762" w14:paraId="7F85A3B4" w14:textId="77777777" w:rsidTr="00FF7DC5">
        <w:tc>
          <w:tcPr>
            <w:tcW w:w="4246" w:type="dxa"/>
            <w:tcBorders>
              <w:top w:val="nil"/>
              <w:left w:val="single" w:sz="6" w:space="0" w:color="auto"/>
              <w:bottom w:val="single" w:sz="6" w:space="0" w:color="auto"/>
              <w:right w:val="single" w:sz="6" w:space="0" w:color="auto"/>
            </w:tcBorders>
            <w:hideMark/>
          </w:tcPr>
          <w:p w14:paraId="3D4F89CB" w14:textId="77777777" w:rsidR="00FF7DC5" w:rsidRPr="00102762" w:rsidRDefault="00FF7DC5" w:rsidP="001E5186">
            <w:pPr>
              <w:ind w:left="420" w:hanging="420"/>
              <w:textAlignment w:val="baseline"/>
              <w:rPr>
                <w:rFonts w:eastAsia="Times New Roman"/>
                <w:lang w:eastAsia="en-GB"/>
              </w:rPr>
            </w:pPr>
            <w:r w:rsidRPr="00102762">
              <w:rPr>
                <w:rFonts w:eastAsia="Times New Roman"/>
                <w:b/>
                <w:bCs/>
                <w:u w:val="single"/>
                <w:lang w:val="en-US" w:eastAsia="en-GB"/>
              </w:rPr>
              <w:t>Experience </w:t>
            </w:r>
            <w:r w:rsidRPr="00102762">
              <w:rPr>
                <w:rFonts w:eastAsia="Times New Roman"/>
                <w:lang w:eastAsia="en-GB"/>
              </w:rPr>
              <w:t> </w:t>
            </w:r>
          </w:p>
          <w:p w14:paraId="780D1588" w14:textId="77777777" w:rsidR="00FF7DC5" w:rsidRPr="00102762" w:rsidRDefault="00FF7DC5" w:rsidP="001E5186">
            <w:pPr>
              <w:rPr>
                <w:rFonts w:eastAsia="Times New Roman"/>
                <w:lang w:eastAsia="en-GB"/>
              </w:rPr>
            </w:pPr>
            <w:r w:rsidRPr="00102762">
              <w:rPr>
                <w:rFonts w:eastAsia="Times New Roman"/>
                <w:lang w:eastAsia="en-GB"/>
              </w:rPr>
              <w:t>Experience of working in a children’s home and good knowledge of the Children's Homes (England) Regulations 2015 and the Quality Standard or experience of working with children and families.</w:t>
            </w:r>
          </w:p>
          <w:p w14:paraId="7D989F23" w14:textId="77777777" w:rsidR="00725AA6" w:rsidRPr="00102762" w:rsidRDefault="00725AA6" w:rsidP="001E5186">
            <w:pPr>
              <w:rPr>
                <w:rFonts w:eastAsia="Times New Roman"/>
                <w:lang w:eastAsia="en-GB"/>
              </w:rPr>
            </w:pPr>
          </w:p>
          <w:p w14:paraId="0114C4FA" w14:textId="77777777" w:rsidR="00FF7DC5" w:rsidRPr="00102762" w:rsidRDefault="00FF7DC5" w:rsidP="001E5186">
            <w:pPr>
              <w:textAlignment w:val="baseline"/>
              <w:rPr>
                <w:rFonts w:eastAsia="Times New Roman"/>
                <w:lang w:val="en-US" w:eastAsia="en-GB"/>
              </w:rPr>
            </w:pPr>
            <w:r w:rsidRPr="00102762">
              <w:rPr>
                <w:rFonts w:eastAsia="Times New Roman"/>
                <w:lang w:val="en-US" w:eastAsia="en-GB"/>
              </w:rPr>
              <w:t>Experience of working with children and young people on the edge of care</w:t>
            </w:r>
          </w:p>
          <w:p w14:paraId="39E00AAF" w14:textId="77777777" w:rsidR="00725AA6" w:rsidRPr="00102762" w:rsidRDefault="00725AA6" w:rsidP="001E5186">
            <w:pPr>
              <w:textAlignment w:val="baseline"/>
              <w:rPr>
                <w:rFonts w:ascii="Times New Roman" w:eastAsia="Times New Roman" w:hAnsi="Times New Roman" w:cs="Times New Roman"/>
                <w:sz w:val="24"/>
                <w:szCs w:val="24"/>
                <w:lang w:eastAsia="en-GB"/>
              </w:rPr>
            </w:pPr>
          </w:p>
          <w:p w14:paraId="57C90434" w14:textId="6D3F90D6" w:rsidR="00FF7DC5" w:rsidRPr="00102762" w:rsidRDefault="00FF7DC5" w:rsidP="001E5186">
            <w:pPr>
              <w:textAlignment w:val="baseline"/>
              <w:rPr>
                <w:rFonts w:eastAsia="Times New Roman"/>
                <w:lang w:eastAsia="en-GB"/>
              </w:rPr>
            </w:pPr>
            <w:r w:rsidRPr="00102762">
              <w:rPr>
                <w:rFonts w:eastAsia="Times New Roman"/>
                <w:lang w:val="en-US" w:eastAsia="en-GB"/>
              </w:rPr>
              <w:t xml:space="preserve">Experience of multi-agency </w:t>
            </w:r>
            <w:proofErr w:type="gramStart"/>
            <w:r w:rsidRPr="00102762">
              <w:rPr>
                <w:rFonts w:eastAsia="Times New Roman"/>
                <w:lang w:val="en-US" w:eastAsia="en-GB"/>
              </w:rPr>
              <w:t>working</w:t>
            </w:r>
            <w:proofErr w:type="gramEnd"/>
            <w:r w:rsidRPr="00102762">
              <w:rPr>
                <w:rFonts w:eastAsia="Times New Roman"/>
                <w:lang w:val="en-US" w:eastAsia="en-GB"/>
              </w:rPr>
              <w:t xml:space="preserve">. </w:t>
            </w:r>
            <w:r w:rsidRPr="00102762">
              <w:rPr>
                <w:rFonts w:eastAsia="Times New Roman"/>
                <w:lang w:eastAsia="en-GB"/>
              </w:rPr>
              <w:t> </w:t>
            </w:r>
          </w:p>
          <w:p w14:paraId="3C083FDB" w14:textId="77777777" w:rsidR="00725AA6" w:rsidRPr="00102762" w:rsidRDefault="00725AA6" w:rsidP="001E5186">
            <w:pPr>
              <w:textAlignment w:val="baseline"/>
              <w:rPr>
                <w:rFonts w:ascii="Times New Roman" w:eastAsia="Times New Roman" w:hAnsi="Times New Roman" w:cs="Times New Roman"/>
                <w:sz w:val="24"/>
                <w:szCs w:val="24"/>
                <w:lang w:eastAsia="en-GB"/>
              </w:rPr>
            </w:pPr>
          </w:p>
          <w:p w14:paraId="60D3E090" w14:textId="406473E9" w:rsidR="00FF7DC5" w:rsidRPr="00102762" w:rsidRDefault="00FF7DC5" w:rsidP="001E5186">
            <w:pPr>
              <w:textAlignment w:val="baseline"/>
              <w:rPr>
                <w:rFonts w:ascii="Times New Roman" w:eastAsia="Times New Roman" w:hAnsi="Times New Roman" w:cs="Times New Roman"/>
                <w:sz w:val="24"/>
                <w:szCs w:val="24"/>
                <w:lang w:eastAsia="en-GB"/>
              </w:rPr>
            </w:pPr>
            <w:r w:rsidRPr="00102762">
              <w:rPr>
                <w:rFonts w:eastAsia="Times New Roman"/>
                <w:lang w:val="en-US" w:eastAsia="en-GB"/>
              </w:rPr>
              <w:t>Experience of consulting with children and young people, their parents/carers and stakeholders/partners when delivering and evaluating services</w:t>
            </w:r>
            <w:r w:rsidRPr="00102762">
              <w:rPr>
                <w:rFonts w:eastAsia="Times New Roman"/>
                <w:lang w:eastAsia="en-GB"/>
              </w:rPr>
              <w:t>  </w:t>
            </w:r>
          </w:p>
          <w:p w14:paraId="3B5AEB00" w14:textId="77777777" w:rsidR="00FF7DC5" w:rsidRPr="00102762" w:rsidRDefault="00FF7DC5" w:rsidP="001E5186">
            <w:pPr>
              <w:textAlignment w:val="baseline"/>
              <w:rPr>
                <w:rFonts w:eastAsia="Times New Roman"/>
                <w:lang w:eastAsia="en-GB"/>
              </w:rPr>
            </w:pPr>
            <w:r w:rsidRPr="00102762">
              <w:rPr>
                <w:rFonts w:eastAsia="Times New Roman"/>
                <w:lang w:val="en-US" w:eastAsia="en-GB"/>
              </w:rPr>
              <w:t>Experience of dealing with child safeguarding issues</w:t>
            </w:r>
            <w:r w:rsidRPr="00102762">
              <w:rPr>
                <w:rFonts w:eastAsia="Times New Roman"/>
                <w:lang w:eastAsia="en-GB"/>
              </w:rPr>
              <w:t> </w:t>
            </w:r>
          </w:p>
          <w:p w14:paraId="29F62E0D" w14:textId="77777777" w:rsidR="00FF7DC5" w:rsidRPr="00102762" w:rsidRDefault="00FF7DC5" w:rsidP="001E5186">
            <w:pPr>
              <w:textAlignment w:val="baseline"/>
              <w:rPr>
                <w:rFonts w:ascii="Times New Roman" w:eastAsia="Times New Roman" w:hAnsi="Times New Roman" w:cs="Times New Roman"/>
                <w:lang w:eastAsia="en-GB"/>
              </w:rPr>
            </w:pPr>
          </w:p>
          <w:p w14:paraId="64517466" w14:textId="77777777" w:rsidR="00FF7DC5" w:rsidRPr="00102762" w:rsidRDefault="00FF7DC5" w:rsidP="001E5186">
            <w:pPr>
              <w:rPr>
                <w:rFonts w:ascii="Times New Roman" w:eastAsia="Times New Roman" w:hAnsi="Times New Roman" w:cs="Times New Roman"/>
                <w:sz w:val="24"/>
                <w:szCs w:val="24"/>
                <w:lang w:eastAsia="en-GB"/>
              </w:rPr>
            </w:pPr>
          </w:p>
        </w:tc>
        <w:tc>
          <w:tcPr>
            <w:tcW w:w="1976" w:type="dxa"/>
            <w:tcBorders>
              <w:top w:val="nil"/>
              <w:left w:val="nil"/>
              <w:bottom w:val="single" w:sz="6" w:space="0" w:color="auto"/>
              <w:right w:val="single" w:sz="6" w:space="0" w:color="auto"/>
            </w:tcBorders>
            <w:hideMark/>
          </w:tcPr>
          <w:p w14:paraId="16AC329B"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
          <w:p w14:paraId="671E1216" w14:textId="77777777" w:rsidR="00FF7DC5" w:rsidRPr="00102762" w:rsidRDefault="00FF7DC5" w:rsidP="001E5186">
            <w:pPr>
              <w:jc w:val="center"/>
              <w:textAlignment w:val="baseline"/>
              <w:rPr>
                <w:rFonts w:eastAsia="Times New Roman"/>
                <w:lang w:val="en-US" w:eastAsia="en-GB"/>
              </w:rPr>
            </w:pPr>
            <w:r w:rsidRPr="00102762">
              <w:rPr>
                <w:rFonts w:eastAsia="Times New Roman"/>
                <w:lang w:val="en-US" w:eastAsia="en-GB"/>
              </w:rPr>
              <w:t>E</w:t>
            </w:r>
          </w:p>
          <w:p w14:paraId="07A8D586" w14:textId="77777777" w:rsidR="00FF7DC5" w:rsidRPr="00102762" w:rsidRDefault="00FF7DC5" w:rsidP="001E5186">
            <w:pPr>
              <w:jc w:val="center"/>
              <w:textAlignment w:val="baseline"/>
              <w:rPr>
                <w:rFonts w:eastAsia="Times New Roman"/>
                <w:lang w:val="en-US" w:eastAsia="en-GB"/>
              </w:rPr>
            </w:pPr>
          </w:p>
          <w:p w14:paraId="73142EFF" w14:textId="77777777" w:rsidR="00FF7DC5" w:rsidRPr="00102762" w:rsidRDefault="00FF7DC5" w:rsidP="001E5186">
            <w:pPr>
              <w:jc w:val="center"/>
              <w:textAlignment w:val="baseline"/>
              <w:rPr>
                <w:rFonts w:eastAsia="Times New Roman"/>
                <w:lang w:val="en-US" w:eastAsia="en-GB"/>
              </w:rPr>
            </w:pPr>
          </w:p>
          <w:p w14:paraId="2957A8C1" w14:textId="77777777" w:rsidR="00FF7DC5" w:rsidRPr="00102762" w:rsidRDefault="00FF7DC5" w:rsidP="001E5186">
            <w:pPr>
              <w:jc w:val="center"/>
              <w:textAlignment w:val="baseline"/>
              <w:rPr>
                <w:rFonts w:eastAsia="Times New Roman"/>
                <w:lang w:val="en-US" w:eastAsia="en-GB"/>
              </w:rPr>
            </w:pPr>
          </w:p>
          <w:p w14:paraId="22F1B933" w14:textId="77777777" w:rsidR="00FF7DC5" w:rsidRPr="00102762" w:rsidRDefault="00FF7DC5" w:rsidP="001E5186">
            <w:pPr>
              <w:jc w:val="center"/>
              <w:textAlignment w:val="baseline"/>
              <w:rPr>
                <w:rFonts w:eastAsia="Times New Roman"/>
                <w:lang w:val="en-US" w:eastAsia="en-GB"/>
              </w:rPr>
            </w:pPr>
          </w:p>
          <w:p w14:paraId="0C561934" w14:textId="00A6CF65" w:rsidR="00FF7DC5" w:rsidRPr="00102762" w:rsidRDefault="00FF7DC5" w:rsidP="001E5186">
            <w:pPr>
              <w:jc w:val="center"/>
              <w:textAlignment w:val="baseline"/>
              <w:rPr>
                <w:rFonts w:ascii="Times New Roman" w:eastAsia="Times New Roman" w:hAnsi="Times New Roman" w:cs="Times New Roman"/>
                <w:sz w:val="24"/>
                <w:szCs w:val="24"/>
                <w:lang w:eastAsia="en-GB"/>
              </w:rPr>
            </w:pPr>
            <w:r w:rsidRPr="00102762">
              <w:rPr>
                <w:rFonts w:eastAsia="Times New Roman"/>
                <w:sz w:val="24"/>
                <w:szCs w:val="24"/>
                <w:lang w:eastAsia="en-GB"/>
              </w:rPr>
              <w:t>D</w:t>
            </w:r>
          </w:p>
          <w:p w14:paraId="1419CD4B" w14:textId="77777777" w:rsidR="00725AA6" w:rsidRPr="00102762" w:rsidRDefault="00725AA6" w:rsidP="001E5186">
            <w:pPr>
              <w:jc w:val="center"/>
              <w:textAlignment w:val="baseline"/>
              <w:rPr>
                <w:rFonts w:eastAsia="Times New Roman"/>
                <w:lang w:val="en-US" w:eastAsia="en-GB"/>
              </w:rPr>
            </w:pPr>
          </w:p>
          <w:p w14:paraId="5E1195B0" w14:textId="6306B9FB" w:rsidR="00FF7DC5" w:rsidRPr="00102762" w:rsidRDefault="00FF7DC5" w:rsidP="001E5186">
            <w:pPr>
              <w:jc w:val="center"/>
              <w:textAlignment w:val="baseline"/>
              <w:rPr>
                <w:rFonts w:ascii="Times New Roman" w:eastAsia="Times New Roman" w:hAnsi="Times New Roman" w:cs="Times New Roman"/>
                <w:sz w:val="24"/>
                <w:szCs w:val="24"/>
                <w:lang w:eastAsia="en-GB"/>
              </w:rPr>
            </w:pPr>
            <w:r w:rsidRPr="00102762">
              <w:rPr>
                <w:rFonts w:eastAsia="Times New Roman"/>
                <w:lang w:val="en-US" w:eastAsia="en-GB"/>
              </w:rPr>
              <w:t>D</w:t>
            </w:r>
          </w:p>
          <w:p w14:paraId="63A86ACF"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
          <w:p w14:paraId="2C5E42B9"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r w:rsidRPr="00102762">
              <w:rPr>
                <w:rFonts w:eastAsia="Times New Roman"/>
                <w:lang w:eastAsia="en-GB"/>
              </w:rPr>
              <w:t>E</w:t>
            </w:r>
          </w:p>
          <w:p w14:paraId="28208521"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
          <w:p w14:paraId="02A01138" w14:textId="77777777" w:rsidR="00FF7DC5" w:rsidRPr="00102762" w:rsidRDefault="00FF7DC5" w:rsidP="001E5186">
            <w:pPr>
              <w:jc w:val="center"/>
              <w:textAlignment w:val="baseline"/>
              <w:rPr>
                <w:rFonts w:eastAsia="Times New Roman"/>
                <w:lang w:val="en-US" w:eastAsia="en-GB"/>
              </w:rPr>
            </w:pPr>
          </w:p>
          <w:p w14:paraId="51C136BB"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r w:rsidRPr="00102762">
              <w:rPr>
                <w:rFonts w:eastAsia="Times New Roman"/>
                <w:lang w:val="en-US" w:eastAsia="en-GB"/>
              </w:rPr>
              <w:t>D</w:t>
            </w:r>
          </w:p>
          <w:p w14:paraId="7C5D9646"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
          <w:p w14:paraId="2D5AF351"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
          <w:p w14:paraId="153535E2"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
        </w:tc>
        <w:tc>
          <w:tcPr>
            <w:tcW w:w="2402" w:type="dxa"/>
            <w:tcBorders>
              <w:top w:val="nil"/>
              <w:left w:val="nil"/>
              <w:bottom w:val="single" w:sz="6" w:space="0" w:color="auto"/>
              <w:right w:val="single" w:sz="6" w:space="0" w:color="auto"/>
            </w:tcBorders>
            <w:hideMark/>
          </w:tcPr>
          <w:p w14:paraId="5DF9EF41"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
          <w:p w14:paraId="585C89FF"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roofErr w:type="gramStart"/>
            <w:r w:rsidRPr="00102762">
              <w:rPr>
                <w:rFonts w:eastAsia="Times New Roman"/>
                <w:lang w:val="en-US" w:eastAsia="en-GB"/>
              </w:rPr>
              <w:t>AF  I</w:t>
            </w:r>
            <w:proofErr w:type="gramEnd"/>
          </w:p>
          <w:p w14:paraId="7126DF5D"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
          <w:p w14:paraId="7B53E9EB"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
          <w:p w14:paraId="0DAA4F3F" w14:textId="77777777" w:rsidR="00725AA6" w:rsidRPr="00102762" w:rsidRDefault="00725AA6" w:rsidP="001E5186">
            <w:pPr>
              <w:jc w:val="center"/>
              <w:textAlignment w:val="baseline"/>
              <w:rPr>
                <w:rFonts w:eastAsia="Times New Roman"/>
                <w:lang w:val="en-US" w:eastAsia="en-GB"/>
              </w:rPr>
            </w:pPr>
          </w:p>
          <w:p w14:paraId="256EA69A" w14:textId="77777777" w:rsidR="00725AA6" w:rsidRPr="00102762" w:rsidRDefault="00725AA6" w:rsidP="001E5186">
            <w:pPr>
              <w:jc w:val="center"/>
              <w:textAlignment w:val="baseline"/>
              <w:rPr>
                <w:rFonts w:eastAsia="Times New Roman"/>
                <w:lang w:val="en-US" w:eastAsia="en-GB"/>
              </w:rPr>
            </w:pPr>
          </w:p>
          <w:p w14:paraId="44AB6DA9" w14:textId="59AEE406" w:rsidR="00FF7DC5" w:rsidRPr="00102762" w:rsidRDefault="00FF7DC5" w:rsidP="001E5186">
            <w:pPr>
              <w:jc w:val="center"/>
              <w:textAlignment w:val="baseline"/>
              <w:rPr>
                <w:rFonts w:eastAsia="Times New Roman"/>
                <w:lang w:val="en-US" w:eastAsia="en-GB"/>
              </w:rPr>
            </w:pPr>
            <w:proofErr w:type="gramStart"/>
            <w:r w:rsidRPr="00102762">
              <w:rPr>
                <w:rFonts w:eastAsia="Times New Roman"/>
                <w:lang w:val="en-US" w:eastAsia="en-GB"/>
              </w:rPr>
              <w:t>AF  I</w:t>
            </w:r>
            <w:proofErr w:type="gramEnd"/>
          </w:p>
          <w:p w14:paraId="6B74FBFC" w14:textId="77777777" w:rsidR="00725AA6" w:rsidRPr="00102762" w:rsidRDefault="00725AA6" w:rsidP="001E5186">
            <w:pPr>
              <w:jc w:val="center"/>
              <w:textAlignment w:val="baseline"/>
              <w:rPr>
                <w:rFonts w:ascii="Times New Roman" w:eastAsia="Times New Roman" w:hAnsi="Times New Roman" w:cs="Times New Roman"/>
                <w:sz w:val="24"/>
                <w:szCs w:val="24"/>
                <w:lang w:eastAsia="en-GB"/>
              </w:rPr>
            </w:pPr>
          </w:p>
          <w:p w14:paraId="3082DD72" w14:textId="4A4FAF1D" w:rsidR="00FF7DC5" w:rsidRPr="00102762" w:rsidRDefault="00FF7DC5" w:rsidP="001E5186">
            <w:pPr>
              <w:jc w:val="center"/>
              <w:textAlignment w:val="baseline"/>
              <w:rPr>
                <w:rFonts w:ascii="Times New Roman" w:eastAsia="Times New Roman" w:hAnsi="Times New Roman" w:cs="Times New Roman"/>
                <w:sz w:val="24"/>
                <w:szCs w:val="24"/>
                <w:lang w:eastAsia="en-GB"/>
              </w:rPr>
            </w:pPr>
            <w:proofErr w:type="gramStart"/>
            <w:r w:rsidRPr="00102762">
              <w:rPr>
                <w:rFonts w:eastAsia="Times New Roman"/>
                <w:lang w:val="en-US" w:eastAsia="en-GB"/>
              </w:rPr>
              <w:t>AF  I</w:t>
            </w:r>
            <w:proofErr w:type="gramEnd"/>
          </w:p>
          <w:p w14:paraId="277636C2"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
          <w:p w14:paraId="7D1F69DE"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roofErr w:type="gramStart"/>
            <w:r w:rsidRPr="00102762">
              <w:rPr>
                <w:rFonts w:eastAsia="Times New Roman"/>
                <w:lang w:val="en-US" w:eastAsia="en-GB"/>
              </w:rPr>
              <w:t>AF  I</w:t>
            </w:r>
            <w:proofErr w:type="gramEnd"/>
          </w:p>
          <w:p w14:paraId="1F0BD8E4"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
          <w:p w14:paraId="248C6F42" w14:textId="77777777" w:rsidR="00FF7DC5" w:rsidRPr="00102762" w:rsidRDefault="00FF7DC5" w:rsidP="001E5186">
            <w:pPr>
              <w:jc w:val="center"/>
              <w:textAlignment w:val="baseline"/>
              <w:rPr>
                <w:rFonts w:eastAsia="Times New Roman"/>
                <w:lang w:eastAsia="en-GB"/>
              </w:rPr>
            </w:pPr>
          </w:p>
          <w:p w14:paraId="3A94F4F1"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roofErr w:type="gramStart"/>
            <w:r w:rsidRPr="00102762">
              <w:rPr>
                <w:rFonts w:eastAsia="Times New Roman"/>
                <w:lang w:val="en-US" w:eastAsia="en-GB"/>
              </w:rPr>
              <w:t>AF  I</w:t>
            </w:r>
            <w:proofErr w:type="gramEnd"/>
          </w:p>
        </w:tc>
      </w:tr>
      <w:tr w:rsidR="00FF7DC5" w:rsidRPr="00102762" w14:paraId="7112CEDE" w14:textId="77777777" w:rsidTr="00FF7DC5">
        <w:tc>
          <w:tcPr>
            <w:tcW w:w="4246" w:type="dxa"/>
            <w:tcBorders>
              <w:top w:val="single" w:sz="6" w:space="0" w:color="auto"/>
              <w:left w:val="single" w:sz="6" w:space="0" w:color="auto"/>
              <w:bottom w:val="single" w:sz="4" w:space="0" w:color="auto"/>
              <w:right w:val="single" w:sz="6" w:space="0" w:color="auto"/>
            </w:tcBorders>
            <w:hideMark/>
          </w:tcPr>
          <w:p w14:paraId="44E62EA5" w14:textId="77777777" w:rsidR="00FF7DC5" w:rsidRPr="00102762" w:rsidRDefault="00FF7DC5" w:rsidP="001E5186">
            <w:pPr>
              <w:ind w:left="420" w:hanging="420"/>
              <w:textAlignment w:val="baseline"/>
              <w:rPr>
                <w:rFonts w:ascii="Times New Roman" w:eastAsia="Times New Roman" w:hAnsi="Times New Roman" w:cs="Times New Roman"/>
                <w:sz w:val="24"/>
                <w:szCs w:val="24"/>
                <w:lang w:eastAsia="en-GB"/>
              </w:rPr>
            </w:pPr>
            <w:r w:rsidRPr="00102762">
              <w:rPr>
                <w:rFonts w:eastAsia="Times New Roman"/>
                <w:b/>
                <w:bCs/>
                <w:u w:val="single"/>
                <w:lang w:val="en-US" w:eastAsia="en-GB"/>
              </w:rPr>
              <w:t>Knowledge / Skills / Abilities</w:t>
            </w:r>
            <w:r w:rsidRPr="00102762">
              <w:rPr>
                <w:rFonts w:eastAsia="Times New Roman"/>
                <w:lang w:eastAsia="en-GB"/>
              </w:rPr>
              <w:t> </w:t>
            </w:r>
          </w:p>
          <w:p w14:paraId="4D984C54" w14:textId="77777777" w:rsidR="00FF7DC5" w:rsidRPr="00102762" w:rsidRDefault="00FF7DC5" w:rsidP="001E5186">
            <w:pPr>
              <w:ind w:left="420" w:hanging="420"/>
              <w:textAlignment w:val="baseline"/>
              <w:rPr>
                <w:rFonts w:ascii="Times New Roman" w:eastAsia="Times New Roman" w:hAnsi="Times New Roman" w:cs="Times New Roman"/>
                <w:sz w:val="24"/>
                <w:szCs w:val="24"/>
                <w:lang w:eastAsia="en-GB"/>
              </w:rPr>
            </w:pPr>
            <w:r w:rsidRPr="00102762">
              <w:rPr>
                <w:rFonts w:eastAsia="Times New Roman"/>
                <w:lang w:eastAsia="en-GB"/>
              </w:rPr>
              <w:t> </w:t>
            </w:r>
          </w:p>
          <w:p w14:paraId="66B50AEE" w14:textId="77777777" w:rsidR="00FF7DC5" w:rsidRPr="00102762" w:rsidRDefault="00FF7DC5" w:rsidP="001E5186">
            <w:pPr>
              <w:jc w:val="both"/>
              <w:textAlignment w:val="baseline"/>
              <w:rPr>
                <w:rFonts w:eastAsia="Times New Roman"/>
                <w:lang w:eastAsia="en-GB"/>
              </w:rPr>
            </w:pPr>
            <w:r w:rsidRPr="00102762">
              <w:rPr>
                <w:rFonts w:eastAsia="Times New Roman"/>
                <w:lang w:val="en-US" w:eastAsia="en-GB"/>
              </w:rPr>
              <w:t>Knowledge of Local Government policies and procedures</w:t>
            </w:r>
            <w:r w:rsidRPr="00102762">
              <w:rPr>
                <w:rFonts w:eastAsia="Times New Roman"/>
                <w:lang w:eastAsia="en-GB"/>
              </w:rPr>
              <w:t> </w:t>
            </w:r>
          </w:p>
          <w:p w14:paraId="52CAE690" w14:textId="77777777" w:rsidR="00725AA6" w:rsidRPr="00102762" w:rsidRDefault="00725AA6" w:rsidP="001E5186">
            <w:pPr>
              <w:jc w:val="both"/>
              <w:textAlignment w:val="baseline"/>
              <w:rPr>
                <w:rFonts w:ascii="Times New Roman" w:eastAsia="Times New Roman" w:hAnsi="Times New Roman" w:cs="Times New Roman"/>
                <w:sz w:val="24"/>
                <w:szCs w:val="24"/>
                <w:lang w:eastAsia="en-GB"/>
              </w:rPr>
            </w:pPr>
          </w:p>
          <w:p w14:paraId="73C59366" w14:textId="75FD4E05" w:rsidR="00FF7DC5" w:rsidRPr="00102762" w:rsidRDefault="00FF7DC5" w:rsidP="00725AA6">
            <w:pPr>
              <w:jc w:val="both"/>
              <w:textAlignment w:val="baseline"/>
              <w:rPr>
                <w:rFonts w:ascii="Times New Roman" w:eastAsia="Times New Roman" w:hAnsi="Times New Roman" w:cs="Times New Roman"/>
                <w:sz w:val="24"/>
                <w:szCs w:val="24"/>
                <w:lang w:eastAsia="en-GB"/>
              </w:rPr>
            </w:pPr>
            <w:r w:rsidRPr="00102762">
              <w:rPr>
                <w:rFonts w:eastAsia="Times New Roman"/>
                <w:lang w:eastAsia="en-GB"/>
              </w:rPr>
              <w:t> </w:t>
            </w:r>
            <w:r w:rsidRPr="00102762">
              <w:rPr>
                <w:rFonts w:eastAsia="Times New Roman"/>
                <w:lang w:val="en-US" w:eastAsia="en-GB"/>
              </w:rPr>
              <w:t>Knowledge of government initiatives, legislation, and key reports relating to vulnerable young people and families including edge of care.</w:t>
            </w:r>
          </w:p>
          <w:p w14:paraId="7DB49D86" w14:textId="77777777" w:rsidR="00FF7DC5" w:rsidRPr="00102762" w:rsidRDefault="00FF7DC5" w:rsidP="001E5186">
            <w:pPr>
              <w:textAlignment w:val="baseline"/>
              <w:rPr>
                <w:rFonts w:ascii="Times New Roman" w:eastAsia="Times New Roman" w:hAnsi="Times New Roman" w:cs="Times New Roman"/>
                <w:sz w:val="24"/>
                <w:szCs w:val="24"/>
                <w:lang w:eastAsia="en-GB"/>
              </w:rPr>
            </w:pPr>
            <w:r w:rsidRPr="00102762">
              <w:rPr>
                <w:rFonts w:eastAsia="Times New Roman"/>
                <w:lang w:eastAsia="en-GB"/>
              </w:rPr>
              <w:t> </w:t>
            </w:r>
          </w:p>
          <w:p w14:paraId="150C060F" w14:textId="77777777" w:rsidR="00FF7DC5" w:rsidRPr="00102762" w:rsidRDefault="00FF7DC5" w:rsidP="001E5186">
            <w:pPr>
              <w:jc w:val="both"/>
              <w:textAlignment w:val="baseline"/>
              <w:rPr>
                <w:rFonts w:ascii="Times New Roman" w:eastAsia="Times New Roman" w:hAnsi="Times New Roman" w:cs="Times New Roman"/>
                <w:sz w:val="24"/>
                <w:szCs w:val="24"/>
                <w:lang w:eastAsia="en-GB"/>
              </w:rPr>
            </w:pPr>
            <w:r w:rsidRPr="00102762">
              <w:rPr>
                <w:rFonts w:eastAsia="Times New Roman"/>
                <w:lang w:val="en-US" w:eastAsia="en-GB"/>
              </w:rPr>
              <w:t>Knowledge of the role and function of the various statutory and voluntary agencies, which provide support to vulnerable children and families</w:t>
            </w:r>
          </w:p>
          <w:p w14:paraId="1A3CBE75" w14:textId="77777777" w:rsidR="00824D4E" w:rsidRPr="00102762" w:rsidRDefault="00FF7DC5" w:rsidP="001E5186">
            <w:pPr>
              <w:jc w:val="both"/>
              <w:textAlignment w:val="baseline"/>
              <w:rPr>
                <w:rFonts w:eastAsia="Times New Roman"/>
                <w:lang w:eastAsia="en-GB"/>
              </w:rPr>
            </w:pPr>
            <w:r w:rsidRPr="00102762">
              <w:rPr>
                <w:rFonts w:eastAsia="Times New Roman"/>
                <w:lang w:eastAsia="en-GB"/>
              </w:rPr>
              <w:t> </w:t>
            </w:r>
          </w:p>
          <w:p w14:paraId="089133F6" w14:textId="304D22CC" w:rsidR="00FF7DC5" w:rsidRPr="00102762" w:rsidRDefault="00FF7DC5" w:rsidP="001E5186">
            <w:pPr>
              <w:jc w:val="both"/>
              <w:textAlignment w:val="baseline"/>
              <w:rPr>
                <w:rFonts w:ascii="Times New Roman" w:eastAsia="Times New Roman" w:hAnsi="Times New Roman" w:cs="Times New Roman"/>
                <w:sz w:val="24"/>
                <w:szCs w:val="24"/>
                <w:lang w:eastAsia="en-GB"/>
              </w:rPr>
            </w:pPr>
            <w:r w:rsidRPr="00102762">
              <w:rPr>
                <w:rFonts w:eastAsia="Times New Roman"/>
                <w:lang w:val="en-US" w:eastAsia="en-GB"/>
              </w:rPr>
              <w:t>An understanding of the impact of trauma on children and families and the need to ensure children’s safety and to promote their independence responsibly </w:t>
            </w:r>
            <w:r w:rsidRPr="00102762">
              <w:rPr>
                <w:rFonts w:eastAsia="Times New Roman"/>
                <w:lang w:eastAsia="en-GB"/>
              </w:rPr>
              <w:t> </w:t>
            </w:r>
          </w:p>
          <w:p w14:paraId="45832A6D" w14:textId="77777777" w:rsidR="00FF7DC5" w:rsidRPr="00102762" w:rsidRDefault="00FF7DC5" w:rsidP="001E5186">
            <w:pPr>
              <w:jc w:val="both"/>
              <w:textAlignment w:val="baseline"/>
              <w:rPr>
                <w:rFonts w:ascii="Times New Roman" w:eastAsia="Times New Roman" w:hAnsi="Times New Roman" w:cs="Times New Roman"/>
                <w:sz w:val="24"/>
                <w:szCs w:val="24"/>
                <w:lang w:eastAsia="en-GB"/>
              </w:rPr>
            </w:pPr>
            <w:r w:rsidRPr="00102762">
              <w:rPr>
                <w:rFonts w:eastAsia="Times New Roman"/>
                <w:lang w:eastAsia="en-GB"/>
              </w:rPr>
              <w:t> </w:t>
            </w:r>
          </w:p>
          <w:p w14:paraId="53FF6B11" w14:textId="77777777" w:rsidR="00FF7DC5" w:rsidRPr="00102762" w:rsidRDefault="00FF7DC5" w:rsidP="001E5186">
            <w:pPr>
              <w:textAlignment w:val="baseline"/>
              <w:rPr>
                <w:rFonts w:ascii="Times New Roman" w:eastAsia="Times New Roman" w:hAnsi="Times New Roman" w:cs="Times New Roman"/>
                <w:sz w:val="24"/>
                <w:szCs w:val="24"/>
                <w:lang w:eastAsia="en-GB"/>
              </w:rPr>
            </w:pPr>
            <w:r w:rsidRPr="00102762">
              <w:rPr>
                <w:rFonts w:eastAsia="Times New Roman"/>
                <w:lang w:val="en-US" w:eastAsia="en-GB"/>
              </w:rPr>
              <w:t>Knowledge of child safeguarding policies and procedures with reference to vulnerable groups</w:t>
            </w:r>
            <w:r w:rsidRPr="00102762">
              <w:rPr>
                <w:rFonts w:eastAsia="Times New Roman"/>
                <w:lang w:eastAsia="en-GB"/>
              </w:rPr>
              <w:t> </w:t>
            </w:r>
          </w:p>
          <w:p w14:paraId="08BB525B" w14:textId="77777777" w:rsidR="00FF7DC5" w:rsidRPr="00102762" w:rsidRDefault="00FF7DC5" w:rsidP="001E5186">
            <w:pPr>
              <w:jc w:val="both"/>
              <w:textAlignment w:val="baseline"/>
              <w:rPr>
                <w:rFonts w:ascii="Times New Roman" w:eastAsia="Times New Roman" w:hAnsi="Times New Roman" w:cs="Times New Roman"/>
                <w:sz w:val="24"/>
                <w:szCs w:val="24"/>
                <w:lang w:eastAsia="en-GB"/>
              </w:rPr>
            </w:pPr>
            <w:r w:rsidRPr="00102762">
              <w:rPr>
                <w:rFonts w:eastAsia="Times New Roman"/>
                <w:lang w:eastAsia="en-GB"/>
              </w:rPr>
              <w:t> </w:t>
            </w:r>
          </w:p>
          <w:p w14:paraId="1553251C" w14:textId="77777777" w:rsidR="00FF7DC5" w:rsidRPr="00102762" w:rsidRDefault="00FF7DC5" w:rsidP="001E5186">
            <w:pPr>
              <w:jc w:val="both"/>
              <w:textAlignment w:val="baseline"/>
              <w:rPr>
                <w:rFonts w:ascii="Times New Roman" w:eastAsia="Times New Roman" w:hAnsi="Times New Roman" w:cs="Times New Roman"/>
                <w:sz w:val="24"/>
                <w:szCs w:val="24"/>
                <w:lang w:eastAsia="en-GB"/>
              </w:rPr>
            </w:pPr>
            <w:r w:rsidRPr="00102762">
              <w:rPr>
                <w:rFonts w:eastAsia="Times New Roman"/>
                <w:lang w:val="en-US" w:eastAsia="en-GB"/>
              </w:rPr>
              <w:t>Awareness of the issues affecting children and families where there are concerns about family breakdown.</w:t>
            </w:r>
          </w:p>
          <w:p w14:paraId="31C3518E" w14:textId="77777777" w:rsidR="00FF7DC5" w:rsidRPr="00102762" w:rsidRDefault="00FF7DC5" w:rsidP="001E5186">
            <w:pPr>
              <w:jc w:val="both"/>
              <w:textAlignment w:val="baseline"/>
              <w:rPr>
                <w:rFonts w:ascii="Times New Roman" w:eastAsia="Times New Roman" w:hAnsi="Times New Roman" w:cs="Times New Roman"/>
                <w:sz w:val="24"/>
                <w:szCs w:val="24"/>
                <w:lang w:eastAsia="en-GB"/>
              </w:rPr>
            </w:pPr>
            <w:r w:rsidRPr="00102762">
              <w:rPr>
                <w:rFonts w:eastAsia="Times New Roman"/>
                <w:lang w:eastAsia="en-GB"/>
              </w:rPr>
              <w:t> </w:t>
            </w:r>
          </w:p>
          <w:p w14:paraId="2D1C78C6" w14:textId="77777777" w:rsidR="00FF7DC5" w:rsidRPr="00102762" w:rsidRDefault="00FF7DC5" w:rsidP="001E5186">
            <w:pPr>
              <w:jc w:val="both"/>
              <w:textAlignment w:val="baseline"/>
              <w:rPr>
                <w:rFonts w:ascii="Times New Roman" w:eastAsia="Times New Roman" w:hAnsi="Times New Roman" w:cs="Times New Roman"/>
                <w:sz w:val="24"/>
                <w:szCs w:val="24"/>
                <w:lang w:eastAsia="en-GB"/>
              </w:rPr>
            </w:pPr>
            <w:r w:rsidRPr="00102762">
              <w:rPr>
                <w:rFonts w:eastAsia="Times New Roman"/>
                <w:lang w:val="en-US" w:eastAsia="en-GB"/>
              </w:rPr>
              <w:t>Ability to work under own initiative</w:t>
            </w:r>
            <w:r w:rsidRPr="00102762">
              <w:rPr>
                <w:rFonts w:eastAsia="Times New Roman"/>
                <w:lang w:eastAsia="en-GB"/>
              </w:rPr>
              <w:t> </w:t>
            </w:r>
          </w:p>
          <w:p w14:paraId="385202A5" w14:textId="77777777" w:rsidR="00FF7DC5" w:rsidRPr="00102762" w:rsidRDefault="00FF7DC5" w:rsidP="001E5186">
            <w:pPr>
              <w:jc w:val="both"/>
              <w:textAlignment w:val="baseline"/>
              <w:rPr>
                <w:rFonts w:ascii="Times New Roman" w:eastAsia="Times New Roman" w:hAnsi="Times New Roman" w:cs="Times New Roman"/>
                <w:sz w:val="24"/>
                <w:szCs w:val="24"/>
                <w:lang w:eastAsia="en-GB"/>
              </w:rPr>
            </w:pPr>
            <w:r w:rsidRPr="00102762">
              <w:rPr>
                <w:rFonts w:eastAsia="Times New Roman"/>
                <w:lang w:eastAsia="en-GB"/>
              </w:rPr>
              <w:t> </w:t>
            </w:r>
          </w:p>
          <w:p w14:paraId="3D3C4F0E" w14:textId="77777777" w:rsidR="00FF7DC5" w:rsidRPr="00102762" w:rsidRDefault="00FF7DC5" w:rsidP="001E5186">
            <w:pPr>
              <w:textAlignment w:val="baseline"/>
              <w:rPr>
                <w:rFonts w:ascii="Times New Roman" w:eastAsia="Times New Roman" w:hAnsi="Times New Roman" w:cs="Times New Roman"/>
                <w:sz w:val="24"/>
                <w:szCs w:val="24"/>
                <w:lang w:eastAsia="en-GB"/>
              </w:rPr>
            </w:pPr>
            <w:r w:rsidRPr="00102762">
              <w:rPr>
                <w:rFonts w:eastAsia="Times New Roman"/>
                <w:lang w:val="en-US" w:eastAsia="en-GB"/>
              </w:rPr>
              <w:lastRenderedPageBreak/>
              <w:t>Ability to work constructively with professionals and families</w:t>
            </w:r>
            <w:r w:rsidRPr="00102762">
              <w:rPr>
                <w:rFonts w:eastAsia="Times New Roman"/>
                <w:lang w:eastAsia="en-GB"/>
              </w:rPr>
              <w:t> </w:t>
            </w:r>
          </w:p>
          <w:p w14:paraId="4DB1A121" w14:textId="77777777" w:rsidR="00FF7DC5" w:rsidRPr="00102762" w:rsidRDefault="00FF7DC5" w:rsidP="001E5186">
            <w:pPr>
              <w:textAlignment w:val="baseline"/>
              <w:rPr>
                <w:rFonts w:ascii="Times New Roman" w:eastAsia="Times New Roman" w:hAnsi="Times New Roman" w:cs="Times New Roman"/>
                <w:sz w:val="24"/>
                <w:szCs w:val="24"/>
                <w:lang w:eastAsia="en-GB"/>
              </w:rPr>
            </w:pPr>
            <w:r w:rsidRPr="00102762">
              <w:rPr>
                <w:rFonts w:eastAsia="Times New Roman"/>
                <w:lang w:eastAsia="en-GB"/>
              </w:rPr>
              <w:t> </w:t>
            </w:r>
          </w:p>
          <w:p w14:paraId="327F4F0C" w14:textId="77777777" w:rsidR="00FF7DC5" w:rsidRPr="00102762" w:rsidRDefault="00FF7DC5" w:rsidP="001E5186">
            <w:pPr>
              <w:textAlignment w:val="baseline"/>
              <w:rPr>
                <w:rFonts w:ascii="Times New Roman" w:eastAsia="Times New Roman" w:hAnsi="Times New Roman" w:cs="Times New Roman"/>
                <w:sz w:val="24"/>
                <w:szCs w:val="24"/>
                <w:lang w:eastAsia="en-GB"/>
              </w:rPr>
            </w:pPr>
            <w:r w:rsidRPr="00102762">
              <w:rPr>
                <w:rFonts w:eastAsia="Times New Roman"/>
                <w:lang w:val="en-US" w:eastAsia="en-GB"/>
              </w:rPr>
              <w:t>Ability to prepare reports and plans to a high standard</w:t>
            </w:r>
            <w:r w:rsidRPr="00102762">
              <w:rPr>
                <w:rFonts w:eastAsia="Times New Roman"/>
                <w:lang w:eastAsia="en-GB"/>
              </w:rPr>
              <w:t> </w:t>
            </w:r>
          </w:p>
          <w:p w14:paraId="590853F4" w14:textId="77777777" w:rsidR="00FF7DC5" w:rsidRPr="00102762" w:rsidRDefault="00FF7DC5" w:rsidP="001E5186">
            <w:pPr>
              <w:textAlignment w:val="baseline"/>
              <w:rPr>
                <w:rFonts w:ascii="Times New Roman" w:eastAsia="Times New Roman" w:hAnsi="Times New Roman" w:cs="Times New Roman"/>
                <w:sz w:val="24"/>
                <w:szCs w:val="24"/>
                <w:lang w:eastAsia="en-GB"/>
              </w:rPr>
            </w:pPr>
            <w:r w:rsidRPr="00102762">
              <w:rPr>
                <w:rFonts w:eastAsia="Times New Roman"/>
                <w:lang w:eastAsia="en-GB"/>
              </w:rPr>
              <w:t> </w:t>
            </w:r>
          </w:p>
          <w:p w14:paraId="2F899441" w14:textId="77777777" w:rsidR="00FF7DC5" w:rsidRPr="00102762" w:rsidRDefault="00FF7DC5" w:rsidP="001E5186">
            <w:pPr>
              <w:textAlignment w:val="baseline"/>
              <w:rPr>
                <w:rFonts w:ascii="Times New Roman" w:eastAsia="Times New Roman" w:hAnsi="Times New Roman" w:cs="Times New Roman"/>
                <w:sz w:val="24"/>
                <w:szCs w:val="24"/>
                <w:lang w:eastAsia="en-GB"/>
              </w:rPr>
            </w:pPr>
            <w:r w:rsidRPr="00102762">
              <w:rPr>
                <w:rFonts w:eastAsia="Times New Roman"/>
                <w:lang w:val="en-US" w:eastAsia="en-GB"/>
              </w:rPr>
              <w:t>Excellent communication, written and ICT skills</w:t>
            </w:r>
            <w:r w:rsidRPr="00102762">
              <w:rPr>
                <w:rFonts w:eastAsia="Times New Roman"/>
                <w:lang w:eastAsia="en-GB"/>
              </w:rPr>
              <w:t> </w:t>
            </w:r>
          </w:p>
        </w:tc>
        <w:tc>
          <w:tcPr>
            <w:tcW w:w="1976" w:type="dxa"/>
            <w:tcBorders>
              <w:top w:val="single" w:sz="6" w:space="0" w:color="auto"/>
              <w:left w:val="nil"/>
              <w:bottom w:val="single" w:sz="4" w:space="0" w:color="auto"/>
              <w:right w:val="single" w:sz="6" w:space="0" w:color="auto"/>
            </w:tcBorders>
            <w:hideMark/>
          </w:tcPr>
          <w:p w14:paraId="4C094892" w14:textId="77777777" w:rsidR="00FF7DC5" w:rsidRPr="00102762" w:rsidRDefault="00FF7DC5" w:rsidP="001E5186">
            <w:pPr>
              <w:jc w:val="center"/>
              <w:textAlignment w:val="baseline"/>
              <w:rPr>
                <w:rFonts w:eastAsia="Times New Roman"/>
                <w:lang w:eastAsia="en-GB"/>
              </w:rPr>
            </w:pPr>
          </w:p>
          <w:p w14:paraId="1B31E368" w14:textId="77777777" w:rsidR="00FF7DC5" w:rsidRPr="00102762" w:rsidRDefault="00FF7DC5" w:rsidP="001E5186">
            <w:pPr>
              <w:jc w:val="center"/>
              <w:textAlignment w:val="baseline"/>
              <w:rPr>
                <w:rFonts w:eastAsia="Times New Roman"/>
                <w:lang w:eastAsia="en-GB"/>
              </w:rPr>
            </w:pPr>
          </w:p>
          <w:p w14:paraId="63EDC281" w14:textId="77777777" w:rsidR="00FF7DC5" w:rsidRPr="00102762" w:rsidRDefault="00FF7DC5" w:rsidP="001E5186">
            <w:pPr>
              <w:jc w:val="center"/>
              <w:textAlignment w:val="baseline"/>
              <w:rPr>
                <w:rFonts w:eastAsia="Times New Roman"/>
                <w:lang w:eastAsia="en-GB"/>
              </w:rPr>
            </w:pPr>
            <w:r w:rsidRPr="00102762">
              <w:rPr>
                <w:rFonts w:eastAsia="Times New Roman"/>
                <w:lang w:val="en-US" w:eastAsia="en-GB"/>
              </w:rPr>
              <w:t>D</w:t>
            </w:r>
          </w:p>
          <w:p w14:paraId="79EFA369" w14:textId="77777777" w:rsidR="00FF7DC5" w:rsidRPr="00102762" w:rsidRDefault="00FF7DC5" w:rsidP="001E5186">
            <w:pPr>
              <w:jc w:val="center"/>
              <w:textAlignment w:val="baseline"/>
              <w:rPr>
                <w:rFonts w:eastAsia="Times New Roman"/>
                <w:lang w:eastAsia="en-GB"/>
              </w:rPr>
            </w:pPr>
          </w:p>
          <w:p w14:paraId="795CF2F8" w14:textId="77777777" w:rsidR="00FF7DC5" w:rsidRPr="00102762" w:rsidRDefault="00FF7DC5" w:rsidP="001E5186">
            <w:pPr>
              <w:jc w:val="center"/>
              <w:textAlignment w:val="baseline"/>
              <w:rPr>
                <w:rFonts w:eastAsia="Times New Roman"/>
                <w:lang w:eastAsia="en-GB"/>
              </w:rPr>
            </w:pPr>
          </w:p>
          <w:p w14:paraId="7DE20FCC" w14:textId="77777777" w:rsidR="00FF7DC5" w:rsidRPr="00102762" w:rsidRDefault="00FF7DC5" w:rsidP="001E5186">
            <w:pPr>
              <w:jc w:val="center"/>
              <w:textAlignment w:val="baseline"/>
              <w:rPr>
                <w:rFonts w:eastAsia="Times New Roman"/>
                <w:lang w:eastAsia="en-GB"/>
              </w:rPr>
            </w:pPr>
            <w:r w:rsidRPr="00102762">
              <w:rPr>
                <w:rFonts w:eastAsia="Times New Roman"/>
                <w:lang w:eastAsia="en-GB"/>
              </w:rPr>
              <w:t>E</w:t>
            </w:r>
          </w:p>
          <w:p w14:paraId="6485011D" w14:textId="77777777" w:rsidR="00FF7DC5" w:rsidRPr="00102762" w:rsidRDefault="00FF7DC5" w:rsidP="001E5186">
            <w:pPr>
              <w:jc w:val="center"/>
              <w:textAlignment w:val="baseline"/>
              <w:rPr>
                <w:rFonts w:eastAsia="Times New Roman"/>
                <w:lang w:eastAsia="en-GB"/>
              </w:rPr>
            </w:pPr>
          </w:p>
          <w:p w14:paraId="5D88A70D" w14:textId="77777777" w:rsidR="00FF7DC5" w:rsidRPr="00102762" w:rsidRDefault="00FF7DC5" w:rsidP="001E5186">
            <w:pPr>
              <w:jc w:val="center"/>
              <w:textAlignment w:val="baseline"/>
              <w:rPr>
                <w:rFonts w:eastAsia="Times New Roman"/>
                <w:lang w:eastAsia="en-GB"/>
              </w:rPr>
            </w:pPr>
          </w:p>
          <w:p w14:paraId="5E7D7EAE" w14:textId="77777777" w:rsidR="00FF7DC5" w:rsidRPr="00102762" w:rsidRDefault="00FF7DC5" w:rsidP="001E5186">
            <w:pPr>
              <w:jc w:val="center"/>
              <w:textAlignment w:val="baseline"/>
              <w:rPr>
                <w:rFonts w:eastAsia="Times New Roman"/>
                <w:lang w:eastAsia="en-GB"/>
              </w:rPr>
            </w:pPr>
          </w:p>
          <w:p w14:paraId="0F71B4B4" w14:textId="77777777" w:rsidR="00FF7DC5" w:rsidRPr="00102762" w:rsidRDefault="00FF7DC5" w:rsidP="001E5186">
            <w:pPr>
              <w:jc w:val="center"/>
              <w:textAlignment w:val="baseline"/>
              <w:rPr>
                <w:rFonts w:eastAsia="Times New Roman"/>
                <w:lang w:eastAsia="en-GB"/>
              </w:rPr>
            </w:pPr>
            <w:r w:rsidRPr="00102762">
              <w:rPr>
                <w:rFonts w:eastAsia="Times New Roman"/>
                <w:lang w:eastAsia="en-GB"/>
              </w:rPr>
              <w:t>E</w:t>
            </w:r>
          </w:p>
          <w:p w14:paraId="182E088D" w14:textId="77777777" w:rsidR="00FF7DC5" w:rsidRPr="00102762" w:rsidRDefault="00FF7DC5" w:rsidP="001E5186">
            <w:pPr>
              <w:jc w:val="center"/>
              <w:textAlignment w:val="baseline"/>
              <w:rPr>
                <w:rFonts w:eastAsia="Times New Roman"/>
                <w:lang w:eastAsia="en-GB"/>
              </w:rPr>
            </w:pPr>
          </w:p>
          <w:p w14:paraId="390AD4AD" w14:textId="77777777" w:rsidR="00FF7DC5" w:rsidRPr="00102762" w:rsidRDefault="00FF7DC5" w:rsidP="001E5186">
            <w:pPr>
              <w:jc w:val="center"/>
              <w:textAlignment w:val="baseline"/>
              <w:rPr>
                <w:rFonts w:eastAsia="Times New Roman"/>
                <w:lang w:eastAsia="en-GB"/>
              </w:rPr>
            </w:pPr>
          </w:p>
          <w:p w14:paraId="2D24396E" w14:textId="77777777" w:rsidR="00FF7DC5" w:rsidRPr="00102762" w:rsidRDefault="00FF7DC5" w:rsidP="001E5186">
            <w:pPr>
              <w:jc w:val="center"/>
              <w:textAlignment w:val="baseline"/>
              <w:rPr>
                <w:rFonts w:eastAsia="Times New Roman"/>
                <w:lang w:val="en-US" w:eastAsia="en-GB"/>
              </w:rPr>
            </w:pPr>
          </w:p>
          <w:p w14:paraId="61BC040E" w14:textId="77777777" w:rsidR="00FF7DC5" w:rsidRPr="00102762" w:rsidRDefault="00FF7DC5" w:rsidP="001E5186">
            <w:pPr>
              <w:jc w:val="center"/>
              <w:textAlignment w:val="baseline"/>
              <w:rPr>
                <w:rFonts w:eastAsia="Times New Roman"/>
                <w:lang w:eastAsia="en-GB"/>
              </w:rPr>
            </w:pPr>
            <w:r w:rsidRPr="00102762">
              <w:rPr>
                <w:rFonts w:eastAsia="Times New Roman"/>
                <w:lang w:eastAsia="en-GB"/>
              </w:rPr>
              <w:t>D</w:t>
            </w:r>
          </w:p>
          <w:p w14:paraId="04F477CA" w14:textId="77777777" w:rsidR="00FF7DC5" w:rsidRPr="00102762" w:rsidRDefault="00FF7DC5" w:rsidP="001E5186">
            <w:pPr>
              <w:jc w:val="center"/>
              <w:textAlignment w:val="baseline"/>
              <w:rPr>
                <w:rFonts w:eastAsia="Times New Roman"/>
                <w:lang w:eastAsia="en-GB"/>
              </w:rPr>
            </w:pPr>
          </w:p>
          <w:p w14:paraId="36C5E3DA" w14:textId="77777777" w:rsidR="00FF7DC5" w:rsidRPr="00102762" w:rsidRDefault="00FF7DC5" w:rsidP="001E5186">
            <w:pPr>
              <w:jc w:val="center"/>
              <w:textAlignment w:val="baseline"/>
              <w:rPr>
                <w:rFonts w:eastAsia="Times New Roman"/>
                <w:lang w:val="en-US" w:eastAsia="en-GB"/>
              </w:rPr>
            </w:pPr>
          </w:p>
          <w:p w14:paraId="60C2FB36" w14:textId="77777777" w:rsidR="00FF7DC5" w:rsidRPr="00102762" w:rsidRDefault="00FF7DC5" w:rsidP="001E5186">
            <w:pPr>
              <w:jc w:val="center"/>
              <w:textAlignment w:val="baseline"/>
              <w:rPr>
                <w:rFonts w:eastAsia="Times New Roman"/>
                <w:lang w:val="en-US" w:eastAsia="en-GB"/>
              </w:rPr>
            </w:pPr>
            <w:r w:rsidRPr="00102762">
              <w:rPr>
                <w:rFonts w:eastAsia="Times New Roman"/>
                <w:lang w:val="en-US" w:eastAsia="en-GB"/>
              </w:rPr>
              <w:t>E</w:t>
            </w:r>
          </w:p>
          <w:p w14:paraId="332C23D4" w14:textId="77777777" w:rsidR="00FF7DC5" w:rsidRPr="00102762" w:rsidRDefault="00FF7DC5" w:rsidP="001E5186">
            <w:pPr>
              <w:jc w:val="center"/>
              <w:textAlignment w:val="baseline"/>
              <w:rPr>
                <w:rFonts w:eastAsia="Times New Roman"/>
                <w:lang w:val="en-US" w:eastAsia="en-GB"/>
              </w:rPr>
            </w:pPr>
          </w:p>
          <w:p w14:paraId="7A1C06D0" w14:textId="77777777" w:rsidR="00FF7DC5" w:rsidRPr="00102762" w:rsidRDefault="00FF7DC5" w:rsidP="001E5186">
            <w:pPr>
              <w:jc w:val="center"/>
              <w:textAlignment w:val="baseline"/>
              <w:rPr>
                <w:rFonts w:eastAsia="Times New Roman"/>
                <w:lang w:val="en-US" w:eastAsia="en-GB"/>
              </w:rPr>
            </w:pPr>
          </w:p>
          <w:p w14:paraId="203E5F03" w14:textId="77777777" w:rsidR="00FF7DC5" w:rsidRPr="00102762" w:rsidRDefault="00FF7DC5" w:rsidP="001E5186">
            <w:pPr>
              <w:jc w:val="center"/>
              <w:textAlignment w:val="baseline"/>
              <w:rPr>
                <w:rFonts w:eastAsia="Times New Roman"/>
                <w:lang w:eastAsia="en-GB"/>
              </w:rPr>
            </w:pPr>
            <w:r w:rsidRPr="00102762">
              <w:rPr>
                <w:rFonts w:eastAsia="Times New Roman"/>
                <w:lang w:eastAsia="en-GB"/>
              </w:rPr>
              <w:t>E</w:t>
            </w:r>
          </w:p>
          <w:p w14:paraId="13CFBCE6" w14:textId="77777777" w:rsidR="00FF7DC5" w:rsidRPr="00102762" w:rsidRDefault="00FF7DC5" w:rsidP="001E5186">
            <w:pPr>
              <w:jc w:val="center"/>
              <w:textAlignment w:val="baseline"/>
              <w:rPr>
                <w:rFonts w:eastAsia="Times New Roman"/>
                <w:lang w:eastAsia="en-GB"/>
              </w:rPr>
            </w:pPr>
          </w:p>
          <w:p w14:paraId="2F367484" w14:textId="77777777" w:rsidR="00FF7DC5" w:rsidRPr="00102762" w:rsidRDefault="00FF7DC5" w:rsidP="001E5186">
            <w:pPr>
              <w:jc w:val="center"/>
              <w:textAlignment w:val="baseline"/>
              <w:rPr>
                <w:rFonts w:eastAsia="Times New Roman"/>
                <w:lang w:eastAsia="en-GB"/>
              </w:rPr>
            </w:pPr>
          </w:p>
          <w:p w14:paraId="5720A7BF" w14:textId="77777777" w:rsidR="00FF7DC5" w:rsidRPr="00102762" w:rsidRDefault="00FF7DC5" w:rsidP="001E5186">
            <w:pPr>
              <w:jc w:val="center"/>
              <w:textAlignment w:val="baseline"/>
              <w:rPr>
                <w:rFonts w:eastAsia="Times New Roman"/>
                <w:lang w:eastAsia="en-GB"/>
              </w:rPr>
            </w:pPr>
            <w:r w:rsidRPr="00102762">
              <w:rPr>
                <w:rFonts w:eastAsia="Times New Roman"/>
                <w:lang w:eastAsia="en-GB"/>
              </w:rPr>
              <w:t>E</w:t>
            </w:r>
          </w:p>
          <w:p w14:paraId="1AD02248" w14:textId="77777777" w:rsidR="00FF7DC5" w:rsidRPr="00102762" w:rsidRDefault="00FF7DC5" w:rsidP="001E5186">
            <w:pPr>
              <w:jc w:val="center"/>
              <w:textAlignment w:val="baseline"/>
              <w:rPr>
                <w:rFonts w:eastAsia="Times New Roman"/>
                <w:lang w:eastAsia="en-GB"/>
              </w:rPr>
            </w:pPr>
          </w:p>
          <w:p w14:paraId="3DBFDA1B" w14:textId="77777777" w:rsidR="00FF7DC5" w:rsidRPr="00102762" w:rsidRDefault="00FF7DC5" w:rsidP="001E5186">
            <w:pPr>
              <w:jc w:val="center"/>
              <w:textAlignment w:val="baseline"/>
              <w:rPr>
                <w:rFonts w:eastAsia="Times New Roman"/>
                <w:lang w:eastAsia="en-GB"/>
              </w:rPr>
            </w:pPr>
            <w:r w:rsidRPr="00102762">
              <w:rPr>
                <w:rFonts w:eastAsia="Times New Roman"/>
                <w:lang w:eastAsia="en-GB"/>
              </w:rPr>
              <w:lastRenderedPageBreak/>
              <w:t>E</w:t>
            </w:r>
          </w:p>
          <w:p w14:paraId="041F0F42" w14:textId="77777777" w:rsidR="00FF7DC5" w:rsidRPr="00102762" w:rsidRDefault="00FF7DC5" w:rsidP="001E5186">
            <w:pPr>
              <w:jc w:val="center"/>
              <w:textAlignment w:val="baseline"/>
              <w:rPr>
                <w:rFonts w:eastAsia="Times New Roman"/>
                <w:lang w:eastAsia="en-GB"/>
              </w:rPr>
            </w:pPr>
          </w:p>
          <w:p w14:paraId="36991B76" w14:textId="77777777" w:rsidR="00FF7DC5" w:rsidRPr="00102762" w:rsidRDefault="00FF7DC5" w:rsidP="001E5186">
            <w:pPr>
              <w:jc w:val="center"/>
              <w:textAlignment w:val="baseline"/>
              <w:rPr>
                <w:rFonts w:eastAsia="Times New Roman"/>
                <w:lang w:eastAsia="en-GB"/>
              </w:rPr>
            </w:pPr>
          </w:p>
          <w:p w14:paraId="2ABF5875" w14:textId="77777777" w:rsidR="00FF7DC5" w:rsidRPr="00102762" w:rsidRDefault="00FF7DC5" w:rsidP="001E5186">
            <w:pPr>
              <w:textAlignment w:val="baseline"/>
              <w:rPr>
                <w:rFonts w:eastAsia="Times New Roman"/>
                <w:lang w:eastAsia="en-GB"/>
              </w:rPr>
            </w:pPr>
            <w:r w:rsidRPr="00102762">
              <w:rPr>
                <w:rFonts w:eastAsia="Times New Roman"/>
                <w:lang w:eastAsia="en-GB"/>
              </w:rPr>
              <w:t xml:space="preserve">               E</w:t>
            </w:r>
          </w:p>
          <w:p w14:paraId="719C2DE4" w14:textId="77777777" w:rsidR="00FF7DC5" w:rsidRPr="00102762" w:rsidRDefault="00FF7DC5" w:rsidP="001E5186">
            <w:pPr>
              <w:jc w:val="center"/>
              <w:textAlignment w:val="baseline"/>
              <w:rPr>
                <w:rFonts w:eastAsia="Times New Roman"/>
                <w:lang w:eastAsia="en-GB"/>
              </w:rPr>
            </w:pPr>
          </w:p>
          <w:p w14:paraId="0F997C2B" w14:textId="77777777" w:rsidR="00FF7DC5" w:rsidRPr="00102762" w:rsidRDefault="00FF7DC5" w:rsidP="001E5186">
            <w:pPr>
              <w:jc w:val="center"/>
              <w:textAlignment w:val="baseline"/>
              <w:rPr>
                <w:rFonts w:eastAsia="Times New Roman"/>
                <w:lang w:eastAsia="en-GB"/>
              </w:rPr>
            </w:pPr>
            <w:r w:rsidRPr="00102762">
              <w:rPr>
                <w:rFonts w:eastAsia="Times New Roman"/>
                <w:lang w:val="en-US" w:eastAsia="en-GB"/>
              </w:rPr>
              <w:t>E</w:t>
            </w:r>
          </w:p>
          <w:p w14:paraId="0E3D264F" w14:textId="77777777" w:rsidR="00FF7DC5" w:rsidRPr="00102762" w:rsidRDefault="00FF7DC5" w:rsidP="001E5186">
            <w:pPr>
              <w:jc w:val="center"/>
              <w:textAlignment w:val="baseline"/>
              <w:rPr>
                <w:rFonts w:eastAsia="Times New Roman"/>
                <w:lang w:eastAsia="en-GB"/>
              </w:rPr>
            </w:pPr>
          </w:p>
          <w:p w14:paraId="5AF37060" w14:textId="77777777" w:rsidR="00FF7DC5" w:rsidRPr="00102762" w:rsidRDefault="00FF7DC5" w:rsidP="001E5186">
            <w:pPr>
              <w:jc w:val="center"/>
              <w:textAlignment w:val="baseline"/>
              <w:rPr>
                <w:rFonts w:eastAsia="Times New Roman"/>
                <w:lang w:eastAsia="en-GB"/>
              </w:rPr>
            </w:pPr>
          </w:p>
        </w:tc>
        <w:tc>
          <w:tcPr>
            <w:tcW w:w="2402" w:type="dxa"/>
            <w:tcBorders>
              <w:top w:val="nil"/>
              <w:left w:val="nil"/>
              <w:bottom w:val="single" w:sz="6" w:space="0" w:color="auto"/>
              <w:right w:val="single" w:sz="6" w:space="0" w:color="auto"/>
            </w:tcBorders>
            <w:hideMark/>
          </w:tcPr>
          <w:p w14:paraId="482AFE3F" w14:textId="77777777" w:rsidR="00FF7DC5" w:rsidRPr="00102762" w:rsidRDefault="00FF7DC5" w:rsidP="001E5186">
            <w:pPr>
              <w:jc w:val="center"/>
              <w:textAlignment w:val="baseline"/>
              <w:rPr>
                <w:rFonts w:eastAsia="Times New Roman"/>
                <w:lang w:eastAsia="en-GB"/>
              </w:rPr>
            </w:pPr>
          </w:p>
          <w:p w14:paraId="34689BE4" w14:textId="77777777" w:rsidR="00FF7DC5" w:rsidRPr="00102762" w:rsidRDefault="00FF7DC5" w:rsidP="001E5186">
            <w:pPr>
              <w:jc w:val="center"/>
              <w:textAlignment w:val="baseline"/>
              <w:rPr>
                <w:rFonts w:eastAsia="Times New Roman"/>
                <w:lang w:eastAsia="en-GB"/>
              </w:rPr>
            </w:pPr>
          </w:p>
          <w:p w14:paraId="2C314DF9" w14:textId="77777777" w:rsidR="00FF7DC5" w:rsidRPr="00102762" w:rsidRDefault="00FF7DC5" w:rsidP="001E5186">
            <w:pPr>
              <w:jc w:val="center"/>
              <w:textAlignment w:val="baseline"/>
              <w:rPr>
                <w:rFonts w:eastAsia="Times New Roman"/>
                <w:lang w:eastAsia="en-GB"/>
              </w:rPr>
            </w:pPr>
            <w:proofErr w:type="gramStart"/>
            <w:r w:rsidRPr="00102762">
              <w:rPr>
                <w:rFonts w:eastAsia="Times New Roman"/>
                <w:lang w:val="en-US" w:eastAsia="en-GB"/>
              </w:rPr>
              <w:t>AF  I</w:t>
            </w:r>
            <w:proofErr w:type="gramEnd"/>
          </w:p>
          <w:p w14:paraId="7A020D71" w14:textId="77777777" w:rsidR="00FF7DC5" w:rsidRPr="00102762" w:rsidRDefault="00FF7DC5" w:rsidP="001E5186">
            <w:pPr>
              <w:jc w:val="center"/>
              <w:textAlignment w:val="baseline"/>
              <w:rPr>
                <w:rFonts w:eastAsia="Times New Roman"/>
                <w:lang w:eastAsia="en-GB"/>
              </w:rPr>
            </w:pPr>
          </w:p>
          <w:p w14:paraId="3BCAA69B" w14:textId="77777777" w:rsidR="00FF7DC5" w:rsidRPr="00102762" w:rsidRDefault="00FF7DC5" w:rsidP="001E5186">
            <w:pPr>
              <w:jc w:val="center"/>
              <w:textAlignment w:val="baseline"/>
              <w:rPr>
                <w:rFonts w:eastAsia="Times New Roman"/>
                <w:lang w:eastAsia="en-GB"/>
              </w:rPr>
            </w:pPr>
          </w:p>
          <w:p w14:paraId="68665A34" w14:textId="77777777" w:rsidR="00FF7DC5" w:rsidRPr="00102762" w:rsidRDefault="00FF7DC5" w:rsidP="001E5186">
            <w:pPr>
              <w:jc w:val="center"/>
              <w:textAlignment w:val="baseline"/>
              <w:rPr>
                <w:rFonts w:eastAsia="Times New Roman"/>
                <w:lang w:eastAsia="en-GB"/>
              </w:rPr>
            </w:pPr>
            <w:proofErr w:type="gramStart"/>
            <w:r w:rsidRPr="00102762">
              <w:rPr>
                <w:rFonts w:eastAsia="Times New Roman"/>
                <w:lang w:val="en-US" w:eastAsia="en-GB"/>
              </w:rPr>
              <w:t>AF  I</w:t>
            </w:r>
            <w:proofErr w:type="gramEnd"/>
          </w:p>
          <w:p w14:paraId="399F6B30" w14:textId="77777777" w:rsidR="00FF7DC5" w:rsidRPr="00102762" w:rsidRDefault="00FF7DC5" w:rsidP="001E5186">
            <w:pPr>
              <w:jc w:val="center"/>
              <w:textAlignment w:val="baseline"/>
              <w:rPr>
                <w:rFonts w:eastAsia="Times New Roman"/>
                <w:lang w:eastAsia="en-GB"/>
              </w:rPr>
            </w:pPr>
          </w:p>
          <w:p w14:paraId="33DFD24D" w14:textId="77777777" w:rsidR="00FF7DC5" w:rsidRPr="00102762" w:rsidRDefault="00FF7DC5" w:rsidP="001E5186">
            <w:pPr>
              <w:jc w:val="center"/>
              <w:textAlignment w:val="baseline"/>
              <w:rPr>
                <w:rFonts w:eastAsia="Times New Roman"/>
                <w:lang w:eastAsia="en-GB"/>
              </w:rPr>
            </w:pPr>
          </w:p>
          <w:p w14:paraId="2C93A0DA" w14:textId="77777777" w:rsidR="00FF7DC5" w:rsidRPr="00102762" w:rsidRDefault="00FF7DC5" w:rsidP="001E5186">
            <w:pPr>
              <w:jc w:val="center"/>
              <w:textAlignment w:val="baseline"/>
              <w:rPr>
                <w:rFonts w:eastAsia="Times New Roman"/>
                <w:lang w:eastAsia="en-GB"/>
              </w:rPr>
            </w:pPr>
          </w:p>
          <w:p w14:paraId="368E8C9C" w14:textId="77777777" w:rsidR="00FF7DC5" w:rsidRPr="00102762" w:rsidRDefault="00FF7DC5" w:rsidP="001E5186">
            <w:pPr>
              <w:jc w:val="center"/>
              <w:textAlignment w:val="baseline"/>
              <w:rPr>
                <w:rFonts w:eastAsia="Times New Roman"/>
                <w:lang w:eastAsia="en-GB"/>
              </w:rPr>
            </w:pPr>
            <w:proofErr w:type="gramStart"/>
            <w:r w:rsidRPr="00102762">
              <w:rPr>
                <w:rFonts w:eastAsia="Times New Roman"/>
                <w:lang w:val="en-US" w:eastAsia="en-GB"/>
              </w:rPr>
              <w:t>AF  I</w:t>
            </w:r>
            <w:proofErr w:type="gramEnd"/>
          </w:p>
          <w:p w14:paraId="15B5061B" w14:textId="77777777" w:rsidR="00FF7DC5" w:rsidRPr="00102762" w:rsidRDefault="00FF7DC5" w:rsidP="001E5186">
            <w:pPr>
              <w:jc w:val="center"/>
              <w:textAlignment w:val="baseline"/>
              <w:rPr>
                <w:rFonts w:eastAsia="Times New Roman"/>
                <w:lang w:eastAsia="en-GB"/>
              </w:rPr>
            </w:pPr>
          </w:p>
          <w:p w14:paraId="5CB7ED95" w14:textId="77777777" w:rsidR="00FF7DC5" w:rsidRPr="00102762" w:rsidRDefault="00FF7DC5" w:rsidP="001E5186">
            <w:pPr>
              <w:jc w:val="center"/>
              <w:textAlignment w:val="baseline"/>
              <w:rPr>
                <w:rFonts w:eastAsia="Times New Roman"/>
                <w:lang w:eastAsia="en-GB"/>
              </w:rPr>
            </w:pPr>
          </w:p>
          <w:p w14:paraId="17225AAD" w14:textId="77777777" w:rsidR="00FF7DC5" w:rsidRPr="00102762" w:rsidRDefault="00FF7DC5" w:rsidP="001E5186">
            <w:pPr>
              <w:jc w:val="center"/>
              <w:textAlignment w:val="baseline"/>
              <w:rPr>
                <w:rFonts w:eastAsia="Times New Roman"/>
                <w:lang w:eastAsia="en-GB"/>
              </w:rPr>
            </w:pPr>
          </w:p>
          <w:p w14:paraId="1BFD67C1" w14:textId="77777777" w:rsidR="00FF7DC5" w:rsidRPr="00102762" w:rsidRDefault="00FF7DC5" w:rsidP="001E5186">
            <w:pPr>
              <w:jc w:val="center"/>
              <w:textAlignment w:val="baseline"/>
              <w:rPr>
                <w:rFonts w:eastAsia="Times New Roman"/>
                <w:lang w:eastAsia="en-GB"/>
              </w:rPr>
            </w:pPr>
            <w:proofErr w:type="gramStart"/>
            <w:r w:rsidRPr="00102762">
              <w:rPr>
                <w:rFonts w:eastAsia="Times New Roman"/>
                <w:lang w:val="en-US" w:eastAsia="en-GB"/>
              </w:rPr>
              <w:t>AF  I</w:t>
            </w:r>
            <w:proofErr w:type="gramEnd"/>
          </w:p>
          <w:p w14:paraId="638226D6" w14:textId="77777777" w:rsidR="00FF7DC5" w:rsidRPr="00102762" w:rsidRDefault="00FF7DC5" w:rsidP="001E5186">
            <w:pPr>
              <w:jc w:val="center"/>
              <w:textAlignment w:val="baseline"/>
              <w:rPr>
                <w:rFonts w:eastAsia="Times New Roman"/>
                <w:lang w:eastAsia="en-GB"/>
              </w:rPr>
            </w:pPr>
          </w:p>
          <w:p w14:paraId="381B4937" w14:textId="77777777" w:rsidR="00FF7DC5" w:rsidRPr="00102762" w:rsidRDefault="00FF7DC5" w:rsidP="001E5186">
            <w:pPr>
              <w:jc w:val="center"/>
              <w:textAlignment w:val="baseline"/>
              <w:rPr>
                <w:rFonts w:eastAsia="Times New Roman"/>
                <w:lang w:eastAsia="en-GB"/>
              </w:rPr>
            </w:pPr>
          </w:p>
          <w:p w14:paraId="09D484FF" w14:textId="77777777" w:rsidR="00FF7DC5" w:rsidRPr="00102762" w:rsidRDefault="00FF7DC5" w:rsidP="001E5186">
            <w:pPr>
              <w:jc w:val="center"/>
              <w:textAlignment w:val="baseline"/>
              <w:rPr>
                <w:rFonts w:eastAsia="Times New Roman"/>
                <w:lang w:val="en-US" w:eastAsia="en-GB"/>
              </w:rPr>
            </w:pPr>
            <w:proofErr w:type="gramStart"/>
            <w:r w:rsidRPr="00102762">
              <w:rPr>
                <w:rFonts w:eastAsia="Times New Roman"/>
                <w:lang w:val="en-US" w:eastAsia="en-GB"/>
              </w:rPr>
              <w:t>AF  I</w:t>
            </w:r>
            <w:proofErr w:type="gramEnd"/>
          </w:p>
          <w:p w14:paraId="38FEDF16" w14:textId="77777777" w:rsidR="00FF7DC5" w:rsidRPr="00102762" w:rsidRDefault="00FF7DC5" w:rsidP="001E5186">
            <w:pPr>
              <w:jc w:val="center"/>
              <w:textAlignment w:val="baseline"/>
              <w:rPr>
                <w:rFonts w:eastAsia="Times New Roman"/>
                <w:lang w:val="en-US" w:eastAsia="en-GB"/>
              </w:rPr>
            </w:pPr>
          </w:p>
          <w:p w14:paraId="24C12E87" w14:textId="77777777" w:rsidR="00FF7DC5" w:rsidRPr="00102762" w:rsidRDefault="00FF7DC5" w:rsidP="001E5186">
            <w:pPr>
              <w:jc w:val="center"/>
              <w:textAlignment w:val="baseline"/>
              <w:rPr>
                <w:rFonts w:eastAsia="Times New Roman"/>
                <w:lang w:val="en-US" w:eastAsia="en-GB"/>
              </w:rPr>
            </w:pPr>
          </w:p>
          <w:p w14:paraId="2222BB39" w14:textId="77777777" w:rsidR="00FF7DC5" w:rsidRPr="00102762" w:rsidRDefault="00FF7DC5" w:rsidP="001E5186">
            <w:pPr>
              <w:jc w:val="center"/>
              <w:textAlignment w:val="baseline"/>
              <w:rPr>
                <w:rFonts w:eastAsia="Times New Roman"/>
                <w:lang w:eastAsia="en-GB"/>
              </w:rPr>
            </w:pPr>
            <w:proofErr w:type="gramStart"/>
            <w:r w:rsidRPr="00102762">
              <w:rPr>
                <w:rFonts w:eastAsia="Times New Roman"/>
                <w:lang w:val="en-US" w:eastAsia="en-GB"/>
              </w:rPr>
              <w:t>AF  I</w:t>
            </w:r>
            <w:proofErr w:type="gramEnd"/>
          </w:p>
          <w:p w14:paraId="29754CCE" w14:textId="77777777" w:rsidR="00FF7DC5" w:rsidRPr="00102762" w:rsidRDefault="00FF7DC5" w:rsidP="001E5186">
            <w:pPr>
              <w:jc w:val="center"/>
              <w:textAlignment w:val="baseline"/>
              <w:rPr>
                <w:rFonts w:eastAsia="Times New Roman"/>
                <w:lang w:eastAsia="en-GB"/>
              </w:rPr>
            </w:pPr>
          </w:p>
          <w:p w14:paraId="14103F2C" w14:textId="77777777" w:rsidR="00FF7DC5" w:rsidRPr="00102762" w:rsidRDefault="00FF7DC5" w:rsidP="001E5186">
            <w:pPr>
              <w:jc w:val="center"/>
              <w:textAlignment w:val="baseline"/>
              <w:rPr>
                <w:rFonts w:eastAsia="Times New Roman"/>
                <w:lang w:eastAsia="en-GB"/>
              </w:rPr>
            </w:pPr>
          </w:p>
          <w:p w14:paraId="4E5447A3" w14:textId="77777777" w:rsidR="00FF7DC5" w:rsidRPr="00102762" w:rsidRDefault="00FF7DC5" w:rsidP="001E5186">
            <w:pPr>
              <w:jc w:val="center"/>
              <w:textAlignment w:val="baseline"/>
              <w:rPr>
                <w:rFonts w:eastAsia="Times New Roman"/>
                <w:lang w:eastAsia="en-GB"/>
              </w:rPr>
            </w:pPr>
            <w:proofErr w:type="gramStart"/>
            <w:r w:rsidRPr="00102762">
              <w:rPr>
                <w:rFonts w:eastAsia="Times New Roman"/>
                <w:lang w:eastAsia="en-GB"/>
              </w:rPr>
              <w:t>AF  I</w:t>
            </w:r>
            <w:proofErr w:type="gramEnd"/>
          </w:p>
          <w:p w14:paraId="124D0B17" w14:textId="77777777" w:rsidR="00FF7DC5" w:rsidRPr="00102762" w:rsidRDefault="00FF7DC5" w:rsidP="001E5186">
            <w:pPr>
              <w:jc w:val="center"/>
              <w:textAlignment w:val="baseline"/>
              <w:rPr>
                <w:rFonts w:eastAsia="Times New Roman"/>
                <w:lang w:eastAsia="en-GB"/>
              </w:rPr>
            </w:pPr>
          </w:p>
          <w:p w14:paraId="30AF20C9" w14:textId="77777777" w:rsidR="00FF7DC5" w:rsidRPr="00102762" w:rsidRDefault="00FF7DC5" w:rsidP="001E5186">
            <w:pPr>
              <w:jc w:val="center"/>
              <w:textAlignment w:val="baseline"/>
              <w:rPr>
                <w:rFonts w:eastAsia="Times New Roman"/>
                <w:lang w:eastAsia="en-GB"/>
              </w:rPr>
            </w:pPr>
            <w:proofErr w:type="gramStart"/>
            <w:r w:rsidRPr="00102762">
              <w:rPr>
                <w:rFonts w:eastAsia="Times New Roman"/>
                <w:lang w:eastAsia="en-GB"/>
              </w:rPr>
              <w:lastRenderedPageBreak/>
              <w:t>AF  I</w:t>
            </w:r>
            <w:proofErr w:type="gramEnd"/>
          </w:p>
          <w:p w14:paraId="49899809" w14:textId="77777777" w:rsidR="00FF7DC5" w:rsidRPr="00102762" w:rsidRDefault="00FF7DC5" w:rsidP="001E5186">
            <w:pPr>
              <w:jc w:val="center"/>
              <w:textAlignment w:val="baseline"/>
              <w:rPr>
                <w:rFonts w:eastAsia="Times New Roman"/>
                <w:lang w:eastAsia="en-GB"/>
              </w:rPr>
            </w:pPr>
          </w:p>
          <w:p w14:paraId="7DB5F0C4" w14:textId="77777777" w:rsidR="00824D4E" w:rsidRPr="00102762" w:rsidRDefault="00824D4E" w:rsidP="001E5186">
            <w:pPr>
              <w:jc w:val="center"/>
              <w:textAlignment w:val="baseline"/>
              <w:rPr>
                <w:rFonts w:eastAsia="Times New Roman"/>
                <w:lang w:eastAsia="en-GB"/>
              </w:rPr>
            </w:pPr>
          </w:p>
          <w:p w14:paraId="3E9A6304" w14:textId="6F49CFCD" w:rsidR="00FF7DC5" w:rsidRPr="00102762" w:rsidRDefault="00FF7DC5" w:rsidP="001E5186">
            <w:pPr>
              <w:jc w:val="center"/>
              <w:textAlignment w:val="baseline"/>
              <w:rPr>
                <w:rFonts w:eastAsia="Times New Roman"/>
                <w:lang w:eastAsia="en-GB"/>
              </w:rPr>
            </w:pPr>
            <w:proofErr w:type="gramStart"/>
            <w:r w:rsidRPr="00102762">
              <w:rPr>
                <w:rFonts w:eastAsia="Times New Roman"/>
                <w:lang w:eastAsia="en-GB"/>
              </w:rPr>
              <w:t>AF  I</w:t>
            </w:r>
            <w:proofErr w:type="gramEnd"/>
          </w:p>
          <w:p w14:paraId="6E55A5AA" w14:textId="77777777" w:rsidR="00FF7DC5" w:rsidRPr="00102762" w:rsidRDefault="00FF7DC5" w:rsidP="001E5186">
            <w:pPr>
              <w:jc w:val="center"/>
              <w:textAlignment w:val="baseline"/>
              <w:rPr>
                <w:rFonts w:eastAsia="Times New Roman"/>
                <w:lang w:eastAsia="en-GB"/>
              </w:rPr>
            </w:pPr>
          </w:p>
          <w:p w14:paraId="66C15D3F" w14:textId="77777777" w:rsidR="00FF7DC5" w:rsidRPr="00102762" w:rsidRDefault="00FF7DC5" w:rsidP="001E5186">
            <w:pPr>
              <w:jc w:val="center"/>
              <w:textAlignment w:val="baseline"/>
              <w:rPr>
                <w:rFonts w:eastAsia="Times New Roman"/>
                <w:lang w:eastAsia="en-GB"/>
              </w:rPr>
            </w:pPr>
            <w:proofErr w:type="gramStart"/>
            <w:r w:rsidRPr="00102762">
              <w:rPr>
                <w:rFonts w:eastAsia="Times New Roman"/>
                <w:lang w:val="en-US" w:eastAsia="en-GB"/>
              </w:rPr>
              <w:t>AF  I</w:t>
            </w:r>
            <w:proofErr w:type="gramEnd"/>
          </w:p>
          <w:p w14:paraId="030BA703" w14:textId="77777777" w:rsidR="00FF7DC5" w:rsidRPr="00102762" w:rsidRDefault="00FF7DC5" w:rsidP="001E5186">
            <w:pPr>
              <w:textAlignment w:val="baseline"/>
              <w:rPr>
                <w:rFonts w:eastAsia="Times New Roman"/>
                <w:lang w:eastAsia="en-GB"/>
              </w:rPr>
            </w:pPr>
          </w:p>
        </w:tc>
      </w:tr>
      <w:tr w:rsidR="00FF7DC5" w:rsidRPr="00102762" w14:paraId="16E7CC6A" w14:textId="77777777" w:rsidTr="00FF7DC5">
        <w:tc>
          <w:tcPr>
            <w:tcW w:w="4246" w:type="dxa"/>
            <w:tcBorders>
              <w:top w:val="single" w:sz="4" w:space="0" w:color="auto"/>
              <w:left w:val="single" w:sz="6" w:space="0" w:color="auto"/>
              <w:bottom w:val="single" w:sz="6" w:space="0" w:color="auto"/>
              <w:right w:val="single" w:sz="6" w:space="0" w:color="auto"/>
            </w:tcBorders>
            <w:hideMark/>
          </w:tcPr>
          <w:p w14:paraId="7996FE01" w14:textId="77777777" w:rsidR="00FF7DC5" w:rsidRPr="00102762" w:rsidRDefault="00FF7DC5" w:rsidP="001E5186">
            <w:pPr>
              <w:ind w:left="420" w:hanging="420"/>
              <w:textAlignment w:val="baseline"/>
              <w:rPr>
                <w:rFonts w:ascii="Times New Roman" w:eastAsia="Times New Roman" w:hAnsi="Times New Roman" w:cs="Times New Roman"/>
                <w:sz w:val="24"/>
                <w:szCs w:val="24"/>
                <w:lang w:eastAsia="en-GB"/>
              </w:rPr>
            </w:pPr>
            <w:r w:rsidRPr="00102762">
              <w:rPr>
                <w:rFonts w:eastAsia="Times New Roman"/>
                <w:b/>
                <w:bCs/>
                <w:u w:val="single"/>
                <w:lang w:val="en-US" w:eastAsia="en-GB"/>
              </w:rPr>
              <w:lastRenderedPageBreak/>
              <w:t>Attitude and Commitment</w:t>
            </w:r>
            <w:r w:rsidRPr="00102762">
              <w:rPr>
                <w:rFonts w:eastAsia="Times New Roman"/>
                <w:lang w:eastAsia="en-GB"/>
              </w:rPr>
              <w:t> </w:t>
            </w:r>
          </w:p>
          <w:p w14:paraId="309B57BD" w14:textId="77777777" w:rsidR="00FF7DC5" w:rsidRPr="00102762" w:rsidRDefault="00FF7DC5" w:rsidP="001E5186">
            <w:pPr>
              <w:ind w:left="420" w:hanging="420"/>
              <w:textAlignment w:val="baseline"/>
              <w:rPr>
                <w:rFonts w:ascii="Times New Roman" w:eastAsia="Times New Roman" w:hAnsi="Times New Roman" w:cs="Times New Roman"/>
                <w:sz w:val="24"/>
                <w:szCs w:val="24"/>
                <w:lang w:eastAsia="en-GB"/>
              </w:rPr>
            </w:pPr>
            <w:r w:rsidRPr="00102762">
              <w:rPr>
                <w:rFonts w:eastAsia="Times New Roman"/>
                <w:lang w:eastAsia="en-GB"/>
              </w:rPr>
              <w:t> </w:t>
            </w:r>
          </w:p>
          <w:p w14:paraId="5281AC60" w14:textId="77777777" w:rsidR="00FF7DC5" w:rsidRPr="00102762" w:rsidRDefault="00FF7DC5" w:rsidP="001E5186">
            <w:pPr>
              <w:ind w:left="15" w:hanging="15"/>
              <w:jc w:val="both"/>
              <w:textAlignment w:val="baseline"/>
              <w:rPr>
                <w:rFonts w:ascii="Times New Roman" w:eastAsia="Times New Roman" w:hAnsi="Times New Roman" w:cs="Times New Roman"/>
                <w:sz w:val="24"/>
                <w:szCs w:val="24"/>
                <w:lang w:eastAsia="en-GB"/>
              </w:rPr>
            </w:pPr>
            <w:r w:rsidRPr="00102762">
              <w:rPr>
                <w:rFonts w:eastAsia="Times New Roman"/>
                <w:lang w:val="en-US" w:eastAsia="en-GB"/>
              </w:rPr>
              <w:t>Commitment to improving the quality of life of young people and their parents/carers and families</w:t>
            </w:r>
            <w:r w:rsidRPr="00102762">
              <w:rPr>
                <w:rFonts w:eastAsia="Times New Roman"/>
                <w:lang w:eastAsia="en-GB"/>
              </w:rPr>
              <w:t> </w:t>
            </w:r>
          </w:p>
          <w:p w14:paraId="53BEB9FD" w14:textId="77777777" w:rsidR="00FF7DC5" w:rsidRPr="00102762" w:rsidRDefault="00FF7DC5" w:rsidP="001E5186">
            <w:pPr>
              <w:ind w:left="15" w:hanging="15"/>
              <w:jc w:val="both"/>
              <w:textAlignment w:val="baseline"/>
              <w:rPr>
                <w:rFonts w:ascii="Times New Roman" w:eastAsia="Times New Roman" w:hAnsi="Times New Roman" w:cs="Times New Roman"/>
                <w:sz w:val="24"/>
                <w:szCs w:val="24"/>
                <w:lang w:eastAsia="en-GB"/>
              </w:rPr>
            </w:pPr>
            <w:r w:rsidRPr="00102762">
              <w:rPr>
                <w:rFonts w:eastAsia="Times New Roman"/>
                <w:lang w:eastAsia="en-GB"/>
              </w:rPr>
              <w:t> </w:t>
            </w:r>
          </w:p>
          <w:p w14:paraId="56F1F3F4" w14:textId="77777777" w:rsidR="00FF7DC5" w:rsidRPr="00102762" w:rsidRDefault="00FF7DC5" w:rsidP="001E5186">
            <w:pPr>
              <w:ind w:left="15" w:hanging="15"/>
              <w:jc w:val="both"/>
              <w:textAlignment w:val="baseline"/>
              <w:rPr>
                <w:rFonts w:ascii="Times New Roman" w:eastAsia="Times New Roman" w:hAnsi="Times New Roman" w:cs="Times New Roman"/>
                <w:sz w:val="24"/>
                <w:szCs w:val="24"/>
                <w:lang w:eastAsia="en-GB"/>
              </w:rPr>
            </w:pPr>
            <w:r w:rsidRPr="00102762">
              <w:rPr>
                <w:rFonts w:eastAsia="Times New Roman"/>
                <w:lang w:val="en-US" w:eastAsia="en-GB"/>
              </w:rPr>
              <w:t xml:space="preserve">Commitment to the </w:t>
            </w:r>
            <w:proofErr w:type="gramStart"/>
            <w:r w:rsidRPr="00102762">
              <w:rPr>
                <w:rFonts w:eastAsia="Times New Roman"/>
                <w:lang w:val="en-US" w:eastAsia="en-GB"/>
              </w:rPr>
              <w:t>principals</w:t>
            </w:r>
            <w:proofErr w:type="gramEnd"/>
            <w:r w:rsidRPr="00102762">
              <w:rPr>
                <w:rFonts w:eastAsia="Times New Roman"/>
                <w:lang w:val="en-US" w:eastAsia="en-GB"/>
              </w:rPr>
              <w:t xml:space="preserve"> of social inclusion and equality</w:t>
            </w:r>
            <w:r w:rsidRPr="00102762">
              <w:rPr>
                <w:rFonts w:eastAsia="Times New Roman"/>
                <w:lang w:eastAsia="en-GB"/>
              </w:rPr>
              <w:t> </w:t>
            </w:r>
          </w:p>
          <w:p w14:paraId="1B28B7B4" w14:textId="77777777" w:rsidR="00FF7DC5" w:rsidRPr="00102762" w:rsidRDefault="00FF7DC5" w:rsidP="001E5186">
            <w:pPr>
              <w:ind w:left="15" w:hanging="15"/>
              <w:jc w:val="both"/>
              <w:textAlignment w:val="baseline"/>
              <w:rPr>
                <w:rFonts w:ascii="Times New Roman" w:eastAsia="Times New Roman" w:hAnsi="Times New Roman" w:cs="Times New Roman"/>
                <w:sz w:val="24"/>
                <w:szCs w:val="24"/>
                <w:lang w:eastAsia="en-GB"/>
              </w:rPr>
            </w:pPr>
            <w:r w:rsidRPr="00102762">
              <w:rPr>
                <w:rFonts w:eastAsia="Times New Roman"/>
                <w:lang w:eastAsia="en-GB"/>
              </w:rPr>
              <w:t> </w:t>
            </w:r>
          </w:p>
          <w:p w14:paraId="041C22A0" w14:textId="77777777" w:rsidR="00FF7DC5" w:rsidRPr="00102762" w:rsidRDefault="00FF7DC5" w:rsidP="001E5186">
            <w:pPr>
              <w:ind w:left="15" w:hanging="15"/>
              <w:jc w:val="both"/>
              <w:textAlignment w:val="baseline"/>
              <w:rPr>
                <w:rFonts w:ascii="Times New Roman" w:eastAsia="Times New Roman" w:hAnsi="Times New Roman" w:cs="Times New Roman"/>
                <w:sz w:val="24"/>
                <w:szCs w:val="24"/>
                <w:lang w:eastAsia="en-GB"/>
              </w:rPr>
            </w:pPr>
            <w:r w:rsidRPr="00102762">
              <w:rPr>
                <w:rFonts w:eastAsia="Times New Roman"/>
                <w:lang w:val="en-US" w:eastAsia="en-GB"/>
              </w:rPr>
              <w:t>Ability to work energetically and creatively to improve services</w:t>
            </w:r>
            <w:r w:rsidRPr="00102762">
              <w:rPr>
                <w:rFonts w:eastAsia="Times New Roman"/>
                <w:lang w:eastAsia="en-GB"/>
              </w:rPr>
              <w:t>  </w:t>
            </w:r>
          </w:p>
        </w:tc>
        <w:tc>
          <w:tcPr>
            <w:tcW w:w="1976" w:type="dxa"/>
            <w:tcBorders>
              <w:top w:val="single" w:sz="4" w:space="0" w:color="auto"/>
              <w:left w:val="nil"/>
              <w:bottom w:val="single" w:sz="6" w:space="0" w:color="auto"/>
              <w:right w:val="single" w:sz="6" w:space="0" w:color="auto"/>
            </w:tcBorders>
            <w:hideMark/>
          </w:tcPr>
          <w:p w14:paraId="46690A5F"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
          <w:p w14:paraId="46BFCBD5"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
          <w:p w14:paraId="46FB84BE"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r w:rsidRPr="00102762">
              <w:rPr>
                <w:rFonts w:eastAsia="Times New Roman"/>
                <w:lang w:val="en-US" w:eastAsia="en-GB"/>
              </w:rPr>
              <w:t>E</w:t>
            </w:r>
          </w:p>
          <w:p w14:paraId="3A20491C"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
          <w:p w14:paraId="69A0C21C"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
          <w:p w14:paraId="5743AC00"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r w:rsidRPr="00102762">
              <w:rPr>
                <w:rFonts w:eastAsia="Times New Roman"/>
                <w:lang w:val="en-US" w:eastAsia="en-GB"/>
              </w:rPr>
              <w:t>E</w:t>
            </w:r>
          </w:p>
          <w:p w14:paraId="5A2A5131"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
          <w:p w14:paraId="1D9D7A00" w14:textId="77777777" w:rsidR="002C6698" w:rsidRPr="00102762" w:rsidRDefault="002C6698" w:rsidP="001E5186">
            <w:pPr>
              <w:jc w:val="center"/>
              <w:textAlignment w:val="baseline"/>
              <w:rPr>
                <w:rFonts w:eastAsia="Times New Roman"/>
                <w:lang w:val="en-US" w:eastAsia="en-GB"/>
              </w:rPr>
            </w:pPr>
          </w:p>
          <w:p w14:paraId="6BCD0875" w14:textId="137F81A6" w:rsidR="00FF7DC5" w:rsidRPr="00102762" w:rsidRDefault="00FF7DC5" w:rsidP="001E5186">
            <w:pPr>
              <w:jc w:val="center"/>
              <w:textAlignment w:val="baseline"/>
              <w:rPr>
                <w:rFonts w:ascii="Times New Roman" w:eastAsia="Times New Roman" w:hAnsi="Times New Roman" w:cs="Times New Roman"/>
                <w:sz w:val="24"/>
                <w:szCs w:val="24"/>
                <w:lang w:eastAsia="en-GB"/>
              </w:rPr>
            </w:pPr>
            <w:r w:rsidRPr="00102762">
              <w:rPr>
                <w:rFonts w:eastAsia="Times New Roman"/>
                <w:lang w:val="en-US" w:eastAsia="en-GB"/>
              </w:rPr>
              <w:t>E</w:t>
            </w:r>
          </w:p>
        </w:tc>
        <w:tc>
          <w:tcPr>
            <w:tcW w:w="2402" w:type="dxa"/>
            <w:tcBorders>
              <w:top w:val="nil"/>
              <w:left w:val="nil"/>
              <w:bottom w:val="single" w:sz="6" w:space="0" w:color="auto"/>
              <w:right w:val="single" w:sz="6" w:space="0" w:color="auto"/>
            </w:tcBorders>
            <w:hideMark/>
          </w:tcPr>
          <w:p w14:paraId="33CA743B"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
          <w:p w14:paraId="78D9BB7F"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
          <w:p w14:paraId="53FADC97"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roofErr w:type="gramStart"/>
            <w:r w:rsidRPr="00102762">
              <w:rPr>
                <w:rFonts w:eastAsia="Times New Roman"/>
                <w:lang w:val="en-US" w:eastAsia="en-GB"/>
              </w:rPr>
              <w:t>AF  I</w:t>
            </w:r>
            <w:proofErr w:type="gramEnd"/>
          </w:p>
          <w:p w14:paraId="59ED6498"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
          <w:p w14:paraId="3F2603B2"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
          <w:p w14:paraId="30688767"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r w:rsidRPr="00102762">
              <w:rPr>
                <w:rFonts w:eastAsia="Times New Roman"/>
                <w:lang w:val="en-US" w:eastAsia="en-GB"/>
              </w:rPr>
              <w:t>I</w:t>
            </w:r>
          </w:p>
          <w:p w14:paraId="351F4CB1"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
          <w:p w14:paraId="0CCDE6B7"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
          <w:p w14:paraId="5218A7BD"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r w:rsidRPr="00102762">
              <w:rPr>
                <w:rFonts w:eastAsia="Times New Roman"/>
                <w:lang w:val="en-US" w:eastAsia="en-GB"/>
              </w:rPr>
              <w:t>I</w:t>
            </w:r>
          </w:p>
        </w:tc>
      </w:tr>
      <w:tr w:rsidR="00FF7DC5" w:rsidRPr="00102762" w14:paraId="4CBAE9DE" w14:textId="77777777" w:rsidTr="00FF7DC5">
        <w:tc>
          <w:tcPr>
            <w:tcW w:w="4246" w:type="dxa"/>
            <w:tcBorders>
              <w:top w:val="nil"/>
              <w:left w:val="single" w:sz="6" w:space="0" w:color="auto"/>
              <w:bottom w:val="single" w:sz="6" w:space="0" w:color="auto"/>
              <w:right w:val="single" w:sz="6" w:space="0" w:color="auto"/>
            </w:tcBorders>
            <w:hideMark/>
          </w:tcPr>
          <w:p w14:paraId="5599AE50" w14:textId="77777777" w:rsidR="00FF7DC5" w:rsidRPr="00102762" w:rsidRDefault="00FF7DC5" w:rsidP="001E5186">
            <w:pPr>
              <w:ind w:left="420" w:hanging="420"/>
              <w:textAlignment w:val="baseline"/>
              <w:rPr>
                <w:rFonts w:ascii="Times New Roman" w:eastAsia="Times New Roman" w:hAnsi="Times New Roman" w:cs="Times New Roman"/>
                <w:sz w:val="24"/>
                <w:szCs w:val="24"/>
                <w:lang w:eastAsia="en-GB"/>
              </w:rPr>
            </w:pPr>
            <w:r w:rsidRPr="00102762">
              <w:rPr>
                <w:rFonts w:eastAsia="Times New Roman"/>
                <w:b/>
                <w:bCs/>
                <w:u w:val="single"/>
                <w:lang w:val="en-US" w:eastAsia="en-GB"/>
              </w:rPr>
              <w:t>Special Requirements</w:t>
            </w:r>
            <w:r w:rsidRPr="00102762">
              <w:rPr>
                <w:rFonts w:eastAsia="Times New Roman"/>
                <w:lang w:eastAsia="en-GB"/>
              </w:rPr>
              <w:t> </w:t>
            </w:r>
          </w:p>
          <w:p w14:paraId="1F721318" w14:textId="54DF3872" w:rsidR="00FF7DC5" w:rsidRPr="00102762" w:rsidRDefault="00FF7DC5" w:rsidP="002C6698">
            <w:pPr>
              <w:ind w:left="420" w:hanging="420"/>
              <w:textAlignment w:val="baseline"/>
              <w:rPr>
                <w:rFonts w:eastAsia="Times New Roman"/>
                <w:lang w:val="en-US" w:eastAsia="en-GB"/>
              </w:rPr>
            </w:pPr>
            <w:r w:rsidRPr="00102762">
              <w:rPr>
                <w:rFonts w:eastAsia="Times New Roman"/>
                <w:lang w:eastAsia="en-GB"/>
              </w:rPr>
              <w:t> </w:t>
            </w:r>
            <w:r w:rsidRPr="00102762">
              <w:rPr>
                <w:rFonts w:eastAsia="Times New Roman"/>
                <w:lang w:val="en-US" w:eastAsia="en-GB"/>
              </w:rPr>
              <w:t xml:space="preserve">Evening and Weekend work </w:t>
            </w:r>
          </w:p>
          <w:p w14:paraId="76533B95" w14:textId="77777777" w:rsidR="00FF7DC5" w:rsidRPr="00102762" w:rsidRDefault="00FF7DC5" w:rsidP="001E5186">
            <w:pPr>
              <w:ind w:left="420" w:hanging="420"/>
              <w:textAlignment w:val="baseline"/>
              <w:rPr>
                <w:rFonts w:ascii="Times New Roman" w:eastAsia="Times New Roman" w:hAnsi="Times New Roman" w:cs="Times New Roman"/>
                <w:sz w:val="24"/>
                <w:szCs w:val="24"/>
                <w:lang w:eastAsia="en-GB"/>
              </w:rPr>
            </w:pPr>
            <w:r w:rsidRPr="00102762">
              <w:rPr>
                <w:rFonts w:eastAsia="Times New Roman"/>
                <w:lang w:eastAsia="en-GB"/>
              </w:rPr>
              <w:t> </w:t>
            </w:r>
          </w:p>
          <w:p w14:paraId="7221C859" w14:textId="77777777" w:rsidR="00FF7DC5" w:rsidRPr="00102762" w:rsidRDefault="00FF7DC5" w:rsidP="001E5186">
            <w:pPr>
              <w:textAlignment w:val="baseline"/>
              <w:rPr>
                <w:rFonts w:ascii="Times New Roman" w:eastAsia="Times New Roman" w:hAnsi="Times New Roman" w:cs="Times New Roman"/>
                <w:sz w:val="24"/>
                <w:szCs w:val="24"/>
                <w:lang w:eastAsia="en-GB"/>
              </w:rPr>
            </w:pPr>
            <w:r w:rsidRPr="00102762">
              <w:rPr>
                <w:rFonts w:eastAsia="Times New Roman"/>
                <w:lang w:val="en-US" w:eastAsia="en-GB"/>
              </w:rPr>
              <w:t>Varying hours during school holidays</w:t>
            </w:r>
            <w:r w:rsidRPr="00102762">
              <w:rPr>
                <w:rFonts w:eastAsia="Times New Roman"/>
                <w:lang w:eastAsia="en-GB"/>
              </w:rPr>
              <w:t> </w:t>
            </w:r>
          </w:p>
          <w:p w14:paraId="150FFD0A" w14:textId="77777777" w:rsidR="00FF7DC5" w:rsidRPr="00102762" w:rsidRDefault="00FF7DC5" w:rsidP="001E5186">
            <w:pPr>
              <w:ind w:left="420" w:hanging="420"/>
              <w:textAlignment w:val="baseline"/>
              <w:rPr>
                <w:rFonts w:ascii="Times New Roman" w:eastAsia="Times New Roman" w:hAnsi="Times New Roman" w:cs="Times New Roman"/>
                <w:sz w:val="24"/>
                <w:szCs w:val="24"/>
                <w:lang w:eastAsia="en-GB"/>
              </w:rPr>
            </w:pPr>
            <w:r w:rsidRPr="00102762">
              <w:rPr>
                <w:rFonts w:eastAsia="Times New Roman"/>
                <w:lang w:eastAsia="en-GB"/>
              </w:rPr>
              <w:t> </w:t>
            </w:r>
          </w:p>
          <w:p w14:paraId="26082580" w14:textId="3176E634" w:rsidR="00FF7DC5" w:rsidRPr="00102762" w:rsidRDefault="00FF7DC5" w:rsidP="001E5186">
            <w:pPr>
              <w:ind w:left="420" w:hanging="420"/>
              <w:textAlignment w:val="baseline"/>
              <w:rPr>
                <w:rFonts w:ascii="Times New Roman" w:eastAsia="Times New Roman" w:hAnsi="Times New Roman" w:cs="Times New Roman"/>
                <w:sz w:val="24"/>
                <w:szCs w:val="24"/>
                <w:lang w:eastAsia="en-GB"/>
              </w:rPr>
            </w:pPr>
            <w:r w:rsidRPr="00102762">
              <w:rPr>
                <w:rFonts w:eastAsia="Times New Roman"/>
                <w:lang w:val="en-US" w:eastAsia="en-GB"/>
              </w:rPr>
              <w:t>Full, current driving licen</w:t>
            </w:r>
            <w:r w:rsidR="00897ABC" w:rsidRPr="00102762">
              <w:rPr>
                <w:rFonts w:eastAsia="Times New Roman"/>
                <w:lang w:val="en-US" w:eastAsia="en-GB"/>
              </w:rPr>
              <w:t>s</w:t>
            </w:r>
            <w:r w:rsidRPr="00102762">
              <w:rPr>
                <w:rFonts w:eastAsia="Times New Roman"/>
                <w:lang w:val="en-US" w:eastAsia="en-GB"/>
              </w:rPr>
              <w:t>e</w:t>
            </w:r>
            <w:r w:rsidRPr="00102762">
              <w:rPr>
                <w:rFonts w:eastAsia="Times New Roman"/>
                <w:lang w:eastAsia="en-GB"/>
              </w:rPr>
              <w:t>  </w:t>
            </w:r>
          </w:p>
          <w:p w14:paraId="2193621D" w14:textId="77777777" w:rsidR="00FF7DC5" w:rsidRPr="00102762" w:rsidRDefault="00FF7DC5" w:rsidP="001E5186">
            <w:pPr>
              <w:textAlignment w:val="baseline"/>
              <w:rPr>
                <w:rFonts w:ascii="Times New Roman" w:eastAsia="Times New Roman" w:hAnsi="Times New Roman" w:cs="Times New Roman"/>
                <w:sz w:val="24"/>
                <w:szCs w:val="24"/>
                <w:lang w:eastAsia="en-GB"/>
              </w:rPr>
            </w:pPr>
            <w:r w:rsidRPr="00102762">
              <w:rPr>
                <w:rFonts w:eastAsia="Times New Roman"/>
                <w:lang w:val="en-US" w:eastAsia="en-GB"/>
              </w:rPr>
              <w:t>Willingness to undertake relevant training commensurate to the post including Pediatric First Aid</w:t>
            </w:r>
            <w:r w:rsidRPr="00102762">
              <w:rPr>
                <w:rFonts w:eastAsia="Times New Roman"/>
                <w:lang w:eastAsia="en-GB"/>
              </w:rPr>
              <w:t> </w:t>
            </w:r>
          </w:p>
        </w:tc>
        <w:tc>
          <w:tcPr>
            <w:tcW w:w="1976" w:type="dxa"/>
            <w:tcBorders>
              <w:top w:val="nil"/>
              <w:left w:val="nil"/>
              <w:bottom w:val="single" w:sz="6" w:space="0" w:color="auto"/>
              <w:right w:val="single" w:sz="6" w:space="0" w:color="auto"/>
            </w:tcBorders>
            <w:hideMark/>
          </w:tcPr>
          <w:p w14:paraId="44D8D314"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
          <w:p w14:paraId="4D267371"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r w:rsidRPr="00102762">
              <w:rPr>
                <w:rFonts w:eastAsia="Times New Roman"/>
                <w:lang w:val="en-US" w:eastAsia="en-GB"/>
              </w:rPr>
              <w:t>E</w:t>
            </w:r>
          </w:p>
          <w:p w14:paraId="57279356"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
          <w:p w14:paraId="244C298E"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r w:rsidRPr="00102762">
              <w:rPr>
                <w:rFonts w:eastAsia="Times New Roman"/>
                <w:lang w:val="en-US" w:eastAsia="en-GB"/>
              </w:rPr>
              <w:t>D</w:t>
            </w:r>
          </w:p>
          <w:p w14:paraId="18E2E1DD"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
          <w:p w14:paraId="52FF9461"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r w:rsidRPr="00102762">
              <w:rPr>
                <w:rFonts w:eastAsia="Times New Roman"/>
                <w:lang w:val="en-US" w:eastAsia="en-GB"/>
              </w:rPr>
              <w:t>D</w:t>
            </w:r>
          </w:p>
          <w:p w14:paraId="31EC36D0"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
          <w:p w14:paraId="4DFFA0C7"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r w:rsidRPr="00102762">
              <w:rPr>
                <w:rFonts w:eastAsia="Times New Roman"/>
                <w:lang w:val="en-US" w:eastAsia="en-GB"/>
              </w:rPr>
              <w:t>E</w:t>
            </w:r>
          </w:p>
        </w:tc>
        <w:tc>
          <w:tcPr>
            <w:tcW w:w="2402" w:type="dxa"/>
            <w:tcBorders>
              <w:top w:val="nil"/>
              <w:left w:val="nil"/>
              <w:bottom w:val="single" w:sz="6" w:space="0" w:color="auto"/>
              <w:right w:val="single" w:sz="6" w:space="0" w:color="auto"/>
            </w:tcBorders>
            <w:hideMark/>
          </w:tcPr>
          <w:p w14:paraId="28676993"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
          <w:p w14:paraId="2249ED84"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roofErr w:type="gramStart"/>
            <w:r w:rsidRPr="00102762">
              <w:rPr>
                <w:rFonts w:eastAsia="Times New Roman"/>
                <w:lang w:val="en-US" w:eastAsia="en-GB"/>
              </w:rPr>
              <w:t>AF  I</w:t>
            </w:r>
            <w:proofErr w:type="gramEnd"/>
          </w:p>
          <w:p w14:paraId="0929B4E0"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
          <w:p w14:paraId="200CB9A3"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roofErr w:type="gramStart"/>
            <w:r w:rsidRPr="00102762">
              <w:rPr>
                <w:rFonts w:eastAsia="Times New Roman"/>
                <w:lang w:val="en-US" w:eastAsia="en-GB"/>
              </w:rPr>
              <w:t>AF  I</w:t>
            </w:r>
            <w:proofErr w:type="gramEnd"/>
          </w:p>
          <w:p w14:paraId="233A67E6"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
          <w:p w14:paraId="12B0B98D"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roofErr w:type="gramStart"/>
            <w:r w:rsidRPr="00102762">
              <w:rPr>
                <w:rFonts w:eastAsia="Times New Roman"/>
                <w:lang w:val="en-US" w:eastAsia="en-GB"/>
              </w:rPr>
              <w:t>AF  I</w:t>
            </w:r>
            <w:proofErr w:type="gramEnd"/>
          </w:p>
          <w:p w14:paraId="20CB0548"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
          <w:p w14:paraId="27965155" w14:textId="77777777" w:rsidR="00FF7DC5" w:rsidRPr="00102762" w:rsidRDefault="00FF7DC5" w:rsidP="001E5186">
            <w:pPr>
              <w:jc w:val="center"/>
              <w:textAlignment w:val="baseline"/>
              <w:rPr>
                <w:rFonts w:ascii="Times New Roman" w:eastAsia="Times New Roman" w:hAnsi="Times New Roman" w:cs="Times New Roman"/>
                <w:sz w:val="24"/>
                <w:szCs w:val="24"/>
                <w:lang w:eastAsia="en-GB"/>
              </w:rPr>
            </w:pPr>
            <w:proofErr w:type="gramStart"/>
            <w:r w:rsidRPr="00102762">
              <w:rPr>
                <w:rFonts w:eastAsia="Times New Roman"/>
                <w:lang w:val="en-US" w:eastAsia="en-GB"/>
              </w:rPr>
              <w:t>AF  I</w:t>
            </w:r>
            <w:proofErr w:type="gramEnd"/>
          </w:p>
        </w:tc>
      </w:tr>
    </w:tbl>
    <w:p w14:paraId="39AAC822" w14:textId="77777777" w:rsidR="00FF7DC5" w:rsidRPr="00102762" w:rsidRDefault="00FF7DC5" w:rsidP="00FF7DC5">
      <w:pPr>
        <w:textAlignment w:val="baseline"/>
        <w:rPr>
          <w:rFonts w:ascii="Times New Roman" w:eastAsia="Times New Roman" w:hAnsi="Times New Roman" w:cs="Times New Roman"/>
          <w:sz w:val="24"/>
          <w:szCs w:val="24"/>
          <w:lang w:val="en-US" w:eastAsia="en-GB"/>
        </w:rPr>
      </w:pPr>
      <w:r w:rsidRPr="00102762">
        <w:rPr>
          <w:rFonts w:eastAsia="Times New Roman"/>
          <w:lang w:val="en-US" w:eastAsia="en-GB"/>
        </w:rPr>
        <w:t> </w:t>
      </w:r>
    </w:p>
    <w:p w14:paraId="67CC9C10" w14:textId="77777777" w:rsidR="00FF7DC5" w:rsidRPr="00102762" w:rsidRDefault="00FF7DC5" w:rsidP="00FF7DC5">
      <w:pPr>
        <w:jc w:val="both"/>
        <w:textAlignment w:val="baseline"/>
        <w:rPr>
          <w:rFonts w:ascii="Times New Roman" w:eastAsia="Times New Roman" w:hAnsi="Times New Roman" w:cs="Times New Roman"/>
          <w:sz w:val="24"/>
          <w:szCs w:val="24"/>
          <w:lang w:val="en-US" w:eastAsia="en-GB"/>
        </w:rPr>
      </w:pPr>
      <w:r w:rsidRPr="00102762">
        <w:rPr>
          <w:rFonts w:eastAsia="Times New Roman"/>
          <w:b/>
          <w:bCs/>
          <w:lang w:eastAsia="en-GB"/>
        </w:rPr>
        <w:lastRenderedPageBreak/>
        <w:t>AF = Application Form</w:t>
      </w:r>
      <w:r w:rsidRPr="00102762">
        <w:rPr>
          <w:rFonts w:eastAsia="Times New Roman"/>
          <w:lang w:val="en-US" w:eastAsia="en-GB"/>
        </w:rPr>
        <w:t> </w:t>
      </w:r>
    </w:p>
    <w:p w14:paraId="2F8BF83E" w14:textId="77777777" w:rsidR="00FF7DC5" w:rsidRPr="00102762" w:rsidRDefault="00FF7DC5" w:rsidP="00FF7DC5">
      <w:pPr>
        <w:jc w:val="both"/>
        <w:textAlignment w:val="baseline"/>
      </w:pPr>
      <w:r w:rsidRPr="00102762">
        <w:rPr>
          <w:rFonts w:eastAsia="Times New Roman"/>
          <w:b/>
          <w:bCs/>
          <w:lang w:eastAsia="en-GB"/>
        </w:rPr>
        <w:t>I = Interview</w:t>
      </w:r>
      <w:r w:rsidRPr="00102762">
        <w:rPr>
          <w:rFonts w:eastAsia="Times New Roman"/>
          <w:lang w:val="en-US" w:eastAsia="en-GB"/>
        </w:rPr>
        <w:t>  </w:t>
      </w:r>
    </w:p>
    <w:p w14:paraId="705007BF" w14:textId="07AB9752" w:rsidR="002E7AA9" w:rsidRDefault="000A1D22" w:rsidP="002250F4">
      <w:r w:rsidRPr="00102762">
        <w:br w:type="page"/>
      </w:r>
      <w:r w:rsidR="00DB0536" w:rsidRPr="00102762">
        <w:rPr>
          <w:noProof/>
        </w:rPr>
        <w:lastRenderedPageBreak/>
        <w:drawing>
          <wp:anchor distT="0" distB="0" distL="114300" distR="114300" simplePos="0" relativeHeight="251658262" behindDoc="0" locked="0" layoutInCell="1" allowOverlap="1" wp14:anchorId="5CD8D245" wp14:editId="00BCCC12">
            <wp:simplePos x="0" y="0"/>
            <wp:positionH relativeFrom="margin">
              <wp:align>center</wp:align>
            </wp:positionH>
            <wp:positionV relativeFrom="paragraph">
              <wp:posOffset>8001635</wp:posOffset>
            </wp:positionV>
            <wp:extent cx="2288652" cy="373945"/>
            <wp:effectExtent l="0" t="0" r="0" b="7620"/>
            <wp:wrapNone/>
            <wp:docPr id="1599101879"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8" cstate="print"/>
                    <a:stretch>
                      <a:fillRect/>
                    </a:stretch>
                  </pic:blipFill>
                  <pic:spPr>
                    <a:xfrm>
                      <a:off x="0" y="0"/>
                      <a:ext cx="2288652" cy="373945"/>
                    </a:xfrm>
                    <a:prstGeom prst="rect">
                      <a:avLst/>
                    </a:prstGeom>
                  </pic:spPr>
                </pic:pic>
              </a:graphicData>
            </a:graphic>
          </wp:anchor>
        </w:drawing>
      </w:r>
      <w:r w:rsidR="00DB0536" w:rsidRPr="00102762">
        <w:rPr>
          <w:noProof/>
        </w:rPr>
        <mc:AlternateContent>
          <mc:Choice Requires="wps">
            <w:drawing>
              <wp:anchor distT="0" distB="0" distL="114300" distR="114300" simplePos="0" relativeHeight="251658261" behindDoc="0" locked="0" layoutInCell="1" allowOverlap="1" wp14:anchorId="379DCF63" wp14:editId="22B48E5A">
                <wp:simplePos x="0" y="0"/>
                <wp:positionH relativeFrom="column">
                  <wp:posOffset>-1123950</wp:posOffset>
                </wp:positionH>
                <wp:positionV relativeFrom="paragraph">
                  <wp:posOffset>-1323340</wp:posOffset>
                </wp:positionV>
                <wp:extent cx="7772400" cy="10229850"/>
                <wp:effectExtent l="57150" t="19050" r="76200" b="95250"/>
                <wp:wrapNone/>
                <wp:docPr id="1551343144" name="Rectangle 2"/>
                <wp:cNvGraphicFramePr/>
                <a:graphic xmlns:a="http://schemas.openxmlformats.org/drawingml/2006/main">
                  <a:graphicData uri="http://schemas.microsoft.com/office/word/2010/wordprocessingShape">
                    <wps:wsp>
                      <wps:cNvSpPr/>
                      <wps:spPr>
                        <a:xfrm>
                          <a:off x="0" y="0"/>
                          <a:ext cx="7772400" cy="10229850"/>
                        </a:xfrm>
                        <a:prstGeom prst="rect">
                          <a:avLst/>
                        </a:prstGeom>
                        <a:solidFill>
                          <a:srgbClr val="007CBB"/>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02F9A0" id="Rectangle 2" o:spid="_x0000_s1026" style="position:absolute;margin-left:-88.5pt;margin-top:-104.2pt;width:612pt;height:805.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" fillcolor="#007cbb" strokecolor="#4579b8 [3044]">
                <v:shadow on="t" color="black" opacity="22937f" origin=",.5" offset="0,.63889mm"/>
              </v:rect>
            </w:pict>
          </mc:Fallback>
        </mc:AlternateContent>
      </w:r>
    </w:p>
    <w:sectPr w:rsidR="002E7AA9" w:rsidSect="00F24918">
      <w:headerReference w:type="default" r:id="rId29"/>
      <w:footerReference w:type="default" r:id="rId30"/>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19176" w14:textId="77777777" w:rsidR="00902BE6" w:rsidRPr="00A665FC" w:rsidRDefault="00902BE6">
      <w:pPr>
        <w:spacing w:after="0" w:line="240" w:lineRule="auto"/>
      </w:pPr>
      <w:r w:rsidRPr="00A665FC">
        <w:separator/>
      </w:r>
    </w:p>
  </w:endnote>
  <w:endnote w:type="continuationSeparator" w:id="0">
    <w:p w14:paraId="64B59C41" w14:textId="77777777" w:rsidR="00902BE6" w:rsidRPr="00A665FC" w:rsidRDefault="00902BE6">
      <w:pPr>
        <w:spacing w:after="0" w:line="240" w:lineRule="auto"/>
      </w:pPr>
      <w:r w:rsidRPr="00A665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570241"/>
      <w:docPartObj>
        <w:docPartGallery w:val="Page Numbers (Bottom of Page)"/>
        <w:docPartUnique/>
      </w:docPartObj>
    </w:sdtPr>
    <w:sdtEndPr/>
    <w:sdtContent>
      <w:p w14:paraId="3272CAB6" w14:textId="7F027FD2" w:rsidR="00B116F9" w:rsidRDefault="00B116F9">
        <w:pPr>
          <w:pStyle w:val="Footer"/>
          <w:jc w:val="right"/>
        </w:pPr>
        <w:r>
          <w:t xml:space="preserve"> </w:t>
        </w:r>
      </w:p>
    </w:sdtContent>
  </w:sdt>
  <w:p w14:paraId="429415EC" w14:textId="02CAA043" w:rsidR="002E7AA9" w:rsidRPr="00A665FC" w:rsidRDefault="002E7AA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736D" w14:textId="5B0C8164" w:rsidR="000A1196" w:rsidRDefault="000A1196">
    <w:pPr>
      <w:pStyle w:val="Footer"/>
      <w:jc w:val="right"/>
    </w:pPr>
  </w:p>
  <w:p w14:paraId="44E1C738" w14:textId="77777777" w:rsidR="00B116F9" w:rsidRPr="00A665FC" w:rsidRDefault="00B116F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301237"/>
      <w:docPartObj>
        <w:docPartGallery w:val="Page Numbers (Bottom of Page)"/>
        <w:docPartUnique/>
      </w:docPartObj>
    </w:sdtPr>
    <w:sdtEndPr/>
    <w:sdtContent>
      <w:p w14:paraId="16A44105" w14:textId="5293550F" w:rsidR="000A1196" w:rsidRDefault="000A1196" w:rsidP="000A1196">
        <w:pPr>
          <w:pStyle w:val="Footer"/>
          <w:jc w:val="center"/>
        </w:pPr>
        <w:r>
          <w:t xml:space="preserve">Page | </w:t>
        </w:r>
        <w:r>
          <w:fldChar w:fldCharType="begin"/>
        </w:r>
        <w:r>
          <w:instrText>PAGE   \* MERGEFORMAT</w:instrText>
        </w:r>
        <w:r>
          <w:fldChar w:fldCharType="separate"/>
        </w:r>
        <w:r>
          <w:t>2</w:t>
        </w:r>
        <w:r>
          <w:fldChar w:fldCharType="end"/>
        </w:r>
        <w:r>
          <w:t xml:space="preserve"> </w:t>
        </w:r>
      </w:p>
    </w:sdtContent>
  </w:sdt>
  <w:p w14:paraId="3F2A4F84" w14:textId="77777777" w:rsidR="000A1196" w:rsidRPr="00A665FC" w:rsidRDefault="000A119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74A6F" w14:textId="77777777" w:rsidR="00902BE6" w:rsidRPr="00A665FC" w:rsidRDefault="00902BE6">
      <w:pPr>
        <w:spacing w:after="0" w:line="240" w:lineRule="auto"/>
      </w:pPr>
      <w:r w:rsidRPr="00A665FC">
        <w:separator/>
      </w:r>
    </w:p>
  </w:footnote>
  <w:footnote w:type="continuationSeparator" w:id="0">
    <w:p w14:paraId="37F724ED" w14:textId="77777777" w:rsidR="00902BE6" w:rsidRPr="00A665FC" w:rsidRDefault="00902BE6">
      <w:pPr>
        <w:spacing w:after="0" w:line="240" w:lineRule="auto"/>
      </w:pPr>
      <w:r w:rsidRPr="00A665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E4DC" w14:textId="35255AF6" w:rsidR="002E7AA9" w:rsidRPr="00A665FC" w:rsidRDefault="00CF361B">
    <w:pPr>
      <w:pStyle w:val="Header"/>
    </w:pPr>
    <w:r w:rsidRPr="00A665FC">
      <w:rPr>
        <w:noProof/>
      </w:rPr>
      <w:drawing>
        <wp:anchor distT="0" distB="0" distL="114300" distR="114300" simplePos="0" relativeHeight="251658240" behindDoc="0" locked="0" layoutInCell="1" allowOverlap="1" wp14:anchorId="07BD8A87" wp14:editId="3B1B6D8E">
          <wp:simplePos x="0" y="0"/>
          <wp:positionH relativeFrom="margin">
            <wp:align>center</wp:align>
          </wp:positionH>
          <wp:positionV relativeFrom="paragraph">
            <wp:posOffset>-123825</wp:posOffset>
          </wp:positionV>
          <wp:extent cx="6543675" cy="231470"/>
          <wp:effectExtent l="0" t="0" r="0" b="0"/>
          <wp:wrapNone/>
          <wp:docPr id="983432314" name="Picture 983432314"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3E3FA1CC" w14:textId="77777777" w:rsidTr="007F1829">
      <w:trPr>
        <w:jc w:val="center"/>
      </w:trPr>
      <w:tc>
        <w:tcPr>
          <w:tcW w:w="4316" w:type="dxa"/>
          <w:shd w:val="clear" w:color="auto" w:fill="0082BC"/>
        </w:tcPr>
        <w:p w14:paraId="2832E956" w14:textId="77777777" w:rsidR="007F06D6" w:rsidRPr="00A665FC" w:rsidRDefault="007F06D6" w:rsidP="007F06D6">
          <w:r w:rsidRPr="00A665FC">
            <w:rPr>
              <w:b/>
              <w:noProof/>
              <w:color w:val="0082BC"/>
              <w:sz w:val="48"/>
            </w:rPr>
            <w:drawing>
              <wp:anchor distT="0" distB="0" distL="114300" distR="114300" simplePos="0" relativeHeight="251658242" behindDoc="0" locked="0" layoutInCell="1" allowOverlap="1" wp14:anchorId="2A2EF35D" wp14:editId="663B11F9">
                <wp:simplePos x="0" y="0"/>
                <wp:positionH relativeFrom="column">
                  <wp:posOffset>-1905</wp:posOffset>
                </wp:positionH>
                <wp:positionV relativeFrom="paragraph">
                  <wp:posOffset>29845</wp:posOffset>
                </wp:positionV>
                <wp:extent cx="2587925" cy="476250"/>
                <wp:effectExtent l="0" t="0" r="3175" b="0"/>
                <wp:wrapNone/>
                <wp:docPr id="1373527483"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442E45FC"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1B8A6D24" w14:textId="77777777" w:rsidR="00DC6FFA" w:rsidRPr="00A665FC" w:rsidRDefault="00DC6FFA" w:rsidP="000A1196">
    <w:pPr>
      <w:pStyle w:val="Header"/>
      <w:ind w:firstLin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2073" w14:textId="4BB3D0AB" w:rsidR="000A1196" w:rsidRPr="00A665FC" w:rsidRDefault="000A1196">
    <w:pPr>
      <w:pStyle w:val="Header"/>
    </w:pPr>
    <w:r w:rsidRPr="00A665FC">
      <w:rPr>
        <w:noProof/>
      </w:rPr>
      <w:drawing>
        <wp:anchor distT="0" distB="0" distL="114300" distR="114300" simplePos="0" relativeHeight="251658241" behindDoc="0" locked="0" layoutInCell="1" allowOverlap="1" wp14:anchorId="091EAD8A" wp14:editId="78F44E50">
          <wp:simplePos x="0" y="0"/>
          <wp:positionH relativeFrom="margin">
            <wp:align>center</wp:align>
          </wp:positionH>
          <wp:positionV relativeFrom="paragraph">
            <wp:posOffset>-123825</wp:posOffset>
          </wp:positionV>
          <wp:extent cx="6543675" cy="231470"/>
          <wp:effectExtent l="0" t="0" r="0" b="0"/>
          <wp:wrapNone/>
          <wp:docPr id="446066879" name="Picture 446066879"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713F8627" w14:textId="77777777" w:rsidTr="007F1829">
      <w:trPr>
        <w:jc w:val="center"/>
      </w:trPr>
      <w:tc>
        <w:tcPr>
          <w:tcW w:w="4316" w:type="dxa"/>
          <w:shd w:val="clear" w:color="auto" w:fill="0082BC"/>
        </w:tcPr>
        <w:p w14:paraId="3CBCF896" w14:textId="77777777" w:rsidR="007F06D6" w:rsidRPr="00A665FC" w:rsidRDefault="007F06D6" w:rsidP="007F06D6">
          <w:r w:rsidRPr="00A665FC">
            <w:rPr>
              <w:b/>
              <w:noProof/>
              <w:color w:val="0082BC"/>
              <w:sz w:val="48"/>
            </w:rPr>
            <w:drawing>
              <wp:anchor distT="0" distB="0" distL="114300" distR="114300" simplePos="0" relativeHeight="251658243" behindDoc="0" locked="0" layoutInCell="1" allowOverlap="1" wp14:anchorId="2D0A6CE5" wp14:editId="0400683C">
                <wp:simplePos x="0" y="0"/>
                <wp:positionH relativeFrom="column">
                  <wp:posOffset>-1905</wp:posOffset>
                </wp:positionH>
                <wp:positionV relativeFrom="paragraph">
                  <wp:posOffset>29845</wp:posOffset>
                </wp:positionV>
                <wp:extent cx="2587925" cy="476250"/>
                <wp:effectExtent l="0" t="0" r="3175" b="0"/>
                <wp:wrapNone/>
                <wp:docPr id="2084495981"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38996EE1"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6A22C400" w14:textId="77777777" w:rsidR="000A1196" w:rsidRPr="00A665FC" w:rsidRDefault="000A1196" w:rsidP="000A1196">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8B4024"/>
    <w:multiLevelType w:val="multilevel"/>
    <w:tmpl w:val="EB0A5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3E3A9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BE4842"/>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361F66"/>
    <w:multiLevelType w:val="multilevel"/>
    <w:tmpl w:val="6F8A7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D16DF8"/>
    <w:multiLevelType w:val="multilevel"/>
    <w:tmpl w:val="0B30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743BD9"/>
    <w:multiLevelType w:val="multilevel"/>
    <w:tmpl w:val="63B81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904A2F"/>
    <w:multiLevelType w:val="multilevel"/>
    <w:tmpl w:val="563CD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284007"/>
    <w:multiLevelType w:val="multilevel"/>
    <w:tmpl w:val="1E40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F44D30"/>
    <w:multiLevelType w:val="multilevel"/>
    <w:tmpl w:val="F05C7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E7393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0A628E"/>
    <w:multiLevelType w:val="multilevel"/>
    <w:tmpl w:val="6B923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085708"/>
    <w:multiLevelType w:val="hybridMultilevel"/>
    <w:tmpl w:val="22821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2722BEA"/>
    <w:multiLevelType w:val="multilevel"/>
    <w:tmpl w:val="BEF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63244C"/>
    <w:multiLevelType w:val="multilevel"/>
    <w:tmpl w:val="8676F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0A7BA0"/>
    <w:multiLevelType w:val="hybridMultilevel"/>
    <w:tmpl w:val="89B0B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A647928"/>
    <w:multiLevelType w:val="hybridMultilevel"/>
    <w:tmpl w:val="9C4ED7E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2F1E4077"/>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B01DE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775335"/>
    <w:multiLevelType w:val="multilevel"/>
    <w:tmpl w:val="D6C0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416985"/>
    <w:multiLevelType w:val="hybridMultilevel"/>
    <w:tmpl w:val="DC426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F6673E"/>
    <w:multiLevelType w:val="multilevel"/>
    <w:tmpl w:val="2640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902F67"/>
    <w:multiLevelType w:val="hybridMultilevel"/>
    <w:tmpl w:val="7758DF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89B324E"/>
    <w:multiLevelType w:val="multilevel"/>
    <w:tmpl w:val="1BD4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2D0E90"/>
    <w:multiLevelType w:val="multilevel"/>
    <w:tmpl w:val="AB6C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8047B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017E41"/>
    <w:multiLevelType w:val="hybridMultilevel"/>
    <w:tmpl w:val="C10A4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657494"/>
    <w:multiLevelType w:val="multilevel"/>
    <w:tmpl w:val="658C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F65BBF"/>
    <w:multiLevelType w:val="multilevel"/>
    <w:tmpl w:val="0896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8650CB"/>
    <w:multiLevelType w:val="multilevel"/>
    <w:tmpl w:val="7408D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61666A"/>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FD6B89"/>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817E2D"/>
    <w:multiLevelType w:val="multilevel"/>
    <w:tmpl w:val="B144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A35D06"/>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E12DD8"/>
    <w:multiLevelType w:val="multilevel"/>
    <w:tmpl w:val="FBE65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B96707B"/>
    <w:multiLevelType w:val="multilevel"/>
    <w:tmpl w:val="E6142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1F0B93"/>
    <w:multiLevelType w:val="multilevel"/>
    <w:tmpl w:val="6B2AB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4F39C9"/>
    <w:multiLevelType w:val="multilevel"/>
    <w:tmpl w:val="17E02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2826613">
    <w:abstractNumId w:val="5"/>
  </w:num>
  <w:num w:numId="2" w16cid:durableId="1487016246">
    <w:abstractNumId w:val="3"/>
  </w:num>
  <w:num w:numId="3" w16cid:durableId="1484396736">
    <w:abstractNumId w:val="2"/>
  </w:num>
  <w:num w:numId="4" w16cid:durableId="1877547382">
    <w:abstractNumId w:val="4"/>
  </w:num>
  <w:num w:numId="5" w16cid:durableId="1809057152">
    <w:abstractNumId w:val="1"/>
  </w:num>
  <w:num w:numId="6" w16cid:durableId="1493444779">
    <w:abstractNumId w:val="0"/>
  </w:num>
  <w:num w:numId="7" w16cid:durableId="930352901">
    <w:abstractNumId w:val="32"/>
  </w:num>
  <w:num w:numId="8" w16cid:durableId="96677921">
    <w:abstractNumId w:val="33"/>
  </w:num>
  <w:num w:numId="9" w16cid:durableId="1885943946">
    <w:abstractNumId w:val="10"/>
  </w:num>
  <w:num w:numId="10" w16cid:durableId="2102799240">
    <w:abstractNumId w:val="29"/>
  </w:num>
  <w:num w:numId="11" w16cid:durableId="486483934">
    <w:abstractNumId w:val="24"/>
  </w:num>
  <w:num w:numId="12" w16cid:durableId="1548644970">
    <w:abstractNumId w:val="18"/>
  </w:num>
  <w:num w:numId="13" w16cid:durableId="1408651507">
    <w:abstractNumId w:val="25"/>
  </w:num>
  <w:num w:numId="14" w16cid:durableId="1434469441">
    <w:abstractNumId w:val="17"/>
  </w:num>
  <w:num w:numId="15" w16cid:durableId="939293694">
    <w:abstractNumId w:val="37"/>
  </w:num>
  <w:num w:numId="16" w16cid:durableId="1370958176">
    <w:abstractNumId w:val="26"/>
  </w:num>
  <w:num w:numId="17" w16cid:durableId="528959193">
    <w:abstractNumId w:val="11"/>
  </w:num>
  <w:num w:numId="18" w16cid:durableId="1049962024">
    <w:abstractNumId w:val="13"/>
  </w:num>
  <w:num w:numId="19" w16cid:durableId="12801739">
    <w:abstractNumId w:val="41"/>
  </w:num>
  <w:num w:numId="20" w16cid:durableId="1776096321">
    <w:abstractNumId w:val="16"/>
  </w:num>
  <w:num w:numId="21" w16cid:durableId="649674472">
    <w:abstractNumId w:val="14"/>
  </w:num>
  <w:num w:numId="22" w16cid:durableId="203178717">
    <w:abstractNumId w:val="9"/>
  </w:num>
  <w:num w:numId="23" w16cid:durableId="1748461079">
    <w:abstractNumId w:val="34"/>
  </w:num>
  <w:num w:numId="24" w16cid:durableId="547882938">
    <w:abstractNumId w:val="42"/>
  </w:num>
  <w:num w:numId="25" w16cid:durableId="1804886285">
    <w:abstractNumId w:val="19"/>
  </w:num>
  <w:num w:numId="26" w16cid:durableId="753942308">
    <w:abstractNumId w:val="39"/>
  </w:num>
  <w:num w:numId="27" w16cid:durableId="842161897">
    <w:abstractNumId w:val="6"/>
  </w:num>
  <w:num w:numId="28" w16cid:durableId="1169253410">
    <w:abstractNumId w:val="28"/>
  </w:num>
  <w:num w:numId="29" w16cid:durableId="1376005526">
    <w:abstractNumId w:val="40"/>
  </w:num>
  <w:num w:numId="30" w16cid:durableId="992417699">
    <w:abstractNumId w:val="12"/>
  </w:num>
  <w:num w:numId="31" w16cid:durableId="1811945182">
    <w:abstractNumId w:val="15"/>
  </w:num>
  <w:num w:numId="32" w16cid:durableId="752121699">
    <w:abstractNumId w:val="35"/>
  </w:num>
  <w:num w:numId="33" w16cid:durableId="728764366">
    <w:abstractNumId w:val="30"/>
  </w:num>
  <w:num w:numId="34" w16cid:durableId="903369946">
    <w:abstractNumId w:val="7"/>
  </w:num>
  <w:num w:numId="35" w16cid:durableId="1916547196">
    <w:abstractNumId w:val="38"/>
  </w:num>
  <w:num w:numId="36" w16cid:durableId="1313756109">
    <w:abstractNumId w:val="22"/>
  </w:num>
  <w:num w:numId="37" w16cid:durableId="580675113">
    <w:abstractNumId w:val="23"/>
  </w:num>
  <w:num w:numId="38" w16cid:durableId="1158957881">
    <w:abstractNumId w:val="36"/>
  </w:num>
  <w:num w:numId="39" w16cid:durableId="1517885159">
    <w:abstractNumId w:val="8"/>
  </w:num>
  <w:num w:numId="40" w16cid:durableId="1642035715">
    <w:abstractNumId w:val="21"/>
  </w:num>
  <w:num w:numId="41" w16cid:durableId="1929850866">
    <w:abstractNumId w:val="20"/>
  </w:num>
  <w:num w:numId="42" w16cid:durableId="1658533987">
    <w:abstractNumId w:val="31"/>
  </w:num>
  <w:num w:numId="43" w16cid:durableId="1014767566">
    <w:abstractNumId w:val="27"/>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E2"/>
    <w:rsid w:val="00011491"/>
    <w:rsid w:val="0001246D"/>
    <w:rsid w:val="00016DA3"/>
    <w:rsid w:val="000175F6"/>
    <w:rsid w:val="00024DDE"/>
    <w:rsid w:val="00032434"/>
    <w:rsid w:val="00034616"/>
    <w:rsid w:val="00035335"/>
    <w:rsid w:val="0004753D"/>
    <w:rsid w:val="00050895"/>
    <w:rsid w:val="00057216"/>
    <w:rsid w:val="0006063C"/>
    <w:rsid w:val="0006470A"/>
    <w:rsid w:val="00073C50"/>
    <w:rsid w:val="00074692"/>
    <w:rsid w:val="000812B6"/>
    <w:rsid w:val="00081A7D"/>
    <w:rsid w:val="00096AC7"/>
    <w:rsid w:val="000A1196"/>
    <w:rsid w:val="000A1D22"/>
    <w:rsid w:val="000A7FC7"/>
    <w:rsid w:val="000B3B22"/>
    <w:rsid w:val="000E7316"/>
    <w:rsid w:val="0010147F"/>
    <w:rsid w:val="00102762"/>
    <w:rsid w:val="001115BF"/>
    <w:rsid w:val="00115BE7"/>
    <w:rsid w:val="00122490"/>
    <w:rsid w:val="00125EEB"/>
    <w:rsid w:val="001303A8"/>
    <w:rsid w:val="00143869"/>
    <w:rsid w:val="0015074B"/>
    <w:rsid w:val="00160D75"/>
    <w:rsid w:val="00166387"/>
    <w:rsid w:val="00170274"/>
    <w:rsid w:val="001735DF"/>
    <w:rsid w:val="001743EB"/>
    <w:rsid w:val="00175C79"/>
    <w:rsid w:val="0018500E"/>
    <w:rsid w:val="00185D6F"/>
    <w:rsid w:val="00187F29"/>
    <w:rsid w:val="001A3735"/>
    <w:rsid w:val="001A7573"/>
    <w:rsid w:val="001B2341"/>
    <w:rsid w:val="001B5028"/>
    <w:rsid w:val="001B5148"/>
    <w:rsid w:val="001C3FC7"/>
    <w:rsid w:val="001D6147"/>
    <w:rsid w:val="001E7F31"/>
    <w:rsid w:val="001F18BD"/>
    <w:rsid w:val="001F2C43"/>
    <w:rsid w:val="002130A3"/>
    <w:rsid w:val="002207BD"/>
    <w:rsid w:val="00221AB6"/>
    <w:rsid w:val="002250F4"/>
    <w:rsid w:val="002259DC"/>
    <w:rsid w:val="002265C4"/>
    <w:rsid w:val="002319BA"/>
    <w:rsid w:val="002329E8"/>
    <w:rsid w:val="00244137"/>
    <w:rsid w:val="00245435"/>
    <w:rsid w:val="00256DD6"/>
    <w:rsid w:val="00260C8D"/>
    <w:rsid w:val="00267DAC"/>
    <w:rsid w:val="00282ABC"/>
    <w:rsid w:val="0028529D"/>
    <w:rsid w:val="00295E96"/>
    <w:rsid w:val="0029639D"/>
    <w:rsid w:val="002B35AD"/>
    <w:rsid w:val="002C1C8D"/>
    <w:rsid w:val="002C25F6"/>
    <w:rsid w:val="002C43EB"/>
    <w:rsid w:val="002C6698"/>
    <w:rsid w:val="002D0CE4"/>
    <w:rsid w:val="002E2684"/>
    <w:rsid w:val="002E6044"/>
    <w:rsid w:val="002E7AA9"/>
    <w:rsid w:val="002F39DE"/>
    <w:rsid w:val="002F62C2"/>
    <w:rsid w:val="002F759F"/>
    <w:rsid w:val="00300AAC"/>
    <w:rsid w:val="00302B7E"/>
    <w:rsid w:val="00304C45"/>
    <w:rsid w:val="003106E4"/>
    <w:rsid w:val="00316999"/>
    <w:rsid w:val="00316C51"/>
    <w:rsid w:val="00317E97"/>
    <w:rsid w:val="00321FB4"/>
    <w:rsid w:val="003234D7"/>
    <w:rsid w:val="0032696B"/>
    <w:rsid w:val="00326F90"/>
    <w:rsid w:val="00327771"/>
    <w:rsid w:val="003328AA"/>
    <w:rsid w:val="0033683F"/>
    <w:rsid w:val="00341A53"/>
    <w:rsid w:val="00343262"/>
    <w:rsid w:val="00351C2D"/>
    <w:rsid w:val="0035256F"/>
    <w:rsid w:val="00353820"/>
    <w:rsid w:val="00361C81"/>
    <w:rsid w:val="003651D0"/>
    <w:rsid w:val="00365E6A"/>
    <w:rsid w:val="00367D28"/>
    <w:rsid w:val="003713DB"/>
    <w:rsid w:val="00372A54"/>
    <w:rsid w:val="00381835"/>
    <w:rsid w:val="00382135"/>
    <w:rsid w:val="003823FA"/>
    <w:rsid w:val="00382592"/>
    <w:rsid w:val="00385868"/>
    <w:rsid w:val="00390169"/>
    <w:rsid w:val="003948A4"/>
    <w:rsid w:val="0039553C"/>
    <w:rsid w:val="003A0212"/>
    <w:rsid w:val="003B2419"/>
    <w:rsid w:val="003B272C"/>
    <w:rsid w:val="003B7A2D"/>
    <w:rsid w:val="003C54F2"/>
    <w:rsid w:val="003D356B"/>
    <w:rsid w:val="003D439B"/>
    <w:rsid w:val="003E25CB"/>
    <w:rsid w:val="003E2B31"/>
    <w:rsid w:val="003E54C5"/>
    <w:rsid w:val="003E7D49"/>
    <w:rsid w:val="003F3C25"/>
    <w:rsid w:val="004009C4"/>
    <w:rsid w:val="004031C7"/>
    <w:rsid w:val="00412409"/>
    <w:rsid w:val="00412AF7"/>
    <w:rsid w:val="004130D9"/>
    <w:rsid w:val="0041539A"/>
    <w:rsid w:val="00422961"/>
    <w:rsid w:val="0043131B"/>
    <w:rsid w:val="00442354"/>
    <w:rsid w:val="004434A6"/>
    <w:rsid w:val="00447431"/>
    <w:rsid w:val="00454E02"/>
    <w:rsid w:val="00455516"/>
    <w:rsid w:val="00455519"/>
    <w:rsid w:val="004617C1"/>
    <w:rsid w:val="004622E6"/>
    <w:rsid w:val="004625E5"/>
    <w:rsid w:val="00463B70"/>
    <w:rsid w:val="00466195"/>
    <w:rsid w:val="00467746"/>
    <w:rsid w:val="00475088"/>
    <w:rsid w:val="00475FB2"/>
    <w:rsid w:val="004773D6"/>
    <w:rsid w:val="00483650"/>
    <w:rsid w:val="00484232"/>
    <w:rsid w:val="00487B36"/>
    <w:rsid w:val="0049316D"/>
    <w:rsid w:val="00496E8A"/>
    <w:rsid w:val="004A21CE"/>
    <w:rsid w:val="004A47DE"/>
    <w:rsid w:val="004A7591"/>
    <w:rsid w:val="004A76BE"/>
    <w:rsid w:val="004A77F9"/>
    <w:rsid w:val="004B251A"/>
    <w:rsid w:val="004B5CBD"/>
    <w:rsid w:val="004B7AC3"/>
    <w:rsid w:val="004C2FB4"/>
    <w:rsid w:val="004C354C"/>
    <w:rsid w:val="004D4ECE"/>
    <w:rsid w:val="004D6C1F"/>
    <w:rsid w:val="004D7153"/>
    <w:rsid w:val="004E027F"/>
    <w:rsid w:val="004E05B7"/>
    <w:rsid w:val="004E277B"/>
    <w:rsid w:val="004E2F2D"/>
    <w:rsid w:val="004E42C8"/>
    <w:rsid w:val="004E443C"/>
    <w:rsid w:val="004E55FD"/>
    <w:rsid w:val="004E7A46"/>
    <w:rsid w:val="004F09DE"/>
    <w:rsid w:val="004F1DB9"/>
    <w:rsid w:val="004F4A4E"/>
    <w:rsid w:val="0050303F"/>
    <w:rsid w:val="005032E1"/>
    <w:rsid w:val="005116C5"/>
    <w:rsid w:val="00511F96"/>
    <w:rsid w:val="00514FBC"/>
    <w:rsid w:val="0051641B"/>
    <w:rsid w:val="00516C82"/>
    <w:rsid w:val="00522A66"/>
    <w:rsid w:val="00524370"/>
    <w:rsid w:val="00524633"/>
    <w:rsid w:val="0052655E"/>
    <w:rsid w:val="00531F43"/>
    <w:rsid w:val="00536407"/>
    <w:rsid w:val="00547C3F"/>
    <w:rsid w:val="00547F72"/>
    <w:rsid w:val="00557DAF"/>
    <w:rsid w:val="00560F73"/>
    <w:rsid w:val="00561405"/>
    <w:rsid w:val="0056452B"/>
    <w:rsid w:val="00565B5D"/>
    <w:rsid w:val="005715A1"/>
    <w:rsid w:val="00571B76"/>
    <w:rsid w:val="00575170"/>
    <w:rsid w:val="0057534E"/>
    <w:rsid w:val="00580173"/>
    <w:rsid w:val="0058344C"/>
    <w:rsid w:val="00592C51"/>
    <w:rsid w:val="005A7576"/>
    <w:rsid w:val="005B50D4"/>
    <w:rsid w:val="005B5848"/>
    <w:rsid w:val="005B5AF1"/>
    <w:rsid w:val="005B5FF7"/>
    <w:rsid w:val="005C098F"/>
    <w:rsid w:val="005C1F40"/>
    <w:rsid w:val="005C7CED"/>
    <w:rsid w:val="005D7F83"/>
    <w:rsid w:val="005E287F"/>
    <w:rsid w:val="005E401A"/>
    <w:rsid w:val="005E5084"/>
    <w:rsid w:val="005F3F2A"/>
    <w:rsid w:val="00615836"/>
    <w:rsid w:val="0061762B"/>
    <w:rsid w:val="00620F56"/>
    <w:rsid w:val="0062339D"/>
    <w:rsid w:val="0062565B"/>
    <w:rsid w:val="006301CE"/>
    <w:rsid w:val="00630757"/>
    <w:rsid w:val="00633980"/>
    <w:rsid w:val="00634ABD"/>
    <w:rsid w:val="00634AF2"/>
    <w:rsid w:val="00644E3D"/>
    <w:rsid w:val="00647EE9"/>
    <w:rsid w:val="00651D5D"/>
    <w:rsid w:val="006537C0"/>
    <w:rsid w:val="0065794C"/>
    <w:rsid w:val="006614A6"/>
    <w:rsid w:val="00661922"/>
    <w:rsid w:val="0066492E"/>
    <w:rsid w:val="00667A1D"/>
    <w:rsid w:val="00671606"/>
    <w:rsid w:val="006732FD"/>
    <w:rsid w:val="00680CB4"/>
    <w:rsid w:val="00683667"/>
    <w:rsid w:val="006852CF"/>
    <w:rsid w:val="00685A24"/>
    <w:rsid w:val="0068627F"/>
    <w:rsid w:val="00690F29"/>
    <w:rsid w:val="00691A35"/>
    <w:rsid w:val="00697B51"/>
    <w:rsid w:val="006A06DF"/>
    <w:rsid w:val="006A087D"/>
    <w:rsid w:val="006A1601"/>
    <w:rsid w:val="006A52BC"/>
    <w:rsid w:val="006A699C"/>
    <w:rsid w:val="006B1224"/>
    <w:rsid w:val="006B2DE2"/>
    <w:rsid w:val="006B3689"/>
    <w:rsid w:val="006B6008"/>
    <w:rsid w:val="006C339D"/>
    <w:rsid w:val="006C3A5F"/>
    <w:rsid w:val="006D52B0"/>
    <w:rsid w:val="006D7018"/>
    <w:rsid w:val="006E1DDF"/>
    <w:rsid w:val="006F1699"/>
    <w:rsid w:val="006F7222"/>
    <w:rsid w:val="006F7369"/>
    <w:rsid w:val="0070097B"/>
    <w:rsid w:val="00702067"/>
    <w:rsid w:val="00705D95"/>
    <w:rsid w:val="00713D70"/>
    <w:rsid w:val="0072213A"/>
    <w:rsid w:val="00723800"/>
    <w:rsid w:val="00725AA6"/>
    <w:rsid w:val="0073474E"/>
    <w:rsid w:val="00735FBE"/>
    <w:rsid w:val="007403DC"/>
    <w:rsid w:val="00744FBD"/>
    <w:rsid w:val="00745BBD"/>
    <w:rsid w:val="0075036B"/>
    <w:rsid w:val="00751694"/>
    <w:rsid w:val="0075206C"/>
    <w:rsid w:val="00757885"/>
    <w:rsid w:val="00765EE2"/>
    <w:rsid w:val="00765EE9"/>
    <w:rsid w:val="007679B6"/>
    <w:rsid w:val="00770A28"/>
    <w:rsid w:val="0078048B"/>
    <w:rsid w:val="00786C35"/>
    <w:rsid w:val="00793F32"/>
    <w:rsid w:val="007963C9"/>
    <w:rsid w:val="007A6574"/>
    <w:rsid w:val="007B5705"/>
    <w:rsid w:val="007C0416"/>
    <w:rsid w:val="007C2243"/>
    <w:rsid w:val="007C57BF"/>
    <w:rsid w:val="007C6702"/>
    <w:rsid w:val="007C7D15"/>
    <w:rsid w:val="007D61B3"/>
    <w:rsid w:val="007D78DA"/>
    <w:rsid w:val="007E0B7D"/>
    <w:rsid w:val="007E2B56"/>
    <w:rsid w:val="007E4461"/>
    <w:rsid w:val="007F06D6"/>
    <w:rsid w:val="007F39F9"/>
    <w:rsid w:val="00805318"/>
    <w:rsid w:val="00810273"/>
    <w:rsid w:val="008110B0"/>
    <w:rsid w:val="008117DF"/>
    <w:rsid w:val="00822870"/>
    <w:rsid w:val="00823294"/>
    <w:rsid w:val="00824D4E"/>
    <w:rsid w:val="00827FB8"/>
    <w:rsid w:val="008305C3"/>
    <w:rsid w:val="0083382F"/>
    <w:rsid w:val="00833B16"/>
    <w:rsid w:val="00834382"/>
    <w:rsid w:val="00836676"/>
    <w:rsid w:val="00845349"/>
    <w:rsid w:val="008509BA"/>
    <w:rsid w:val="0085468D"/>
    <w:rsid w:val="00856E71"/>
    <w:rsid w:val="00865EED"/>
    <w:rsid w:val="00866E1F"/>
    <w:rsid w:val="0086781A"/>
    <w:rsid w:val="00891FF8"/>
    <w:rsid w:val="00897ABC"/>
    <w:rsid w:val="008A0BA7"/>
    <w:rsid w:val="008A10D1"/>
    <w:rsid w:val="008A2AD1"/>
    <w:rsid w:val="008A5F0E"/>
    <w:rsid w:val="008B7841"/>
    <w:rsid w:val="008C2CF8"/>
    <w:rsid w:val="008C49EE"/>
    <w:rsid w:val="008D59EF"/>
    <w:rsid w:val="008E3DA0"/>
    <w:rsid w:val="008E4D82"/>
    <w:rsid w:val="008E67AA"/>
    <w:rsid w:val="008E6995"/>
    <w:rsid w:val="008F290E"/>
    <w:rsid w:val="008F52F8"/>
    <w:rsid w:val="008F581E"/>
    <w:rsid w:val="008F6EDA"/>
    <w:rsid w:val="008F759C"/>
    <w:rsid w:val="009008D4"/>
    <w:rsid w:val="00902BE6"/>
    <w:rsid w:val="00912962"/>
    <w:rsid w:val="0091403D"/>
    <w:rsid w:val="00915045"/>
    <w:rsid w:val="0092211A"/>
    <w:rsid w:val="00930C5D"/>
    <w:rsid w:val="00931578"/>
    <w:rsid w:val="00936534"/>
    <w:rsid w:val="00941DFC"/>
    <w:rsid w:val="009437BE"/>
    <w:rsid w:val="009443A8"/>
    <w:rsid w:val="00947E64"/>
    <w:rsid w:val="00965170"/>
    <w:rsid w:val="009725F0"/>
    <w:rsid w:val="009727A8"/>
    <w:rsid w:val="00972DD3"/>
    <w:rsid w:val="00974456"/>
    <w:rsid w:val="009773AD"/>
    <w:rsid w:val="00983AA1"/>
    <w:rsid w:val="009940B8"/>
    <w:rsid w:val="009A33C2"/>
    <w:rsid w:val="009A40A4"/>
    <w:rsid w:val="009A4A16"/>
    <w:rsid w:val="009A6CF7"/>
    <w:rsid w:val="009A71D2"/>
    <w:rsid w:val="009A7A62"/>
    <w:rsid w:val="009B2283"/>
    <w:rsid w:val="009B4131"/>
    <w:rsid w:val="009B5732"/>
    <w:rsid w:val="009B5C30"/>
    <w:rsid w:val="009C35C3"/>
    <w:rsid w:val="009C46F7"/>
    <w:rsid w:val="009C7426"/>
    <w:rsid w:val="009D2A42"/>
    <w:rsid w:val="009E153E"/>
    <w:rsid w:val="009E3909"/>
    <w:rsid w:val="009E6205"/>
    <w:rsid w:val="009F340D"/>
    <w:rsid w:val="009F37BF"/>
    <w:rsid w:val="00A071D1"/>
    <w:rsid w:val="00A07798"/>
    <w:rsid w:val="00A10897"/>
    <w:rsid w:val="00A11542"/>
    <w:rsid w:val="00A13477"/>
    <w:rsid w:val="00A14929"/>
    <w:rsid w:val="00A17918"/>
    <w:rsid w:val="00A20A2A"/>
    <w:rsid w:val="00A20E49"/>
    <w:rsid w:val="00A23323"/>
    <w:rsid w:val="00A236B7"/>
    <w:rsid w:val="00A23E23"/>
    <w:rsid w:val="00A256DE"/>
    <w:rsid w:val="00A26C17"/>
    <w:rsid w:val="00A373B0"/>
    <w:rsid w:val="00A40542"/>
    <w:rsid w:val="00A532A1"/>
    <w:rsid w:val="00A55CFD"/>
    <w:rsid w:val="00A60A21"/>
    <w:rsid w:val="00A62633"/>
    <w:rsid w:val="00A63AD3"/>
    <w:rsid w:val="00A64288"/>
    <w:rsid w:val="00A665FC"/>
    <w:rsid w:val="00A66D7A"/>
    <w:rsid w:val="00A83330"/>
    <w:rsid w:val="00A87104"/>
    <w:rsid w:val="00A91189"/>
    <w:rsid w:val="00A93EC9"/>
    <w:rsid w:val="00AA1D8D"/>
    <w:rsid w:val="00AA413C"/>
    <w:rsid w:val="00AA4E95"/>
    <w:rsid w:val="00AB253B"/>
    <w:rsid w:val="00AC19E9"/>
    <w:rsid w:val="00AC1D67"/>
    <w:rsid w:val="00AC3D06"/>
    <w:rsid w:val="00AD28C4"/>
    <w:rsid w:val="00AD39CD"/>
    <w:rsid w:val="00AD5B78"/>
    <w:rsid w:val="00AE37D0"/>
    <w:rsid w:val="00AF006A"/>
    <w:rsid w:val="00AF4161"/>
    <w:rsid w:val="00AF4256"/>
    <w:rsid w:val="00B01BFC"/>
    <w:rsid w:val="00B035E7"/>
    <w:rsid w:val="00B03895"/>
    <w:rsid w:val="00B044F7"/>
    <w:rsid w:val="00B10119"/>
    <w:rsid w:val="00B116F9"/>
    <w:rsid w:val="00B122F9"/>
    <w:rsid w:val="00B1432F"/>
    <w:rsid w:val="00B14756"/>
    <w:rsid w:val="00B207B7"/>
    <w:rsid w:val="00B20C3A"/>
    <w:rsid w:val="00B262BE"/>
    <w:rsid w:val="00B2766C"/>
    <w:rsid w:val="00B357E0"/>
    <w:rsid w:val="00B36A0A"/>
    <w:rsid w:val="00B37171"/>
    <w:rsid w:val="00B42C12"/>
    <w:rsid w:val="00B47232"/>
    <w:rsid w:val="00B47730"/>
    <w:rsid w:val="00B548D0"/>
    <w:rsid w:val="00B55F74"/>
    <w:rsid w:val="00B5759E"/>
    <w:rsid w:val="00B60B4B"/>
    <w:rsid w:val="00B61F75"/>
    <w:rsid w:val="00B63941"/>
    <w:rsid w:val="00B64D8E"/>
    <w:rsid w:val="00B704A9"/>
    <w:rsid w:val="00B7139D"/>
    <w:rsid w:val="00B7578E"/>
    <w:rsid w:val="00B80F38"/>
    <w:rsid w:val="00B86534"/>
    <w:rsid w:val="00B9315C"/>
    <w:rsid w:val="00B93A75"/>
    <w:rsid w:val="00B9571B"/>
    <w:rsid w:val="00BA074D"/>
    <w:rsid w:val="00BC737D"/>
    <w:rsid w:val="00BD0475"/>
    <w:rsid w:val="00BD1C6B"/>
    <w:rsid w:val="00BD61C5"/>
    <w:rsid w:val="00BE052C"/>
    <w:rsid w:val="00BE0E7F"/>
    <w:rsid w:val="00BE392D"/>
    <w:rsid w:val="00BE409F"/>
    <w:rsid w:val="00BE466B"/>
    <w:rsid w:val="00BE670A"/>
    <w:rsid w:val="00BE6F6E"/>
    <w:rsid w:val="00BE7853"/>
    <w:rsid w:val="00C03FFC"/>
    <w:rsid w:val="00C103D1"/>
    <w:rsid w:val="00C10C81"/>
    <w:rsid w:val="00C12732"/>
    <w:rsid w:val="00C12D72"/>
    <w:rsid w:val="00C16F45"/>
    <w:rsid w:val="00C2193E"/>
    <w:rsid w:val="00C24D6C"/>
    <w:rsid w:val="00C250CE"/>
    <w:rsid w:val="00C2706B"/>
    <w:rsid w:val="00C344D4"/>
    <w:rsid w:val="00C37354"/>
    <w:rsid w:val="00C40829"/>
    <w:rsid w:val="00C41AA7"/>
    <w:rsid w:val="00C430C4"/>
    <w:rsid w:val="00C4462C"/>
    <w:rsid w:val="00C469EE"/>
    <w:rsid w:val="00C47990"/>
    <w:rsid w:val="00C5303E"/>
    <w:rsid w:val="00C55123"/>
    <w:rsid w:val="00C56AA1"/>
    <w:rsid w:val="00C6688C"/>
    <w:rsid w:val="00C67778"/>
    <w:rsid w:val="00C7120F"/>
    <w:rsid w:val="00C73E92"/>
    <w:rsid w:val="00C74CB6"/>
    <w:rsid w:val="00C77AF3"/>
    <w:rsid w:val="00C80753"/>
    <w:rsid w:val="00C91BF8"/>
    <w:rsid w:val="00C97E34"/>
    <w:rsid w:val="00CA1C57"/>
    <w:rsid w:val="00CA22A5"/>
    <w:rsid w:val="00CA2E18"/>
    <w:rsid w:val="00CA3CDC"/>
    <w:rsid w:val="00CA40E0"/>
    <w:rsid w:val="00CB0664"/>
    <w:rsid w:val="00CB1DEB"/>
    <w:rsid w:val="00CB1FFD"/>
    <w:rsid w:val="00CB4F6B"/>
    <w:rsid w:val="00CC1F55"/>
    <w:rsid w:val="00CD36EC"/>
    <w:rsid w:val="00CD7261"/>
    <w:rsid w:val="00CE28C7"/>
    <w:rsid w:val="00CE5365"/>
    <w:rsid w:val="00CE60B7"/>
    <w:rsid w:val="00CE7343"/>
    <w:rsid w:val="00CF361B"/>
    <w:rsid w:val="00CF74B7"/>
    <w:rsid w:val="00D01132"/>
    <w:rsid w:val="00D019F3"/>
    <w:rsid w:val="00D05D53"/>
    <w:rsid w:val="00D0670F"/>
    <w:rsid w:val="00D0790A"/>
    <w:rsid w:val="00D3132B"/>
    <w:rsid w:val="00D32D22"/>
    <w:rsid w:val="00D36951"/>
    <w:rsid w:val="00D4486B"/>
    <w:rsid w:val="00D44C3C"/>
    <w:rsid w:val="00D459EF"/>
    <w:rsid w:val="00D46EEC"/>
    <w:rsid w:val="00D513CC"/>
    <w:rsid w:val="00D51AF7"/>
    <w:rsid w:val="00D5288D"/>
    <w:rsid w:val="00D60732"/>
    <w:rsid w:val="00D61A9F"/>
    <w:rsid w:val="00D6429F"/>
    <w:rsid w:val="00D7033F"/>
    <w:rsid w:val="00D74891"/>
    <w:rsid w:val="00D74D8D"/>
    <w:rsid w:val="00D75D0D"/>
    <w:rsid w:val="00D769D0"/>
    <w:rsid w:val="00D7754C"/>
    <w:rsid w:val="00D91EE6"/>
    <w:rsid w:val="00D93447"/>
    <w:rsid w:val="00D93614"/>
    <w:rsid w:val="00D9688B"/>
    <w:rsid w:val="00D96DCA"/>
    <w:rsid w:val="00D96F44"/>
    <w:rsid w:val="00DA1C44"/>
    <w:rsid w:val="00DA2843"/>
    <w:rsid w:val="00DA42C5"/>
    <w:rsid w:val="00DA5CF0"/>
    <w:rsid w:val="00DA63E8"/>
    <w:rsid w:val="00DB0536"/>
    <w:rsid w:val="00DB1CE1"/>
    <w:rsid w:val="00DB2880"/>
    <w:rsid w:val="00DB31BF"/>
    <w:rsid w:val="00DC14EB"/>
    <w:rsid w:val="00DC6102"/>
    <w:rsid w:val="00DC6FFA"/>
    <w:rsid w:val="00DC74D7"/>
    <w:rsid w:val="00DC7E31"/>
    <w:rsid w:val="00DF0022"/>
    <w:rsid w:val="00DF2249"/>
    <w:rsid w:val="00DF5712"/>
    <w:rsid w:val="00E13EB9"/>
    <w:rsid w:val="00E14684"/>
    <w:rsid w:val="00E16DB8"/>
    <w:rsid w:val="00E16F88"/>
    <w:rsid w:val="00E20BF1"/>
    <w:rsid w:val="00E229F5"/>
    <w:rsid w:val="00E364F4"/>
    <w:rsid w:val="00E41A4B"/>
    <w:rsid w:val="00E43A20"/>
    <w:rsid w:val="00E43C43"/>
    <w:rsid w:val="00E4473C"/>
    <w:rsid w:val="00E4716C"/>
    <w:rsid w:val="00E54416"/>
    <w:rsid w:val="00E54E38"/>
    <w:rsid w:val="00E55D71"/>
    <w:rsid w:val="00E62069"/>
    <w:rsid w:val="00E765FD"/>
    <w:rsid w:val="00E77BE2"/>
    <w:rsid w:val="00E853E8"/>
    <w:rsid w:val="00E909A8"/>
    <w:rsid w:val="00E9609A"/>
    <w:rsid w:val="00EA596A"/>
    <w:rsid w:val="00EB2F8B"/>
    <w:rsid w:val="00EB6227"/>
    <w:rsid w:val="00EB6794"/>
    <w:rsid w:val="00EC2252"/>
    <w:rsid w:val="00EC2E52"/>
    <w:rsid w:val="00EC2FD8"/>
    <w:rsid w:val="00EC3EC9"/>
    <w:rsid w:val="00ED0822"/>
    <w:rsid w:val="00ED09DC"/>
    <w:rsid w:val="00ED364B"/>
    <w:rsid w:val="00ED3BFD"/>
    <w:rsid w:val="00EE03CD"/>
    <w:rsid w:val="00EE523A"/>
    <w:rsid w:val="00F00525"/>
    <w:rsid w:val="00F04D83"/>
    <w:rsid w:val="00F1066D"/>
    <w:rsid w:val="00F1522F"/>
    <w:rsid w:val="00F21720"/>
    <w:rsid w:val="00F2195F"/>
    <w:rsid w:val="00F232C9"/>
    <w:rsid w:val="00F24918"/>
    <w:rsid w:val="00F30ED0"/>
    <w:rsid w:val="00F31573"/>
    <w:rsid w:val="00F31D49"/>
    <w:rsid w:val="00F348E4"/>
    <w:rsid w:val="00F34D5B"/>
    <w:rsid w:val="00F42FEF"/>
    <w:rsid w:val="00F47920"/>
    <w:rsid w:val="00F47DFF"/>
    <w:rsid w:val="00F556BD"/>
    <w:rsid w:val="00F61762"/>
    <w:rsid w:val="00F62591"/>
    <w:rsid w:val="00F64E7D"/>
    <w:rsid w:val="00F654E9"/>
    <w:rsid w:val="00F67DAD"/>
    <w:rsid w:val="00F74424"/>
    <w:rsid w:val="00F7624F"/>
    <w:rsid w:val="00F8025B"/>
    <w:rsid w:val="00F82B0F"/>
    <w:rsid w:val="00F867D9"/>
    <w:rsid w:val="00F86ADF"/>
    <w:rsid w:val="00F9221C"/>
    <w:rsid w:val="00F933C1"/>
    <w:rsid w:val="00F97F83"/>
    <w:rsid w:val="00FA0576"/>
    <w:rsid w:val="00FA0900"/>
    <w:rsid w:val="00FA1CF6"/>
    <w:rsid w:val="00FA6C97"/>
    <w:rsid w:val="00FB01CC"/>
    <w:rsid w:val="00FB2749"/>
    <w:rsid w:val="00FB71B1"/>
    <w:rsid w:val="00FC1FEE"/>
    <w:rsid w:val="00FC4661"/>
    <w:rsid w:val="00FC5D9A"/>
    <w:rsid w:val="00FC693F"/>
    <w:rsid w:val="00FD072C"/>
    <w:rsid w:val="00FD1A59"/>
    <w:rsid w:val="00FD1FC2"/>
    <w:rsid w:val="00FD5C8D"/>
    <w:rsid w:val="00FD64A1"/>
    <w:rsid w:val="00FE1E81"/>
    <w:rsid w:val="00FE4084"/>
    <w:rsid w:val="00FF6A03"/>
    <w:rsid w:val="00FF6E1D"/>
    <w:rsid w:val="00FF7DC5"/>
    <w:rsid w:val="03F40217"/>
    <w:rsid w:val="059CDD31"/>
    <w:rsid w:val="0870B0BE"/>
    <w:rsid w:val="0CDD744C"/>
    <w:rsid w:val="12730527"/>
    <w:rsid w:val="1553788F"/>
    <w:rsid w:val="15D8A56C"/>
    <w:rsid w:val="18EB4DEF"/>
    <w:rsid w:val="19DFF19A"/>
    <w:rsid w:val="1B8B474F"/>
    <w:rsid w:val="221F1006"/>
    <w:rsid w:val="22D06755"/>
    <w:rsid w:val="23E59206"/>
    <w:rsid w:val="25256D63"/>
    <w:rsid w:val="276588D7"/>
    <w:rsid w:val="2BA3421C"/>
    <w:rsid w:val="2C36115E"/>
    <w:rsid w:val="2CAB6C3C"/>
    <w:rsid w:val="2D1DA1E0"/>
    <w:rsid w:val="2D5FFB87"/>
    <w:rsid w:val="2FCA609B"/>
    <w:rsid w:val="3059BEEC"/>
    <w:rsid w:val="321C070D"/>
    <w:rsid w:val="36615E6A"/>
    <w:rsid w:val="39E4C2E0"/>
    <w:rsid w:val="3A0828AE"/>
    <w:rsid w:val="3B1E37E2"/>
    <w:rsid w:val="3B7225BB"/>
    <w:rsid w:val="3B74863D"/>
    <w:rsid w:val="3BC32820"/>
    <w:rsid w:val="3E44E41A"/>
    <w:rsid w:val="3FAC874E"/>
    <w:rsid w:val="40497DD4"/>
    <w:rsid w:val="41DA6AE2"/>
    <w:rsid w:val="42A6986D"/>
    <w:rsid w:val="430C8E15"/>
    <w:rsid w:val="46CECC95"/>
    <w:rsid w:val="4A0E6621"/>
    <w:rsid w:val="4B3BE543"/>
    <w:rsid w:val="4B60A7D1"/>
    <w:rsid w:val="4DCFDA8B"/>
    <w:rsid w:val="500CC985"/>
    <w:rsid w:val="541EB207"/>
    <w:rsid w:val="56182510"/>
    <w:rsid w:val="58D9050D"/>
    <w:rsid w:val="5948303A"/>
    <w:rsid w:val="5B2B7029"/>
    <w:rsid w:val="5BBAFBF7"/>
    <w:rsid w:val="6324EC2D"/>
    <w:rsid w:val="6978F482"/>
    <w:rsid w:val="6B2DC2CA"/>
    <w:rsid w:val="6D5F31B3"/>
    <w:rsid w:val="6E305888"/>
    <w:rsid w:val="6ED0F25F"/>
    <w:rsid w:val="7110AC77"/>
    <w:rsid w:val="71EA862B"/>
    <w:rsid w:val="72B588A2"/>
    <w:rsid w:val="755D47F9"/>
    <w:rsid w:val="76BFB995"/>
    <w:rsid w:val="76C8ABAD"/>
    <w:rsid w:val="77853C98"/>
    <w:rsid w:val="7872E659"/>
    <w:rsid w:val="790A617D"/>
    <w:rsid w:val="79857B90"/>
    <w:rsid w:val="7A4A9E89"/>
    <w:rsid w:val="7DBD43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3521F5"/>
  <w14:defaultImageDpi w14:val="300"/>
  <w15:docId w15:val="{4CF66FE0-446E-4563-A001-16203D94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7B57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91EE6"/>
    <w:rPr>
      <w:color w:val="0000FF" w:themeColor="hyperlink"/>
      <w:u w:val="single"/>
    </w:rPr>
  </w:style>
  <w:style w:type="character" w:styleId="UnresolvedMention">
    <w:name w:val="Unresolved Mention"/>
    <w:basedOn w:val="DefaultParagraphFont"/>
    <w:uiPriority w:val="99"/>
    <w:semiHidden/>
    <w:unhideWhenUsed/>
    <w:rsid w:val="00D91EE6"/>
    <w:rPr>
      <w:color w:val="605E5C"/>
      <w:shd w:val="clear" w:color="auto" w:fill="E1DFDD"/>
    </w:rPr>
  </w:style>
  <w:style w:type="paragraph" w:styleId="TOC2">
    <w:name w:val="toc 2"/>
    <w:basedOn w:val="Normal"/>
    <w:next w:val="Normal"/>
    <w:autoRedefine/>
    <w:uiPriority w:val="39"/>
    <w:unhideWhenUsed/>
    <w:rsid w:val="00E16DB8"/>
    <w:pPr>
      <w:tabs>
        <w:tab w:val="right" w:leader="dot" w:pos="8630"/>
      </w:tabs>
      <w:spacing w:after="100"/>
    </w:pPr>
  </w:style>
  <w:style w:type="paragraph" w:styleId="TOC1">
    <w:name w:val="toc 1"/>
    <w:basedOn w:val="Normal"/>
    <w:next w:val="Normal"/>
    <w:autoRedefine/>
    <w:uiPriority w:val="39"/>
    <w:unhideWhenUsed/>
    <w:rsid w:val="00ED364B"/>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sefton.gov.uk"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5.png"/><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hyperlink" Target="https://www.sefton.gov.uk/equality-consultation-and-accessibility/equality-diversity-and-inclusion-strategy/" TargetMode="External"/><Relationship Id="rId30"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B773B64C860540BBB2DF0E33C96BD9" ma:contentTypeVersion="11" ma:contentTypeDescription="Create a new document." ma:contentTypeScope="" ma:versionID="d026d19d695b4aca13479da2bfb5c50f">
  <xsd:schema xmlns:xsd="http://www.w3.org/2001/XMLSchema" xmlns:xs="http://www.w3.org/2001/XMLSchema" xmlns:p="http://schemas.microsoft.com/office/2006/metadata/properties" xmlns:ns2="6b21635c-c86d-422f-9fd7-416e0f70fe17" xmlns:ns3="4d9e7c50-73f6-4cbb-b72c-ea32ab69aa67" targetNamespace="http://schemas.microsoft.com/office/2006/metadata/properties" ma:root="true" ma:fieldsID="ef75f22e28d56e3283e89df9b4062cd6" ns2:_="" ns3:_="">
    <xsd:import namespace="6b21635c-c86d-422f-9fd7-416e0f70fe17"/>
    <xsd:import namespace="4d9e7c50-73f6-4cbb-b72c-ea32ab69aa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21635c-c86d-422f-9fd7-416e0f70fe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80d11ac-c5b9-425e-bc58-d533855d77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9e7c50-73f6-4cbb-b72c-ea32ab69aa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bf27b0-2e8a-4e39-b00a-7f0baaa680ef}" ma:internalName="TaxCatchAll" ma:showField="CatchAllData" ma:web="4d9e7c50-73f6-4cbb-b72c-ea32ab69aa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b21635c-c86d-422f-9fd7-416e0f70fe17">
      <Terms xmlns="http://schemas.microsoft.com/office/infopath/2007/PartnerControls"/>
    </lcf76f155ced4ddcb4097134ff3c332f>
    <TaxCatchAll xmlns="4d9e7c50-73f6-4cbb-b72c-ea32ab69aa67"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4C4F80-C3D0-490D-9979-2B2D9BDDA8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21635c-c86d-422f-9fd7-416e0f70fe17"/>
    <ds:schemaRef ds:uri="4d9e7c50-73f6-4cbb-b72c-ea32ab69aa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FB2DCC-2E6F-4453-9B8A-A5942DD24810}">
  <ds:schemaRefs>
    <ds:schemaRef ds:uri="http://schemas.microsoft.com/office/2006/metadata/properties"/>
    <ds:schemaRef ds:uri="http://schemas.microsoft.com/office/infopath/2007/PartnerControls"/>
    <ds:schemaRef ds:uri="6b21635c-c86d-422f-9fd7-416e0f70fe17"/>
    <ds:schemaRef ds:uri="4d9e7c50-73f6-4cbb-b72c-ea32ab69aa67"/>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5DF543CA-F5A3-4A30-BA27-ECE1E1FEED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19</Pages>
  <Words>3280</Words>
  <Characters>18696</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21933</CharactersWithSpaces>
  <SharedDoc>false</SharedDoc>
  <HyperlinkBase/>
  <HLinks>
    <vt:vector size="6" baseType="variant">
      <vt:variant>
        <vt:i4>5570635</vt:i4>
      </vt:variant>
      <vt:variant>
        <vt:i4>0</vt:i4>
      </vt:variant>
      <vt:variant>
        <vt:i4>0</vt:i4>
      </vt:variant>
      <vt:variant>
        <vt:i4>5</vt:i4>
      </vt:variant>
      <vt:variant>
        <vt:lpwstr>http://www.sefton.gov.uk/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John Smith</cp:lastModifiedBy>
  <cp:revision>7</cp:revision>
  <cp:lastPrinted>2026-02-12T17:58:00Z</cp:lastPrinted>
  <dcterms:created xsi:type="dcterms:W3CDTF">2026-10-08T14:50:00Z</dcterms:created>
  <dcterms:modified xsi:type="dcterms:W3CDTF">2026-10-14T10:23:00Z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0x010100F7B773B64C860540BBB2DF0E33C96BD9</vt:lpwstr>
  </property>
  <property fmtid="{D5CDD505-2E9C-101B-9397-08002B2CF9AE}" pid="3" name="MediaServiceImageTags">
    <vt:lpwstr/>
  </property>
</Properties>
</file>