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69BC30D7" w:rsidR="00282ABC" w:rsidRPr="00A665FC" w:rsidRDefault="007919D0">
      <w:pPr>
        <w:rPr>
          <w:b/>
          <w:color w:val="0082BC"/>
          <w:sz w:val="48"/>
        </w:rPr>
      </w:pPr>
      <w:r w:rsidRPr="00A665FC">
        <w:rPr>
          <w:noProof/>
        </w:rPr>
        <w:drawing>
          <wp:anchor distT="0" distB="0" distL="114300" distR="114300" simplePos="0" relativeHeight="251658242" behindDoc="0" locked="0" layoutInCell="1" allowOverlap="1" wp14:anchorId="6A9DAC06" wp14:editId="73AA8AEF">
            <wp:simplePos x="0" y="0"/>
            <wp:positionH relativeFrom="page">
              <wp:align>right</wp:align>
            </wp:positionH>
            <wp:positionV relativeFrom="paragraph">
              <wp:posOffset>-1330507</wp:posOffset>
            </wp:positionV>
            <wp:extent cx="8039100" cy="10156371"/>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8" cstate="print"/>
                    <a:stretch>
                      <a:fillRect/>
                    </a:stretch>
                  </pic:blipFill>
                  <pic:spPr>
                    <a:xfrm>
                      <a:off x="0" y="0"/>
                      <a:ext cx="8039100" cy="10156371"/>
                    </a:xfrm>
                    <a:prstGeom prst="rect">
                      <a:avLst/>
                    </a:prstGeom>
                  </pic:spPr>
                </pic:pic>
              </a:graphicData>
            </a:graphic>
            <wp14:sizeRelH relativeFrom="margin">
              <wp14:pctWidth>0</wp14:pctWidth>
            </wp14:sizeRelH>
            <wp14:sizeRelV relativeFrom="margin">
              <wp14:pctHeight>0</wp14:pctHeight>
            </wp14:sizeRelV>
          </wp:anchor>
        </w:drawing>
      </w:r>
      <w:r w:rsidR="00F348E4"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02CEAE29">
                <wp:simplePos x="0" y="0"/>
                <wp:positionH relativeFrom="margin">
                  <wp:align>center</wp:align>
                </wp:positionH>
                <wp:positionV relativeFrom="paragraph">
                  <wp:posOffset>-913765</wp:posOffset>
                </wp:positionV>
                <wp:extent cx="7067550" cy="5191125"/>
                <wp:effectExtent l="0" t="0" r="0" b="9525"/>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5191125"/>
                        </a:xfrm>
                        <a:prstGeom prst="rect">
                          <a:avLst/>
                        </a:prstGeom>
                        <a:solidFill>
                          <a:srgbClr val="000000">
                            <a:alpha val="14999"/>
                          </a:srgbClr>
                        </a:solidFill>
                      </wps:spPr>
                      <wps:txbx>
                        <w:txbxContent>
                          <w:p w14:paraId="14DD0D91" w14:textId="76C1A2BC" w:rsidR="006852CF" w:rsidRPr="00A665FC" w:rsidRDefault="007B29F0" w:rsidP="006852CF">
                            <w:pPr>
                              <w:spacing w:line="1023" w:lineRule="exact"/>
                              <w:ind w:left="-13"/>
                              <w:jc w:val="center"/>
                              <w:rPr>
                                <w:rFonts w:ascii="Trebuchet MS"/>
                                <w:b/>
                                <w:color w:val="FFFFFF"/>
                                <w:spacing w:val="17"/>
                                <w:sz w:val="104"/>
                              </w:rPr>
                            </w:pPr>
                            <w:r>
                              <w:rPr>
                                <w:rFonts w:ascii="Trebuchet MS"/>
                                <w:b/>
                                <w:color w:val="FFFFFF"/>
                                <w:spacing w:val="17"/>
                                <w:sz w:val="104"/>
                              </w:rPr>
                              <w:t>Learning and Development Business Partner</w:t>
                            </w:r>
                            <w:r w:rsidR="00AA76BC">
                              <w:rPr>
                                <w:rFonts w:ascii="Trebuchet MS"/>
                                <w:b/>
                                <w:color w:val="FFFFFF"/>
                                <w:spacing w:val="17"/>
                                <w:sz w:val="104"/>
                              </w:rPr>
                              <w:t xml:space="preserve"> (Employee Development)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0;margin-top:-71.95pt;width:556.5pt;height:408.7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" fillcolor="black" stroked="f">
                <v:fill opacity="9766f"/>
                <v:textbox inset="0,0,0,0">
                  <w:txbxContent>
                    <w:p w14:paraId="14DD0D91" w14:textId="76C1A2BC" w:rsidR="006852CF" w:rsidRPr="00A665FC" w:rsidRDefault="007B29F0" w:rsidP="006852CF">
                      <w:pPr>
                        <w:spacing w:line="1023" w:lineRule="exact"/>
                        <w:ind w:left="-13"/>
                        <w:jc w:val="center"/>
                        <w:rPr>
                          <w:rFonts w:ascii="Trebuchet MS"/>
                          <w:b/>
                          <w:color w:val="FFFFFF"/>
                          <w:spacing w:val="17"/>
                          <w:sz w:val="104"/>
                        </w:rPr>
                      </w:pPr>
                      <w:r>
                        <w:rPr>
                          <w:rFonts w:ascii="Trebuchet MS"/>
                          <w:b/>
                          <w:color w:val="FFFFFF"/>
                          <w:spacing w:val="17"/>
                          <w:sz w:val="104"/>
                        </w:rPr>
                        <w:t>Learning and Development Business Partner</w:t>
                      </w:r>
                      <w:r w:rsidR="00AA76BC">
                        <w:rPr>
                          <w:rFonts w:ascii="Trebuchet MS"/>
                          <w:b/>
                          <w:color w:val="FFFFFF"/>
                          <w:spacing w:val="17"/>
                          <w:sz w:val="104"/>
                        </w:rPr>
                        <w:t xml:space="preserve"> (Employee Development)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5E4FA476">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9"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0"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1" cstate="print"/>
                          <a:stretch>
                            <a:fillRect/>
                          </a:stretch>
                        </pic:blipFill>
                        <pic:spPr>
                          <a:xfrm>
                            <a:off x="663155" y="9745119"/>
                            <a:ext cx="2288832" cy="373945"/>
                          </a:xfrm>
                          <a:prstGeom prst="rect">
                            <a:avLst/>
                          </a:prstGeom>
                        </pic:spPr>
                      </pic:pic>
                    </wpg:wgp>
                  </a:graphicData>
                </a:graphic>
              </wp:anchor>
            </w:drawing>
          </mc:Choice>
          <mc:Fallback>
            <w:pict>
              <v:group w14:anchorId="3A32EFE6"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2"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3"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4" o:title=""/>
                </v:shape>
                <w10:wrap anchorx="page" anchory="page"/>
              </v:group>
            </w:pict>
          </mc:Fallback>
        </mc:AlternateContent>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23D5E3D4">
              <v:shape id="Graphic 6" style="position:absolute;margin-left:-6.9pt;margin-top:-104.95pt;width:65pt;height:2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c58c18"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w14:anchorId="5B44221C">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715DD982">
              <v:shape id="Graphic 7" style="position:absolute;margin-left:58.15pt;margin-top:-104.95pt;width:65pt;height:20.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e8491b"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w14:anchorId="7120D848">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0746338">
              <v:shape id="Graphic 8" style="position:absolute;margin-left:123.2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90bf2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w14:anchorId="7EDE5D0D">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3C129DAF">
              <v:shape id="Graphic 9" style="position:absolute;margin-left:188.2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a2579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w14:anchorId="2A763441">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10B013B1">
              <v:shape id="Graphic 10" style="position:absolute;margin-left:253.3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a8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w14:anchorId="25782998">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0A1D06C8">
              <v:shape id="Graphic 11" style="position:absolute;margin-left:318.3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303e9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w14:anchorId="048092E9">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339360D7">
              <v:shape id="Graphic 12" style="position:absolute;margin-left:383.35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b50063"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w14:anchorId="068334B5">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762CDF12">
              <v:shape id="Graphic 13" style="position:absolute;margin-left:448.4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03d"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w14:anchorId="06E5B24E">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2291DEAA">
              <v:shape id="Graphic 14" style="position:absolute;margin-left:-81.75pt;margin-top:-104.95pt;width:74.9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spid="_x0000_s1026" fillcolor="#007cbb" stroked="f" path="m,261404r951128,l951128,,,,,2614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w14:anchorId="0055CBAC">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2140493E" w:rsidR="0043131B" w:rsidRPr="00A665FC" w:rsidRDefault="007919D0">
      <w:pPr>
        <w:rPr>
          <w:b/>
          <w:color w:val="0082BC"/>
          <w:sz w:val="32"/>
        </w:rPr>
      </w:pPr>
      <w:r w:rsidRPr="00A665FC">
        <w:rPr>
          <w:noProof/>
        </w:rPr>
        <w:lastRenderedPageBreak/>
        <w:drawing>
          <wp:anchor distT="0" distB="0" distL="114300" distR="114300" simplePos="0" relativeHeight="251658241" behindDoc="1" locked="0" layoutInCell="1" allowOverlap="1" wp14:anchorId="5F4D518A" wp14:editId="3A469522">
            <wp:simplePos x="0" y="0"/>
            <wp:positionH relativeFrom="page">
              <wp:align>left</wp:align>
            </wp:positionH>
            <wp:positionV relativeFrom="paragraph">
              <wp:posOffset>-2070735</wp:posOffset>
            </wp:positionV>
            <wp:extent cx="8210550" cy="10809514"/>
            <wp:effectExtent l="0" t="0" r="0" b="0"/>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9" cstate="print"/>
                    <a:stretch>
                      <a:fillRect/>
                    </a:stretch>
                  </pic:blipFill>
                  <pic:spPr>
                    <a:xfrm>
                      <a:off x="0" y="0"/>
                      <a:ext cx="8210550" cy="10809514"/>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rPr>
        <w:drawing>
          <wp:anchor distT="0" distB="0" distL="114300" distR="114300" simplePos="0" relativeHeight="251658271" behindDoc="0" locked="0" layoutInCell="1" allowOverlap="1" wp14:anchorId="0625022B" wp14:editId="51F70F42">
            <wp:simplePos x="0" y="0"/>
            <wp:positionH relativeFrom="column">
              <wp:posOffset>-819150</wp:posOffset>
            </wp:positionH>
            <wp:positionV relativeFrom="paragraph">
              <wp:posOffset>458470</wp:posOffset>
            </wp:positionV>
            <wp:extent cx="2295524" cy="3114675"/>
            <wp:effectExtent l="0" t="0" r="0" b="0"/>
            <wp:wrapNone/>
            <wp:docPr id="654191807" name="Picture 7" descr="A person smil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91807" name="Picture 7" descr="A person smiling for a picture&#10;&#10;AI-generated content may be incorrect."/>
                    <pic:cNvPicPr/>
                  </pic:nvPicPr>
                  <pic:blipFill>
                    <a:blip r:embed="rId16"/>
                    <a:stretch>
                      <a:fillRect/>
                    </a:stretch>
                  </pic:blipFill>
                  <pic:spPr>
                    <a:xfrm>
                      <a:off x="0" y="0"/>
                      <a:ext cx="2295524" cy="3114675"/>
                    </a:xfrm>
                    <a:prstGeom prst="rect">
                      <a:avLst/>
                    </a:prstGeom>
                  </pic:spPr>
                </pic:pic>
              </a:graphicData>
            </a:graphic>
            <wp14:sizeRelH relativeFrom="page">
              <wp14:pctWidth>0</wp14:pctWidth>
            </wp14:sizeRelH>
            <wp14:sizeRelV relativeFrom="page">
              <wp14:pctHeight>0</wp14:pctHeight>
            </wp14:sizeRelV>
          </wp:anchor>
        </w:drawing>
      </w:r>
      <w:r w:rsidR="00671606" w:rsidRPr="00A665FC">
        <w:rPr>
          <w:noProof/>
        </w:rPr>
        <mc:AlternateContent>
          <mc:Choice Requires="wps">
            <w:drawing>
              <wp:anchor distT="0" distB="0" distL="114300" distR="114300" simplePos="0" relativeHeight="251658270" behindDoc="0" locked="0" layoutInCell="1" allowOverlap="1" wp14:anchorId="6B627BFC" wp14:editId="29965A03">
                <wp:simplePos x="0" y="0"/>
                <wp:positionH relativeFrom="column">
                  <wp:posOffset>-847725</wp:posOffset>
                </wp:positionH>
                <wp:positionV relativeFrom="paragraph">
                  <wp:posOffset>447675</wp:posOffset>
                </wp:positionV>
                <wp:extent cx="2352675" cy="3152775"/>
                <wp:effectExtent l="76200" t="38100" r="85725" b="123825"/>
                <wp:wrapNone/>
                <wp:docPr id="572067517" name="Rectangle 8"/>
                <wp:cNvGraphicFramePr/>
                <a:graphic xmlns:a="http://schemas.openxmlformats.org/drawingml/2006/main">
                  <a:graphicData uri="http://schemas.microsoft.com/office/word/2010/wordprocessingShape">
                    <wps:wsp>
                      <wps:cNvSpPr/>
                      <wps:spPr>
                        <a:xfrm>
                          <a:off x="0" y="0"/>
                          <a:ext cx="2352675" cy="3152775"/>
                        </a:xfrm>
                        <a:prstGeom prst="rect">
                          <a:avLst/>
                        </a:prstGeom>
                        <a:solidFill>
                          <a:schemeClr val="bg1"/>
                        </a:solidFill>
                        <a:ln w="57150">
                          <a:solidFill>
                            <a:schemeClr val="bg1">
                              <a:lumMod val="8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4DA1ABEB">
              <v:rect id="Rectangle 8" style="position:absolute;margin-left:-66.75pt;margin-top:35.25pt;width:185.25pt;height:248.25pt;z-index:2516920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white [3212]" strokecolor="#d8d8d8 [2732]" strokeweight="4.5pt" w14:anchorId="1547F5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">
                <v:shadow on="t" color="black" opacity="22937f" offset="0,.63889mm" origin=",.5"/>
              </v:rect>
            </w:pict>
          </mc:Fallback>
        </mc:AlternateContent>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36DD533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7"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56"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4EABFE39">
              <v:shape id="Graphic 6" style="position:absolute;margin-left:-6.75pt;margin-top:-104.95pt;width:65pt;height:20.6pt;z-index:2516674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c58c18"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w14:anchorId="3795E0B6">
                <v:path arrowok="t"/>
              </v:shape>
            </w:pict>
          </mc:Fallback>
        </mc:AlternateContent>
      </w:r>
      <w:r w:rsidR="0043131B" w:rsidRPr="00A665FC">
        <w:rPr>
          <w:noProof/>
        </w:rPr>
        <mc:AlternateContent>
          <mc:Choice Requires="wps">
            <w:drawing>
              <wp:anchor distT="0" distB="0" distL="114300" distR="114300" simplePos="0" relativeHeight="251658257"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1515F528">
              <v:shape id="Graphic 7" style="position:absolute;margin-left:58.5pt;margin-top:-104.95pt;width:65pt;height:20.6pt;z-index:2516684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e8491b"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w14:anchorId="60772178">
                <v:path arrowok="t"/>
              </v:shape>
            </w:pict>
          </mc:Fallback>
        </mc:AlternateContent>
      </w:r>
      <w:r w:rsidR="0043131B" w:rsidRPr="00A665FC">
        <w:rPr>
          <w:noProof/>
        </w:rPr>
        <mc:AlternateContent>
          <mc:Choice Requires="wps">
            <w:drawing>
              <wp:anchor distT="0" distB="0" distL="114300" distR="114300" simplePos="0" relativeHeight="251658258"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230244EA">
              <v:shape id="Graphic 8" style="position:absolute;margin-left:123pt;margin-top:-104.95pt;width:65pt;height:20.6pt;z-index:2516695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90bf2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w14:anchorId="66A99A90">
                <v:path arrowok="t"/>
              </v:shape>
            </w:pict>
          </mc:Fallback>
        </mc:AlternateContent>
      </w:r>
      <w:r w:rsidR="0043131B" w:rsidRPr="00A665FC">
        <w:rPr>
          <w:noProof/>
        </w:rPr>
        <mc:AlternateContent>
          <mc:Choice Requires="wps">
            <w:drawing>
              <wp:anchor distT="0" distB="0" distL="114300" distR="114300" simplePos="0" relativeHeight="251658259"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1EC31D7A">
              <v:shape id="Graphic 9" style="position:absolute;margin-left:188.25pt;margin-top:-104.95pt;width:65pt;height:20.6pt;z-index:2516705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a2579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w14:anchorId="5FC3DAE7">
                <v:path arrowok="t"/>
              </v:shape>
            </w:pict>
          </mc:Fallback>
        </mc:AlternateContent>
      </w:r>
      <w:r w:rsidR="0043131B" w:rsidRPr="00A665FC">
        <w:rPr>
          <w:noProof/>
        </w:rPr>
        <mc:AlternateContent>
          <mc:Choice Requires="wps">
            <w:drawing>
              <wp:anchor distT="0" distB="0" distL="114300" distR="114300" simplePos="0" relativeHeight="25165826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1AB28622">
              <v:shape id="Graphic 10" style="position:absolute;margin-left:253.5pt;margin-top:-104.95pt;width:65pt;height:20.6pt;z-index:2516715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a8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w14:anchorId="2280D41A">
                <v:path arrowok="t"/>
              </v:shape>
            </w:pict>
          </mc:Fallback>
        </mc:AlternateContent>
      </w:r>
      <w:r w:rsidR="0043131B" w:rsidRPr="00A665FC">
        <w:rPr>
          <w:noProof/>
        </w:rPr>
        <mc:AlternateContent>
          <mc:Choice Requires="wps">
            <w:drawing>
              <wp:anchor distT="0" distB="0" distL="114300" distR="114300" simplePos="0" relativeHeight="251658261"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6FFC9875">
              <v:shape id="Graphic 11" style="position:absolute;margin-left:318pt;margin-top:-104.95pt;width:65pt;height:20.6pt;z-index:2516725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303e9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w14:anchorId="79AA9305">
                <v:path arrowok="t"/>
              </v:shape>
            </w:pict>
          </mc:Fallback>
        </mc:AlternateContent>
      </w:r>
      <w:r w:rsidR="0043131B" w:rsidRPr="00A665FC">
        <w:rPr>
          <w:noProof/>
        </w:rPr>
        <mc:AlternateContent>
          <mc:Choice Requires="wps">
            <w:drawing>
              <wp:anchor distT="0" distB="0" distL="114300" distR="114300" simplePos="0" relativeHeight="251658262"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65398B15">
              <v:shape id="Graphic 12" style="position:absolute;margin-left:383.25pt;margin-top:-104.95pt;width:65pt;height:20.6pt;z-index:2516736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b50063"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w14:anchorId="645E4804">
                <v:path arrowok="t"/>
              </v:shape>
            </w:pict>
          </mc:Fallback>
        </mc:AlternateContent>
      </w:r>
      <w:r w:rsidR="0043131B" w:rsidRPr="00A665FC">
        <w:rPr>
          <w:noProof/>
        </w:rPr>
        <mc:AlternateContent>
          <mc:Choice Requires="wps">
            <w:drawing>
              <wp:anchor distT="0" distB="0" distL="114300" distR="114300" simplePos="0" relativeHeight="251658263"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68F0DD9">
              <v:shape id="Graphic 13" style="position:absolute;margin-left:448.5pt;margin-top:-104.95pt;width:65pt;height:20.6pt;z-index:2516746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03d"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w14:anchorId="65CA6F47">
                <v:path arrowok="t"/>
              </v:shape>
            </w:pict>
          </mc:Fallback>
        </mc:AlternateContent>
      </w:r>
      <w:r w:rsidR="0043131B" w:rsidRPr="00A665FC">
        <w:rPr>
          <w:noProof/>
        </w:rPr>
        <mc:AlternateContent>
          <mc:Choice Requires="wps">
            <w:drawing>
              <wp:anchor distT="0" distB="0" distL="114300" distR="114300" simplePos="0" relativeHeight="251658264"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0F7F512">
              <v:shape id="Graphic 14" style="position:absolute;margin-left:-81.75pt;margin-top:-104.95pt;width:74.9pt;height:20.6pt;z-index:2516756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spid="_x0000_s1026" fillcolor="#007cbb" stroked="f" path="m,261404r951128,l951128,,,,,2614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w14:anchorId="69E437BA">
                <v:path arrowok="t"/>
              </v:shape>
            </w:pict>
          </mc:Fallback>
        </mc:AlternateContent>
      </w:r>
    </w:p>
    <w:p w14:paraId="2648CFAC" w14:textId="1B6CBA73" w:rsidR="000B3B22" w:rsidRPr="00A665FC" w:rsidRDefault="00510F20">
      <w:pPr>
        <w:rPr>
          <w:sz w:val="48"/>
          <w:szCs w:val="48"/>
        </w:rPr>
      </w:pPr>
      <w:r w:rsidRPr="00A665FC">
        <w:rPr>
          <w:noProof/>
        </w:rPr>
        <mc:AlternateContent>
          <mc:Choice Requires="wps">
            <w:drawing>
              <wp:anchor distT="0" distB="0" distL="114300" distR="114300" simplePos="0" relativeHeight="251658268" behindDoc="0" locked="0" layoutInCell="1" allowOverlap="1" wp14:anchorId="7C59204A" wp14:editId="00FC1E5C">
                <wp:simplePos x="0" y="0"/>
                <wp:positionH relativeFrom="page">
                  <wp:posOffset>3076575</wp:posOffset>
                </wp:positionH>
                <wp:positionV relativeFrom="paragraph">
                  <wp:posOffset>86360</wp:posOffset>
                </wp:positionV>
                <wp:extent cx="4343400" cy="689610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4343400" cy="6896100"/>
                        </a:xfrm>
                        <a:prstGeom prst="rect">
                          <a:avLst/>
                        </a:prstGeom>
                        <a:noFill/>
                        <a:ln w="6350">
                          <a:noFill/>
                        </a:ln>
                      </wps:spPr>
                      <wps:txbx>
                        <w:txbxContent>
                          <w:p w14:paraId="429AE24D" w14:textId="77777777" w:rsidR="004B0973" w:rsidRPr="004B0973" w:rsidRDefault="004B0973" w:rsidP="004B0973">
                            <w:pPr>
                              <w:rPr>
                                <w:sz w:val="28"/>
                                <w:szCs w:val="28"/>
                              </w:rPr>
                            </w:pPr>
                            <w:r w:rsidRPr="004B0973">
                              <w:rPr>
                                <w:sz w:val="28"/>
                                <w:szCs w:val="28"/>
                              </w:rPr>
                              <w:t>Hi,</w:t>
                            </w:r>
                          </w:p>
                          <w:p w14:paraId="4AE87FAF" w14:textId="77777777" w:rsidR="004B0973" w:rsidRPr="004B0973" w:rsidRDefault="004B0973" w:rsidP="004B0973">
                            <w:pPr>
                              <w:rPr>
                                <w:sz w:val="28"/>
                                <w:szCs w:val="28"/>
                              </w:rPr>
                            </w:pPr>
                            <w:r w:rsidRPr="004B0973">
                              <w:rPr>
                                <w:sz w:val="28"/>
                                <w:szCs w:val="28"/>
                              </w:rPr>
                              <w:t>My name is Michael Mainwaring, and I am the Workforce and Learning Service Manager. Thank you for your interest in the Learning and Development Business Partner (Employee Development) role within Sefton Council's Workforce Learning and Development team.</w:t>
                            </w:r>
                          </w:p>
                          <w:p w14:paraId="54774300" w14:textId="77777777" w:rsidR="004B0973" w:rsidRPr="004B0973" w:rsidRDefault="004B0973" w:rsidP="004B0973">
                            <w:pPr>
                              <w:rPr>
                                <w:sz w:val="28"/>
                                <w:szCs w:val="28"/>
                              </w:rPr>
                            </w:pPr>
                            <w:r w:rsidRPr="004B0973">
                              <w:rPr>
                                <w:sz w:val="28"/>
                                <w:szCs w:val="28"/>
                              </w:rPr>
                              <w:t>This is an exciting opportunity to support the development of our workforce through the design, delivery, and evaluation of high-quality learning and development initiatives. The role plays an important part in building management capability, supporting employee development, and promoting a positive culture of continuous learning across the organisation.</w:t>
                            </w:r>
                          </w:p>
                          <w:p w14:paraId="7E523C73" w14:textId="77777777" w:rsidR="004B0973" w:rsidRPr="004B0973" w:rsidRDefault="004B0973" w:rsidP="004B0973">
                            <w:pPr>
                              <w:rPr>
                                <w:sz w:val="28"/>
                                <w:szCs w:val="28"/>
                              </w:rPr>
                            </w:pPr>
                            <w:r w:rsidRPr="004B0973">
                              <w:rPr>
                                <w:sz w:val="28"/>
                                <w:szCs w:val="28"/>
                              </w:rPr>
                              <w:t>If you are passionate about developing people, delivering engaging learning experiences, and making a positive impact on organisational performance and employee wellbeing, we would welcome your application.</w:t>
                            </w:r>
                          </w:p>
                          <w:p w14:paraId="33E605BC" w14:textId="77777777" w:rsidR="004B0973" w:rsidRPr="004B0973" w:rsidRDefault="004B0973" w:rsidP="004B0973">
                            <w:pPr>
                              <w:rPr>
                                <w:sz w:val="28"/>
                                <w:szCs w:val="28"/>
                              </w:rPr>
                            </w:pPr>
                            <w:r w:rsidRPr="004B0973">
                              <w:rPr>
                                <w:sz w:val="28"/>
                                <w:szCs w:val="28"/>
                              </w:rPr>
                              <w:t>The Job Description and Person Specification are included within the job pack. If you have any questions about the vacancy, please refer to the contact details provided.</w:t>
                            </w:r>
                          </w:p>
                          <w:p w14:paraId="1A76BDD0" w14:textId="77777777" w:rsidR="004B0973" w:rsidRPr="004B0973" w:rsidRDefault="004B0973" w:rsidP="004B0973">
                            <w:pPr>
                              <w:rPr>
                                <w:sz w:val="28"/>
                                <w:szCs w:val="28"/>
                              </w:rPr>
                            </w:pPr>
                            <w:r w:rsidRPr="004B0973">
                              <w:rPr>
                                <w:sz w:val="28"/>
                                <w:szCs w:val="28"/>
                              </w:rPr>
                              <w:t>We look forward to hearing from you and wish you the very best of luck.</w:t>
                            </w:r>
                          </w:p>
                          <w:p w14:paraId="585C9719" w14:textId="77777777" w:rsidR="004B0973" w:rsidRPr="004B0973" w:rsidRDefault="004B0973" w:rsidP="004B0973">
                            <w:pPr>
                              <w:rPr>
                                <w:sz w:val="28"/>
                                <w:szCs w:val="28"/>
                              </w:rPr>
                            </w:pPr>
                            <w:r w:rsidRPr="004B0973">
                              <w:rPr>
                                <w:b/>
                                <w:bCs/>
                                <w:sz w:val="28"/>
                                <w:szCs w:val="28"/>
                              </w:rPr>
                              <w:t>Michael Mainwaring</w:t>
                            </w:r>
                            <w:r w:rsidRPr="004B0973">
                              <w:rPr>
                                <w:sz w:val="28"/>
                                <w:szCs w:val="28"/>
                              </w:rPr>
                              <w:br/>
                            </w:r>
                            <w:r w:rsidRPr="004B0973">
                              <w:rPr>
                                <w:b/>
                                <w:bCs/>
                                <w:sz w:val="28"/>
                                <w:szCs w:val="28"/>
                              </w:rPr>
                              <w:t>Workforce and Learning Service Manager</w:t>
                            </w:r>
                            <w:r w:rsidRPr="004B0973">
                              <w:rPr>
                                <w:sz w:val="28"/>
                                <w:szCs w:val="28"/>
                              </w:rPr>
                              <w:br/>
                            </w:r>
                            <w:r w:rsidRPr="004B0973">
                              <w:rPr>
                                <w:b/>
                                <w:bCs/>
                                <w:sz w:val="28"/>
                                <w:szCs w:val="28"/>
                              </w:rPr>
                              <w:t>Sefton Council</w:t>
                            </w:r>
                          </w:p>
                          <w:p w14:paraId="2DCF1838" w14:textId="11E61406" w:rsidR="00F74424" w:rsidRPr="00A665FC" w:rsidRDefault="00F74424" w:rsidP="00A236B7">
                            <w:pPr>
                              <w:rPr>
                                <w:b/>
                                <w:color w:val="0082BC"/>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8" type="#_x0000_t202" style="position:absolute;margin-left:242.25pt;margin-top:6.8pt;width:342pt;height:543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" filled="f" stroked="f" strokeweight=".5pt">
                <v:textbox>
                  <w:txbxContent>
                    <w:p w14:paraId="429AE24D" w14:textId="77777777" w:rsidR="004B0973" w:rsidRPr="004B0973" w:rsidRDefault="004B0973" w:rsidP="004B0973">
                      <w:pPr>
                        <w:rPr>
                          <w:sz w:val="28"/>
                          <w:szCs w:val="28"/>
                        </w:rPr>
                      </w:pPr>
                      <w:r w:rsidRPr="004B0973">
                        <w:rPr>
                          <w:sz w:val="28"/>
                          <w:szCs w:val="28"/>
                        </w:rPr>
                        <w:t>Hi,</w:t>
                      </w:r>
                    </w:p>
                    <w:p w14:paraId="4AE87FAF" w14:textId="77777777" w:rsidR="004B0973" w:rsidRPr="004B0973" w:rsidRDefault="004B0973" w:rsidP="004B0973">
                      <w:pPr>
                        <w:rPr>
                          <w:sz w:val="28"/>
                          <w:szCs w:val="28"/>
                        </w:rPr>
                      </w:pPr>
                      <w:r w:rsidRPr="004B0973">
                        <w:rPr>
                          <w:sz w:val="28"/>
                          <w:szCs w:val="28"/>
                        </w:rPr>
                        <w:t>My name is Michael Mainwaring, and I am the Workforce and Learning Service Manager. Thank you for your interest in the Learning and Development Business Partner (Employee Development) role within Sefton Council's Workforce Learning and Development team.</w:t>
                      </w:r>
                    </w:p>
                    <w:p w14:paraId="54774300" w14:textId="77777777" w:rsidR="004B0973" w:rsidRPr="004B0973" w:rsidRDefault="004B0973" w:rsidP="004B0973">
                      <w:pPr>
                        <w:rPr>
                          <w:sz w:val="28"/>
                          <w:szCs w:val="28"/>
                        </w:rPr>
                      </w:pPr>
                      <w:r w:rsidRPr="004B0973">
                        <w:rPr>
                          <w:sz w:val="28"/>
                          <w:szCs w:val="28"/>
                        </w:rPr>
                        <w:t>This is an exciting opportunity to support the development of our workforce through the design, delivery, and evaluation of high-quality learning and development initiatives. The role plays an important part in building management capability, supporting employee development, and promoting a positive culture of continuous learning across the organisation.</w:t>
                      </w:r>
                    </w:p>
                    <w:p w14:paraId="7E523C73" w14:textId="77777777" w:rsidR="004B0973" w:rsidRPr="004B0973" w:rsidRDefault="004B0973" w:rsidP="004B0973">
                      <w:pPr>
                        <w:rPr>
                          <w:sz w:val="28"/>
                          <w:szCs w:val="28"/>
                        </w:rPr>
                      </w:pPr>
                      <w:r w:rsidRPr="004B0973">
                        <w:rPr>
                          <w:sz w:val="28"/>
                          <w:szCs w:val="28"/>
                        </w:rPr>
                        <w:t>If you are passionate about developing people, delivering engaging learning experiences, and making a positive impact on organisational performance and employee wellbeing, we would welcome your application.</w:t>
                      </w:r>
                    </w:p>
                    <w:p w14:paraId="33E605BC" w14:textId="77777777" w:rsidR="004B0973" w:rsidRPr="004B0973" w:rsidRDefault="004B0973" w:rsidP="004B0973">
                      <w:pPr>
                        <w:rPr>
                          <w:sz w:val="28"/>
                          <w:szCs w:val="28"/>
                        </w:rPr>
                      </w:pPr>
                      <w:r w:rsidRPr="004B0973">
                        <w:rPr>
                          <w:sz w:val="28"/>
                          <w:szCs w:val="28"/>
                        </w:rPr>
                        <w:t>The Job Description and Person Specification are included within the job pack. If you have any questions about the vacancy, please refer to the contact details provided.</w:t>
                      </w:r>
                    </w:p>
                    <w:p w14:paraId="1A76BDD0" w14:textId="77777777" w:rsidR="004B0973" w:rsidRPr="004B0973" w:rsidRDefault="004B0973" w:rsidP="004B0973">
                      <w:pPr>
                        <w:rPr>
                          <w:sz w:val="28"/>
                          <w:szCs w:val="28"/>
                        </w:rPr>
                      </w:pPr>
                      <w:r w:rsidRPr="004B0973">
                        <w:rPr>
                          <w:sz w:val="28"/>
                          <w:szCs w:val="28"/>
                        </w:rPr>
                        <w:t>We look forward to hearing from you and wish you the very best of luck.</w:t>
                      </w:r>
                    </w:p>
                    <w:p w14:paraId="585C9719" w14:textId="77777777" w:rsidR="004B0973" w:rsidRPr="004B0973" w:rsidRDefault="004B0973" w:rsidP="004B0973">
                      <w:pPr>
                        <w:rPr>
                          <w:sz w:val="28"/>
                          <w:szCs w:val="28"/>
                        </w:rPr>
                      </w:pPr>
                      <w:r w:rsidRPr="004B0973">
                        <w:rPr>
                          <w:b/>
                          <w:bCs/>
                          <w:sz w:val="28"/>
                          <w:szCs w:val="28"/>
                        </w:rPr>
                        <w:t>Michael Mainwaring</w:t>
                      </w:r>
                      <w:r w:rsidRPr="004B0973">
                        <w:rPr>
                          <w:sz w:val="28"/>
                          <w:szCs w:val="28"/>
                        </w:rPr>
                        <w:br/>
                      </w:r>
                      <w:r w:rsidRPr="004B0973">
                        <w:rPr>
                          <w:b/>
                          <w:bCs/>
                          <w:sz w:val="28"/>
                          <w:szCs w:val="28"/>
                        </w:rPr>
                        <w:t>Workforce and Learning Service Manager</w:t>
                      </w:r>
                      <w:r w:rsidRPr="004B0973">
                        <w:rPr>
                          <w:sz w:val="28"/>
                          <w:szCs w:val="28"/>
                        </w:rPr>
                        <w:br/>
                      </w:r>
                      <w:r w:rsidRPr="004B0973">
                        <w:rPr>
                          <w:b/>
                          <w:bCs/>
                          <w:sz w:val="28"/>
                          <w:szCs w:val="28"/>
                        </w:rPr>
                        <w:t>Sefton Council</w:t>
                      </w:r>
                    </w:p>
                    <w:p w14:paraId="2DCF1838" w14:textId="11E61406" w:rsidR="00F74424" w:rsidRPr="00A665FC" w:rsidRDefault="00F74424" w:rsidP="00A236B7">
                      <w:pPr>
                        <w:rPr>
                          <w:b/>
                          <w:color w:val="0082BC"/>
                          <w:sz w:val="28"/>
                          <w:szCs w:val="28"/>
                        </w:rPr>
                      </w:pPr>
                    </w:p>
                  </w:txbxContent>
                </v:textbox>
                <w10:wrap anchorx="page"/>
              </v:shape>
            </w:pict>
          </mc:Fallback>
        </mc:AlternateContent>
      </w:r>
      <w:r w:rsidRPr="00A665FC">
        <w:rPr>
          <w:noProof/>
        </w:rPr>
        <mc:AlternateContent>
          <mc:Choice Requires="wps">
            <w:drawing>
              <wp:anchor distT="0" distB="0" distL="114300" distR="114300" simplePos="0" relativeHeight="251658266" behindDoc="0" locked="0" layoutInCell="1" allowOverlap="1" wp14:anchorId="3328AF77" wp14:editId="18D22430">
                <wp:simplePos x="0" y="0"/>
                <wp:positionH relativeFrom="column">
                  <wp:posOffset>1762125</wp:posOffset>
                </wp:positionH>
                <wp:positionV relativeFrom="paragraph">
                  <wp:posOffset>10160</wp:posOffset>
                </wp:positionV>
                <wp:extent cx="4657725" cy="7048500"/>
                <wp:effectExtent l="0" t="0" r="9525" b="0"/>
                <wp:wrapNone/>
                <wp:docPr id="30" name="Graphic 30"/>
                <wp:cNvGraphicFramePr/>
                <a:graphic xmlns:a="http://schemas.openxmlformats.org/drawingml/2006/main">
                  <a:graphicData uri="http://schemas.microsoft.com/office/word/2010/wordprocessingShape">
                    <wps:wsp>
                      <wps:cNvSpPr/>
                      <wps:spPr>
                        <a:xfrm>
                          <a:off x="0" y="0"/>
                          <a:ext cx="4657725" cy="704850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9" style="position:absolute;margin-left:138.75pt;margin-top:.8pt;width:366.75pt;height:55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53148321" w14:textId="763A305B"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7"/>
          <w:footerReference w:type="default" r:id="rId18"/>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2672773">
            <wp:simplePos x="0" y="0"/>
            <wp:positionH relativeFrom="margin">
              <wp:align>center</wp:align>
            </wp:positionH>
            <wp:positionV relativeFrom="paragraph">
              <wp:posOffset>2110105</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891012" w:rsidRDefault="00C10C81" w:rsidP="00C10C81">
          <w:pPr>
            <w:pStyle w:val="TOCHeading"/>
            <w:jc w:val="center"/>
            <w:rPr>
              <w:rFonts w:ascii="Arial" w:hAnsi="Arial" w:cs="Arial"/>
              <w:color w:val="0070C0"/>
              <w:sz w:val="36"/>
              <w:szCs w:val="36"/>
            </w:rPr>
          </w:pPr>
          <w:r w:rsidRPr="00891012">
            <w:rPr>
              <w:rFonts w:ascii="Arial" w:hAnsi="Arial" w:cs="Arial"/>
              <w:color w:val="0070C0"/>
              <w:sz w:val="36"/>
              <w:szCs w:val="36"/>
            </w:rPr>
            <w:t>Contents</w:t>
          </w:r>
        </w:p>
        <w:p w14:paraId="19126D47" w14:textId="62DFC003" w:rsidR="00552D22" w:rsidRDefault="00C10C81">
          <w:pPr>
            <w:pStyle w:val="TOC2"/>
            <w:tabs>
              <w:tab w:val="right" w:leader="dot" w:pos="8630"/>
            </w:tabs>
            <w:rPr>
              <w:rFonts w:asciiTheme="minorHAnsi" w:hAnsiTheme="minorHAnsi"/>
              <w:noProof/>
              <w:kern w:val="2"/>
              <w:sz w:val="24"/>
              <w:szCs w:val="24"/>
              <w:lang w:eastAsia="en-GB"/>
              <w14:ligatures w14:val="standardContextual"/>
            </w:rPr>
          </w:pPr>
          <w:r w:rsidRPr="00E57B75">
            <w:rPr>
              <w:rFonts w:cs="Arial"/>
              <w:sz w:val="36"/>
              <w:szCs w:val="36"/>
            </w:rPr>
            <w:fldChar w:fldCharType="begin"/>
          </w:r>
          <w:r w:rsidRPr="00E57B75">
            <w:rPr>
              <w:rFonts w:cs="Arial"/>
              <w:sz w:val="36"/>
              <w:szCs w:val="36"/>
            </w:rPr>
            <w:instrText xml:space="preserve"> TOC \o "1-3" \h \z \u </w:instrText>
          </w:r>
          <w:r w:rsidRPr="00E57B75">
            <w:rPr>
              <w:rFonts w:cs="Arial"/>
              <w:sz w:val="36"/>
              <w:szCs w:val="36"/>
            </w:rPr>
            <w:fldChar w:fldCharType="separate"/>
          </w:r>
          <w:hyperlink w:anchor="_Toc243637616" w:history="1">
            <w:r w:rsidR="00552D22" w:rsidRPr="0045481D">
              <w:rPr>
                <w:rStyle w:val="Hyperlink"/>
                <w:rFonts w:cs="Arial"/>
                <w:noProof/>
              </w:rPr>
              <w:t>Our Vision and Values</w:t>
            </w:r>
            <w:r w:rsidR="00552D22">
              <w:rPr>
                <w:noProof/>
                <w:webHidden/>
              </w:rPr>
              <w:tab/>
            </w:r>
            <w:r w:rsidR="00552D22">
              <w:rPr>
                <w:noProof/>
                <w:webHidden/>
              </w:rPr>
              <w:fldChar w:fldCharType="begin"/>
            </w:r>
            <w:r w:rsidR="00552D22">
              <w:rPr>
                <w:noProof/>
                <w:webHidden/>
              </w:rPr>
              <w:instrText xml:space="preserve"> PAGEREF _Toc243637616 \h </w:instrText>
            </w:r>
            <w:r w:rsidR="00552D22">
              <w:rPr>
                <w:noProof/>
                <w:webHidden/>
              </w:rPr>
            </w:r>
            <w:r w:rsidR="00552D22">
              <w:rPr>
                <w:noProof/>
                <w:webHidden/>
              </w:rPr>
              <w:fldChar w:fldCharType="separate"/>
            </w:r>
            <w:r w:rsidR="00F32F7C">
              <w:rPr>
                <w:noProof/>
                <w:webHidden/>
              </w:rPr>
              <w:t>1</w:t>
            </w:r>
            <w:r w:rsidR="00552D22">
              <w:rPr>
                <w:noProof/>
                <w:webHidden/>
              </w:rPr>
              <w:fldChar w:fldCharType="end"/>
            </w:r>
          </w:hyperlink>
        </w:p>
        <w:p w14:paraId="72F70BB1" w14:textId="01B73F82"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17" w:history="1">
            <w:r w:rsidRPr="0045481D">
              <w:rPr>
                <w:rStyle w:val="Hyperlink"/>
                <w:rFonts w:cs="Arial"/>
                <w:noProof/>
              </w:rPr>
              <w:t>Our Successes and Key Projects</w:t>
            </w:r>
            <w:r>
              <w:rPr>
                <w:noProof/>
                <w:webHidden/>
              </w:rPr>
              <w:tab/>
            </w:r>
            <w:r>
              <w:rPr>
                <w:noProof/>
                <w:webHidden/>
              </w:rPr>
              <w:fldChar w:fldCharType="begin"/>
            </w:r>
            <w:r>
              <w:rPr>
                <w:noProof/>
                <w:webHidden/>
              </w:rPr>
              <w:instrText xml:space="preserve"> PAGEREF _Toc243637617 \h </w:instrText>
            </w:r>
            <w:r>
              <w:rPr>
                <w:noProof/>
                <w:webHidden/>
              </w:rPr>
            </w:r>
            <w:r>
              <w:rPr>
                <w:noProof/>
                <w:webHidden/>
              </w:rPr>
              <w:fldChar w:fldCharType="separate"/>
            </w:r>
            <w:r w:rsidR="00F32F7C">
              <w:rPr>
                <w:noProof/>
                <w:webHidden/>
              </w:rPr>
              <w:t>2</w:t>
            </w:r>
            <w:r>
              <w:rPr>
                <w:noProof/>
                <w:webHidden/>
              </w:rPr>
              <w:fldChar w:fldCharType="end"/>
            </w:r>
          </w:hyperlink>
        </w:p>
        <w:p w14:paraId="0A886969" w14:textId="6265DD2A"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18" w:history="1">
            <w:r w:rsidRPr="0045481D">
              <w:rPr>
                <w:rStyle w:val="Hyperlink"/>
                <w:rFonts w:cs="Arial"/>
                <w:noProof/>
              </w:rPr>
              <w:t>An Inclusive Workplace</w:t>
            </w:r>
            <w:r>
              <w:rPr>
                <w:noProof/>
                <w:webHidden/>
              </w:rPr>
              <w:tab/>
            </w:r>
            <w:r>
              <w:rPr>
                <w:noProof/>
                <w:webHidden/>
              </w:rPr>
              <w:fldChar w:fldCharType="begin"/>
            </w:r>
            <w:r>
              <w:rPr>
                <w:noProof/>
                <w:webHidden/>
              </w:rPr>
              <w:instrText xml:space="preserve"> PAGEREF _Toc243637618 \h </w:instrText>
            </w:r>
            <w:r>
              <w:rPr>
                <w:noProof/>
                <w:webHidden/>
              </w:rPr>
            </w:r>
            <w:r>
              <w:rPr>
                <w:noProof/>
                <w:webHidden/>
              </w:rPr>
              <w:fldChar w:fldCharType="separate"/>
            </w:r>
            <w:r w:rsidR="00F32F7C">
              <w:rPr>
                <w:noProof/>
                <w:webHidden/>
              </w:rPr>
              <w:t>2</w:t>
            </w:r>
            <w:r>
              <w:rPr>
                <w:noProof/>
                <w:webHidden/>
              </w:rPr>
              <w:fldChar w:fldCharType="end"/>
            </w:r>
          </w:hyperlink>
        </w:p>
        <w:p w14:paraId="2E408809" w14:textId="2310B676"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19" w:history="1">
            <w:r w:rsidRPr="0045481D">
              <w:rPr>
                <w:rStyle w:val="Hyperlink"/>
                <w:rFonts w:cs="Arial"/>
                <w:noProof/>
              </w:rPr>
              <w:t>Liverpool City Region Fair Employment Charter</w:t>
            </w:r>
            <w:r>
              <w:rPr>
                <w:noProof/>
                <w:webHidden/>
              </w:rPr>
              <w:tab/>
            </w:r>
            <w:r>
              <w:rPr>
                <w:noProof/>
                <w:webHidden/>
              </w:rPr>
              <w:fldChar w:fldCharType="begin"/>
            </w:r>
            <w:r>
              <w:rPr>
                <w:noProof/>
                <w:webHidden/>
              </w:rPr>
              <w:instrText xml:space="preserve"> PAGEREF _Toc243637619 \h </w:instrText>
            </w:r>
            <w:r>
              <w:rPr>
                <w:noProof/>
                <w:webHidden/>
              </w:rPr>
            </w:r>
            <w:r>
              <w:rPr>
                <w:noProof/>
                <w:webHidden/>
              </w:rPr>
              <w:fldChar w:fldCharType="separate"/>
            </w:r>
            <w:r w:rsidR="00F32F7C">
              <w:rPr>
                <w:noProof/>
                <w:webHidden/>
              </w:rPr>
              <w:t>3</w:t>
            </w:r>
            <w:r>
              <w:rPr>
                <w:noProof/>
                <w:webHidden/>
              </w:rPr>
              <w:fldChar w:fldCharType="end"/>
            </w:r>
          </w:hyperlink>
        </w:p>
        <w:p w14:paraId="7CAF7F28" w14:textId="22C763A4"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0" w:history="1">
            <w:r w:rsidRPr="0045481D">
              <w:rPr>
                <w:rStyle w:val="Hyperlink"/>
                <w:rFonts w:cs="Arial"/>
                <w:noProof/>
              </w:rPr>
              <w:t>Workforce Learning and Development in Sefton</w:t>
            </w:r>
            <w:r>
              <w:rPr>
                <w:noProof/>
                <w:webHidden/>
              </w:rPr>
              <w:tab/>
            </w:r>
            <w:r>
              <w:rPr>
                <w:noProof/>
                <w:webHidden/>
              </w:rPr>
              <w:fldChar w:fldCharType="begin"/>
            </w:r>
            <w:r>
              <w:rPr>
                <w:noProof/>
                <w:webHidden/>
              </w:rPr>
              <w:instrText xml:space="preserve"> PAGEREF _Toc243637620 \h </w:instrText>
            </w:r>
            <w:r>
              <w:rPr>
                <w:noProof/>
                <w:webHidden/>
              </w:rPr>
            </w:r>
            <w:r>
              <w:rPr>
                <w:noProof/>
                <w:webHidden/>
              </w:rPr>
              <w:fldChar w:fldCharType="separate"/>
            </w:r>
            <w:r w:rsidR="00F32F7C">
              <w:rPr>
                <w:noProof/>
                <w:webHidden/>
              </w:rPr>
              <w:t>3</w:t>
            </w:r>
            <w:r>
              <w:rPr>
                <w:noProof/>
                <w:webHidden/>
              </w:rPr>
              <w:fldChar w:fldCharType="end"/>
            </w:r>
          </w:hyperlink>
        </w:p>
        <w:p w14:paraId="73AE2314" w14:textId="60292C5C"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1" w:history="1">
            <w:r w:rsidRPr="0045481D">
              <w:rPr>
                <w:rStyle w:val="Hyperlink"/>
                <w:rFonts w:cs="Arial"/>
                <w:noProof/>
              </w:rPr>
              <w:t>About the Role</w:t>
            </w:r>
            <w:r>
              <w:rPr>
                <w:noProof/>
                <w:webHidden/>
              </w:rPr>
              <w:tab/>
            </w:r>
            <w:r>
              <w:rPr>
                <w:noProof/>
                <w:webHidden/>
              </w:rPr>
              <w:fldChar w:fldCharType="begin"/>
            </w:r>
            <w:r>
              <w:rPr>
                <w:noProof/>
                <w:webHidden/>
              </w:rPr>
              <w:instrText xml:space="preserve"> PAGEREF _Toc243637621 \h </w:instrText>
            </w:r>
            <w:r>
              <w:rPr>
                <w:noProof/>
                <w:webHidden/>
              </w:rPr>
            </w:r>
            <w:r>
              <w:rPr>
                <w:noProof/>
                <w:webHidden/>
              </w:rPr>
              <w:fldChar w:fldCharType="separate"/>
            </w:r>
            <w:r w:rsidR="00F32F7C">
              <w:rPr>
                <w:noProof/>
                <w:webHidden/>
              </w:rPr>
              <w:t>4</w:t>
            </w:r>
            <w:r>
              <w:rPr>
                <w:noProof/>
                <w:webHidden/>
              </w:rPr>
              <w:fldChar w:fldCharType="end"/>
            </w:r>
          </w:hyperlink>
        </w:p>
        <w:p w14:paraId="7A84B8B6" w14:textId="23B408C5"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2" w:history="1">
            <w:r w:rsidRPr="0045481D">
              <w:rPr>
                <w:rStyle w:val="Hyperlink"/>
                <w:rFonts w:cs="Arial"/>
                <w:noProof/>
              </w:rPr>
              <w:t>Key areas of responsibility include:</w:t>
            </w:r>
            <w:r>
              <w:rPr>
                <w:noProof/>
                <w:webHidden/>
              </w:rPr>
              <w:tab/>
            </w:r>
            <w:r>
              <w:rPr>
                <w:noProof/>
                <w:webHidden/>
              </w:rPr>
              <w:fldChar w:fldCharType="begin"/>
            </w:r>
            <w:r>
              <w:rPr>
                <w:noProof/>
                <w:webHidden/>
              </w:rPr>
              <w:instrText xml:space="preserve"> PAGEREF _Toc243637622 \h </w:instrText>
            </w:r>
            <w:r>
              <w:rPr>
                <w:noProof/>
                <w:webHidden/>
              </w:rPr>
            </w:r>
            <w:r>
              <w:rPr>
                <w:noProof/>
                <w:webHidden/>
              </w:rPr>
              <w:fldChar w:fldCharType="separate"/>
            </w:r>
            <w:r w:rsidR="00F32F7C">
              <w:rPr>
                <w:noProof/>
                <w:webHidden/>
              </w:rPr>
              <w:t>4</w:t>
            </w:r>
            <w:r>
              <w:rPr>
                <w:noProof/>
                <w:webHidden/>
              </w:rPr>
              <w:fldChar w:fldCharType="end"/>
            </w:r>
          </w:hyperlink>
        </w:p>
        <w:p w14:paraId="50AF2776" w14:textId="2B0E92C9"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3" w:history="1">
            <w:r w:rsidRPr="0045481D">
              <w:rPr>
                <w:rStyle w:val="Hyperlink"/>
                <w:rFonts w:cs="Arial"/>
                <w:noProof/>
              </w:rPr>
              <w:t>What We Can Offer You</w:t>
            </w:r>
            <w:r>
              <w:rPr>
                <w:noProof/>
                <w:webHidden/>
              </w:rPr>
              <w:tab/>
            </w:r>
            <w:r>
              <w:rPr>
                <w:noProof/>
                <w:webHidden/>
              </w:rPr>
              <w:fldChar w:fldCharType="begin"/>
            </w:r>
            <w:r>
              <w:rPr>
                <w:noProof/>
                <w:webHidden/>
              </w:rPr>
              <w:instrText xml:space="preserve"> PAGEREF _Toc243637623 \h </w:instrText>
            </w:r>
            <w:r>
              <w:rPr>
                <w:noProof/>
                <w:webHidden/>
              </w:rPr>
            </w:r>
            <w:r>
              <w:rPr>
                <w:noProof/>
                <w:webHidden/>
              </w:rPr>
              <w:fldChar w:fldCharType="separate"/>
            </w:r>
            <w:r w:rsidR="00F32F7C">
              <w:rPr>
                <w:noProof/>
                <w:webHidden/>
              </w:rPr>
              <w:t>5</w:t>
            </w:r>
            <w:r>
              <w:rPr>
                <w:noProof/>
                <w:webHidden/>
              </w:rPr>
              <w:fldChar w:fldCharType="end"/>
            </w:r>
          </w:hyperlink>
        </w:p>
        <w:p w14:paraId="6A89B1C1" w14:textId="57EE8DF0"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4" w:history="1">
            <w:r w:rsidRPr="0045481D">
              <w:rPr>
                <w:rStyle w:val="Hyperlink"/>
                <w:rFonts w:cs="Arial"/>
                <w:noProof/>
              </w:rPr>
              <w:t>Top Tips on How to Apply</w:t>
            </w:r>
            <w:r>
              <w:rPr>
                <w:noProof/>
                <w:webHidden/>
              </w:rPr>
              <w:tab/>
            </w:r>
            <w:r>
              <w:rPr>
                <w:noProof/>
                <w:webHidden/>
              </w:rPr>
              <w:fldChar w:fldCharType="begin"/>
            </w:r>
            <w:r>
              <w:rPr>
                <w:noProof/>
                <w:webHidden/>
              </w:rPr>
              <w:instrText xml:space="preserve"> PAGEREF _Toc243637624 \h </w:instrText>
            </w:r>
            <w:r>
              <w:rPr>
                <w:noProof/>
                <w:webHidden/>
              </w:rPr>
            </w:r>
            <w:r>
              <w:rPr>
                <w:noProof/>
                <w:webHidden/>
              </w:rPr>
              <w:fldChar w:fldCharType="separate"/>
            </w:r>
            <w:r w:rsidR="00F32F7C">
              <w:rPr>
                <w:noProof/>
                <w:webHidden/>
              </w:rPr>
              <w:t>7</w:t>
            </w:r>
            <w:r>
              <w:rPr>
                <w:noProof/>
                <w:webHidden/>
              </w:rPr>
              <w:fldChar w:fldCharType="end"/>
            </w:r>
          </w:hyperlink>
        </w:p>
        <w:p w14:paraId="3F753BCA" w14:textId="198E19AE"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5" w:history="1">
            <w:r w:rsidRPr="0045481D">
              <w:rPr>
                <w:rStyle w:val="Hyperlink"/>
                <w:rFonts w:cs="Arial"/>
                <w:noProof/>
              </w:rPr>
              <w:t>Application and Selection Information</w:t>
            </w:r>
            <w:r>
              <w:rPr>
                <w:noProof/>
                <w:webHidden/>
              </w:rPr>
              <w:tab/>
            </w:r>
            <w:r>
              <w:rPr>
                <w:noProof/>
                <w:webHidden/>
              </w:rPr>
              <w:fldChar w:fldCharType="begin"/>
            </w:r>
            <w:r>
              <w:rPr>
                <w:noProof/>
                <w:webHidden/>
              </w:rPr>
              <w:instrText xml:space="preserve"> PAGEREF _Toc243637625 \h </w:instrText>
            </w:r>
            <w:r>
              <w:rPr>
                <w:noProof/>
                <w:webHidden/>
              </w:rPr>
            </w:r>
            <w:r>
              <w:rPr>
                <w:noProof/>
                <w:webHidden/>
              </w:rPr>
              <w:fldChar w:fldCharType="separate"/>
            </w:r>
            <w:r w:rsidR="00F32F7C">
              <w:rPr>
                <w:noProof/>
                <w:webHidden/>
              </w:rPr>
              <w:t>8</w:t>
            </w:r>
            <w:r>
              <w:rPr>
                <w:noProof/>
                <w:webHidden/>
              </w:rPr>
              <w:fldChar w:fldCharType="end"/>
            </w:r>
          </w:hyperlink>
        </w:p>
        <w:p w14:paraId="0F8385D5" w14:textId="59854229"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6" w:history="1">
            <w:r w:rsidRPr="0045481D">
              <w:rPr>
                <w:rStyle w:val="Hyperlink"/>
                <w:rFonts w:cs="Arial"/>
                <w:noProof/>
              </w:rPr>
              <w:t>Appendix A Learning and Development Business Partner (Employee Development): Full Job Description</w:t>
            </w:r>
            <w:r>
              <w:rPr>
                <w:noProof/>
                <w:webHidden/>
              </w:rPr>
              <w:tab/>
            </w:r>
            <w:r>
              <w:rPr>
                <w:noProof/>
                <w:webHidden/>
              </w:rPr>
              <w:fldChar w:fldCharType="begin"/>
            </w:r>
            <w:r>
              <w:rPr>
                <w:noProof/>
                <w:webHidden/>
              </w:rPr>
              <w:instrText xml:space="preserve"> PAGEREF _Toc243637626 \h </w:instrText>
            </w:r>
            <w:r>
              <w:rPr>
                <w:noProof/>
                <w:webHidden/>
              </w:rPr>
            </w:r>
            <w:r>
              <w:rPr>
                <w:noProof/>
                <w:webHidden/>
              </w:rPr>
              <w:fldChar w:fldCharType="separate"/>
            </w:r>
            <w:r w:rsidR="00F32F7C">
              <w:rPr>
                <w:noProof/>
                <w:webHidden/>
              </w:rPr>
              <w:t>9</w:t>
            </w:r>
            <w:r>
              <w:rPr>
                <w:noProof/>
                <w:webHidden/>
              </w:rPr>
              <w:fldChar w:fldCharType="end"/>
            </w:r>
          </w:hyperlink>
        </w:p>
        <w:p w14:paraId="43B200DD" w14:textId="2DBC0359"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7" w:history="1">
            <w:r w:rsidRPr="0045481D">
              <w:rPr>
                <w:rStyle w:val="Hyperlink"/>
                <w:rFonts w:cs="Arial"/>
                <w:noProof/>
              </w:rPr>
              <w:t>Appendix B – Learning and Development Business Partner (Employee Development): Person Specification</w:t>
            </w:r>
            <w:r>
              <w:rPr>
                <w:noProof/>
                <w:webHidden/>
              </w:rPr>
              <w:tab/>
            </w:r>
            <w:r>
              <w:rPr>
                <w:noProof/>
                <w:webHidden/>
              </w:rPr>
              <w:fldChar w:fldCharType="begin"/>
            </w:r>
            <w:r>
              <w:rPr>
                <w:noProof/>
                <w:webHidden/>
              </w:rPr>
              <w:instrText xml:space="preserve"> PAGEREF _Toc243637627 \h </w:instrText>
            </w:r>
            <w:r>
              <w:rPr>
                <w:noProof/>
                <w:webHidden/>
              </w:rPr>
            </w:r>
            <w:r>
              <w:rPr>
                <w:noProof/>
                <w:webHidden/>
              </w:rPr>
              <w:fldChar w:fldCharType="separate"/>
            </w:r>
            <w:r w:rsidR="00F32F7C">
              <w:rPr>
                <w:noProof/>
                <w:webHidden/>
              </w:rPr>
              <w:t>15</w:t>
            </w:r>
            <w:r>
              <w:rPr>
                <w:noProof/>
                <w:webHidden/>
              </w:rPr>
              <w:fldChar w:fldCharType="end"/>
            </w:r>
          </w:hyperlink>
        </w:p>
        <w:p w14:paraId="1ED7F8E0" w14:textId="47C91478" w:rsidR="00552D22" w:rsidRDefault="00552D22">
          <w:pPr>
            <w:pStyle w:val="TOC2"/>
            <w:tabs>
              <w:tab w:val="right" w:leader="dot" w:pos="8630"/>
            </w:tabs>
            <w:rPr>
              <w:rFonts w:asciiTheme="minorHAnsi" w:hAnsiTheme="minorHAnsi"/>
              <w:noProof/>
              <w:kern w:val="2"/>
              <w:sz w:val="24"/>
              <w:szCs w:val="24"/>
              <w:lang w:eastAsia="en-GB"/>
              <w14:ligatures w14:val="standardContextual"/>
            </w:rPr>
          </w:pPr>
          <w:hyperlink w:anchor="_Toc243637628" w:history="1">
            <w:r w:rsidRPr="0045481D">
              <w:rPr>
                <w:rStyle w:val="Hyperlink"/>
                <w:rFonts w:cs="Arial"/>
                <w:noProof/>
              </w:rPr>
              <w:t>Appendix C – Your Staff Benefits</w:t>
            </w:r>
            <w:r>
              <w:rPr>
                <w:noProof/>
                <w:webHidden/>
              </w:rPr>
              <w:tab/>
            </w:r>
            <w:r>
              <w:rPr>
                <w:noProof/>
                <w:webHidden/>
              </w:rPr>
              <w:fldChar w:fldCharType="begin"/>
            </w:r>
            <w:r>
              <w:rPr>
                <w:noProof/>
                <w:webHidden/>
              </w:rPr>
              <w:instrText xml:space="preserve"> PAGEREF _Toc243637628 \h </w:instrText>
            </w:r>
            <w:r>
              <w:rPr>
                <w:noProof/>
                <w:webHidden/>
              </w:rPr>
            </w:r>
            <w:r>
              <w:rPr>
                <w:noProof/>
                <w:webHidden/>
              </w:rPr>
              <w:fldChar w:fldCharType="separate"/>
            </w:r>
            <w:r w:rsidR="00F32F7C">
              <w:rPr>
                <w:noProof/>
                <w:webHidden/>
              </w:rPr>
              <w:t>17</w:t>
            </w:r>
            <w:r>
              <w:rPr>
                <w:noProof/>
                <w:webHidden/>
              </w:rPr>
              <w:fldChar w:fldCharType="end"/>
            </w:r>
          </w:hyperlink>
        </w:p>
        <w:p w14:paraId="11831D48" w14:textId="5E737401" w:rsidR="00C10C81" w:rsidRPr="00F04D83" w:rsidRDefault="00C10C81">
          <w:pPr>
            <w:rPr>
              <w:sz w:val="32"/>
              <w:szCs w:val="32"/>
            </w:rPr>
          </w:pPr>
          <w:r w:rsidRPr="00E57B75">
            <w:rPr>
              <w:rFonts w:cs="Arial"/>
              <w:b/>
              <w:bCs/>
              <w:sz w:val="36"/>
              <w:szCs w:val="36"/>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9"/>
          <w:pgSz w:w="12240" w:h="15840"/>
          <w:pgMar w:top="1440" w:right="1800" w:bottom="1440" w:left="1800" w:header="720" w:footer="720" w:gutter="0"/>
          <w:pgNumType w:start="1"/>
          <w:cols w:space="720"/>
          <w:docGrid w:linePitch="360"/>
        </w:sectPr>
      </w:pPr>
    </w:p>
    <w:p w14:paraId="6E2BC6BD" w14:textId="6C75568A" w:rsidR="0049316D" w:rsidRPr="00891012" w:rsidRDefault="0049316D" w:rsidP="004C2FB4">
      <w:pPr>
        <w:rPr>
          <w:rFonts w:eastAsiaTheme="majorEastAsia" w:cs="Arial"/>
          <w:b/>
          <w:bCs/>
          <w:color w:val="0070C0"/>
          <w:sz w:val="32"/>
          <w:szCs w:val="32"/>
        </w:rPr>
      </w:pPr>
      <w:r w:rsidRPr="00891012">
        <w:rPr>
          <w:rFonts w:cs="Arial"/>
          <w:b/>
          <w:color w:val="0070C0"/>
          <w:sz w:val="32"/>
          <w:szCs w:val="32"/>
        </w:rPr>
        <w:lastRenderedPageBreak/>
        <w:t>About the Borough of Sefton</w:t>
      </w:r>
    </w:p>
    <w:p w14:paraId="60A6277C" w14:textId="77777777" w:rsidR="00745BBD" w:rsidRPr="00A665FC" w:rsidRDefault="00745BBD" w:rsidP="00745BBD">
      <w:r w:rsidRPr="00A665FC">
        <w:t>Sefton is a confident and well</w:t>
      </w:r>
      <w:r w:rsidRPr="00A665FC">
        <w:noBreakHyphen/>
        <w:t>connected borough,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77777777" w:rsidR="00745BBD" w:rsidRPr="00A665FC" w:rsidRDefault="00745BBD" w:rsidP="00745BBD">
      <w:r w:rsidRPr="00A665FC">
        <w:t>It is a fantastic place to live and work. As the northern</w:t>
      </w:r>
      <w:r w:rsidRPr="00A665FC">
        <w:noBreakHyphen/>
        <w:t>most borough within the Liverpool City Region, Sefton offers a unique blend of beautiful coastline, countryside, attractive villages, thriving industrial areas and the busy Port of Liverpool.</w:t>
      </w:r>
    </w:p>
    <w:p w14:paraId="46726808" w14:textId="77777777" w:rsidR="00745BBD" w:rsidRPr="00A665FC" w:rsidRDefault="00745BBD" w:rsidP="00745BBD">
      <w:r w:rsidRPr="00A665FC">
        <w:t xml:space="preserve">With 22 miles of stunning coastline, Sefton is a leading coastal destination with a growing visitor economy. It is home to the iconic Antony Gormley </w:t>
      </w:r>
      <w:r w:rsidRPr="00A665FC">
        <w:rPr>
          <w:i/>
          <w:iCs/>
        </w:rPr>
        <w:t>Another Place</w:t>
      </w:r>
      <w:r w:rsidRPr="00A665FC">
        <w:t xml:space="preserve"> installation, expansive beaches and protected sand dunes that support several rare species.</w:t>
      </w:r>
    </w:p>
    <w:p w14:paraId="2E0DE47B" w14:textId="7CF65B61" w:rsidR="00745BBD" w:rsidRPr="00A665FC" w:rsidRDefault="00745BBD" w:rsidP="00745BBD">
      <w:r w:rsidRPr="00A665FC">
        <w:t>While each town and village has its own distinctive character, it is the people of Sefton who make the borough truly special, creating diverse, welcoming and energetic communities in which to live, work, invest and visit.</w:t>
      </w:r>
    </w:p>
    <w:p w14:paraId="660319E6" w14:textId="7C63E923" w:rsidR="00745BBD" w:rsidRPr="00A665FC" w:rsidRDefault="00745BBD" w:rsidP="00745BBD">
      <w:r w:rsidRPr="00A665FC">
        <w:t>Alongside its miles of golden sands, Sefton offers those who work here access to a world</w:t>
      </w:r>
      <w:r w:rsidRPr="00A665FC">
        <w:noBreakHyphen/>
        <w:t>renowned racecourse, prestigious golf courses, and National Trust nature reserves, ideal places to unwind, explore and enjoy leisure time.</w:t>
      </w:r>
    </w:p>
    <w:p w14:paraId="200576E1" w14:textId="77777777" w:rsidR="00745BBD" w:rsidRPr="00A665FC" w:rsidRDefault="00745BBD" w:rsidP="00745BBD">
      <w:r w:rsidRPr="00A665FC">
        <w:t xml:space="preserve">The borough benefits from excellent transport links, providing easy access to major </w:t>
      </w:r>
      <w:proofErr w:type="gramStart"/>
      <w:r w:rsidRPr="00A665FC">
        <w:t>North West</w:t>
      </w:r>
      <w:proofErr w:type="gramEnd"/>
      <w:r w:rsidRPr="00A665FC">
        <w:t xml:space="preserve"> cities including Liverpool and Manchester, and placing the Lake District and North Wales within reach for weekend breaks.</w:t>
      </w:r>
    </w:p>
    <w:p w14:paraId="0CAE65EA" w14:textId="77777777" w:rsidR="00745BBD" w:rsidRPr="00A665FC" w:rsidRDefault="00745BBD" w:rsidP="00745BBD">
      <w:r w:rsidRPr="00A665FC">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0108AA94" w14:textId="47CBDA97" w:rsidR="00745BBD" w:rsidRPr="00A665FC" w:rsidRDefault="00170274" w:rsidP="0049316D">
      <w:r w:rsidRPr="00A665FC">
        <w:rPr>
          <w:rFonts w:ascii="Trebuchet MS"/>
          <w:noProof/>
          <w:sz w:val="20"/>
        </w:rPr>
        <mc:AlternateContent>
          <mc:Choice Requires="wpg">
            <w:drawing>
              <wp:inline distT="0" distB="0" distL="0" distR="0" wp14:anchorId="728DADD1" wp14:editId="73781408">
                <wp:extent cx="5438775" cy="1905000"/>
                <wp:effectExtent l="0" t="0" r="9525" b="1905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38775" cy="1905000"/>
                          <a:chOff x="0" y="0"/>
                          <a:chExt cx="5760085" cy="2343785"/>
                        </a:xfrm>
                      </wpg:grpSpPr>
                      <pic:pic xmlns:pic="http://schemas.openxmlformats.org/drawingml/2006/picture">
                        <pic:nvPicPr>
                          <pic:cNvPr id="59" name="Image 59"/>
                          <pic:cNvPicPr/>
                        </pic:nvPicPr>
                        <pic:blipFill>
                          <a:blip r:embed="rId20"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3346DA8A">
              <v:group id="Group 58" style="width:428.25pt;height:150pt;mso-position-horizontal-relative:char;mso-position-vertical-relative:line" coordsize="57600,23437" o:spid="_x0000_s1026" w14:anchorId="305BC72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">
                <v:shape id="Image 59" style="position:absolute;left:317;top:317;width:56965;height:2280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o:title="" r:id="rId24"/>
                </v:shape>
                <v:shape id="Graphic 60" style="position:absolute;left:317;top:317;width:56966;height:22803;visibility:visible;mso-wrap-style:square;v-text-anchor:top" coordsize="5696585,2280285" o:spid="_x0000_s1028" filled="f" strokecolor="#d6e2f3" strokeweight="5pt"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v:path arrowok="t"/>
                </v:shape>
                <w10:anchorlock/>
              </v:group>
            </w:pict>
          </mc:Fallback>
        </mc:AlternateContent>
      </w:r>
    </w:p>
    <w:p w14:paraId="61652E46" w14:textId="7748156F" w:rsidR="00160D75" w:rsidRPr="00891012" w:rsidRDefault="00160D75" w:rsidP="00D019F3">
      <w:pPr>
        <w:pStyle w:val="Heading2"/>
        <w:rPr>
          <w:rFonts w:ascii="Arial" w:hAnsi="Arial" w:cs="Arial"/>
          <w:color w:val="0070C0"/>
          <w:sz w:val="32"/>
          <w:szCs w:val="32"/>
        </w:rPr>
      </w:pPr>
      <w:bookmarkStart w:id="0" w:name="_Toc243637616"/>
      <w:r w:rsidRPr="00891012">
        <w:rPr>
          <w:rFonts w:ascii="Arial" w:hAnsi="Arial" w:cs="Arial"/>
          <w:color w:val="0070C0"/>
          <w:sz w:val="32"/>
          <w:szCs w:val="32"/>
        </w:rPr>
        <w:t>Our Vision and Values</w:t>
      </w:r>
      <w:bookmarkEnd w:id="0"/>
    </w:p>
    <w:p w14:paraId="119C0C24" w14:textId="77777777" w:rsidR="005116C5" w:rsidRPr="00A665FC" w:rsidRDefault="005116C5" w:rsidP="005116C5">
      <w:r w:rsidRPr="00A665FC">
        <w:t>At Sefton Council, our vision is to deliver high-quality services that make a real difference to the lives of our residents, visitors, and communities. Everything we do is guided by a strong set of values that shape how we work and interact:</w:t>
      </w:r>
    </w:p>
    <w:p w14:paraId="2A8A78D4" w14:textId="0B84D32D" w:rsidR="005116C5" w:rsidRPr="00A665FC" w:rsidRDefault="005116C5" w:rsidP="00010E31">
      <w:pPr>
        <w:numPr>
          <w:ilvl w:val="0"/>
          <w:numId w:val="14"/>
        </w:numPr>
      </w:pPr>
      <w:r w:rsidRPr="00A665FC">
        <w:rPr>
          <w:b/>
          <w:bCs/>
        </w:rPr>
        <w:t>We put people at the heart of what we do</w:t>
      </w:r>
      <w:r w:rsidRPr="00A665FC">
        <w:t xml:space="preserve"> </w:t>
      </w:r>
      <w:r w:rsidR="00B42C12" w:rsidRPr="00A665FC">
        <w:t>-</w:t>
      </w:r>
      <w:r w:rsidRPr="00A665FC">
        <w:t xml:space="preserve"> ensuring our services are responsive, inclusive, and focused on improving lives.</w:t>
      </w:r>
    </w:p>
    <w:p w14:paraId="1D4A15E3" w14:textId="5CB700F4" w:rsidR="005116C5" w:rsidRPr="00A665FC" w:rsidRDefault="005116C5" w:rsidP="00010E31">
      <w:pPr>
        <w:numPr>
          <w:ilvl w:val="0"/>
          <w:numId w:val="14"/>
        </w:numPr>
      </w:pPr>
      <w:r w:rsidRPr="00A665FC">
        <w:rPr>
          <w:b/>
          <w:bCs/>
        </w:rPr>
        <w:lastRenderedPageBreak/>
        <w:t>We listen, value, and respect each other’s views</w:t>
      </w:r>
      <w:r w:rsidRPr="00A665FC">
        <w:t xml:space="preserve"> </w:t>
      </w:r>
      <w:r w:rsidR="00B42C12" w:rsidRPr="00A665FC">
        <w:t>-</w:t>
      </w:r>
      <w:r w:rsidRPr="00A665FC">
        <w:t xml:space="preserve"> fostering a culture of collaboration and mutual respect.</w:t>
      </w:r>
    </w:p>
    <w:p w14:paraId="3E367A22" w14:textId="37B776BE" w:rsidR="005116C5" w:rsidRPr="00A665FC" w:rsidRDefault="005116C5" w:rsidP="00010E31">
      <w:pPr>
        <w:numPr>
          <w:ilvl w:val="0"/>
          <w:numId w:val="14"/>
        </w:numPr>
      </w:pPr>
      <w:r w:rsidRPr="00A665FC">
        <w:rPr>
          <w:b/>
          <w:bCs/>
        </w:rPr>
        <w:t>We develop a culture of challenge, ownership, innovation, and improvement</w:t>
      </w:r>
      <w:r w:rsidRPr="00A665FC">
        <w:t xml:space="preserve"> </w:t>
      </w:r>
      <w:r w:rsidR="00B42C12" w:rsidRPr="00A665FC">
        <w:t>-</w:t>
      </w:r>
      <w:r w:rsidRPr="00A665FC">
        <w:t xml:space="preserve"> encouraging creativity and continuous development.</w:t>
      </w:r>
    </w:p>
    <w:p w14:paraId="4AF84DEE" w14:textId="57A5D306" w:rsidR="005116C5" w:rsidRPr="00A665FC" w:rsidRDefault="005116C5" w:rsidP="00010E31">
      <w:pPr>
        <w:numPr>
          <w:ilvl w:val="0"/>
          <w:numId w:val="14"/>
        </w:numPr>
      </w:pPr>
      <w:r w:rsidRPr="00A665FC">
        <w:rPr>
          <w:b/>
          <w:bCs/>
        </w:rPr>
        <w:t>We are ambassadors for Sefton</w:t>
      </w:r>
      <w:r w:rsidRPr="00A665FC">
        <w:t xml:space="preserve"> </w:t>
      </w:r>
      <w:r w:rsidR="00B42C12" w:rsidRPr="00A665FC">
        <w:t>-</w:t>
      </w:r>
      <w:r w:rsidRPr="00A665FC">
        <w:t xml:space="preserve"> promoting the borough positively and proudly representing our communities.</w:t>
      </w:r>
    </w:p>
    <w:p w14:paraId="32D28CA9" w14:textId="3DE03EFF" w:rsidR="005116C5" w:rsidRPr="00A665FC" w:rsidRDefault="005116C5" w:rsidP="00010E31">
      <w:pPr>
        <w:numPr>
          <w:ilvl w:val="0"/>
          <w:numId w:val="14"/>
        </w:numPr>
      </w:pPr>
      <w:r w:rsidRPr="00A665FC">
        <w:rPr>
          <w:b/>
          <w:bCs/>
        </w:rPr>
        <w:t>We are responsive and efficient</w:t>
      </w:r>
      <w:r w:rsidRPr="00A665FC">
        <w:t xml:space="preserve"> </w:t>
      </w:r>
      <w:r w:rsidR="00B42C12" w:rsidRPr="00A665FC">
        <w:t>-</w:t>
      </w:r>
      <w:r w:rsidRPr="00A665FC">
        <w:t xml:space="preserve"> delivering services that are timely, effective, and customer-focused.</w:t>
      </w:r>
    </w:p>
    <w:p w14:paraId="526B0A22" w14:textId="76193588" w:rsidR="005116C5" w:rsidRPr="00A665FC" w:rsidRDefault="005116C5" w:rsidP="00010E31">
      <w:pPr>
        <w:numPr>
          <w:ilvl w:val="0"/>
          <w:numId w:val="14"/>
        </w:numPr>
      </w:pPr>
      <w:r w:rsidRPr="00A665FC">
        <w:rPr>
          <w:b/>
          <w:bCs/>
        </w:rPr>
        <w:t>We are clear about what we can and cannot do</w:t>
      </w:r>
      <w:r w:rsidRPr="00A665FC">
        <w:t xml:space="preserve"> </w:t>
      </w:r>
      <w:r w:rsidR="00B42C12" w:rsidRPr="00A665FC">
        <w:t>-</w:t>
      </w:r>
      <w:r w:rsidRPr="00A665FC">
        <w:t xml:space="preserve"> being transparent and honest in all our communications and actions.</w:t>
      </w:r>
    </w:p>
    <w:p w14:paraId="54FA3F58" w14:textId="50C3CF83" w:rsidR="00160D75" w:rsidRPr="00A665FC" w:rsidRDefault="005116C5" w:rsidP="00160D75">
      <w:r w:rsidRPr="00A665FC">
        <w:t>These values underpin our commitment to excellence, inclusivity, and innovation, ensuring that Sefton remains a great place to live, work, and visit.</w:t>
      </w:r>
    </w:p>
    <w:p w14:paraId="0D58AC3A" w14:textId="77777777" w:rsidR="00367D28" w:rsidRPr="00891012" w:rsidRDefault="00367D28" w:rsidP="00D019F3">
      <w:pPr>
        <w:pStyle w:val="Heading2"/>
        <w:rPr>
          <w:rFonts w:ascii="Arial" w:hAnsi="Arial" w:cs="Arial"/>
          <w:color w:val="0070C0"/>
          <w:sz w:val="32"/>
          <w:szCs w:val="32"/>
        </w:rPr>
      </w:pPr>
      <w:bookmarkStart w:id="1" w:name="_Toc243637617"/>
      <w:r w:rsidRPr="00891012">
        <w:rPr>
          <w:rFonts w:ascii="Arial" w:hAnsi="Arial" w:cs="Arial"/>
          <w:color w:val="0070C0"/>
          <w:sz w:val="32"/>
          <w:szCs w:val="32"/>
        </w:rPr>
        <w:t>Our Successes and Key Projects</w:t>
      </w:r>
      <w:bookmarkEnd w:id="1"/>
    </w:p>
    <w:p w14:paraId="1DD3EF76" w14:textId="410E3DBF" w:rsidR="00367D28" w:rsidRDefault="00367D28" w:rsidP="00367D28">
      <w:r w:rsidRPr="00A665FC">
        <w:t xml:space="preserve">Sefton Council is proud of its recent achievements and ongoing commitment to delivering high-quality services. Our Adult Social Care services were recently graded Good by the Care Quality Commission (CQC), and our Children’s Services also achieved a </w:t>
      </w:r>
      <w:proofErr w:type="gramStart"/>
      <w:r w:rsidRPr="00A665FC">
        <w:t>Good</w:t>
      </w:r>
      <w:proofErr w:type="gramEnd"/>
      <w:r w:rsidRPr="00A665FC">
        <w:t xml:space="preserve"> rating from Ofsted. </w:t>
      </w:r>
    </w:p>
    <w:p w14:paraId="56CDF3BC" w14:textId="075318BB" w:rsidR="004C56DD" w:rsidRPr="00A665FC" w:rsidRDefault="004C56DD" w:rsidP="00367D28">
      <w:r>
        <w:t xml:space="preserve">More recently, we are exceptionally proud to have been nominated and subsequently shortlisted by the Local Government Chronicle for the Most </w:t>
      </w:r>
      <w:r w:rsidR="004B76FA">
        <w:t>Improved Council 2026.</w:t>
      </w:r>
      <w:r w:rsidR="00205261">
        <w:t xml:space="preserve">  </w:t>
      </w:r>
      <w:r w:rsidR="00205261" w:rsidRPr="00A665FC">
        <w:t>These successes reflect the dedication and professionalism of our teams and our focus on continuous improvement</w:t>
      </w:r>
      <w:r w:rsidR="00B915CA">
        <w:t xml:space="preserve"> and our desire to make a difference across the communities </w:t>
      </w:r>
      <w:r w:rsidR="006A6EA2">
        <w:t>within the Borough of Sefton.</w:t>
      </w:r>
    </w:p>
    <w:p w14:paraId="669632CB" w14:textId="77777777" w:rsidR="00367D28" w:rsidRPr="00A665FC" w:rsidRDefault="00367D28" w:rsidP="00367D28">
      <w:r w:rsidRPr="00A665FC">
        <w:t>Alongside these achievements, Sefton Council is actively delivering a range of major capital projects that will transform the borough and stimulate economic growth. These include the Marine Lake Events Centre in Southport, the Strand Shopping Centre redevelopment in Bootle, and exciting developments such as the Cove Resort and Enterprise Arcade in Southport. We are also proud to support cultural and community initiatives like Salt and Tar, Bootle’s vibrant events space, which hosts live music, comedy, and family-friendly activities, bringing people together and boosting the local economy.</w:t>
      </w:r>
    </w:p>
    <w:p w14:paraId="2B27870A" w14:textId="2C09654F" w:rsidR="00367D28" w:rsidRPr="00A665FC" w:rsidRDefault="00367D28" w:rsidP="00367D28">
      <w:r w:rsidRPr="00A665FC">
        <w:t>These projects form part of our strategic investment programme to attract private sector-led development and create vibrant spaces for residents and visitors. We work closely with local communities to ensure these projects reflect their needs and foster a sense of ownership and pride.</w:t>
      </w:r>
    </w:p>
    <w:p w14:paraId="267456B0" w14:textId="77777777" w:rsidR="00367D28" w:rsidRPr="00A665FC" w:rsidRDefault="00367D28" w:rsidP="00367D28">
      <w:r w:rsidRPr="00A665FC">
        <w:t xml:space="preserve">For more information on these projects and to stay updated on progress, visit the Sefton Council website at </w:t>
      </w:r>
      <w:hyperlink r:id="rId25" w:history="1">
        <w:r w:rsidRPr="00A665FC">
          <w:rPr>
            <w:rStyle w:val="Hyperlink"/>
          </w:rPr>
          <w:t>www.sefton.gov.uk</w:t>
        </w:r>
      </w:hyperlink>
      <w:r w:rsidRPr="00A665FC">
        <w:t xml:space="preserve"> </w:t>
      </w:r>
    </w:p>
    <w:p w14:paraId="515BB6D5" w14:textId="20E8B082" w:rsidR="00565B5D" w:rsidRPr="00891012" w:rsidRDefault="00565B5D" w:rsidP="00D019F3">
      <w:pPr>
        <w:pStyle w:val="Heading2"/>
        <w:rPr>
          <w:rFonts w:ascii="Arial" w:hAnsi="Arial" w:cs="Arial"/>
          <w:color w:val="0070C0"/>
          <w:sz w:val="32"/>
          <w:szCs w:val="32"/>
        </w:rPr>
      </w:pPr>
      <w:bookmarkStart w:id="2" w:name="_Toc243637618"/>
      <w:r w:rsidRPr="00891012">
        <w:rPr>
          <w:rFonts w:ascii="Arial" w:hAnsi="Arial" w:cs="Arial"/>
          <w:color w:val="0070C0"/>
          <w:sz w:val="32"/>
          <w:szCs w:val="32"/>
        </w:rPr>
        <w:t>An Inclusive Workplace</w:t>
      </w:r>
      <w:bookmarkEnd w:id="2"/>
    </w:p>
    <w:p w14:paraId="09BFB993" w14:textId="77777777" w:rsidR="009F37BF" w:rsidRPr="00A665FC" w:rsidRDefault="009F37BF" w:rsidP="009F37BF">
      <w:pPr>
        <w:rPr>
          <w:rFonts w:eastAsia="Times New Roman" w:cs="Arial"/>
          <w:lang w:eastAsia="en-GB"/>
        </w:rPr>
      </w:pPr>
      <w:r w:rsidRPr="00A665FC">
        <w:rPr>
          <w:rFonts w:eastAsia="Times New Roman" w:cs="Arial"/>
          <w:lang w:eastAsia="en-GB"/>
        </w:rPr>
        <w:t>We are committed to fostering an inclusive Council that reflects the diverse communities we serve. Our workforce brings a wide range of experiences and perspectives, and we value an environment where everyone feels respected, supported, and able to reach their full potential.</w:t>
      </w:r>
    </w:p>
    <w:p w14:paraId="1B3F04DC" w14:textId="77777777" w:rsidR="009F37BF" w:rsidRPr="00A665FC" w:rsidRDefault="009F37BF" w:rsidP="009F37BF">
      <w:pPr>
        <w:rPr>
          <w:rFonts w:eastAsia="Times New Roman" w:cs="Arial"/>
          <w:lang w:eastAsia="en-GB"/>
        </w:rPr>
      </w:pPr>
      <w:r w:rsidRPr="00A665FC">
        <w:rPr>
          <w:rFonts w:eastAsia="Times New Roman" w:cs="Arial"/>
          <w:lang w:eastAsia="en-GB"/>
        </w:rPr>
        <w:t>Sefton is proud to be the first local authority in the Liverpool City Region to achieve Navajo accreditation, recognising our commitment to LGBTQ+ inclusion. We are also a Disability Confident employer and continue to build a workforce that represents our communities.</w:t>
      </w:r>
    </w:p>
    <w:p w14:paraId="5BAA3833" w14:textId="77777777" w:rsidR="009F37BF" w:rsidRPr="00A665FC" w:rsidRDefault="009F37BF" w:rsidP="009F37BF">
      <w:pPr>
        <w:rPr>
          <w:rFonts w:eastAsia="Times New Roman" w:cs="Arial"/>
          <w:lang w:eastAsia="en-GB"/>
        </w:rPr>
      </w:pPr>
      <w:r w:rsidRPr="00A665FC">
        <w:rPr>
          <w:rFonts w:eastAsia="Times New Roman" w:cs="Arial"/>
          <w:lang w:eastAsia="en-GB"/>
        </w:rPr>
        <w:lastRenderedPageBreak/>
        <w:t>We support several staff networks, including groups for Black and Ethnically Diverse colleagues, LGBTQ+ staff, women, disabled employees, and a Christian Workplace Group.</w:t>
      </w:r>
    </w:p>
    <w:p w14:paraId="2C3AD2EC" w14:textId="368E03E8" w:rsidR="009F37BF" w:rsidRPr="00A665FC" w:rsidRDefault="009F37BF" w:rsidP="009F37BF">
      <w:pPr>
        <w:rPr>
          <w:rFonts w:eastAsia="Times New Roman" w:cs="Arial"/>
          <w:lang w:eastAsia="en-GB"/>
        </w:rPr>
      </w:pPr>
      <w:r w:rsidRPr="00A665FC">
        <w:rPr>
          <w:rFonts w:eastAsia="Times New Roman" w:cs="Arial"/>
          <w:lang w:eastAsia="en-GB"/>
        </w:rPr>
        <w:t>As an Equal Opportunities Employer, we base recruitment solely on skills, experience, and suitability for the role. All applicants are treated fairly, and we have also recognised ‘care experienced’ as a protected characteristic within Sefton.</w:t>
      </w:r>
    </w:p>
    <w:p w14:paraId="67BA6BC4" w14:textId="3841801A" w:rsidR="009F37BF" w:rsidRPr="00A665FC" w:rsidRDefault="009F37BF" w:rsidP="009F37BF">
      <w:pPr>
        <w:rPr>
          <w:rFonts w:eastAsia="Times New Roman" w:cs="Arial"/>
          <w:lang w:eastAsia="en-GB"/>
        </w:rPr>
      </w:pPr>
      <w:r w:rsidRPr="00A665FC">
        <w:rPr>
          <w:rFonts w:eastAsia="Times New Roman" w:cs="Arial"/>
          <w:lang w:eastAsia="en-GB"/>
        </w:rPr>
        <w:t>Our family</w:t>
      </w:r>
      <w:r w:rsidRPr="00A665FC">
        <w:rPr>
          <w:rFonts w:eastAsia="Times New Roman" w:cs="Arial"/>
          <w:lang w:eastAsia="en-GB"/>
        </w:rPr>
        <w:noBreakHyphen/>
        <w:t>friendly policies and flexible working arrangements help staff maintain a healthy work</w:t>
      </w:r>
      <w:r w:rsidRPr="00A665FC">
        <w:rPr>
          <w:rFonts w:eastAsia="Times New Roman" w:cs="Arial"/>
          <w:lang w:eastAsia="en-GB"/>
        </w:rPr>
        <w:noBreakHyphen/>
        <w:t>life balance.</w:t>
      </w:r>
    </w:p>
    <w:p w14:paraId="75C53BB4" w14:textId="67836B60" w:rsidR="009F37BF" w:rsidRDefault="00B0413E" w:rsidP="009F37BF">
      <w:pPr>
        <w:rPr>
          <w:rFonts w:eastAsia="Times New Roman" w:cs="Arial"/>
          <w:lang w:eastAsia="en-GB"/>
        </w:rPr>
      </w:pPr>
      <w:r w:rsidRPr="00A665FC">
        <w:rPr>
          <w:noProof/>
          <w:sz w:val="20"/>
        </w:rPr>
        <mc:AlternateContent>
          <mc:Choice Requires="wpg">
            <w:drawing>
              <wp:anchor distT="0" distB="0" distL="114300" distR="114300" simplePos="0" relativeHeight="251658269" behindDoc="0" locked="0" layoutInCell="1" allowOverlap="1" wp14:anchorId="7D76339A" wp14:editId="4CB04B75">
                <wp:simplePos x="0" y="0"/>
                <wp:positionH relativeFrom="margin">
                  <wp:posOffset>459740</wp:posOffset>
                </wp:positionH>
                <wp:positionV relativeFrom="margin">
                  <wp:posOffset>1990090</wp:posOffset>
                </wp:positionV>
                <wp:extent cx="4848225" cy="2238375"/>
                <wp:effectExtent l="0" t="0" r="9525" b="95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48225" cy="2238375"/>
                          <a:chOff x="0" y="0"/>
                          <a:chExt cx="5760085" cy="3024505"/>
                        </a:xfrm>
                      </wpg:grpSpPr>
                      <pic:pic xmlns:pic="http://schemas.openxmlformats.org/drawingml/2006/picture">
                        <pic:nvPicPr>
                          <pic:cNvPr id="70" name="Image 70"/>
                          <pic:cNvPicPr/>
                        </pic:nvPicPr>
                        <pic:blipFill>
                          <a:blip r:embed="rId26" cstate="print"/>
                          <a:stretch>
                            <a:fillRect/>
                          </a:stretch>
                        </pic:blipFill>
                        <pic:spPr>
                          <a:xfrm>
                            <a:off x="31747" y="3175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cei="http://schemas.microsoft.com/office/word/2026/wordml/cei" xmlns:arto="http://schemas.microsoft.com/office/word/2006/arto">
            <w:pict>
              <v:group w14:anchorId="3B33B242" id="Group 69" o:spid="_x0000_s1026" style="position:absolute;margin-left:36.2pt;margin-top:156.7pt;width:381.75pt;height:176.25pt;z-index:251658269;mso-position-horizontal-relative:margin;mso-position-vertical-relative:margin;mso-height-relative:margin" coordsize="57600,302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317;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r w:rsidR="009F37BF" w:rsidRPr="00A665FC">
        <w:rPr>
          <w:rFonts w:eastAsia="Times New Roman" w:cs="Arial"/>
          <w:lang w:eastAsia="en-GB"/>
        </w:rPr>
        <w:t xml:space="preserve">For more information, please refer to our </w:t>
      </w:r>
      <w:hyperlink r:id="rId28" w:history="1">
        <w:r w:rsidR="009F37BF" w:rsidRPr="00A665FC">
          <w:rPr>
            <w:rStyle w:val="Hyperlink"/>
            <w:rFonts w:eastAsia="Times New Roman" w:cs="Arial"/>
            <w:lang w:eastAsia="en-GB"/>
          </w:rPr>
          <w:t>Equality, Diversity and Inclusion Strategy</w:t>
        </w:r>
      </w:hyperlink>
      <w:r w:rsidR="009F37BF" w:rsidRPr="00A665FC">
        <w:rPr>
          <w:rFonts w:eastAsia="Times New Roman" w:cs="Arial"/>
          <w:lang w:eastAsia="en-GB"/>
        </w:rPr>
        <w:t>.</w:t>
      </w:r>
    </w:p>
    <w:p w14:paraId="3D147051" w14:textId="77A3F1E2" w:rsidR="00B0413E" w:rsidRDefault="00B0413E" w:rsidP="009F37BF">
      <w:pPr>
        <w:rPr>
          <w:rFonts w:eastAsia="Times New Roman" w:cs="Arial"/>
          <w:lang w:eastAsia="en-GB"/>
        </w:rPr>
      </w:pPr>
    </w:p>
    <w:p w14:paraId="449D1990" w14:textId="3F2F87CA" w:rsidR="00B0413E" w:rsidRDefault="00B0413E" w:rsidP="009F37BF">
      <w:pPr>
        <w:rPr>
          <w:rFonts w:eastAsia="Times New Roman" w:cs="Arial"/>
          <w:lang w:eastAsia="en-GB"/>
        </w:rPr>
      </w:pPr>
    </w:p>
    <w:p w14:paraId="38FE8B46" w14:textId="5CB2565A" w:rsidR="00B0413E" w:rsidRDefault="00B0413E" w:rsidP="009F37BF">
      <w:pPr>
        <w:rPr>
          <w:rFonts w:eastAsia="Times New Roman" w:cs="Arial"/>
          <w:lang w:eastAsia="en-GB"/>
        </w:rPr>
      </w:pPr>
    </w:p>
    <w:p w14:paraId="026141FA" w14:textId="77777777" w:rsidR="00B0413E" w:rsidRDefault="00B0413E" w:rsidP="009F37BF">
      <w:pPr>
        <w:rPr>
          <w:rFonts w:eastAsia="Times New Roman" w:cs="Arial"/>
          <w:lang w:eastAsia="en-GB"/>
        </w:rPr>
      </w:pPr>
    </w:p>
    <w:p w14:paraId="772CDF1B" w14:textId="77777777" w:rsidR="00B0413E" w:rsidRDefault="00B0413E" w:rsidP="009F37BF">
      <w:pPr>
        <w:rPr>
          <w:rFonts w:eastAsia="Times New Roman" w:cs="Arial"/>
          <w:lang w:eastAsia="en-GB"/>
        </w:rPr>
      </w:pPr>
    </w:p>
    <w:p w14:paraId="3B286327" w14:textId="77777777" w:rsidR="00B0413E" w:rsidRDefault="00B0413E" w:rsidP="009F37BF">
      <w:pPr>
        <w:rPr>
          <w:rFonts w:eastAsia="Times New Roman" w:cs="Arial"/>
          <w:lang w:eastAsia="en-GB"/>
        </w:rPr>
      </w:pPr>
    </w:p>
    <w:p w14:paraId="1E74DF3F" w14:textId="77777777" w:rsidR="00B0413E" w:rsidRDefault="00B0413E" w:rsidP="009F37BF">
      <w:pPr>
        <w:rPr>
          <w:rFonts w:eastAsia="Times New Roman" w:cs="Arial"/>
          <w:lang w:eastAsia="en-GB"/>
        </w:rPr>
      </w:pPr>
    </w:p>
    <w:p w14:paraId="29AC43EE" w14:textId="77777777" w:rsidR="00B0413E" w:rsidRPr="00A665FC" w:rsidRDefault="00B0413E" w:rsidP="009F37BF">
      <w:pPr>
        <w:rPr>
          <w:rFonts w:eastAsia="Times New Roman" w:cs="Arial"/>
          <w:lang w:eastAsia="en-GB"/>
        </w:rPr>
      </w:pPr>
    </w:p>
    <w:p w14:paraId="7514B508" w14:textId="1AA47C87" w:rsidR="00C16F45" w:rsidRPr="00891012" w:rsidRDefault="00DB31BF" w:rsidP="00C10C81">
      <w:pPr>
        <w:pStyle w:val="Heading2"/>
        <w:rPr>
          <w:rFonts w:ascii="Arial" w:hAnsi="Arial" w:cs="Arial"/>
          <w:color w:val="0070C0"/>
          <w:sz w:val="32"/>
          <w:szCs w:val="32"/>
        </w:rPr>
      </w:pPr>
      <w:bookmarkStart w:id="3" w:name="_Toc243637619"/>
      <w:r w:rsidRPr="00891012">
        <w:rPr>
          <w:rFonts w:ascii="Arial" w:hAnsi="Arial" w:cs="Arial"/>
          <w:noProof/>
          <w:color w:val="0070C0"/>
          <w:sz w:val="32"/>
          <w:szCs w:val="32"/>
        </w:rPr>
        <w:drawing>
          <wp:anchor distT="0" distB="0" distL="114300" distR="114300" simplePos="0" relativeHeight="251658272" behindDoc="0" locked="0" layoutInCell="1" allowOverlap="1" wp14:anchorId="3A78E4F5" wp14:editId="65BCFD54">
            <wp:simplePos x="0" y="0"/>
            <wp:positionH relativeFrom="margin">
              <wp:posOffset>-10160</wp:posOffset>
            </wp:positionH>
            <wp:positionV relativeFrom="paragraph">
              <wp:posOffset>400685</wp:posOffset>
            </wp:positionV>
            <wp:extent cx="1815465" cy="1219200"/>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15465"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891012">
        <w:rPr>
          <w:rFonts w:ascii="Arial" w:hAnsi="Arial" w:cs="Arial"/>
          <w:color w:val="0070C0"/>
          <w:sz w:val="32"/>
          <w:szCs w:val="32"/>
        </w:rPr>
        <w:t>Liverpool City Region Fair Employment Charter</w:t>
      </w:r>
      <w:bookmarkEnd w:id="3"/>
    </w:p>
    <w:p w14:paraId="318B1EAD" w14:textId="6514ABAC" w:rsidR="00C16F45" w:rsidRPr="00A665FC" w:rsidRDefault="00C16F45" w:rsidP="00BA074D">
      <w:pPr>
        <w:rPr>
          <w:bCs/>
        </w:rPr>
      </w:pPr>
      <w:r w:rsidRPr="00A665FC">
        <w:rPr>
          <w:bCs/>
        </w:rPr>
        <w:t>Sefton Council is proud to support the Liverpool City Region Combined Authority Fair Employment Charter, an initiative that promotes fair, healthy, inclusive, and just workplaces across the region. The Charter celebrates good employers and encourages the highest standards in employment practice, including fair pay, secure work, opportunities for progression, strong employee voice, and a commitment to staff wellbeing. By aligning with the Charter, we demonstrate our dedication to providing a fair day’s pay for a fair day’s work and to fostering an equitable and supportive working environment for all colleagues.</w:t>
      </w:r>
    </w:p>
    <w:p w14:paraId="07996DB0" w14:textId="7B421777" w:rsidR="00BA074D" w:rsidRPr="00891012" w:rsidRDefault="00BA074D" w:rsidP="00D019F3">
      <w:pPr>
        <w:pStyle w:val="Heading2"/>
        <w:rPr>
          <w:rFonts w:ascii="Arial" w:hAnsi="Arial" w:cs="Arial"/>
          <w:color w:val="0070C0"/>
          <w:sz w:val="32"/>
          <w:szCs w:val="32"/>
        </w:rPr>
      </w:pPr>
      <w:bookmarkStart w:id="4" w:name="_Toc243637620"/>
      <w:r w:rsidRPr="00891012">
        <w:rPr>
          <w:rFonts w:ascii="Arial" w:hAnsi="Arial" w:cs="Arial"/>
          <w:color w:val="0070C0"/>
          <w:sz w:val="32"/>
          <w:szCs w:val="32"/>
        </w:rPr>
        <w:t>Workforce Learning and Development in Sefton</w:t>
      </w:r>
      <w:bookmarkEnd w:id="4"/>
    </w:p>
    <w:p w14:paraId="0E50A136" w14:textId="144E3F91" w:rsidR="00374C0D" w:rsidRDefault="00374C0D" w:rsidP="00374C0D">
      <w:r>
        <w:t>Sefton Council is committed to creating a positive learning culture where employees are empowered to develop the knowledge, skills and behaviours needed to deliver excellent services for our communities. Workforce Learning and Development plays a crucial role in supporting organisational priorities, driving performance improvement, and ensuring our workforce is equipped to respond to changing demands and future challenges.</w:t>
      </w:r>
    </w:p>
    <w:p w14:paraId="34C58C18" w14:textId="0DC0DCD9" w:rsidR="004B0973" w:rsidRPr="004B0973" w:rsidRDefault="00374C0D" w:rsidP="004B0973">
      <w:r>
        <w:t>Our approach to learning and development is shaped by workforce insight, employee feedback, organisational priorities and emerging best practice. We are committed to providing accessible, high-quality development opportunities that support career progression, leadership development, wellbeing, professional practice and continuous improvement across all areas of the Council</w:t>
      </w:r>
      <w:r w:rsidR="00A43B47">
        <w:t>.</w:t>
      </w:r>
    </w:p>
    <w:p w14:paraId="2334EAE1" w14:textId="0201EF9C" w:rsidR="002D2FA6" w:rsidRPr="002D2FA6" w:rsidRDefault="00E16F88" w:rsidP="002D2FA6">
      <w:pPr>
        <w:pStyle w:val="Heading2"/>
        <w:rPr>
          <w:rFonts w:ascii="Arial" w:hAnsi="Arial" w:cs="Arial"/>
          <w:color w:val="0070C0"/>
          <w:sz w:val="32"/>
          <w:szCs w:val="32"/>
        </w:rPr>
      </w:pPr>
      <w:bookmarkStart w:id="5" w:name="_Toc243637621"/>
      <w:r w:rsidRPr="00744273">
        <w:rPr>
          <w:rFonts w:ascii="Arial" w:hAnsi="Arial" w:cs="Arial"/>
          <w:color w:val="0070C0"/>
          <w:sz w:val="32"/>
          <w:szCs w:val="32"/>
        </w:rPr>
        <w:lastRenderedPageBreak/>
        <w:t>About the Role</w:t>
      </w:r>
      <w:bookmarkEnd w:id="5"/>
    </w:p>
    <w:p w14:paraId="2C6EEE24" w14:textId="5F48C15D" w:rsidR="002D2FA6" w:rsidRPr="007919D0" w:rsidRDefault="002D2FA6" w:rsidP="007919D0">
      <w:r w:rsidRPr="007919D0">
        <w:t xml:space="preserve">The Learning and Development Business Partner (Employee Development) </w:t>
      </w:r>
      <w:proofErr w:type="gramStart"/>
      <w:r w:rsidRPr="007919D0">
        <w:t>plays</w:t>
      </w:r>
      <w:proofErr w:type="gramEnd"/>
      <w:r w:rsidRPr="007919D0">
        <w:t xml:space="preserve"> a key role in supporting Sefton Council's commitment to creating a skilled, engaged and high-performing workforce. The postholder will lead on the design, development, delivery and evaluation of learning and development initiatives that build employee and management capability, support organisational priorities and contribute to positive workforce outcomes.</w:t>
      </w:r>
    </w:p>
    <w:p w14:paraId="00A28F3F" w14:textId="778061C4" w:rsidR="002D2FA6" w:rsidRPr="007919D0" w:rsidRDefault="002D2FA6" w:rsidP="007919D0">
      <w:r w:rsidRPr="007919D0">
        <w:t>A key focus of the role is the development and delivery of management development programmes covering areas such as recruitment and selection, performance management, attendance management, employee relations, conflict resolution and difficult conversations. Drawing on their HR case management experience and knowledge of employment law, the postholder will design practical, engaging learning solutions that help managers confidently navigate people management challenges, promote wellbeing and address issues at the earliest opportunity.</w:t>
      </w:r>
    </w:p>
    <w:p w14:paraId="3F8DE1BC" w14:textId="77777777" w:rsidR="002D2FA6" w:rsidRPr="007919D0" w:rsidRDefault="002D2FA6" w:rsidP="007919D0">
      <w:pPr>
        <w:rPr>
          <w:b/>
          <w:bCs/>
        </w:rPr>
      </w:pPr>
      <w:r w:rsidRPr="007919D0">
        <w:t>Working collaboratively across the organisation, the postholder will identify learning needs, develop innovative solutions and deliver impactful learning interventions informed by workforce data, organisational priorities and employee feedback. Through effective partnership working and a commitment to continuous improvement, the role will contribute to building a positive learning culture that supports employee growth and organisational success.</w:t>
      </w:r>
    </w:p>
    <w:p w14:paraId="1459DF9D" w14:textId="1333A6AC" w:rsidR="00941E1D" w:rsidRPr="007919D0" w:rsidRDefault="007B5705" w:rsidP="002D2FA6">
      <w:pPr>
        <w:pStyle w:val="Heading2"/>
        <w:rPr>
          <w:rFonts w:ascii="Arial" w:hAnsi="Arial" w:cs="Arial"/>
          <w:color w:val="0070C0"/>
          <w:sz w:val="32"/>
          <w:szCs w:val="32"/>
        </w:rPr>
      </w:pPr>
      <w:bookmarkStart w:id="6" w:name="_Toc243637622"/>
      <w:r w:rsidRPr="007919D0">
        <w:rPr>
          <w:rFonts w:ascii="Arial" w:hAnsi="Arial" w:cs="Arial"/>
          <w:color w:val="0070C0"/>
          <w:sz w:val="32"/>
          <w:szCs w:val="32"/>
        </w:rPr>
        <w:t>Key areas of responsibility include:</w:t>
      </w:r>
      <w:bookmarkEnd w:id="6"/>
    </w:p>
    <w:p w14:paraId="20E003BB" w14:textId="77777777" w:rsidR="00996E09" w:rsidRPr="007919D0" w:rsidRDefault="00996E09" w:rsidP="00996E09">
      <w:pPr>
        <w:spacing w:after="0" w:line="240" w:lineRule="auto"/>
      </w:pPr>
    </w:p>
    <w:p w14:paraId="422D26EB" w14:textId="5907D63F" w:rsidR="00996E09" w:rsidRPr="007919D0" w:rsidRDefault="00996E09" w:rsidP="00996E09">
      <w:pPr>
        <w:pStyle w:val="ListParagraph"/>
        <w:numPr>
          <w:ilvl w:val="0"/>
          <w:numId w:val="59"/>
        </w:numPr>
        <w:rPr>
          <w:lang w:eastAsia="en-GB"/>
        </w:rPr>
      </w:pPr>
      <w:r w:rsidRPr="007919D0">
        <w:rPr>
          <w:b/>
          <w:bCs/>
          <w:lang w:eastAsia="en-GB"/>
        </w:rPr>
        <w:t>Learning and Development Strategy</w:t>
      </w:r>
      <w:r w:rsidRPr="007919D0">
        <w:rPr>
          <w:lang w:eastAsia="en-GB"/>
        </w:rPr>
        <w:br/>
        <w:t>Develop, implement and maintain learning and development programmes that support organisational priorities, workforce needs and continuous professional development.</w:t>
      </w:r>
    </w:p>
    <w:p w14:paraId="593ACE0D" w14:textId="77777777" w:rsidR="00996E09" w:rsidRPr="007919D0" w:rsidRDefault="00996E09" w:rsidP="00996E09">
      <w:pPr>
        <w:pStyle w:val="ListParagraph"/>
        <w:numPr>
          <w:ilvl w:val="0"/>
          <w:numId w:val="59"/>
        </w:numPr>
        <w:rPr>
          <w:lang w:eastAsia="en-GB"/>
        </w:rPr>
      </w:pPr>
      <w:r w:rsidRPr="007919D0">
        <w:rPr>
          <w:b/>
          <w:bCs/>
          <w:lang w:eastAsia="en-GB"/>
        </w:rPr>
        <w:t>Training Design and Delivery</w:t>
      </w:r>
      <w:r w:rsidRPr="007919D0">
        <w:rPr>
          <w:lang w:eastAsia="en-GB"/>
        </w:rPr>
        <w:br/>
        <w:t>Design, develop, deliver and commission a range of learning interventions, including classroom-based, virtual and blended learning solutions.</w:t>
      </w:r>
    </w:p>
    <w:p w14:paraId="3FFFA9E8" w14:textId="77777777" w:rsidR="00996E09" w:rsidRPr="007919D0" w:rsidRDefault="00996E09" w:rsidP="00996E09">
      <w:pPr>
        <w:pStyle w:val="ListParagraph"/>
        <w:numPr>
          <w:ilvl w:val="0"/>
          <w:numId w:val="59"/>
        </w:numPr>
        <w:rPr>
          <w:lang w:eastAsia="en-GB"/>
        </w:rPr>
      </w:pPr>
      <w:r w:rsidRPr="007919D0">
        <w:rPr>
          <w:b/>
          <w:bCs/>
          <w:lang w:eastAsia="en-GB"/>
        </w:rPr>
        <w:t>Management Development</w:t>
      </w:r>
      <w:r w:rsidRPr="007919D0">
        <w:rPr>
          <w:lang w:eastAsia="en-GB"/>
        </w:rPr>
        <w:br/>
        <w:t>Develop and deliver management development programmes covering key people management responsibilities, including recruitment, attendance management, performance management, employee relations, conflict resolution and difficult conversations.</w:t>
      </w:r>
    </w:p>
    <w:p w14:paraId="4E25F34F" w14:textId="77777777" w:rsidR="00996E09" w:rsidRPr="007919D0" w:rsidRDefault="00996E09" w:rsidP="00996E09">
      <w:pPr>
        <w:pStyle w:val="ListParagraph"/>
        <w:numPr>
          <w:ilvl w:val="0"/>
          <w:numId w:val="59"/>
        </w:numPr>
        <w:rPr>
          <w:lang w:eastAsia="en-GB"/>
        </w:rPr>
      </w:pPr>
      <w:r w:rsidRPr="007919D0">
        <w:rPr>
          <w:b/>
          <w:bCs/>
          <w:lang w:eastAsia="en-GB"/>
        </w:rPr>
        <w:t>Employee Relations Capability Building</w:t>
      </w:r>
      <w:r w:rsidRPr="007919D0">
        <w:rPr>
          <w:lang w:eastAsia="en-GB"/>
        </w:rPr>
        <w:br/>
        <w:t>Use practical HR case management experience and knowledge of employment law to develop learning solutions that strengthen manager confidence, support the consistent application of HR policies and procedures, and encourage the early resolution of workplace issues.</w:t>
      </w:r>
    </w:p>
    <w:p w14:paraId="20F40939" w14:textId="77777777" w:rsidR="00996E09" w:rsidRPr="007919D0" w:rsidRDefault="00996E09" w:rsidP="00996E09">
      <w:pPr>
        <w:pStyle w:val="ListParagraph"/>
        <w:numPr>
          <w:ilvl w:val="0"/>
          <w:numId w:val="59"/>
        </w:numPr>
        <w:rPr>
          <w:lang w:eastAsia="en-GB"/>
        </w:rPr>
      </w:pPr>
      <w:r w:rsidRPr="007919D0">
        <w:rPr>
          <w:b/>
          <w:bCs/>
          <w:lang w:eastAsia="en-GB"/>
        </w:rPr>
        <w:t>Employee Development</w:t>
      </w:r>
      <w:r w:rsidRPr="007919D0">
        <w:rPr>
          <w:lang w:eastAsia="en-GB"/>
        </w:rPr>
        <w:br/>
        <w:t>Develop initiatives that strengthen workplace, leadership and transferable skills, including communication, teamwork, problem-solving, emotional intelligence, resilience and critical thinking.</w:t>
      </w:r>
    </w:p>
    <w:p w14:paraId="4D129C49" w14:textId="77777777" w:rsidR="00996E09" w:rsidRPr="007919D0" w:rsidRDefault="00996E09" w:rsidP="00996E09">
      <w:pPr>
        <w:pStyle w:val="ListParagraph"/>
        <w:numPr>
          <w:ilvl w:val="0"/>
          <w:numId w:val="59"/>
        </w:numPr>
        <w:rPr>
          <w:lang w:eastAsia="en-GB"/>
        </w:rPr>
      </w:pPr>
      <w:r w:rsidRPr="007919D0">
        <w:rPr>
          <w:b/>
          <w:bCs/>
          <w:lang w:eastAsia="en-GB"/>
        </w:rPr>
        <w:t>Learning Evaluation and Impact</w:t>
      </w:r>
      <w:r w:rsidRPr="007919D0">
        <w:rPr>
          <w:lang w:eastAsia="en-GB"/>
        </w:rPr>
        <w:br/>
        <w:t>Monitor, evaluate and demonstrate the effectiveness of learning interventions, using feedback and workforce data to measure impact and inform continuous improvement.</w:t>
      </w:r>
    </w:p>
    <w:p w14:paraId="5E02686C" w14:textId="77777777" w:rsidR="00996E09" w:rsidRPr="007919D0" w:rsidRDefault="00996E09" w:rsidP="00996E09">
      <w:pPr>
        <w:pStyle w:val="ListParagraph"/>
        <w:numPr>
          <w:ilvl w:val="0"/>
          <w:numId w:val="59"/>
        </w:numPr>
        <w:rPr>
          <w:lang w:eastAsia="en-GB"/>
        </w:rPr>
      </w:pPr>
      <w:r w:rsidRPr="007919D0">
        <w:rPr>
          <w:b/>
          <w:bCs/>
          <w:lang w:eastAsia="en-GB"/>
        </w:rPr>
        <w:t>Partnership Working and Collaboration</w:t>
      </w:r>
      <w:r w:rsidRPr="007919D0">
        <w:rPr>
          <w:lang w:eastAsia="en-GB"/>
        </w:rPr>
        <w:br/>
        <w:t>Build effective working relationships with managers, employees, HR colleagues and stakeholders to identify learning needs and co-produce solutions that address workforce priorities.</w:t>
      </w:r>
    </w:p>
    <w:p w14:paraId="1D6CD127" w14:textId="77777777" w:rsidR="00996E09" w:rsidRPr="007919D0" w:rsidRDefault="00996E09" w:rsidP="00996E09">
      <w:pPr>
        <w:pStyle w:val="ListParagraph"/>
        <w:numPr>
          <w:ilvl w:val="0"/>
          <w:numId w:val="59"/>
        </w:numPr>
        <w:rPr>
          <w:lang w:eastAsia="en-GB"/>
        </w:rPr>
      </w:pPr>
      <w:r w:rsidRPr="007919D0">
        <w:rPr>
          <w:b/>
          <w:bCs/>
          <w:lang w:eastAsia="en-GB"/>
        </w:rPr>
        <w:lastRenderedPageBreak/>
        <w:t>Advice, Guidance and Support</w:t>
      </w:r>
      <w:r w:rsidRPr="007919D0">
        <w:rPr>
          <w:lang w:eastAsia="en-GB"/>
        </w:rPr>
        <w:br/>
        <w:t>Provide professional advice and guidance relating to learning and development, supporting managers to develop effective people management practice.</w:t>
      </w:r>
    </w:p>
    <w:p w14:paraId="72A07771" w14:textId="77777777" w:rsidR="00996E09" w:rsidRPr="007919D0" w:rsidRDefault="00996E09" w:rsidP="00996E09">
      <w:pPr>
        <w:pStyle w:val="ListParagraph"/>
        <w:numPr>
          <w:ilvl w:val="0"/>
          <w:numId w:val="59"/>
        </w:numPr>
        <w:rPr>
          <w:lang w:eastAsia="en-GB"/>
        </w:rPr>
      </w:pPr>
      <w:r w:rsidRPr="007919D0">
        <w:rPr>
          <w:b/>
          <w:bCs/>
          <w:lang w:eastAsia="en-GB"/>
        </w:rPr>
        <w:t>Learning Management and Reporting</w:t>
      </w:r>
      <w:r w:rsidRPr="007919D0">
        <w:rPr>
          <w:lang w:eastAsia="en-GB"/>
        </w:rPr>
        <w:br/>
        <w:t>Support the effective management of My Learning and other learning systems, producing reports and analysing workforce data to inform decision-making and future learning priorities.</w:t>
      </w:r>
    </w:p>
    <w:p w14:paraId="111325B0" w14:textId="77777777" w:rsidR="00996E09" w:rsidRPr="007919D0" w:rsidRDefault="00996E09" w:rsidP="00996E09">
      <w:pPr>
        <w:pStyle w:val="ListParagraph"/>
        <w:numPr>
          <w:ilvl w:val="0"/>
          <w:numId w:val="59"/>
        </w:numPr>
        <w:rPr>
          <w:lang w:eastAsia="en-GB"/>
        </w:rPr>
      </w:pPr>
      <w:r w:rsidRPr="007919D0">
        <w:rPr>
          <w:b/>
          <w:bCs/>
          <w:lang w:eastAsia="en-GB"/>
        </w:rPr>
        <w:t>Innovation and Organisational Change</w:t>
      </w:r>
      <w:r w:rsidRPr="007919D0">
        <w:rPr>
          <w:lang w:eastAsia="en-GB"/>
        </w:rPr>
        <w:br/>
        <w:t>Promote innovative approaches to learning and development, supporting organisational change and continuous improvement.</w:t>
      </w:r>
    </w:p>
    <w:p w14:paraId="26997953" w14:textId="77777777" w:rsidR="00996E09" w:rsidRPr="007919D0" w:rsidRDefault="00996E09" w:rsidP="00996E09">
      <w:pPr>
        <w:pStyle w:val="ListParagraph"/>
        <w:numPr>
          <w:ilvl w:val="0"/>
          <w:numId w:val="59"/>
        </w:numPr>
        <w:rPr>
          <w:lang w:eastAsia="en-GB"/>
        </w:rPr>
      </w:pPr>
      <w:r w:rsidRPr="007919D0">
        <w:rPr>
          <w:b/>
          <w:bCs/>
          <w:lang w:eastAsia="en-GB"/>
        </w:rPr>
        <w:t>Financial and Resource Management</w:t>
      </w:r>
      <w:r w:rsidRPr="007919D0">
        <w:rPr>
          <w:lang w:eastAsia="en-GB"/>
        </w:rPr>
        <w:br/>
        <w:t>Manage allocated budgets and resources effectively, ensuring value for money and delivery of agreed outcomes.</w:t>
      </w:r>
    </w:p>
    <w:p w14:paraId="68D03B51" w14:textId="77777777" w:rsidR="00996E09" w:rsidRPr="007919D0" w:rsidRDefault="00996E09" w:rsidP="00996E09">
      <w:pPr>
        <w:pStyle w:val="ListParagraph"/>
        <w:numPr>
          <w:ilvl w:val="0"/>
          <w:numId w:val="59"/>
        </w:numPr>
        <w:rPr>
          <w:lang w:eastAsia="en-GB"/>
        </w:rPr>
      </w:pPr>
      <w:r w:rsidRPr="007919D0">
        <w:rPr>
          <w:b/>
          <w:bCs/>
          <w:lang w:eastAsia="en-GB"/>
        </w:rPr>
        <w:t>Representation and Professional Practice</w:t>
      </w:r>
      <w:r w:rsidRPr="007919D0">
        <w:rPr>
          <w:lang w:eastAsia="en-GB"/>
        </w:rPr>
        <w:br/>
        <w:t>Represent the Council on internal and external networks, maintaining awareness of emerging learning, workforce and employee relations best practice.</w:t>
      </w:r>
    </w:p>
    <w:p w14:paraId="17808E49" w14:textId="77777777" w:rsidR="00996E09" w:rsidRPr="007919D0" w:rsidRDefault="00996E09" w:rsidP="00996E09">
      <w:pPr>
        <w:pStyle w:val="ListParagraph"/>
        <w:numPr>
          <w:ilvl w:val="0"/>
          <w:numId w:val="59"/>
        </w:numPr>
        <w:rPr>
          <w:lang w:eastAsia="en-GB"/>
        </w:rPr>
      </w:pPr>
      <w:r w:rsidRPr="007919D0">
        <w:rPr>
          <w:b/>
          <w:bCs/>
          <w:lang w:eastAsia="en-GB"/>
        </w:rPr>
        <w:t>Equality, Wellbeing and Inclusion</w:t>
      </w:r>
      <w:r w:rsidRPr="007919D0">
        <w:rPr>
          <w:lang w:eastAsia="en-GB"/>
        </w:rPr>
        <w:br/>
        <w:t>Promote equality, diversity, inclusion and wellbeing through all learning activities, ensuring development opportunities are accessible and inclusive.</w:t>
      </w:r>
    </w:p>
    <w:p w14:paraId="17A310B0" w14:textId="77777777" w:rsidR="00EF70A4" w:rsidRPr="007919D0" w:rsidRDefault="00B254F3" w:rsidP="00B254F3">
      <w:pPr>
        <w:rPr>
          <w:lang w:eastAsia="en-GB"/>
        </w:rPr>
      </w:pPr>
      <w:r w:rsidRPr="007919D0">
        <w:rPr>
          <w:lang w:eastAsia="en-GB"/>
        </w:rPr>
        <w:t xml:space="preserve">We are particularly interested in hearing from experienced HR professionals with strong employee relations and case management experience who are looking to apply their expertise within a Learning and Development role. </w:t>
      </w:r>
    </w:p>
    <w:p w14:paraId="2F092725" w14:textId="0182F2A3" w:rsidR="00B254F3" w:rsidRPr="007919D0" w:rsidRDefault="00B254F3" w:rsidP="00B254F3">
      <w:pPr>
        <w:rPr>
          <w:lang w:eastAsia="en-GB"/>
        </w:rPr>
      </w:pPr>
      <w:r w:rsidRPr="007919D0">
        <w:rPr>
          <w:lang w:eastAsia="en-GB"/>
        </w:rPr>
        <w:t>You will have a sound knowledge of employment law, experience advising managers on complex people matters, and a passion for developing others. You will be an effective communicator, facilitator and relationship builder, able to translate organisational needs into engaging learning solutions that improve management capability and support positive workforce outcomes.</w:t>
      </w:r>
    </w:p>
    <w:p w14:paraId="6F629A97" w14:textId="7CEB3208" w:rsidR="00B254F3" w:rsidRPr="00996E09" w:rsidRDefault="00B254F3" w:rsidP="00B254F3">
      <w:pPr>
        <w:rPr>
          <w:lang w:eastAsia="en-GB"/>
        </w:rPr>
      </w:pPr>
      <w:r w:rsidRPr="007919D0">
        <w:rPr>
          <w:lang w:eastAsia="en-GB"/>
        </w:rPr>
        <w:t xml:space="preserve">Please see </w:t>
      </w:r>
      <w:r w:rsidRPr="007919D0">
        <w:rPr>
          <w:b/>
          <w:bCs/>
          <w:lang w:eastAsia="en-GB"/>
        </w:rPr>
        <w:t>Appendix A</w:t>
      </w:r>
      <w:r w:rsidRPr="007919D0">
        <w:rPr>
          <w:lang w:eastAsia="en-GB"/>
        </w:rPr>
        <w:t xml:space="preserve"> and </w:t>
      </w:r>
      <w:r w:rsidRPr="007919D0">
        <w:rPr>
          <w:b/>
          <w:bCs/>
          <w:lang w:eastAsia="en-GB"/>
        </w:rPr>
        <w:t>Appendix B</w:t>
      </w:r>
      <w:r w:rsidRPr="007919D0">
        <w:rPr>
          <w:lang w:eastAsia="en-GB"/>
        </w:rPr>
        <w:t xml:space="preserve"> for the full Job Description and Person Specification.</w:t>
      </w:r>
    </w:p>
    <w:p w14:paraId="166DA57A" w14:textId="6CA3CD63" w:rsidR="00FA1CF6" w:rsidRPr="00744273" w:rsidRDefault="00FA1CF6" w:rsidP="007B6E19">
      <w:pPr>
        <w:pStyle w:val="Heading2"/>
        <w:rPr>
          <w:rFonts w:ascii="Arial" w:hAnsi="Arial" w:cs="Arial"/>
          <w:color w:val="0070C0"/>
          <w:sz w:val="32"/>
          <w:szCs w:val="32"/>
        </w:rPr>
      </w:pPr>
      <w:bookmarkStart w:id="7" w:name="_Toc243637623"/>
      <w:r w:rsidRPr="00744273">
        <w:rPr>
          <w:rFonts w:ascii="Arial" w:hAnsi="Arial" w:cs="Arial"/>
          <w:color w:val="0070C0"/>
          <w:sz w:val="32"/>
          <w:szCs w:val="32"/>
        </w:rPr>
        <w:t>What We Can Offer You</w:t>
      </w:r>
      <w:bookmarkEnd w:id="7"/>
    </w:p>
    <w:p w14:paraId="66EDF151" w14:textId="4484EFE5" w:rsidR="00547C3F" w:rsidRPr="00744273" w:rsidRDefault="00547C3F" w:rsidP="00547C3F">
      <w:pPr>
        <w:rPr>
          <w:b/>
          <w:bCs/>
          <w:color w:val="0070C0"/>
          <w:sz w:val="24"/>
          <w:szCs w:val="24"/>
        </w:rPr>
      </w:pPr>
      <w:r w:rsidRPr="00744273">
        <w:rPr>
          <w:b/>
          <w:color w:val="0070C0"/>
          <w:sz w:val="24"/>
          <w:szCs w:val="24"/>
        </w:rPr>
        <w:t>In return, we offer:</w:t>
      </w:r>
    </w:p>
    <w:p w14:paraId="514F9940" w14:textId="2C11CB62" w:rsidR="00547C3F" w:rsidRPr="00A665FC" w:rsidRDefault="00547C3F" w:rsidP="00010E31">
      <w:pPr>
        <w:numPr>
          <w:ilvl w:val="0"/>
          <w:numId w:val="13"/>
        </w:numPr>
      </w:pPr>
      <w:r w:rsidRPr="00A665FC">
        <w:t>A supportive and collaborative working environment</w:t>
      </w:r>
      <w:r w:rsidR="0035256F" w:rsidRPr="00A665FC">
        <w:t>.</w:t>
      </w:r>
    </w:p>
    <w:p w14:paraId="75B70A82" w14:textId="41B42CDE" w:rsidR="00547C3F" w:rsidRPr="00A665FC" w:rsidRDefault="00547C3F" w:rsidP="00010E31">
      <w:pPr>
        <w:numPr>
          <w:ilvl w:val="0"/>
          <w:numId w:val="13"/>
        </w:numPr>
      </w:pPr>
      <w:r w:rsidRPr="00A665FC">
        <w:t>Opportunities for professional development and career progression</w:t>
      </w:r>
      <w:r w:rsidR="0035256F" w:rsidRPr="00A665FC">
        <w:t>.</w:t>
      </w:r>
    </w:p>
    <w:p w14:paraId="0A1B0A67" w14:textId="382A1851" w:rsidR="00547C3F" w:rsidRPr="00A665FC" w:rsidRDefault="00547C3F" w:rsidP="00010E31">
      <w:pPr>
        <w:numPr>
          <w:ilvl w:val="0"/>
          <w:numId w:val="13"/>
        </w:numPr>
      </w:pPr>
      <w:r w:rsidRPr="00A665FC">
        <w:t>A role where your work makes a real difference across the organisation</w:t>
      </w:r>
      <w:r w:rsidR="0035256F" w:rsidRPr="00A665FC">
        <w:t>.</w:t>
      </w:r>
    </w:p>
    <w:p w14:paraId="4A6AB78E" w14:textId="62F96920" w:rsidR="00547C3F" w:rsidRPr="00A665FC" w:rsidRDefault="00547C3F" w:rsidP="00010E31">
      <w:pPr>
        <w:numPr>
          <w:ilvl w:val="0"/>
          <w:numId w:val="13"/>
        </w:numPr>
      </w:pPr>
      <w:r w:rsidRPr="00A665FC">
        <w:t>Flexible working arrangements supporting work</w:t>
      </w:r>
      <w:r w:rsidR="00571B76" w:rsidRPr="00A665FC">
        <w:t>-</w:t>
      </w:r>
      <w:r w:rsidRPr="00A665FC">
        <w:t>life balance</w:t>
      </w:r>
      <w:r w:rsidR="0035256F" w:rsidRPr="00A665FC">
        <w:t>.</w:t>
      </w:r>
    </w:p>
    <w:p w14:paraId="5FB8FFD2" w14:textId="3ABAA331" w:rsidR="00547C3F" w:rsidRPr="00A665FC" w:rsidRDefault="00547C3F" w:rsidP="00010E31">
      <w:pPr>
        <w:numPr>
          <w:ilvl w:val="0"/>
          <w:numId w:val="13"/>
        </w:numPr>
      </w:pPr>
      <w:r w:rsidRPr="00A665FC">
        <w:t>A strong commitment to equality, diversity, and inclusion</w:t>
      </w:r>
      <w:r w:rsidR="0035256F" w:rsidRPr="00A665FC">
        <w:t>.</w:t>
      </w:r>
    </w:p>
    <w:p w14:paraId="1C1AD13F" w14:textId="7060A410" w:rsidR="00FA1CF6" w:rsidRPr="00A665FC" w:rsidRDefault="00547C3F" w:rsidP="00FA1CF6">
      <w:r w:rsidRPr="00A665FC">
        <w:t>Y</w:t>
      </w:r>
      <w:r w:rsidR="00FA1CF6" w:rsidRPr="00A665FC">
        <w:t>ou will benefit from a comprehensive local government employment package</w:t>
      </w:r>
      <w:r w:rsidRPr="00A665FC">
        <w:t xml:space="preserve"> which includes the following:</w:t>
      </w:r>
    </w:p>
    <w:p w14:paraId="09237F97" w14:textId="3E5E2A6B" w:rsidR="00FA1CF6" w:rsidRPr="00A665FC" w:rsidRDefault="00FA1CF6" w:rsidP="00BE466B">
      <w:pPr>
        <w:numPr>
          <w:ilvl w:val="0"/>
          <w:numId w:val="7"/>
        </w:numPr>
      </w:pPr>
      <w:r w:rsidRPr="00A665FC">
        <w:t>Competitive salary in line with NJC Local Government Pay Scales.</w:t>
      </w:r>
    </w:p>
    <w:p w14:paraId="45E2D20C" w14:textId="410AF4F2" w:rsidR="0061404E" w:rsidRDefault="00FA1CF6" w:rsidP="00C0441C">
      <w:pPr>
        <w:numPr>
          <w:ilvl w:val="0"/>
          <w:numId w:val="7"/>
        </w:numPr>
      </w:pPr>
      <w:r w:rsidRPr="00A665FC">
        <w:t>Membership of the Local Government Pension Scheme (LGPS), providing a secure, defined benefit pension with employer contributions.</w:t>
      </w:r>
    </w:p>
    <w:p w14:paraId="28CCC19A" w14:textId="77777777" w:rsidR="00EF70A4" w:rsidRPr="00A665FC" w:rsidRDefault="00EF70A4" w:rsidP="00EF70A4">
      <w:pPr>
        <w:ind w:left="360"/>
      </w:pPr>
    </w:p>
    <w:p w14:paraId="55EF41BC" w14:textId="36CC7719" w:rsidR="00FA1CF6" w:rsidRPr="00744273" w:rsidRDefault="00FA1CF6" w:rsidP="00FA1CF6">
      <w:pPr>
        <w:rPr>
          <w:b/>
          <w:bCs/>
          <w:color w:val="0070C0"/>
          <w:sz w:val="24"/>
          <w:szCs w:val="24"/>
        </w:rPr>
      </w:pPr>
      <w:r w:rsidRPr="00744273">
        <w:rPr>
          <w:b/>
          <w:color w:val="0070C0"/>
          <w:sz w:val="24"/>
          <w:szCs w:val="24"/>
        </w:rPr>
        <w:lastRenderedPageBreak/>
        <w:t>Annual Leave and Work-Life Balance</w:t>
      </w:r>
    </w:p>
    <w:p w14:paraId="25D2CF9D" w14:textId="77777777" w:rsidR="00D74D8D" w:rsidRPr="00A665FC" w:rsidRDefault="00D74D8D" w:rsidP="00BE466B">
      <w:pPr>
        <w:numPr>
          <w:ilvl w:val="0"/>
          <w:numId w:val="8"/>
        </w:numPr>
        <w:rPr>
          <w:rFonts w:eastAsia="Arial" w:cs="Arial"/>
        </w:rPr>
      </w:pPr>
      <w:r w:rsidRPr="00A665FC">
        <w:t xml:space="preserve">Generous annual leave entitlement, </w:t>
      </w:r>
      <w:r w:rsidRPr="00A665FC">
        <w:rPr>
          <w:rFonts w:eastAsia="Arial" w:cs="Arial"/>
        </w:rPr>
        <w:t>28 days annual leave rising to 33 days with 5 years continuous service.</w:t>
      </w:r>
    </w:p>
    <w:p w14:paraId="2B246258" w14:textId="02DB7649" w:rsidR="00FA1CF6" w:rsidRPr="00A665FC" w:rsidRDefault="00FA1CF6" w:rsidP="00BE466B">
      <w:pPr>
        <w:numPr>
          <w:ilvl w:val="0"/>
          <w:numId w:val="8"/>
        </w:numPr>
      </w:pPr>
      <w:r w:rsidRPr="00A665FC">
        <w:t>Additional public (bank) holidays.</w:t>
      </w:r>
    </w:p>
    <w:p w14:paraId="2DDD9C17" w14:textId="31F21007" w:rsidR="00FA1CF6" w:rsidRPr="00A665FC" w:rsidRDefault="00FA1CF6" w:rsidP="00BE466B">
      <w:pPr>
        <w:numPr>
          <w:ilvl w:val="0"/>
          <w:numId w:val="8"/>
        </w:numPr>
      </w:pPr>
      <w:r w:rsidRPr="00A665FC">
        <w:t>Flexible working options to support a healthy work</w:t>
      </w:r>
      <w:r w:rsidR="00390169" w:rsidRPr="00A665FC">
        <w:t>-</w:t>
      </w:r>
      <w:r w:rsidRPr="00A665FC">
        <w:t>life balance, subject to service needs.</w:t>
      </w:r>
    </w:p>
    <w:p w14:paraId="303CA973" w14:textId="77777777" w:rsidR="00FA1CF6" w:rsidRPr="00744273" w:rsidRDefault="00FA1CF6" w:rsidP="00FA1CF6">
      <w:pPr>
        <w:rPr>
          <w:b/>
          <w:color w:val="0070C0"/>
          <w:sz w:val="24"/>
          <w:szCs w:val="24"/>
        </w:rPr>
      </w:pPr>
      <w:r w:rsidRPr="00744273">
        <w:rPr>
          <w:b/>
          <w:color w:val="0070C0"/>
          <w:sz w:val="24"/>
          <w:szCs w:val="24"/>
        </w:rPr>
        <w:t>Learning, Development and Career Progression</w:t>
      </w:r>
    </w:p>
    <w:p w14:paraId="1548A4CE" w14:textId="00AE3BD8" w:rsidR="00FA1CF6" w:rsidRPr="00A665FC" w:rsidRDefault="40497DD4" w:rsidP="00BE466B">
      <w:pPr>
        <w:numPr>
          <w:ilvl w:val="0"/>
          <w:numId w:val="9"/>
        </w:numPr>
        <w:rPr>
          <w:rFonts w:eastAsia="Arial" w:cs="Arial"/>
          <w:color w:val="333333"/>
        </w:rPr>
      </w:pPr>
      <w:r w:rsidRPr="00A665FC">
        <w:rPr>
          <w:rFonts w:eastAsia="Arial" w:cs="Arial"/>
          <w:color w:val="333333"/>
        </w:rPr>
        <w:t>A comprehensive induction programme</w:t>
      </w:r>
      <w:r w:rsidR="00B60B4B" w:rsidRPr="00A665FC">
        <w:rPr>
          <w:rFonts w:eastAsia="Arial" w:cs="Arial"/>
          <w:color w:val="333333"/>
        </w:rPr>
        <w:t>.</w:t>
      </w:r>
    </w:p>
    <w:p w14:paraId="5EE662A9" w14:textId="0FBD5EDC" w:rsidR="00FA1CF6" w:rsidRPr="00A665FC" w:rsidRDefault="00FA1CF6" w:rsidP="00BE466B">
      <w:pPr>
        <w:numPr>
          <w:ilvl w:val="0"/>
          <w:numId w:val="9"/>
        </w:numPr>
      </w:pPr>
      <w:r w:rsidRPr="00A665FC">
        <w:t>Access to a wide range of training,</w:t>
      </w:r>
      <w:r w:rsidR="004A77F9" w:rsidRPr="00A665FC">
        <w:t xml:space="preserve"> apprenticeships,</w:t>
      </w:r>
      <w:r w:rsidRPr="00A665FC">
        <w:t xml:space="preserve"> learning</w:t>
      </w:r>
      <w:r w:rsidR="00B60B4B" w:rsidRPr="00A665FC">
        <w:t xml:space="preserve">, </w:t>
      </w:r>
      <w:r w:rsidRPr="00A665FC">
        <w:t>and development opportunities.</w:t>
      </w:r>
    </w:p>
    <w:p w14:paraId="4763E1C2" w14:textId="0E576700" w:rsidR="00FA1CF6" w:rsidRPr="00A665FC" w:rsidRDefault="00FA1CF6" w:rsidP="00BE466B">
      <w:pPr>
        <w:numPr>
          <w:ilvl w:val="0"/>
          <w:numId w:val="9"/>
        </w:numPr>
      </w:pPr>
      <w:r w:rsidRPr="00A665FC">
        <w:t>Support for professional development and role</w:t>
      </w:r>
      <w:r w:rsidR="1553788F" w:rsidRPr="00A665FC">
        <w:t xml:space="preserve"> </w:t>
      </w:r>
      <w:r w:rsidRPr="00A665FC">
        <w:t>related qualifications.</w:t>
      </w:r>
    </w:p>
    <w:p w14:paraId="5DD8ACB0" w14:textId="74D47779" w:rsidR="00FA1CF6" w:rsidRPr="00A665FC" w:rsidRDefault="00FA1CF6" w:rsidP="00BE466B">
      <w:pPr>
        <w:numPr>
          <w:ilvl w:val="0"/>
          <w:numId w:val="9"/>
        </w:numPr>
      </w:pPr>
      <w:r w:rsidRPr="00A665FC">
        <w:t>Opportunities to develop your career within a large and diverse local authority.</w:t>
      </w:r>
    </w:p>
    <w:p w14:paraId="223D7766" w14:textId="3A40DFAA" w:rsidR="00FA1CF6" w:rsidRPr="00744273" w:rsidRDefault="00FA1CF6" w:rsidP="00FA1CF6">
      <w:pPr>
        <w:rPr>
          <w:b/>
          <w:bCs/>
          <w:color w:val="0070C0"/>
          <w:sz w:val="24"/>
          <w:szCs w:val="24"/>
        </w:rPr>
      </w:pPr>
      <w:r w:rsidRPr="00744273">
        <w:rPr>
          <w:b/>
          <w:color w:val="0070C0"/>
          <w:sz w:val="24"/>
          <w:szCs w:val="24"/>
        </w:rPr>
        <w:t>Health, Wellbeing and Support</w:t>
      </w:r>
    </w:p>
    <w:p w14:paraId="2606030D" w14:textId="37FB6254" w:rsidR="77853C98" w:rsidRPr="00A665FC" w:rsidRDefault="2CAB6C3C" w:rsidP="00BE466B">
      <w:pPr>
        <w:numPr>
          <w:ilvl w:val="0"/>
          <w:numId w:val="10"/>
        </w:numPr>
      </w:pPr>
      <w:r w:rsidRPr="00A665FC">
        <w:t>Enhanced sick pay scheme</w:t>
      </w:r>
      <w:r w:rsidR="002F759F" w:rsidRPr="00A665FC">
        <w:t>.</w:t>
      </w:r>
      <w:r w:rsidRPr="00A665FC">
        <w:t xml:space="preserve"> </w:t>
      </w:r>
    </w:p>
    <w:p w14:paraId="44C1E78D" w14:textId="6D39F806" w:rsidR="00FA1CF6" w:rsidRPr="00A665FC" w:rsidRDefault="00FA1CF6" w:rsidP="00BE466B">
      <w:pPr>
        <w:numPr>
          <w:ilvl w:val="0"/>
          <w:numId w:val="10"/>
        </w:numPr>
      </w:pPr>
      <w:r w:rsidRPr="00A665FC">
        <w:t>Employee wellbeing initiatives and access to occupational health support</w:t>
      </w:r>
      <w:r w:rsidR="009A71D2" w:rsidRPr="00A665FC">
        <w:t>.</w:t>
      </w:r>
    </w:p>
    <w:p w14:paraId="38621623" w14:textId="7DB7ACE7" w:rsidR="00F933C1" w:rsidRPr="00A665FC" w:rsidRDefault="00FA1CF6" w:rsidP="00BE466B">
      <w:pPr>
        <w:numPr>
          <w:ilvl w:val="0"/>
          <w:numId w:val="10"/>
        </w:numPr>
      </w:pPr>
      <w:r w:rsidRPr="00A665FC">
        <w:t>Policies that promote physical and mental wellbeing in the workplace</w:t>
      </w:r>
      <w:r w:rsidR="009A71D2" w:rsidRPr="00A665FC">
        <w:t>.</w:t>
      </w:r>
    </w:p>
    <w:p w14:paraId="65D13CBF" w14:textId="6C3B420E" w:rsidR="00FA1CF6" w:rsidRPr="00744273" w:rsidRDefault="00FA1CF6" w:rsidP="00FA1CF6">
      <w:pPr>
        <w:rPr>
          <w:b/>
          <w:bCs/>
          <w:color w:val="0070C0"/>
          <w:sz w:val="24"/>
          <w:szCs w:val="24"/>
        </w:rPr>
      </w:pPr>
      <w:r w:rsidRPr="00744273">
        <w:rPr>
          <w:b/>
          <w:color w:val="0070C0"/>
          <w:sz w:val="24"/>
          <w:szCs w:val="24"/>
        </w:rPr>
        <w:t>Family-Friendly and Inclusive Policies</w:t>
      </w:r>
    </w:p>
    <w:p w14:paraId="0548282F" w14:textId="72B1F9B6" w:rsidR="00FA1CF6" w:rsidRPr="00A665FC" w:rsidRDefault="00FA1CF6" w:rsidP="00BE466B">
      <w:pPr>
        <w:numPr>
          <w:ilvl w:val="0"/>
          <w:numId w:val="11"/>
        </w:numPr>
        <w:rPr>
          <w:rFonts w:eastAsia="Arial" w:cs="Arial"/>
        </w:rPr>
      </w:pPr>
      <w:r w:rsidRPr="00A665FC">
        <w:t>Family</w:t>
      </w:r>
      <w:r w:rsidR="6D5F31B3" w:rsidRPr="00A665FC">
        <w:t xml:space="preserve"> </w:t>
      </w:r>
      <w:r w:rsidRPr="00A665FC">
        <w:t xml:space="preserve">friendly policies, including </w:t>
      </w:r>
      <w:r w:rsidR="2D5FFB87" w:rsidRPr="00A665FC">
        <w:t xml:space="preserve">enhanced </w:t>
      </w:r>
      <w:r w:rsidRPr="00A665FC">
        <w:t xml:space="preserve">maternity, paternity, adoption, and </w:t>
      </w:r>
      <w:r w:rsidR="5B2B7029" w:rsidRPr="00A665FC">
        <w:rPr>
          <w:rFonts w:ascii="Helvetica" w:eastAsia="Helvetica" w:hAnsi="Helvetica" w:cs="Helvetica"/>
          <w:color w:val="333333"/>
          <w:sz w:val="21"/>
          <w:szCs w:val="21"/>
        </w:rPr>
        <w:t>special</w:t>
      </w:r>
      <w:r w:rsidRPr="00A665FC">
        <w:rPr>
          <w:rFonts w:ascii="Helvetica" w:eastAsia="Helvetica" w:hAnsi="Helvetica" w:cs="Helvetica"/>
          <w:color w:val="333333"/>
          <w:sz w:val="21"/>
          <w:szCs w:val="21"/>
        </w:rPr>
        <w:t xml:space="preserve"> leave</w:t>
      </w:r>
      <w:r w:rsidR="5B2B7029" w:rsidRPr="00A665FC">
        <w:rPr>
          <w:rFonts w:ascii="Helvetica" w:eastAsia="Helvetica" w:hAnsi="Helvetica" w:cs="Helvetica"/>
          <w:color w:val="333333"/>
          <w:sz w:val="21"/>
          <w:szCs w:val="21"/>
        </w:rPr>
        <w:t xml:space="preserve"> </w:t>
      </w:r>
      <w:r w:rsidR="5B2B7029" w:rsidRPr="00A665FC">
        <w:rPr>
          <w:rFonts w:ascii="Helvetica" w:eastAsia="Helvetica" w:hAnsi="Helvetica" w:cs="Helvetica"/>
          <w:sz w:val="21"/>
          <w:szCs w:val="21"/>
        </w:rPr>
        <w:t>to support employees when they require time off work to deal with issues in their life outside of work.</w:t>
      </w:r>
    </w:p>
    <w:p w14:paraId="3C3A5576" w14:textId="039CFF47" w:rsidR="00FA1CF6" w:rsidRPr="00A665FC" w:rsidRDefault="00FA1CF6" w:rsidP="00BE466B">
      <w:pPr>
        <w:numPr>
          <w:ilvl w:val="0"/>
          <w:numId w:val="11"/>
        </w:numPr>
      </w:pPr>
      <w:r w:rsidRPr="00A665FC">
        <w:t>A strong organisational commitment to equality, diversity, and inclusion</w:t>
      </w:r>
      <w:r w:rsidR="009A71D2" w:rsidRPr="00A665FC">
        <w:t>.</w:t>
      </w:r>
    </w:p>
    <w:p w14:paraId="24ED6729" w14:textId="1AFE8D00" w:rsidR="00FA1CF6" w:rsidRPr="00A665FC" w:rsidRDefault="00FA1CF6" w:rsidP="00BE466B">
      <w:pPr>
        <w:numPr>
          <w:ilvl w:val="0"/>
          <w:numId w:val="11"/>
        </w:numPr>
      </w:pPr>
      <w:r w:rsidRPr="00A665FC">
        <w:t>Reasonable adjustments and support to enable disabled employees to thrive</w:t>
      </w:r>
      <w:r w:rsidR="009A71D2" w:rsidRPr="00A665FC">
        <w:t>.</w:t>
      </w:r>
    </w:p>
    <w:p w14:paraId="04B79371" w14:textId="77777777" w:rsidR="00680CB4" w:rsidRPr="00744273" w:rsidRDefault="00680CB4" w:rsidP="00680CB4">
      <w:pPr>
        <w:rPr>
          <w:b/>
          <w:bCs/>
          <w:color w:val="0070C0"/>
          <w:sz w:val="24"/>
          <w:szCs w:val="24"/>
        </w:rPr>
      </w:pPr>
      <w:r w:rsidRPr="00744273">
        <w:rPr>
          <w:b/>
          <w:color w:val="0070C0"/>
          <w:sz w:val="24"/>
          <w:szCs w:val="24"/>
        </w:rPr>
        <w:t>Foster Friendly Employer Commitment</w:t>
      </w:r>
    </w:p>
    <w:p w14:paraId="6345174A" w14:textId="4D9FC0E3" w:rsidR="00680CB4" w:rsidRPr="00A665FC" w:rsidRDefault="00680CB4" w:rsidP="00680CB4">
      <w:pPr>
        <w:rPr>
          <w:b/>
          <w:bCs/>
          <w:sz w:val="24"/>
          <w:szCs w:val="24"/>
        </w:rPr>
      </w:pPr>
      <w:r w:rsidRPr="00A665FC">
        <w:rPr>
          <w:rFonts w:eastAsia="Times New Roman" w:cs="Arial"/>
          <w:lang w:eastAsia="en-GB"/>
        </w:rPr>
        <w:t xml:space="preserve">Sefton Council is proud to be a </w:t>
      </w:r>
      <w:r w:rsidRPr="00A665FC">
        <w:rPr>
          <w:rFonts w:eastAsia="Times New Roman" w:cs="Arial"/>
          <w:i/>
          <w:iCs/>
          <w:lang w:eastAsia="en-GB"/>
        </w:rPr>
        <w:t>Foster Friendly</w:t>
      </w:r>
      <w:r w:rsidRPr="00A665FC">
        <w:rPr>
          <w:rFonts w:eastAsia="Times New Roman" w:cs="Arial"/>
          <w:lang w:eastAsia="en-GB"/>
        </w:rPr>
        <w:t xml:space="preserve"> organisation. We actively support employees who are foster carers or who are applying to foster by offering flexible working arrangements, paid time off for fostering</w:t>
      </w:r>
      <w:r w:rsidRPr="00A665FC">
        <w:rPr>
          <w:rFonts w:eastAsia="Times New Roman" w:cs="Arial"/>
          <w:lang w:eastAsia="en-GB"/>
        </w:rPr>
        <w:noBreakHyphen/>
        <w:t>related meetings and training, and a workplace culture that recognises the vital role foster carers play in our communities.</w:t>
      </w:r>
      <w:r w:rsidRPr="00A665FC">
        <w:rPr>
          <w:rFonts w:eastAsia="Times New Roman" w:cs="Arial"/>
          <w:lang w:eastAsia="en-GB"/>
        </w:rPr>
        <w:br/>
        <w:t>This commitment helps ensure that carers can balance their fostering responsibilities alongside their career, and reflects our dedication to supporting children, families, and those who care for them.</w:t>
      </w:r>
    </w:p>
    <w:p w14:paraId="76F8D629" w14:textId="11A01AC3" w:rsidR="00FA1CF6" w:rsidRPr="00744273" w:rsidRDefault="00FA1CF6" w:rsidP="00FA1CF6">
      <w:pPr>
        <w:rPr>
          <w:b/>
          <w:bCs/>
          <w:color w:val="0070C0"/>
        </w:rPr>
      </w:pPr>
      <w:r w:rsidRPr="00744273">
        <w:rPr>
          <w:b/>
          <w:color w:val="0070C0"/>
          <w:sz w:val="24"/>
          <w:szCs w:val="24"/>
        </w:rPr>
        <w:t xml:space="preserve">Additional Benefits </w:t>
      </w:r>
    </w:p>
    <w:p w14:paraId="5CF81CB4" w14:textId="32740C2C" w:rsidR="00FA1CF6" w:rsidRPr="00A665FC" w:rsidRDefault="00FA1CF6" w:rsidP="00BE466B">
      <w:pPr>
        <w:numPr>
          <w:ilvl w:val="0"/>
          <w:numId w:val="12"/>
        </w:numPr>
      </w:pPr>
      <w:r w:rsidRPr="00A665FC">
        <w:t>Access to salary sacrifice and employee benefit schemes (where applicable)</w:t>
      </w:r>
      <w:r w:rsidR="009A71D2" w:rsidRPr="00A665FC">
        <w:t>.</w:t>
      </w:r>
    </w:p>
    <w:p w14:paraId="35720D3E" w14:textId="2903BF4A" w:rsidR="00FA1CF6" w:rsidRPr="00A665FC" w:rsidRDefault="00FA1CF6" w:rsidP="00BE466B">
      <w:pPr>
        <w:numPr>
          <w:ilvl w:val="0"/>
          <w:numId w:val="12"/>
        </w:numPr>
      </w:pPr>
      <w:r w:rsidRPr="00A665FC">
        <w:t>Opportunities to contribute to meaningful work that supports local communities</w:t>
      </w:r>
      <w:r w:rsidR="009A71D2" w:rsidRPr="00A665FC">
        <w:t>.</w:t>
      </w:r>
    </w:p>
    <w:p w14:paraId="09F959D1" w14:textId="562C695E" w:rsidR="007B5705" w:rsidRPr="00A665FC" w:rsidRDefault="00FA1CF6" w:rsidP="00BE466B">
      <w:pPr>
        <w:numPr>
          <w:ilvl w:val="0"/>
          <w:numId w:val="12"/>
        </w:numPr>
      </w:pPr>
      <w:r w:rsidRPr="00A665FC">
        <w:t>A supportive, values</w:t>
      </w:r>
      <w:r w:rsidR="22D06755" w:rsidRPr="00A665FC">
        <w:t xml:space="preserve"> </w:t>
      </w:r>
      <w:r w:rsidRPr="00A665FC">
        <w:t>led organisational culture</w:t>
      </w:r>
      <w:r w:rsidR="009A71D2" w:rsidRPr="00A665FC">
        <w:t>.</w:t>
      </w:r>
    </w:p>
    <w:p w14:paraId="6370B289" w14:textId="734599AC" w:rsidR="00C16F45" w:rsidRDefault="6324EC2D" w:rsidP="00BE466B">
      <w:pPr>
        <w:numPr>
          <w:ilvl w:val="0"/>
          <w:numId w:val="12"/>
        </w:numPr>
        <w:spacing w:line="240" w:lineRule="auto"/>
      </w:pPr>
      <w:r w:rsidRPr="00A665FC">
        <w:t>Free parking at office bases (dependent)</w:t>
      </w:r>
      <w:r w:rsidR="002B35AD" w:rsidRPr="00A665FC">
        <w:t>.</w:t>
      </w:r>
    </w:p>
    <w:p w14:paraId="1EDBA52C" w14:textId="490538A9" w:rsidR="00954B14" w:rsidRDefault="00954B14" w:rsidP="00954B14">
      <w:pPr>
        <w:spacing w:line="240" w:lineRule="auto"/>
      </w:pPr>
      <w:r w:rsidRPr="00954B14">
        <w:lastRenderedPageBreak/>
        <w:t xml:space="preserve">See </w:t>
      </w:r>
      <w:r w:rsidRPr="00954B14">
        <w:rPr>
          <w:b/>
          <w:bCs/>
        </w:rPr>
        <w:t>Appendix C</w:t>
      </w:r>
      <w:r w:rsidRPr="00954B14">
        <w:t xml:space="preserve"> for a full overview of the benefits available to employees.</w:t>
      </w:r>
    </w:p>
    <w:p w14:paraId="41728CBE" w14:textId="2CB88CA1" w:rsidR="00972DD3" w:rsidRPr="004A252B" w:rsidRDefault="0001246D" w:rsidP="00972DD3">
      <w:pPr>
        <w:pStyle w:val="Heading2"/>
        <w:spacing w:before="0" w:line="240" w:lineRule="auto"/>
        <w:rPr>
          <w:rFonts w:ascii="Arial" w:hAnsi="Arial" w:cs="Arial"/>
          <w:color w:val="0070C0"/>
          <w:sz w:val="32"/>
          <w:szCs w:val="32"/>
        </w:rPr>
      </w:pPr>
      <w:bookmarkStart w:id="8" w:name="_Toc243637624"/>
      <w:r w:rsidRPr="004A252B">
        <w:rPr>
          <w:rFonts w:ascii="Arial" w:hAnsi="Arial" w:cs="Arial"/>
          <w:color w:val="0070C0"/>
          <w:sz w:val="32"/>
          <w:szCs w:val="32"/>
        </w:rPr>
        <w:t xml:space="preserve">Top </w:t>
      </w:r>
      <w:r w:rsidR="0041539A" w:rsidRPr="004A252B">
        <w:rPr>
          <w:rFonts w:ascii="Arial" w:hAnsi="Arial" w:cs="Arial"/>
          <w:color w:val="0070C0"/>
          <w:sz w:val="32"/>
          <w:szCs w:val="32"/>
        </w:rPr>
        <w:t xml:space="preserve">Tips on </w:t>
      </w:r>
      <w:r w:rsidR="00E16F88" w:rsidRPr="004A252B">
        <w:rPr>
          <w:rFonts w:ascii="Arial" w:hAnsi="Arial" w:cs="Arial"/>
          <w:color w:val="0070C0"/>
          <w:sz w:val="32"/>
          <w:szCs w:val="32"/>
        </w:rPr>
        <w:t>How to Apply</w:t>
      </w:r>
      <w:bookmarkEnd w:id="8"/>
    </w:p>
    <w:p w14:paraId="54751EE5" w14:textId="77777777" w:rsidR="00972DD3" w:rsidRPr="00972DD3" w:rsidRDefault="00972DD3" w:rsidP="00972DD3">
      <w:pPr>
        <w:spacing w:after="0" w:line="240" w:lineRule="auto"/>
      </w:pPr>
    </w:p>
    <w:p w14:paraId="3D8C56CF" w14:textId="344BE274" w:rsidR="005F3F2A" w:rsidRDefault="005F3F2A" w:rsidP="00972DD3">
      <w:pPr>
        <w:spacing w:after="0" w:line="240" w:lineRule="auto"/>
      </w:pPr>
      <w:r w:rsidRPr="005F3F2A">
        <w:t>Submitting a strong application gives you the best chance of progressing to the next stage of the recruitment process. The following guidance applies to all roles and will help you prepare a clear, compelling application:</w:t>
      </w:r>
      <w:r w:rsidR="00E46BC7">
        <w:tab/>
      </w:r>
    </w:p>
    <w:p w14:paraId="71F1570A" w14:textId="77777777" w:rsidR="00972DD3" w:rsidRPr="005F3F2A" w:rsidRDefault="00972DD3" w:rsidP="00972DD3">
      <w:pPr>
        <w:spacing w:after="0" w:line="240" w:lineRule="auto"/>
      </w:pPr>
    </w:p>
    <w:p w14:paraId="4BEB2042" w14:textId="77777777" w:rsidR="005F3F2A" w:rsidRPr="005F3F2A" w:rsidRDefault="005F3F2A" w:rsidP="005F3F2A">
      <w:pPr>
        <w:rPr>
          <w:b/>
          <w:bCs/>
        </w:rPr>
      </w:pPr>
      <w:r w:rsidRPr="005F3F2A">
        <w:rPr>
          <w:b/>
          <w:bCs/>
        </w:rPr>
        <w:t>1. Read the Job Description and Person Specification Thoroughly</w:t>
      </w:r>
    </w:p>
    <w:p w14:paraId="164174BF" w14:textId="77777777" w:rsidR="005F3F2A" w:rsidRPr="005F3F2A" w:rsidRDefault="005F3F2A" w:rsidP="00010E31">
      <w:pPr>
        <w:numPr>
          <w:ilvl w:val="0"/>
          <w:numId w:val="15"/>
        </w:numPr>
      </w:pPr>
      <w:r w:rsidRPr="005F3F2A">
        <w:t>Make sure you understand the key duties, expectations, and essential criteria.</w:t>
      </w:r>
    </w:p>
    <w:p w14:paraId="68288506" w14:textId="77777777" w:rsidR="005F3F2A" w:rsidRPr="005F3F2A" w:rsidRDefault="005F3F2A" w:rsidP="00010E31">
      <w:pPr>
        <w:numPr>
          <w:ilvl w:val="0"/>
          <w:numId w:val="15"/>
        </w:numPr>
      </w:pPr>
      <w:r w:rsidRPr="005F3F2A">
        <w:t>Use the person specification as your guide when writing your application.</w:t>
      </w:r>
    </w:p>
    <w:p w14:paraId="75841583" w14:textId="77777777" w:rsidR="005F3F2A" w:rsidRPr="005F3F2A" w:rsidRDefault="005F3F2A" w:rsidP="005F3F2A">
      <w:pPr>
        <w:rPr>
          <w:b/>
          <w:bCs/>
        </w:rPr>
      </w:pPr>
      <w:r w:rsidRPr="005F3F2A">
        <w:rPr>
          <w:b/>
          <w:bCs/>
        </w:rPr>
        <w:t>2. Provide Clear Evidence of Your Skills and Experience</w:t>
      </w:r>
    </w:p>
    <w:p w14:paraId="673A36BA" w14:textId="77777777" w:rsidR="005F3F2A" w:rsidRPr="005F3F2A" w:rsidRDefault="005F3F2A" w:rsidP="00010E31">
      <w:pPr>
        <w:numPr>
          <w:ilvl w:val="0"/>
          <w:numId w:val="16"/>
        </w:numPr>
      </w:pPr>
      <w:r w:rsidRPr="005F3F2A">
        <w:t xml:space="preserve">Show </w:t>
      </w:r>
      <w:r w:rsidRPr="005F3F2A">
        <w:rPr>
          <w:i/>
          <w:iCs/>
        </w:rPr>
        <w:t>how</w:t>
      </w:r>
      <w:r w:rsidRPr="005F3F2A">
        <w:t xml:space="preserve"> you meet the criteria using specific, real examples.</w:t>
      </w:r>
    </w:p>
    <w:p w14:paraId="3F526C64" w14:textId="77777777" w:rsidR="005F3F2A" w:rsidRPr="005F3F2A" w:rsidRDefault="005F3F2A" w:rsidP="00010E31">
      <w:pPr>
        <w:numPr>
          <w:ilvl w:val="0"/>
          <w:numId w:val="16"/>
        </w:numPr>
      </w:pPr>
      <w:r w:rsidRPr="005F3F2A">
        <w:t xml:space="preserve">Consider using the </w:t>
      </w:r>
      <w:r w:rsidRPr="005F3F2A">
        <w:rPr>
          <w:b/>
          <w:bCs/>
        </w:rPr>
        <w:t>STAR method</w:t>
      </w:r>
      <w:r w:rsidRPr="005F3F2A">
        <w:t xml:space="preserve"> (Situation, Task, Action, Result) to structure your responses.</w:t>
      </w:r>
    </w:p>
    <w:p w14:paraId="5815049B" w14:textId="77777777" w:rsidR="005F3F2A" w:rsidRPr="005F3F2A" w:rsidRDefault="005F3F2A" w:rsidP="005F3F2A">
      <w:pPr>
        <w:rPr>
          <w:b/>
          <w:bCs/>
        </w:rPr>
      </w:pPr>
      <w:r w:rsidRPr="005F3F2A">
        <w:rPr>
          <w:b/>
          <w:bCs/>
        </w:rPr>
        <w:t>3. Tailor Your Application</w:t>
      </w:r>
    </w:p>
    <w:p w14:paraId="395E84B4" w14:textId="77777777" w:rsidR="005F3F2A" w:rsidRPr="005F3F2A" w:rsidRDefault="005F3F2A" w:rsidP="00010E31">
      <w:pPr>
        <w:numPr>
          <w:ilvl w:val="0"/>
          <w:numId w:val="17"/>
        </w:numPr>
      </w:pPr>
      <w:r w:rsidRPr="005F3F2A">
        <w:t>Avoid generic statements. Focus on experience that directly relates to the role you are applying for.</w:t>
      </w:r>
    </w:p>
    <w:p w14:paraId="7A15B16C" w14:textId="77777777" w:rsidR="005F3F2A" w:rsidRPr="005F3F2A" w:rsidRDefault="005F3F2A" w:rsidP="00010E31">
      <w:pPr>
        <w:numPr>
          <w:ilvl w:val="0"/>
          <w:numId w:val="17"/>
        </w:numPr>
      </w:pPr>
      <w:r w:rsidRPr="005F3F2A">
        <w:t>Demonstrate how your strengths align with the organisation’s values and priorities.</w:t>
      </w:r>
    </w:p>
    <w:p w14:paraId="2D4479BE" w14:textId="77777777" w:rsidR="005F3F2A" w:rsidRPr="005F3F2A" w:rsidRDefault="005F3F2A" w:rsidP="005F3F2A">
      <w:pPr>
        <w:rPr>
          <w:b/>
          <w:bCs/>
        </w:rPr>
      </w:pPr>
      <w:r w:rsidRPr="005F3F2A">
        <w:rPr>
          <w:b/>
          <w:bCs/>
        </w:rPr>
        <w:t>4. Highlight Your Achievements</w:t>
      </w:r>
    </w:p>
    <w:p w14:paraId="36FF2B17" w14:textId="77777777" w:rsidR="005F3F2A" w:rsidRPr="005F3F2A" w:rsidRDefault="005F3F2A" w:rsidP="00010E31">
      <w:pPr>
        <w:numPr>
          <w:ilvl w:val="0"/>
          <w:numId w:val="18"/>
        </w:numPr>
      </w:pPr>
      <w:r w:rsidRPr="005F3F2A">
        <w:t>Include examples of work you are proud of or significant contributions you have made in previous roles.</w:t>
      </w:r>
    </w:p>
    <w:p w14:paraId="528CE417" w14:textId="6158A92F" w:rsidR="00115BE7" w:rsidRPr="005F3F2A" w:rsidRDefault="005F3F2A" w:rsidP="00010E31">
      <w:pPr>
        <w:numPr>
          <w:ilvl w:val="0"/>
          <w:numId w:val="18"/>
        </w:numPr>
      </w:pPr>
      <w:r w:rsidRPr="005F3F2A">
        <w:t xml:space="preserve">Emphasise impact </w:t>
      </w:r>
      <w:r w:rsidR="00972DD3">
        <w:t>-</w:t>
      </w:r>
      <w:r w:rsidRPr="005F3F2A">
        <w:t xml:space="preserve"> improvements, efficiencies, positive outcomes, or innovations.</w:t>
      </w:r>
    </w:p>
    <w:p w14:paraId="01964C62" w14:textId="77777777" w:rsidR="005F3F2A" w:rsidRPr="005F3F2A" w:rsidRDefault="005F3F2A" w:rsidP="005F3F2A">
      <w:pPr>
        <w:rPr>
          <w:b/>
          <w:bCs/>
        </w:rPr>
      </w:pPr>
      <w:r w:rsidRPr="005F3F2A">
        <w:rPr>
          <w:b/>
          <w:bCs/>
        </w:rPr>
        <w:t>5. Be Clear About Qualifications and Training</w:t>
      </w:r>
    </w:p>
    <w:p w14:paraId="7DFCFD20" w14:textId="77777777" w:rsidR="005F3F2A" w:rsidRPr="005F3F2A" w:rsidRDefault="005F3F2A" w:rsidP="00010E31">
      <w:pPr>
        <w:numPr>
          <w:ilvl w:val="0"/>
          <w:numId w:val="19"/>
        </w:numPr>
      </w:pPr>
      <w:r w:rsidRPr="005F3F2A">
        <w:t>List all relevant qualifications and professional training, including dates and awarding bodies.</w:t>
      </w:r>
    </w:p>
    <w:p w14:paraId="0FFD57C3" w14:textId="539376F7" w:rsidR="00691B42" w:rsidRPr="005F3F2A" w:rsidRDefault="005F3F2A" w:rsidP="00010E31">
      <w:pPr>
        <w:numPr>
          <w:ilvl w:val="0"/>
          <w:numId w:val="19"/>
        </w:numPr>
      </w:pPr>
      <w:r w:rsidRPr="005F3F2A">
        <w:t>If you are working towards a qualification, include expected completion dates.</w:t>
      </w:r>
    </w:p>
    <w:p w14:paraId="0A8FE1F6" w14:textId="77777777" w:rsidR="005F3F2A" w:rsidRPr="005F3F2A" w:rsidRDefault="005F3F2A" w:rsidP="005F3F2A">
      <w:pPr>
        <w:rPr>
          <w:b/>
          <w:bCs/>
        </w:rPr>
      </w:pPr>
      <w:r w:rsidRPr="005F3F2A">
        <w:rPr>
          <w:b/>
          <w:bCs/>
        </w:rPr>
        <w:t>6. Showcase Transferable Skills</w:t>
      </w:r>
    </w:p>
    <w:p w14:paraId="4CDC5DE1" w14:textId="77777777" w:rsidR="005F3F2A" w:rsidRPr="005F3F2A" w:rsidRDefault="005F3F2A" w:rsidP="00010E31">
      <w:pPr>
        <w:numPr>
          <w:ilvl w:val="0"/>
          <w:numId w:val="20"/>
        </w:numPr>
      </w:pPr>
      <w:r w:rsidRPr="005F3F2A">
        <w:t>Skills such as communication, teamwork, problem-solving, digital literacy, and organisation are valuable across all roles.</w:t>
      </w:r>
    </w:p>
    <w:p w14:paraId="3D0A4D77" w14:textId="77777777" w:rsidR="005F3F2A" w:rsidRPr="005F3F2A" w:rsidRDefault="005F3F2A" w:rsidP="00010E31">
      <w:pPr>
        <w:numPr>
          <w:ilvl w:val="0"/>
          <w:numId w:val="20"/>
        </w:numPr>
      </w:pPr>
      <w:r w:rsidRPr="005F3F2A">
        <w:t>Provide examples that demonstrate these effectively.</w:t>
      </w:r>
    </w:p>
    <w:p w14:paraId="4F4AA812" w14:textId="77777777" w:rsidR="005F3F2A" w:rsidRPr="005F3F2A" w:rsidRDefault="005F3F2A" w:rsidP="005F3F2A">
      <w:pPr>
        <w:rPr>
          <w:b/>
          <w:bCs/>
        </w:rPr>
      </w:pPr>
      <w:r w:rsidRPr="005F3F2A">
        <w:rPr>
          <w:b/>
          <w:bCs/>
        </w:rPr>
        <w:t>7. Check Your Application Carefully</w:t>
      </w:r>
    </w:p>
    <w:p w14:paraId="7E1E8C35" w14:textId="77777777" w:rsidR="005F3F2A" w:rsidRPr="005F3F2A" w:rsidRDefault="005F3F2A" w:rsidP="00010E31">
      <w:pPr>
        <w:numPr>
          <w:ilvl w:val="0"/>
          <w:numId w:val="21"/>
        </w:numPr>
      </w:pPr>
      <w:r w:rsidRPr="005F3F2A">
        <w:t>Review your responses for clarity, spelling, and completeness.</w:t>
      </w:r>
    </w:p>
    <w:p w14:paraId="74F5CD01" w14:textId="77777777" w:rsidR="005F3F2A" w:rsidRPr="005F3F2A" w:rsidRDefault="005F3F2A" w:rsidP="00010E31">
      <w:pPr>
        <w:numPr>
          <w:ilvl w:val="0"/>
          <w:numId w:val="21"/>
        </w:numPr>
      </w:pPr>
      <w:r w:rsidRPr="005F3F2A">
        <w:t>Ensure all sections of the application form have been filled in fully.</w:t>
      </w:r>
    </w:p>
    <w:p w14:paraId="14C69408" w14:textId="77777777" w:rsidR="005F3F2A" w:rsidRPr="005F3F2A" w:rsidRDefault="005F3F2A" w:rsidP="005F3F2A">
      <w:pPr>
        <w:rPr>
          <w:b/>
          <w:bCs/>
        </w:rPr>
      </w:pPr>
      <w:r w:rsidRPr="005F3F2A">
        <w:rPr>
          <w:b/>
          <w:bCs/>
        </w:rPr>
        <w:t>8. Submit Your Application Before the Deadline</w:t>
      </w:r>
    </w:p>
    <w:p w14:paraId="2129A357" w14:textId="77777777" w:rsidR="005F3F2A" w:rsidRPr="005F3F2A" w:rsidRDefault="005F3F2A" w:rsidP="00010E31">
      <w:pPr>
        <w:numPr>
          <w:ilvl w:val="0"/>
          <w:numId w:val="22"/>
        </w:numPr>
      </w:pPr>
      <w:r w:rsidRPr="005F3F2A">
        <w:t>Note the closing date and allow plenty of time to prepare your application.</w:t>
      </w:r>
    </w:p>
    <w:p w14:paraId="556C0F6E" w14:textId="77777777" w:rsidR="005F3F2A" w:rsidRPr="005F3F2A" w:rsidRDefault="005F3F2A" w:rsidP="00010E31">
      <w:pPr>
        <w:numPr>
          <w:ilvl w:val="0"/>
          <w:numId w:val="22"/>
        </w:numPr>
      </w:pPr>
      <w:r w:rsidRPr="005F3F2A">
        <w:lastRenderedPageBreak/>
        <w:t>Late submissions usually cannot be considered.</w:t>
      </w:r>
    </w:p>
    <w:p w14:paraId="2D98CC19" w14:textId="77777777" w:rsidR="005F3F2A" w:rsidRPr="005F3F2A" w:rsidRDefault="005F3F2A" w:rsidP="005F3F2A">
      <w:pPr>
        <w:rPr>
          <w:b/>
          <w:bCs/>
        </w:rPr>
      </w:pPr>
      <w:r w:rsidRPr="005F3F2A">
        <w:rPr>
          <w:b/>
          <w:bCs/>
        </w:rPr>
        <w:t>9. Prepare for Potential Next Steps</w:t>
      </w:r>
    </w:p>
    <w:p w14:paraId="59DAAC74" w14:textId="77777777" w:rsidR="005F3F2A" w:rsidRPr="005F3F2A" w:rsidRDefault="005F3F2A" w:rsidP="00010E31">
      <w:pPr>
        <w:numPr>
          <w:ilvl w:val="0"/>
          <w:numId w:val="23"/>
        </w:numPr>
      </w:pPr>
      <w:r w:rsidRPr="005F3F2A">
        <w:t>If shortlisted, you may be invited to an interview, assessment task, or presentation.</w:t>
      </w:r>
    </w:p>
    <w:p w14:paraId="7B154EE2" w14:textId="2D30D291" w:rsidR="00C0441C" w:rsidRPr="004A60ED" w:rsidRDefault="005F3F2A" w:rsidP="00010E31">
      <w:pPr>
        <w:numPr>
          <w:ilvl w:val="0"/>
          <w:numId w:val="23"/>
        </w:numPr>
      </w:pPr>
      <w:r w:rsidRPr="005F3F2A">
        <w:t>Be ready to discuss your experience, approach to work, and examples of how you meet the role’s requirements.</w:t>
      </w:r>
    </w:p>
    <w:p w14:paraId="31B61E72" w14:textId="5C63C8A5" w:rsidR="00E4716C" w:rsidRPr="004A252B" w:rsidRDefault="00E4716C" w:rsidP="00317E97">
      <w:pPr>
        <w:pStyle w:val="Heading2"/>
        <w:rPr>
          <w:rFonts w:ascii="Arial" w:hAnsi="Arial" w:cs="Arial"/>
          <w:color w:val="0070C0"/>
          <w:sz w:val="32"/>
          <w:szCs w:val="32"/>
        </w:rPr>
      </w:pPr>
      <w:bookmarkStart w:id="9" w:name="_Toc243637625"/>
      <w:r w:rsidRPr="004A252B">
        <w:rPr>
          <w:rFonts w:ascii="Arial" w:hAnsi="Arial" w:cs="Arial"/>
          <w:color w:val="0070C0"/>
          <w:sz w:val="32"/>
          <w:szCs w:val="32"/>
        </w:rPr>
        <w:t>Application and Selection Information</w:t>
      </w:r>
      <w:bookmarkEnd w:id="9"/>
    </w:p>
    <w:p w14:paraId="0F95C9CD" w14:textId="77777777" w:rsidR="00651D5D" w:rsidRDefault="00651D5D" w:rsidP="00651D5D">
      <w:pPr>
        <w:spacing w:after="0" w:line="240" w:lineRule="auto"/>
      </w:pPr>
    </w:p>
    <w:p w14:paraId="32BAC8F7" w14:textId="0CAB4001" w:rsidR="00E4716C" w:rsidRDefault="00E4716C" w:rsidP="00651D5D">
      <w:pPr>
        <w:spacing w:after="0" w:line="240" w:lineRule="auto"/>
      </w:pPr>
      <w:r w:rsidRPr="008279CC">
        <w:t>The closing date for this vacancy is</w:t>
      </w:r>
      <w:r w:rsidR="0091488A" w:rsidRPr="008279CC">
        <w:t xml:space="preserve"> </w:t>
      </w:r>
      <w:r w:rsidR="00541A98">
        <w:rPr>
          <w:b/>
          <w:bCs/>
        </w:rPr>
        <w:t>Midnight on Sunday 8</w:t>
      </w:r>
      <w:r w:rsidR="00541A98" w:rsidRPr="00541A98">
        <w:rPr>
          <w:b/>
          <w:bCs/>
          <w:vertAlign w:val="superscript"/>
        </w:rPr>
        <w:t>th</w:t>
      </w:r>
      <w:r w:rsidR="00541A98">
        <w:rPr>
          <w:b/>
          <w:bCs/>
        </w:rPr>
        <w:t xml:space="preserve"> November</w:t>
      </w:r>
      <w:r w:rsidR="00D53771">
        <w:rPr>
          <w:b/>
          <w:bCs/>
        </w:rPr>
        <w:t>.</w:t>
      </w:r>
      <w:r w:rsidRPr="008279CC">
        <w:br/>
      </w:r>
      <w:r w:rsidR="00AD3ACF" w:rsidRPr="008279CC">
        <w:t>I</w:t>
      </w:r>
      <w:r w:rsidRPr="008279CC">
        <w:t xml:space="preserve">nterview dates </w:t>
      </w:r>
      <w:r w:rsidR="00D53771">
        <w:t xml:space="preserve">will be held on </w:t>
      </w:r>
      <w:r w:rsidR="00D53771" w:rsidRPr="00D53771">
        <w:rPr>
          <w:b/>
          <w:bCs/>
        </w:rPr>
        <w:t>Wednesday 18</w:t>
      </w:r>
      <w:r w:rsidR="00D53771" w:rsidRPr="00D53771">
        <w:rPr>
          <w:b/>
          <w:bCs/>
          <w:vertAlign w:val="superscript"/>
        </w:rPr>
        <w:t>th</w:t>
      </w:r>
      <w:r w:rsidR="00D53771" w:rsidRPr="00D53771">
        <w:rPr>
          <w:b/>
          <w:bCs/>
        </w:rPr>
        <w:t xml:space="preserve"> November.</w:t>
      </w:r>
    </w:p>
    <w:p w14:paraId="42715895" w14:textId="77777777" w:rsidR="00924BAB" w:rsidRDefault="00924BAB" w:rsidP="00651D5D">
      <w:pPr>
        <w:spacing w:after="0" w:line="240" w:lineRule="auto"/>
      </w:pPr>
    </w:p>
    <w:p w14:paraId="2F4A3C07" w14:textId="5085BCCC" w:rsidR="00924BAB" w:rsidRPr="00924BAB" w:rsidRDefault="00924BAB" w:rsidP="00651D5D">
      <w:pPr>
        <w:spacing w:after="0" w:line="240" w:lineRule="auto"/>
        <w:rPr>
          <w:b/>
          <w:bCs/>
        </w:rPr>
      </w:pPr>
      <w:r w:rsidRPr="00924BAB">
        <w:rPr>
          <w:b/>
          <w:bCs/>
        </w:rPr>
        <w:t>This vacancy may close sooner than the stated deadline if we receive sufficient applications.</w:t>
      </w:r>
    </w:p>
    <w:p w14:paraId="7375E0A7" w14:textId="77777777" w:rsidR="00651D5D" w:rsidRPr="00E4716C" w:rsidRDefault="00651D5D" w:rsidP="00651D5D">
      <w:pPr>
        <w:spacing w:after="0" w:line="240" w:lineRule="auto"/>
      </w:pPr>
    </w:p>
    <w:p w14:paraId="5758C120" w14:textId="0BDA16DD" w:rsidR="006A52BC" w:rsidRPr="00A665FC" w:rsidRDefault="7872E659" w:rsidP="006A52BC">
      <w:pPr>
        <w:rPr>
          <w:rFonts w:eastAsia="Arial" w:cs="Arial"/>
        </w:rPr>
      </w:pPr>
      <w:r w:rsidRPr="00A665FC">
        <w:rPr>
          <w:rFonts w:eastAsia="Montserrat" w:cs="Arial"/>
          <w:color w:val="2A2A2A"/>
        </w:rPr>
        <w:t xml:space="preserve">We are an Equal Opportunities Employer; all candidates will receive equal treatment. </w:t>
      </w:r>
      <w:r w:rsidR="76C8ABAD" w:rsidRPr="00A665FC">
        <w:rPr>
          <w:rFonts w:eastAsia="Montserrat" w:cs="Arial"/>
          <w:color w:val="2A2A2A"/>
        </w:rPr>
        <w:t xml:space="preserve"> </w:t>
      </w:r>
      <w:r w:rsidRPr="00A665FC">
        <w:rPr>
          <w:rFonts w:eastAsia="Montserrat" w:cs="Arial"/>
          <w:color w:val="2A2A2A"/>
        </w:rPr>
        <w:t>Our decision to appoint will be based upon whether an individual’s skills, experience, qualifications, and abilities make them the most suitable candidate for the role.</w:t>
      </w:r>
    </w:p>
    <w:p w14:paraId="6F82C903" w14:textId="432A6A28" w:rsidR="0061404E" w:rsidRPr="0061404E" w:rsidRDefault="500CC985" w:rsidP="006A52BC">
      <w:pPr>
        <w:rPr>
          <w:rFonts w:eastAsia="Montserrat" w:cs="Arial"/>
        </w:rPr>
      </w:pPr>
      <w:r w:rsidRPr="00A665FC">
        <w:rPr>
          <w:rFonts w:eastAsia="Montserrat" w:cs="Arial"/>
          <w:color w:val="2A2A2A"/>
        </w:rPr>
        <w:t>All disabled and care experienced applicants will be offered an interview where they meet all essential criteria on the person specification.</w:t>
      </w:r>
    </w:p>
    <w:p w14:paraId="77BDA022" w14:textId="1DAC8816" w:rsidR="006A52BC" w:rsidRPr="00A665FC" w:rsidRDefault="006A52BC" w:rsidP="006A52BC">
      <w:pPr>
        <w:rPr>
          <w:b/>
          <w:bCs/>
        </w:rPr>
      </w:pPr>
      <w:r w:rsidRPr="00A665FC">
        <w:rPr>
          <w:b/>
          <w:bCs/>
        </w:rPr>
        <w:t xml:space="preserve">Please ensure that you meet </w:t>
      </w:r>
      <w:proofErr w:type="gramStart"/>
      <w:r w:rsidRPr="00A665FC">
        <w:rPr>
          <w:b/>
          <w:bCs/>
        </w:rPr>
        <w:t>all of</w:t>
      </w:r>
      <w:proofErr w:type="gramEnd"/>
      <w:r w:rsidRPr="00A665FC">
        <w:rPr>
          <w:b/>
          <w:bCs/>
        </w:rPr>
        <w:t xml:space="preserve"> the essential criteria outlined in the person specification before submitting your application. Only applicants who demonstrate that they meet all essential criteria will be considered and invited to interview.</w:t>
      </w:r>
    </w:p>
    <w:p w14:paraId="54C18AA9" w14:textId="0B1677F9" w:rsidR="002E7AA9" w:rsidRPr="00A665FC" w:rsidRDefault="00E16F88" w:rsidP="00536407">
      <w:r w:rsidRPr="00A665FC">
        <w:br w:type="page"/>
      </w:r>
    </w:p>
    <w:p w14:paraId="1FF1530F" w14:textId="55319516" w:rsidR="002E7AA9" w:rsidRPr="004A252B" w:rsidRDefault="00E16F88" w:rsidP="00D019F3">
      <w:pPr>
        <w:pStyle w:val="Heading2"/>
        <w:rPr>
          <w:rFonts w:ascii="Arial" w:hAnsi="Arial" w:cs="Arial"/>
          <w:color w:val="0070C0"/>
          <w:sz w:val="32"/>
          <w:szCs w:val="32"/>
        </w:rPr>
      </w:pPr>
      <w:bookmarkStart w:id="10" w:name="_Toc243637626"/>
      <w:r w:rsidRPr="004A252B">
        <w:rPr>
          <w:rFonts w:ascii="Arial" w:hAnsi="Arial" w:cs="Arial"/>
          <w:color w:val="0070C0"/>
          <w:sz w:val="32"/>
          <w:szCs w:val="32"/>
        </w:rPr>
        <w:lastRenderedPageBreak/>
        <w:t xml:space="preserve">Appendix A </w:t>
      </w:r>
      <w:r w:rsidR="004A60ED" w:rsidRPr="004A252B">
        <w:rPr>
          <w:rFonts w:ascii="Arial" w:hAnsi="Arial" w:cs="Arial"/>
          <w:color w:val="0070C0"/>
          <w:sz w:val="32"/>
          <w:szCs w:val="32"/>
        </w:rPr>
        <w:t>Learning and Development Business Partner (Employee Development)</w:t>
      </w:r>
      <w:r w:rsidR="00DC6FFA" w:rsidRPr="004A252B">
        <w:rPr>
          <w:rFonts w:ascii="Arial" w:hAnsi="Arial" w:cs="Arial"/>
          <w:color w:val="0070C0"/>
          <w:sz w:val="32"/>
          <w:szCs w:val="32"/>
        </w:rPr>
        <w:t xml:space="preserve">: </w:t>
      </w:r>
      <w:r w:rsidRPr="004A252B">
        <w:rPr>
          <w:rFonts w:ascii="Arial" w:hAnsi="Arial" w:cs="Arial"/>
          <w:color w:val="0070C0"/>
          <w:sz w:val="32"/>
          <w:szCs w:val="32"/>
        </w:rPr>
        <w:t>Full Job Description</w:t>
      </w:r>
      <w:bookmarkEnd w:id="10"/>
    </w:p>
    <w:p w14:paraId="53962768" w14:textId="77777777" w:rsidR="002E7AA9" w:rsidRPr="00A665FC" w:rsidRDefault="00E16F88">
      <w:pPr>
        <w:rPr>
          <w:b/>
          <w:bCs/>
        </w:rPr>
      </w:pPr>
      <w:r w:rsidRPr="00A665FC">
        <w:rPr>
          <w:b/>
          <w:bCs/>
        </w:rPr>
        <w:t>JOB DESCRIPTION</w:t>
      </w:r>
    </w:p>
    <w:p w14:paraId="1AE77A83" w14:textId="2CE11D75" w:rsidR="00547C3F" w:rsidRPr="00A665FC" w:rsidRDefault="00E16F88">
      <w:r w:rsidRPr="00A665FC">
        <w:rPr>
          <w:b/>
          <w:bCs/>
        </w:rPr>
        <w:t>Directorate:</w:t>
      </w:r>
      <w:r w:rsidRPr="00A665FC">
        <w:t xml:space="preserve"> Corporate Resources</w:t>
      </w:r>
      <w:r w:rsidR="00547C3F" w:rsidRPr="00A665FC">
        <w:t xml:space="preserve"> and Customer Services</w:t>
      </w:r>
      <w:r w:rsidRPr="00A665FC">
        <w:t xml:space="preserve">    </w:t>
      </w:r>
    </w:p>
    <w:p w14:paraId="4272A21D" w14:textId="33FABCC4" w:rsidR="002E7AA9" w:rsidRPr="00A665FC" w:rsidRDefault="00E16F88">
      <w:r w:rsidRPr="00A665FC">
        <w:rPr>
          <w:b/>
          <w:bCs/>
        </w:rPr>
        <w:t>Location:</w:t>
      </w:r>
      <w:r w:rsidRPr="00A665FC">
        <w:t xml:space="preserve"> Sefton Corporate Learning Centre, </w:t>
      </w:r>
      <w:r w:rsidR="008E62CF">
        <w:t>Magdalen House / Hybrid</w:t>
      </w:r>
    </w:p>
    <w:p w14:paraId="49D56F0C" w14:textId="77777777" w:rsidR="00547C3F" w:rsidRPr="00A665FC" w:rsidRDefault="00E16F88">
      <w:r w:rsidRPr="00A665FC">
        <w:rPr>
          <w:b/>
          <w:bCs/>
        </w:rPr>
        <w:t>Division:</w:t>
      </w:r>
      <w:r w:rsidRPr="00A665FC">
        <w:t xml:space="preserve"> Corporate Personnel     </w:t>
      </w:r>
    </w:p>
    <w:p w14:paraId="2919B3C8" w14:textId="77777777" w:rsidR="002E7AA9" w:rsidRPr="00A665FC" w:rsidRDefault="00E16F88">
      <w:r w:rsidRPr="00A665FC">
        <w:rPr>
          <w:b/>
          <w:bCs/>
        </w:rPr>
        <w:t>Section:</w:t>
      </w:r>
      <w:r w:rsidRPr="00A665FC">
        <w:t xml:space="preserve"> Workforce Learning &amp; Development</w:t>
      </w:r>
    </w:p>
    <w:p w14:paraId="5A12CCFB" w14:textId="4B506C8B" w:rsidR="002E7AA9" w:rsidRPr="00A665FC" w:rsidRDefault="00E16F88">
      <w:r w:rsidRPr="00A665FC">
        <w:rPr>
          <w:b/>
          <w:bCs/>
        </w:rPr>
        <w:t>Post:</w:t>
      </w:r>
      <w:r w:rsidRPr="00A665FC">
        <w:t xml:space="preserve"> </w:t>
      </w:r>
      <w:r w:rsidR="00641943" w:rsidRPr="003165C1">
        <w:rPr>
          <w:rFonts w:cs="Arial"/>
        </w:rPr>
        <w:t>Learning and Development Business Partner (</w:t>
      </w:r>
      <w:r w:rsidR="00641943">
        <w:rPr>
          <w:rFonts w:cs="Arial"/>
        </w:rPr>
        <w:t>E</w:t>
      </w:r>
      <w:r w:rsidR="00641943" w:rsidRPr="003165C1">
        <w:rPr>
          <w:rFonts w:cs="Arial"/>
        </w:rPr>
        <w:t xml:space="preserve">mployee </w:t>
      </w:r>
      <w:r w:rsidR="00641943">
        <w:rPr>
          <w:rFonts w:cs="Arial"/>
        </w:rPr>
        <w:t>D</w:t>
      </w:r>
      <w:r w:rsidR="00641943" w:rsidRPr="003165C1">
        <w:rPr>
          <w:rFonts w:cs="Arial"/>
        </w:rPr>
        <w:t>evelopment)</w:t>
      </w:r>
    </w:p>
    <w:p w14:paraId="7C755BFA" w14:textId="6CF4FC0C" w:rsidR="00DC74D7" w:rsidRPr="00A665FC" w:rsidRDefault="00E16F88">
      <w:pPr>
        <w:rPr>
          <w:color w:val="333333"/>
        </w:rPr>
      </w:pPr>
      <w:r w:rsidRPr="00A665FC">
        <w:rPr>
          <w:b/>
          <w:bCs/>
        </w:rPr>
        <w:t>Grade</w:t>
      </w:r>
      <w:r w:rsidRPr="00F32F7C">
        <w:rPr>
          <w:b/>
          <w:bCs/>
        </w:rPr>
        <w:t>:</w:t>
      </w:r>
      <w:r w:rsidRPr="00F32F7C">
        <w:t xml:space="preserve"> </w:t>
      </w:r>
      <w:r w:rsidR="00641943" w:rsidRPr="00F32F7C">
        <w:t>I</w:t>
      </w:r>
      <w:r w:rsidR="00542BBD" w:rsidRPr="00F32F7C">
        <w:t xml:space="preserve">, </w:t>
      </w:r>
      <w:r w:rsidR="00BB7988" w:rsidRPr="00F32F7C">
        <w:t>SCP 31 – 35; £43,149 - £47,665 per annum</w:t>
      </w:r>
    </w:p>
    <w:p w14:paraId="4A0600D9" w14:textId="12C8DE1D" w:rsidR="002E7AA9" w:rsidRDefault="00E16F88" w:rsidP="00A3659E">
      <w:pPr>
        <w:spacing w:after="0" w:line="240" w:lineRule="auto"/>
      </w:pPr>
      <w:r w:rsidRPr="00A665FC">
        <w:rPr>
          <w:b/>
          <w:bCs/>
        </w:rPr>
        <w:t>Reporting to:</w:t>
      </w:r>
      <w:r w:rsidRPr="00A665FC">
        <w:t xml:space="preserve"> </w:t>
      </w:r>
      <w:r w:rsidR="00EE03CD" w:rsidRPr="00A665FC">
        <w:t>Workforce and Learning Service Manager</w:t>
      </w:r>
    </w:p>
    <w:p w14:paraId="2CD41F0F" w14:textId="77777777" w:rsidR="00A3659E" w:rsidRDefault="00A3659E" w:rsidP="00A3659E">
      <w:pPr>
        <w:spacing w:after="0" w:line="240" w:lineRule="auto"/>
      </w:pPr>
    </w:p>
    <w:p w14:paraId="4A275D78" w14:textId="5830D530" w:rsidR="00C53D3F" w:rsidRDefault="00C53D3F" w:rsidP="00A3659E">
      <w:pPr>
        <w:spacing w:after="0" w:line="240" w:lineRule="auto"/>
      </w:pPr>
      <w:r w:rsidRPr="00C53D3F">
        <w:rPr>
          <w:b/>
          <w:bCs/>
        </w:rPr>
        <w:t>Responsible for:</w:t>
      </w:r>
      <w:r>
        <w:t xml:space="preserve"> </w:t>
      </w:r>
      <w:r w:rsidR="00641943">
        <w:t>N/A</w:t>
      </w:r>
    </w:p>
    <w:p w14:paraId="17A5E381" w14:textId="77777777" w:rsidR="00A3659E" w:rsidRPr="00A665FC" w:rsidRDefault="00A3659E" w:rsidP="00A3659E">
      <w:pPr>
        <w:spacing w:after="0" w:line="240" w:lineRule="auto"/>
      </w:pPr>
    </w:p>
    <w:p w14:paraId="36F7B0A6" w14:textId="375E2E7E" w:rsidR="00A665FC" w:rsidRDefault="00E16F88" w:rsidP="00A3659E">
      <w:pPr>
        <w:spacing w:after="0" w:line="240" w:lineRule="auto"/>
        <w:rPr>
          <w:b/>
          <w:bCs/>
        </w:rPr>
      </w:pPr>
      <w:r w:rsidRPr="00A665FC">
        <w:rPr>
          <w:b/>
          <w:bCs/>
        </w:rPr>
        <w:t>Purpose of the Role</w:t>
      </w:r>
    </w:p>
    <w:p w14:paraId="1DA91F72" w14:textId="77777777" w:rsidR="00A3659E" w:rsidRPr="00A665FC" w:rsidRDefault="00A3659E" w:rsidP="00A3659E">
      <w:pPr>
        <w:spacing w:after="0" w:line="240" w:lineRule="auto"/>
        <w:rPr>
          <w:b/>
          <w:bCs/>
        </w:rPr>
      </w:pPr>
    </w:p>
    <w:p w14:paraId="30D31BDB" w14:textId="7709C020" w:rsidR="002E7AA9" w:rsidRDefault="00E16F88" w:rsidP="00A3659E">
      <w:pPr>
        <w:spacing w:after="0" w:line="240" w:lineRule="auto"/>
        <w:rPr>
          <w:b/>
          <w:bCs/>
        </w:rPr>
      </w:pPr>
      <w:r w:rsidRPr="00A665FC">
        <w:rPr>
          <w:b/>
          <w:bCs/>
        </w:rPr>
        <w:t>Key Responsibilities</w:t>
      </w:r>
      <w:r w:rsidR="00DC6FFA" w:rsidRPr="00A665FC">
        <w:rPr>
          <w:b/>
          <w:bCs/>
        </w:rPr>
        <w:t>:</w:t>
      </w:r>
    </w:p>
    <w:p w14:paraId="271ADE7A" w14:textId="77777777" w:rsidR="00A3659E" w:rsidRDefault="00A3659E" w:rsidP="00A3659E">
      <w:pPr>
        <w:spacing w:after="0" w:line="240" w:lineRule="auto"/>
        <w:rPr>
          <w:b/>
          <w:bCs/>
        </w:rPr>
      </w:pPr>
    </w:p>
    <w:p w14:paraId="71AE34F0" w14:textId="1E22501B" w:rsidR="0082741F" w:rsidRPr="0082741F" w:rsidRDefault="0082741F" w:rsidP="0082741F">
      <w:pPr>
        <w:rPr>
          <w:rFonts w:cs="Arial"/>
        </w:rPr>
      </w:pPr>
      <w:r w:rsidRPr="0082741F">
        <w:rPr>
          <w:rFonts w:cs="Arial"/>
        </w:rPr>
        <w:t>To plan, design, develop and deliver a range of learning and development interventions that enhance employee and manager capability across the organisation.</w:t>
      </w:r>
    </w:p>
    <w:p w14:paraId="696A0C47" w14:textId="7471C271" w:rsidR="0082741F" w:rsidRPr="0082741F" w:rsidRDefault="0082741F" w:rsidP="0082741F">
      <w:pPr>
        <w:rPr>
          <w:rFonts w:cs="Arial"/>
        </w:rPr>
      </w:pPr>
      <w:r w:rsidRPr="0082741F">
        <w:rPr>
          <w:rFonts w:cs="Arial"/>
        </w:rPr>
        <w:t>A key focus of the role will be the development and delivery of management development programmes covering employee relations, recruitment, attendance management, performance management, conflict resolution and difficult conversations. The successful candidate will use their HR case management experience and knowledge of employment law to design practical learning solutions that build manager confidence, support the consistent application of HR policies and procedures, and promote the early resolution of workplace issues.</w:t>
      </w:r>
    </w:p>
    <w:p w14:paraId="323EB470" w14:textId="2B8E10E8" w:rsidR="00A3659E" w:rsidRPr="0082741F" w:rsidRDefault="0082741F" w:rsidP="0082741F">
      <w:pPr>
        <w:rPr>
          <w:rFonts w:cs="Arial"/>
        </w:rPr>
      </w:pPr>
      <w:r w:rsidRPr="0082741F">
        <w:rPr>
          <w:rFonts w:cs="Arial"/>
        </w:rPr>
        <w:t>The post holder will also develop learning initiatives focused on essential workplace and leadership skills, using workforce feedback, organisational priorities and workforce data to identify and address development needs. In addition, they will contribute to wider corporate learning and workforce development programmes as directed by the Learning and Workforce Development Service Manager.</w:t>
      </w:r>
    </w:p>
    <w:p w14:paraId="56A7D6F6" w14:textId="53042169" w:rsidR="001834BF" w:rsidRDefault="001834BF" w:rsidP="00A3659E">
      <w:pPr>
        <w:spacing w:after="0" w:line="240" w:lineRule="auto"/>
        <w:rPr>
          <w:b/>
          <w:bCs/>
        </w:rPr>
      </w:pPr>
      <w:r w:rsidRPr="001834BF">
        <w:rPr>
          <w:b/>
          <w:bCs/>
        </w:rPr>
        <w:t>Main Duties</w:t>
      </w:r>
    </w:p>
    <w:p w14:paraId="64E23CC8" w14:textId="77777777" w:rsidR="00A3659E" w:rsidRDefault="00A3659E" w:rsidP="00A3659E">
      <w:pPr>
        <w:spacing w:after="0" w:line="240" w:lineRule="auto"/>
        <w:rPr>
          <w:b/>
          <w:bCs/>
        </w:rPr>
      </w:pPr>
    </w:p>
    <w:p w14:paraId="17F86FFD" w14:textId="4BC7DD8B" w:rsidR="00CD45AA" w:rsidRDefault="00CD45AA" w:rsidP="00010E31">
      <w:pPr>
        <w:numPr>
          <w:ilvl w:val="0"/>
          <w:numId w:val="26"/>
        </w:numPr>
        <w:tabs>
          <w:tab w:val="clear" w:pos="540"/>
        </w:tabs>
        <w:spacing w:after="0" w:line="240" w:lineRule="auto"/>
        <w:ind w:hanging="540"/>
        <w:rPr>
          <w:rFonts w:cs="Arial"/>
        </w:rPr>
      </w:pPr>
      <w:r w:rsidRPr="7BFAC86A">
        <w:rPr>
          <w:rFonts w:cs="Arial"/>
        </w:rPr>
        <w:t xml:space="preserve">To develop, implement and maintain an L&amp;D strategy and programme of activity linked to the portfolio of work (employee development) to meet the needs of the workforce and to ensure it remains current and fit for purpose.  </w:t>
      </w:r>
    </w:p>
    <w:p w14:paraId="5416D3CA" w14:textId="77777777" w:rsidR="00A40461" w:rsidRDefault="00A40461" w:rsidP="00A40461">
      <w:pPr>
        <w:spacing w:after="0" w:line="240" w:lineRule="auto"/>
        <w:ind w:left="540"/>
        <w:rPr>
          <w:rFonts w:cs="Arial"/>
        </w:rPr>
      </w:pPr>
    </w:p>
    <w:p w14:paraId="2CEC2DBC" w14:textId="5BDBA593" w:rsidR="00A40461" w:rsidRPr="00A40461" w:rsidRDefault="00A40461" w:rsidP="00A40461">
      <w:pPr>
        <w:numPr>
          <w:ilvl w:val="0"/>
          <w:numId w:val="26"/>
        </w:numPr>
        <w:tabs>
          <w:tab w:val="clear" w:pos="540"/>
        </w:tabs>
        <w:spacing w:after="0" w:line="240" w:lineRule="auto"/>
        <w:ind w:hanging="540"/>
        <w:rPr>
          <w:rFonts w:cs="Arial"/>
        </w:rPr>
      </w:pPr>
      <w:r w:rsidRPr="00851C8F">
        <w:rPr>
          <w:rFonts w:cs="Arial"/>
        </w:rPr>
        <w:t>To design</w:t>
      </w:r>
      <w:r>
        <w:rPr>
          <w:rFonts w:cs="Arial"/>
        </w:rPr>
        <w:t xml:space="preserve">, develop, </w:t>
      </w:r>
      <w:r w:rsidRPr="00851C8F">
        <w:rPr>
          <w:rFonts w:cs="Arial"/>
        </w:rPr>
        <w:t>deliver</w:t>
      </w:r>
      <w:r>
        <w:rPr>
          <w:rFonts w:cs="Arial"/>
        </w:rPr>
        <w:t xml:space="preserve"> and commission</w:t>
      </w:r>
      <w:r w:rsidRPr="00851C8F">
        <w:rPr>
          <w:rFonts w:cs="Arial"/>
        </w:rPr>
        <w:t xml:space="preserve"> various learning programmes including </w:t>
      </w:r>
      <w:r>
        <w:rPr>
          <w:rFonts w:cs="Arial"/>
        </w:rPr>
        <w:t xml:space="preserve">inductions, </w:t>
      </w:r>
      <w:r w:rsidRPr="00851C8F">
        <w:rPr>
          <w:rFonts w:cs="Arial"/>
        </w:rPr>
        <w:t xml:space="preserve">workshops, action learning sets, coaching, mentoring, classroom and virtual training courses to meet specific business needs.  This also includes </w:t>
      </w:r>
      <w:r>
        <w:rPr>
          <w:rFonts w:cs="Arial"/>
        </w:rPr>
        <w:t>e</w:t>
      </w:r>
      <w:r w:rsidRPr="00851C8F">
        <w:rPr>
          <w:rFonts w:cs="Arial"/>
        </w:rPr>
        <w:t xml:space="preserve">valuation and evidencing impact to determine </w:t>
      </w:r>
      <w:r>
        <w:rPr>
          <w:rFonts w:cs="Arial"/>
        </w:rPr>
        <w:t xml:space="preserve">the </w:t>
      </w:r>
      <w:r w:rsidRPr="00851C8F">
        <w:rPr>
          <w:rFonts w:cs="Arial"/>
        </w:rPr>
        <w:t>effectiveness</w:t>
      </w:r>
      <w:r>
        <w:rPr>
          <w:rFonts w:cs="Arial"/>
        </w:rPr>
        <w:t xml:space="preserve"> of learning</w:t>
      </w:r>
      <w:r w:rsidRPr="00851C8F">
        <w:rPr>
          <w:rFonts w:cs="Arial"/>
        </w:rPr>
        <w:t xml:space="preserve"> and whether it has achieved its intended outcomes.</w:t>
      </w:r>
    </w:p>
    <w:p w14:paraId="66A716C4" w14:textId="77777777" w:rsidR="00CD45AA" w:rsidRPr="00CD45AA" w:rsidRDefault="00CD45AA" w:rsidP="00A3659E">
      <w:pPr>
        <w:spacing w:after="0" w:line="240" w:lineRule="auto"/>
        <w:ind w:left="540"/>
        <w:rPr>
          <w:rFonts w:cs="Arial"/>
        </w:rPr>
      </w:pPr>
    </w:p>
    <w:p w14:paraId="63CF61AE" w14:textId="77777777"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To analyse employee relations trends and casework themes to identify learning needs and develop targeted interventions.</w:t>
      </w:r>
    </w:p>
    <w:p w14:paraId="25E34626" w14:textId="77777777" w:rsidR="00B90F83" w:rsidRPr="00A40461" w:rsidRDefault="00B90F83" w:rsidP="00B90F83">
      <w:pPr>
        <w:pStyle w:val="ListParagraph"/>
        <w:rPr>
          <w:rFonts w:cs="Arial"/>
        </w:rPr>
      </w:pPr>
    </w:p>
    <w:p w14:paraId="75144714" w14:textId="6B5E9E1B" w:rsidR="00B90F83" w:rsidRPr="00A40461" w:rsidRDefault="00B90F83" w:rsidP="00A40461">
      <w:pPr>
        <w:numPr>
          <w:ilvl w:val="0"/>
          <w:numId w:val="26"/>
        </w:numPr>
        <w:tabs>
          <w:tab w:val="clear" w:pos="540"/>
        </w:tabs>
        <w:spacing w:after="0" w:line="240" w:lineRule="auto"/>
        <w:ind w:hanging="540"/>
        <w:rPr>
          <w:rFonts w:cs="Arial"/>
        </w:rPr>
      </w:pPr>
      <w:r w:rsidRPr="00A40461">
        <w:rPr>
          <w:rFonts w:cs="Arial"/>
        </w:rPr>
        <w:lastRenderedPageBreak/>
        <w:t>To design and deliver learning programmes that support managers in applying employment legislation, HR policies and best practice.</w:t>
      </w:r>
    </w:p>
    <w:p w14:paraId="7D56641E" w14:textId="77777777" w:rsidR="00A40461" w:rsidRPr="00A40461" w:rsidRDefault="00A40461" w:rsidP="00A40461">
      <w:pPr>
        <w:spacing w:after="0" w:line="240" w:lineRule="auto"/>
        <w:rPr>
          <w:rFonts w:cs="Arial"/>
        </w:rPr>
      </w:pPr>
    </w:p>
    <w:p w14:paraId="2A7059C3" w14:textId="3C68D392"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To work closely with colleagues in HR to ensure training interventions align with HR policies, employee relations practices, employment legislation and organisational priorities, while maintaining up to date knowledge of relevant case law and legislative developments to ensure training content remains accurate, current and supported by practical work examples.</w:t>
      </w:r>
    </w:p>
    <w:p w14:paraId="5D7FA648" w14:textId="77777777" w:rsidR="00B90F83" w:rsidRPr="00A40461" w:rsidRDefault="00B90F83" w:rsidP="00B90F83">
      <w:pPr>
        <w:spacing w:after="0" w:line="240" w:lineRule="auto"/>
        <w:rPr>
          <w:rFonts w:cs="Arial"/>
        </w:rPr>
      </w:pPr>
    </w:p>
    <w:p w14:paraId="5F999753" w14:textId="4AD7F454"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To use practical experience of managing HR casework to develop realistic, scenario-based learning resources and workshops.</w:t>
      </w:r>
    </w:p>
    <w:p w14:paraId="78E43624" w14:textId="77777777" w:rsidR="00B90F83" w:rsidRPr="00A40461" w:rsidRDefault="00B90F83" w:rsidP="00B90F83">
      <w:pPr>
        <w:spacing w:after="0" w:line="240" w:lineRule="auto"/>
        <w:rPr>
          <w:rFonts w:cs="Arial"/>
        </w:rPr>
      </w:pPr>
    </w:p>
    <w:p w14:paraId="559DA427" w14:textId="256DADD9"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To support the organisation in reducing formal employee relations cases through effective manager development and early intervention strategies.</w:t>
      </w:r>
    </w:p>
    <w:p w14:paraId="2312CE30" w14:textId="77777777" w:rsidR="00B90F83" w:rsidRPr="00A40461" w:rsidRDefault="00B90F83" w:rsidP="00B90F83">
      <w:pPr>
        <w:spacing w:after="0" w:line="240" w:lineRule="auto"/>
        <w:rPr>
          <w:rFonts w:cs="Arial"/>
        </w:rPr>
      </w:pPr>
    </w:p>
    <w:p w14:paraId="31BE02A1" w14:textId="5D46149A"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 xml:space="preserve">Identify and share key themes, trends, feedback and recurring questions arising from training delivery with the wider HR team to inform continuous improvement and support the development and review of future HR policies, procedures and guidance. </w:t>
      </w:r>
    </w:p>
    <w:p w14:paraId="310D3F3F" w14:textId="77777777" w:rsidR="00B90F83" w:rsidRPr="00A40461" w:rsidRDefault="00B90F83" w:rsidP="00B90F83">
      <w:pPr>
        <w:spacing w:after="0" w:line="240" w:lineRule="auto"/>
        <w:rPr>
          <w:rFonts w:cs="Arial"/>
        </w:rPr>
      </w:pPr>
    </w:p>
    <w:p w14:paraId="443A5B22" w14:textId="06916EEA"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In liaison with EDI specialists, design, deliver and evaluate Equality, Diversity and Inclusion (EDI) learning programmes and awareness initiatives that support the Council's commitment to fostering an inclusive workplace culture and ensuring compliance with equality legislation and best practice.</w:t>
      </w:r>
    </w:p>
    <w:p w14:paraId="299B285E" w14:textId="77777777" w:rsidR="00B90F83" w:rsidRPr="00A40461" w:rsidRDefault="00B90F83" w:rsidP="00B90F83">
      <w:pPr>
        <w:spacing w:after="0" w:line="240" w:lineRule="auto"/>
        <w:rPr>
          <w:rFonts w:cs="Arial"/>
        </w:rPr>
      </w:pPr>
    </w:p>
    <w:p w14:paraId="0DC70085" w14:textId="77777777" w:rsidR="00B90F83" w:rsidRPr="00A40461" w:rsidRDefault="00B90F83" w:rsidP="00B90F83">
      <w:pPr>
        <w:numPr>
          <w:ilvl w:val="0"/>
          <w:numId w:val="26"/>
        </w:numPr>
        <w:tabs>
          <w:tab w:val="clear" w:pos="540"/>
        </w:tabs>
        <w:spacing w:after="0" w:line="240" w:lineRule="auto"/>
        <w:ind w:hanging="540"/>
        <w:rPr>
          <w:rFonts w:cs="Arial"/>
        </w:rPr>
      </w:pPr>
      <w:r w:rsidRPr="00A40461">
        <w:rPr>
          <w:rFonts w:cs="Arial"/>
        </w:rPr>
        <w:t>To manage and maintain the Manager Hub SharePoint site, ensuring managers have access to up-to-date guidance, resources and support materials that complement training delivery, alongside the development of communications and news content to enhance management capability and promote effective leadership.</w:t>
      </w:r>
    </w:p>
    <w:p w14:paraId="2C3559E9" w14:textId="77777777" w:rsidR="00CD45AA" w:rsidRPr="00CD45AA" w:rsidRDefault="00CD45AA" w:rsidP="00CD45AA">
      <w:pPr>
        <w:spacing w:after="0" w:line="240" w:lineRule="auto"/>
        <w:rPr>
          <w:rFonts w:cs="Arial"/>
        </w:rPr>
      </w:pPr>
    </w:p>
    <w:p w14:paraId="74A73157" w14:textId="0B1DB06E" w:rsidR="00CD45AA" w:rsidRDefault="00CD45AA" w:rsidP="00010E31">
      <w:pPr>
        <w:numPr>
          <w:ilvl w:val="0"/>
          <w:numId w:val="26"/>
        </w:numPr>
        <w:tabs>
          <w:tab w:val="clear" w:pos="540"/>
        </w:tabs>
        <w:spacing w:after="0" w:line="240" w:lineRule="auto"/>
        <w:ind w:hanging="540"/>
        <w:rPr>
          <w:rFonts w:cs="Arial"/>
        </w:rPr>
      </w:pPr>
      <w:r>
        <w:rPr>
          <w:rFonts w:cs="Arial"/>
        </w:rPr>
        <w:t>To embrace change and the ability to support others to adjust quickly and effectively to new ways of working</w:t>
      </w:r>
      <w:r w:rsidRPr="00955C49">
        <w:rPr>
          <w:rFonts w:cs="Arial"/>
        </w:rPr>
        <w:t xml:space="preserve">. This includes being flexible, open-minded, and willing to learn and grow in response to </w:t>
      </w:r>
      <w:r>
        <w:rPr>
          <w:rFonts w:cs="Arial"/>
        </w:rPr>
        <w:t>planned or unplanned</w:t>
      </w:r>
      <w:r w:rsidRPr="00955C49">
        <w:rPr>
          <w:rFonts w:cs="Arial"/>
        </w:rPr>
        <w:t xml:space="preserve"> developments</w:t>
      </w:r>
      <w:r>
        <w:rPr>
          <w:rFonts w:cs="Arial"/>
        </w:rPr>
        <w:t>.</w:t>
      </w:r>
    </w:p>
    <w:p w14:paraId="3D950D02" w14:textId="77777777" w:rsidR="00CD45AA" w:rsidRPr="00CD45AA" w:rsidRDefault="00CD45AA" w:rsidP="00A3659E">
      <w:pPr>
        <w:spacing w:after="0" w:line="240" w:lineRule="auto"/>
        <w:rPr>
          <w:rFonts w:cs="Arial"/>
        </w:rPr>
      </w:pPr>
    </w:p>
    <w:p w14:paraId="646CCBE9" w14:textId="16E68E53" w:rsidR="00CD45AA" w:rsidRDefault="00CD45AA" w:rsidP="00010E31">
      <w:pPr>
        <w:numPr>
          <w:ilvl w:val="0"/>
          <w:numId w:val="26"/>
        </w:numPr>
        <w:tabs>
          <w:tab w:val="clear" w:pos="540"/>
        </w:tabs>
        <w:spacing w:after="0" w:line="240" w:lineRule="auto"/>
        <w:ind w:hanging="540"/>
        <w:rPr>
          <w:rFonts w:cs="Arial"/>
        </w:rPr>
      </w:pPr>
      <w:r>
        <w:rPr>
          <w:rFonts w:cs="Arial"/>
        </w:rPr>
        <w:t xml:space="preserve">To embed the Council’s values and behaviours </w:t>
      </w:r>
      <w:r w:rsidRPr="00B26FCF">
        <w:rPr>
          <w:rFonts w:cs="Arial"/>
        </w:rPr>
        <w:t xml:space="preserve">into its culture, operations, and daily practices </w:t>
      </w:r>
      <w:r>
        <w:rPr>
          <w:rFonts w:cs="Arial"/>
        </w:rPr>
        <w:t>to ensure</w:t>
      </w:r>
      <w:r w:rsidRPr="00B26FCF">
        <w:rPr>
          <w:rFonts w:cs="Arial"/>
        </w:rPr>
        <w:t xml:space="preserve"> alignment, consistency, and long-term success</w:t>
      </w:r>
      <w:r>
        <w:rPr>
          <w:rFonts w:cs="Arial"/>
        </w:rPr>
        <w:t>.</w:t>
      </w:r>
    </w:p>
    <w:p w14:paraId="53892942" w14:textId="77777777" w:rsidR="00CD45AA" w:rsidRPr="00CD45AA" w:rsidRDefault="00CD45AA" w:rsidP="00A3659E">
      <w:pPr>
        <w:spacing w:after="0" w:line="240" w:lineRule="auto"/>
        <w:rPr>
          <w:rFonts w:cs="Arial"/>
        </w:rPr>
      </w:pPr>
    </w:p>
    <w:p w14:paraId="34F58589" w14:textId="4B602652" w:rsidR="00CD45AA" w:rsidRDefault="00CD45AA" w:rsidP="00010E31">
      <w:pPr>
        <w:numPr>
          <w:ilvl w:val="0"/>
          <w:numId w:val="26"/>
        </w:numPr>
        <w:tabs>
          <w:tab w:val="clear" w:pos="540"/>
        </w:tabs>
        <w:spacing w:after="0" w:line="240" w:lineRule="auto"/>
        <w:ind w:hanging="540"/>
        <w:rPr>
          <w:rFonts w:cs="Arial"/>
        </w:rPr>
      </w:pPr>
      <w:r>
        <w:rPr>
          <w:rFonts w:cs="Arial"/>
        </w:rPr>
        <w:t>To be innovative with the ability to ‘think differently’ and challenge current behaviours and mindsets.</w:t>
      </w:r>
    </w:p>
    <w:p w14:paraId="3163B1EA" w14:textId="77777777" w:rsidR="00CD45AA" w:rsidRPr="00CD45AA" w:rsidRDefault="00CD45AA" w:rsidP="00A3659E">
      <w:pPr>
        <w:spacing w:after="0" w:line="240" w:lineRule="auto"/>
        <w:rPr>
          <w:rFonts w:cs="Arial"/>
        </w:rPr>
      </w:pPr>
    </w:p>
    <w:p w14:paraId="7D0E42F0" w14:textId="7FE789DE" w:rsidR="00CD45AA" w:rsidRDefault="00CD45AA" w:rsidP="00010E31">
      <w:pPr>
        <w:numPr>
          <w:ilvl w:val="0"/>
          <w:numId w:val="26"/>
        </w:numPr>
        <w:tabs>
          <w:tab w:val="clear" w:pos="540"/>
        </w:tabs>
        <w:spacing w:after="0" w:line="240" w:lineRule="auto"/>
        <w:ind w:hanging="540"/>
        <w:rPr>
          <w:rFonts w:cs="Arial"/>
        </w:rPr>
      </w:pPr>
      <w:r w:rsidRPr="00B24CB7">
        <w:rPr>
          <w:rFonts w:cs="Arial"/>
        </w:rPr>
        <w:t xml:space="preserve">To provide </w:t>
      </w:r>
      <w:r>
        <w:rPr>
          <w:rFonts w:cs="Arial"/>
        </w:rPr>
        <w:t xml:space="preserve">advice, </w:t>
      </w:r>
      <w:r w:rsidRPr="00B24CB7">
        <w:rPr>
          <w:rFonts w:cs="Arial"/>
        </w:rPr>
        <w:t xml:space="preserve">guidance and </w:t>
      </w:r>
      <w:r>
        <w:rPr>
          <w:rFonts w:cs="Arial"/>
        </w:rPr>
        <w:t>recommendations that supports the development of employee practice standards across the organisation.</w:t>
      </w:r>
    </w:p>
    <w:p w14:paraId="6F036AEB" w14:textId="77777777" w:rsidR="00CD45AA" w:rsidRPr="00CD45AA" w:rsidRDefault="00CD45AA" w:rsidP="00A3659E">
      <w:pPr>
        <w:spacing w:after="0" w:line="240" w:lineRule="auto"/>
        <w:rPr>
          <w:rFonts w:cs="Arial"/>
        </w:rPr>
      </w:pPr>
    </w:p>
    <w:p w14:paraId="326A9E75" w14:textId="03491A10" w:rsidR="00CD45AA" w:rsidRDefault="00CD45AA" w:rsidP="00010E31">
      <w:pPr>
        <w:numPr>
          <w:ilvl w:val="0"/>
          <w:numId w:val="26"/>
        </w:numPr>
        <w:tabs>
          <w:tab w:val="clear" w:pos="540"/>
        </w:tabs>
        <w:spacing w:after="0" w:line="240" w:lineRule="auto"/>
        <w:ind w:hanging="540"/>
        <w:rPr>
          <w:rFonts w:cs="Arial"/>
        </w:rPr>
      </w:pPr>
      <w:r w:rsidRPr="00B24CB7">
        <w:rPr>
          <w:rFonts w:cs="Arial"/>
        </w:rPr>
        <w:t xml:space="preserve">To </w:t>
      </w:r>
      <w:r>
        <w:rPr>
          <w:rFonts w:cs="Arial"/>
        </w:rPr>
        <w:t>build strong relationships</w:t>
      </w:r>
      <w:r w:rsidRPr="00B24CB7">
        <w:rPr>
          <w:rFonts w:cs="Arial"/>
        </w:rPr>
        <w:t xml:space="preserve"> and engage with </w:t>
      </w:r>
      <w:r>
        <w:rPr>
          <w:rFonts w:cs="Arial"/>
        </w:rPr>
        <w:t xml:space="preserve">the workforce </w:t>
      </w:r>
      <w:r w:rsidRPr="00B24CB7">
        <w:rPr>
          <w:rFonts w:cs="Arial"/>
        </w:rPr>
        <w:t>to</w:t>
      </w:r>
      <w:r>
        <w:rPr>
          <w:rFonts w:cs="Arial"/>
        </w:rPr>
        <w:t xml:space="preserve"> collaborate and</w:t>
      </w:r>
      <w:r w:rsidRPr="00B24CB7">
        <w:rPr>
          <w:rFonts w:cs="Arial"/>
        </w:rPr>
        <w:t xml:space="preserve"> </w:t>
      </w:r>
      <w:r>
        <w:rPr>
          <w:rFonts w:cs="Arial"/>
        </w:rPr>
        <w:t>co-produce initiatives that are linked to the strategic priorities of the organisation, supporting employee growth and continuous development</w:t>
      </w:r>
      <w:r w:rsidRPr="00B24CB7">
        <w:rPr>
          <w:rFonts w:cs="Arial"/>
        </w:rPr>
        <w:t xml:space="preserve">. </w:t>
      </w:r>
    </w:p>
    <w:p w14:paraId="20E6FBCA" w14:textId="77777777" w:rsidR="00CD45AA" w:rsidRPr="00CD45AA" w:rsidRDefault="00CD45AA" w:rsidP="00A3659E">
      <w:pPr>
        <w:spacing w:after="0" w:line="240" w:lineRule="auto"/>
        <w:rPr>
          <w:rFonts w:cs="Arial"/>
        </w:rPr>
      </w:pPr>
    </w:p>
    <w:p w14:paraId="24315EFB" w14:textId="17E72036" w:rsidR="00CD45AA" w:rsidRDefault="00CD45AA" w:rsidP="00010E31">
      <w:pPr>
        <w:numPr>
          <w:ilvl w:val="0"/>
          <w:numId w:val="26"/>
        </w:numPr>
        <w:tabs>
          <w:tab w:val="clear" w:pos="540"/>
        </w:tabs>
        <w:spacing w:after="0" w:line="240" w:lineRule="auto"/>
        <w:ind w:hanging="540"/>
        <w:rPr>
          <w:rFonts w:cs="Arial"/>
        </w:rPr>
      </w:pPr>
      <w:r>
        <w:rPr>
          <w:rFonts w:cs="Arial"/>
        </w:rPr>
        <w:t>T</w:t>
      </w:r>
      <w:r w:rsidRPr="00B24CB7">
        <w:rPr>
          <w:rFonts w:cs="Arial"/>
        </w:rPr>
        <w:t>o represent the organisation on strategic groups at local, sub regional and regional level.</w:t>
      </w:r>
    </w:p>
    <w:p w14:paraId="50FA70D1" w14:textId="77777777" w:rsidR="00CD45AA" w:rsidRPr="00CD45AA" w:rsidRDefault="00CD45AA" w:rsidP="00A3659E">
      <w:pPr>
        <w:spacing w:after="0" w:line="240" w:lineRule="auto"/>
        <w:rPr>
          <w:rFonts w:cs="Arial"/>
        </w:rPr>
      </w:pPr>
    </w:p>
    <w:p w14:paraId="40B84A3D" w14:textId="26C0B4C2" w:rsidR="00CD45AA" w:rsidRDefault="00CD45AA" w:rsidP="00010E31">
      <w:pPr>
        <w:numPr>
          <w:ilvl w:val="0"/>
          <w:numId w:val="26"/>
        </w:numPr>
        <w:tabs>
          <w:tab w:val="clear" w:pos="540"/>
        </w:tabs>
        <w:spacing w:after="0" w:line="240" w:lineRule="auto"/>
        <w:ind w:hanging="540"/>
        <w:rPr>
          <w:rFonts w:cs="Arial"/>
        </w:rPr>
      </w:pPr>
      <w:r w:rsidRPr="00B24CB7">
        <w:rPr>
          <w:rFonts w:cs="Arial"/>
        </w:rPr>
        <w:t>To manage agreed financial budgets for specialist activities and ensure that resources are used in the most efficient manner</w:t>
      </w:r>
      <w:r>
        <w:rPr>
          <w:rFonts w:cs="Arial"/>
        </w:rPr>
        <w:t>.</w:t>
      </w:r>
    </w:p>
    <w:p w14:paraId="2CCA106C" w14:textId="77777777" w:rsidR="00CD45AA" w:rsidRPr="00CD45AA" w:rsidRDefault="00CD45AA" w:rsidP="00A3659E">
      <w:pPr>
        <w:spacing w:after="0" w:line="240" w:lineRule="auto"/>
        <w:rPr>
          <w:rFonts w:cs="Arial"/>
        </w:rPr>
      </w:pPr>
    </w:p>
    <w:p w14:paraId="7165EF0F" w14:textId="1978FEB0" w:rsidR="00CD45AA" w:rsidRDefault="00CD45AA" w:rsidP="00010E31">
      <w:pPr>
        <w:numPr>
          <w:ilvl w:val="0"/>
          <w:numId w:val="26"/>
        </w:numPr>
        <w:tabs>
          <w:tab w:val="clear" w:pos="540"/>
        </w:tabs>
        <w:spacing w:after="0" w:line="240" w:lineRule="auto"/>
        <w:ind w:hanging="540"/>
        <w:rPr>
          <w:rFonts w:cs="Arial"/>
        </w:rPr>
      </w:pPr>
      <w:r w:rsidRPr="00B24CB7">
        <w:rPr>
          <w:rFonts w:cs="Arial"/>
        </w:rPr>
        <w:t>To manage and upd</w:t>
      </w:r>
      <w:r>
        <w:rPr>
          <w:rFonts w:cs="Arial"/>
        </w:rPr>
        <w:t xml:space="preserve">ate the Learning Management System (LMS).  This includes using the LMS and Excel to interpret both quantitative and qualitative data collection methods for the purpose of reports.  </w:t>
      </w:r>
    </w:p>
    <w:p w14:paraId="1E9A93A1" w14:textId="77777777" w:rsidR="00CD45AA" w:rsidRPr="00CD45AA" w:rsidRDefault="00CD45AA" w:rsidP="00A3659E">
      <w:pPr>
        <w:spacing w:after="0" w:line="240" w:lineRule="auto"/>
        <w:rPr>
          <w:rFonts w:cs="Arial"/>
        </w:rPr>
      </w:pPr>
    </w:p>
    <w:p w14:paraId="4B97243E" w14:textId="26270FED" w:rsidR="00CD45AA" w:rsidRDefault="00CD45AA" w:rsidP="00010E31">
      <w:pPr>
        <w:numPr>
          <w:ilvl w:val="0"/>
          <w:numId w:val="26"/>
        </w:numPr>
        <w:tabs>
          <w:tab w:val="clear" w:pos="540"/>
        </w:tabs>
        <w:spacing w:after="0" w:line="240" w:lineRule="auto"/>
        <w:ind w:hanging="540"/>
        <w:rPr>
          <w:rFonts w:cs="Arial"/>
        </w:rPr>
      </w:pPr>
      <w:r>
        <w:rPr>
          <w:rFonts w:cs="Arial"/>
        </w:rPr>
        <w:t xml:space="preserve">Support the department’s income generation activities through the identification and delivery of learning and development opportunities for external customers such as schools, colleges and universities. </w:t>
      </w:r>
    </w:p>
    <w:p w14:paraId="24DB5E09" w14:textId="77777777" w:rsidR="00CD45AA" w:rsidRPr="00CD45AA" w:rsidRDefault="00CD45AA" w:rsidP="00A3659E">
      <w:pPr>
        <w:spacing w:after="0" w:line="240" w:lineRule="auto"/>
        <w:rPr>
          <w:rFonts w:cs="Arial"/>
        </w:rPr>
      </w:pPr>
    </w:p>
    <w:p w14:paraId="08FBFF98" w14:textId="163C89B2" w:rsidR="00CD45AA" w:rsidRDefault="00CD45AA" w:rsidP="00010E31">
      <w:pPr>
        <w:numPr>
          <w:ilvl w:val="0"/>
          <w:numId w:val="26"/>
        </w:numPr>
        <w:tabs>
          <w:tab w:val="clear" w:pos="540"/>
        </w:tabs>
        <w:spacing w:after="0" w:line="240" w:lineRule="auto"/>
        <w:ind w:hanging="540"/>
        <w:rPr>
          <w:rFonts w:cs="Arial"/>
        </w:rPr>
      </w:pPr>
      <w:r w:rsidRPr="00B24CB7">
        <w:rPr>
          <w:rFonts w:cs="Arial"/>
        </w:rPr>
        <w:t xml:space="preserve">Where relevant, to maintain professional </w:t>
      </w:r>
      <w:r>
        <w:rPr>
          <w:rFonts w:cs="Arial"/>
        </w:rPr>
        <w:t xml:space="preserve">membership </w:t>
      </w:r>
      <w:r w:rsidRPr="00B24CB7">
        <w:rPr>
          <w:rFonts w:cs="Arial"/>
        </w:rPr>
        <w:t xml:space="preserve">status </w:t>
      </w:r>
      <w:r>
        <w:rPr>
          <w:rFonts w:cs="Arial"/>
        </w:rPr>
        <w:t>such as CIPD, CMI, ILM etc.</w:t>
      </w:r>
    </w:p>
    <w:p w14:paraId="6AF5C01B" w14:textId="77777777" w:rsidR="00CD45AA" w:rsidRPr="00CD45AA" w:rsidRDefault="00CD45AA" w:rsidP="00A3659E">
      <w:pPr>
        <w:spacing w:after="0" w:line="240" w:lineRule="auto"/>
        <w:rPr>
          <w:rFonts w:cs="Arial"/>
        </w:rPr>
      </w:pPr>
    </w:p>
    <w:p w14:paraId="182AB459" w14:textId="43A5DF5F" w:rsidR="00CD45AA" w:rsidRDefault="00CD45AA" w:rsidP="00010E31">
      <w:pPr>
        <w:numPr>
          <w:ilvl w:val="0"/>
          <w:numId w:val="26"/>
        </w:numPr>
        <w:tabs>
          <w:tab w:val="clear" w:pos="540"/>
        </w:tabs>
        <w:spacing w:after="0" w:line="240" w:lineRule="auto"/>
        <w:ind w:hanging="540"/>
        <w:rPr>
          <w:rFonts w:cs="Arial"/>
        </w:rPr>
      </w:pPr>
      <w:r>
        <w:rPr>
          <w:rFonts w:cs="Arial"/>
        </w:rPr>
        <w:t xml:space="preserve">To ensure compliance with GDPR when working with a range of Information Systems. This includes the confidentiality, security, and quality of service user and client records. </w:t>
      </w:r>
    </w:p>
    <w:p w14:paraId="6D312212" w14:textId="77777777" w:rsidR="00CD45AA" w:rsidRPr="00CD45AA" w:rsidRDefault="00CD45AA" w:rsidP="00A3659E">
      <w:pPr>
        <w:spacing w:after="0" w:line="240" w:lineRule="auto"/>
        <w:rPr>
          <w:rFonts w:cs="Arial"/>
        </w:rPr>
      </w:pPr>
    </w:p>
    <w:p w14:paraId="21B23E36" w14:textId="028F9521" w:rsidR="00CD45AA" w:rsidRDefault="00CD45AA" w:rsidP="00010E31">
      <w:pPr>
        <w:numPr>
          <w:ilvl w:val="0"/>
          <w:numId w:val="26"/>
        </w:numPr>
        <w:tabs>
          <w:tab w:val="clear" w:pos="540"/>
        </w:tabs>
        <w:spacing w:after="0" w:line="240" w:lineRule="auto"/>
        <w:ind w:hanging="540"/>
        <w:rPr>
          <w:rFonts w:cs="Arial"/>
        </w:rPr>
      </w:pPr>
      <w:r w:rsidRPr="002C553C">
        <w:rPr>
          <w:rFonts w:cs="Arial"/>
        </w:rPr>
        <w:t xml:space="preserve">Ensure the Council’s Equality and Diversity </w:t>
      </w:r>
      <w:r>
        <w:rPr>
          <w:rFonts w:cs="Arial"/>
        </w:rPr>
        <w:t>p</w:t>
      </w:r>
      <w:r w:rsidRPr="002C553C">
        <w:rPr>
          <w:rFonts w:cs="Arial"/>
        </w:rPr>
        <w:t>olicies are adhered to.</w:t>
      </w:r>
    </w:p>
    <w:p w14:paraId="3F5502CD" w14:textId="77777777" w:rsidR="00CD45AA" w:rsidRPr="00CD45AA" w:rsidRDefault="00CD45AA" w:rsidP="00A3659E">
      <w:pPr>
        <w:spacing w:after="0" w:line="240" w:lineRule="auto"/>
        <w:rPr>
          <w:rFonts w:cs="Arial"/>
        </w:rPr>
      </w:pPr>
    </w:p>
    <w:p w14:paraId="5AB76681" w14:textId="542D9870" w:rsidR="00CD45AA" w:rsidRDefault="00CD45AA" w:rsidP="00010E31">
      <w:pPr>
        <w:numPr>
          <w:ilvl w:val="0"/>
          <w:numId w:val="26"/>
        </w:numPr>
        <w:tabs>
          <w:tab w:val="clear" w:pos="540"/>
        </w:tabs>
        <w:spacing w:after="0" w:line="240" w:lineRule="auto"/>
        <w:ind w:hanging="540"/>
        <w:rPr>
          <w:rFonts w:cs="Arial"/>
        </w:rPr>
      </w:pPr>
      <w:r w:rsidRPr="00B24CB7">
        <w:rPr>
          <w:rFonts w:cs="Arial"/>
        </w:rPr>
        <w:t>To deputise for the manager as required</w:t>
      </w:r>
      <w:r>
        <w:rPr>
          <w:rFonts w:cs="Arial"/>
        </w:rPr>
        <w:t>.</w:t>
      </w:r>
    </w:p>
    <w:p w14:paraId="0795B4F2" w14:textId="77777777" w:rsidR="00CD45AA" w:rsidRPr="00CD45AA" w:rsidRDefault="00CD45AA" w:rsidP="00A3659E">
      <w:pPr>
        <w:spacing w:after="0" w:line="240" w:lineRule="auto"/>
        <w:rPr>
          <w:rFonts w:cs="Arial"/>
        </w:rPr>
      </w:pPr>
    </w:p>
    <w:p w14:paraId="2FC3F1C5" w14:textId="77777777" w:rsidR="00CD45AA" w:rsidRPr="00CD45AA" w:rsidRDefault="00CD45AA" w:rsidP="00010E31">
      <w:pPr>
        <w:numPr>
          <w:ilvl w:val="0"/>
          <w:numId w:val="26"/>
        </w:numPr>
        <w:tabs>
          <w:tab w:val="clear" w:pos="540"/>
        </w:tabs>
        <w:spacing w:after="0" w:line="240" w:lineRule="auto"/>
        <w:ind w:hanging="540"/>
        <w:rPr>
          <w:rFonts w:cs="Arial"/>
          <w:bCs/>
          <w:caps/>
        </w:rPr>
      </w:pPr>
      <w:r w:rsidRPr="002C553C">
        <w:rPr>
          <w:rFonts w:cs="Arial"/>
        </w:rPr>
        <w:t xml:space="preserve">To undertake all other duties as required and commensurate to the post. This may involve working with other departments and teams from across the Council. </w:t>
      </w:r>
    </w:p>
    <w:p w14:paraId="076567AB" w14:textId="77777777" w:rsidR="00CD45AA" w:rsidRDefault="00CD45AA" w:rsidP="00A3659E">
      <w:pPr>
        <w:spacing w:after="0" w:line="240" w:lineRule="auto"/>
        <w:rPr>
          <w:rFonts w:cs="Arial"/>
        </w:rPr>
      </w:pPr>
    </w:p>
    <w:p w14:paraId="2508221E" w14:textId="77777777" w:rsidR="00CD45AA" w:rsidRDefault="00CD45AA" w:rsidP="00A3659E">
      <w:pPr>
        <w:spacing w:after="0" w:line="240" w:lineRule="auto"/>
        <w:rPr>
          <w:rFonts w:cs="Arial"/>
          <w:b/>
          <w:bCs/>
        </w:rPr>
      </w:pPr>
      <w:r w:rsidRPr="00A02944">
        <w:rPr>
          <w:rFonts w:cs="Arial"/>
          <w:b/>
          <w:bCs/>
        </w:rPr>
        <w:t>Special Conditions</w:t>
      </w:r>
    </w:p>
    <w:p w14:paraId="4411AF24" w14:textId="77777777" w:rsidR="00CD45AA" w:rsidRPr="00A02944" w:rsidRDefault="00CD45AA" w:rsidP="00A3659E">
      <w:pPr>
        <w:spacing w:after="0" w:line="240" w:lineRule="auto"/>
        <w:rPr>
          <w:rFonts w:cs="Arial"/>
          <w:b/>
          <w:bCs/>
        </w:rPr>
      </w:pPr>
    </w:p>
    <w:p w14:paraId="7578D489" w14:textId="77777777" w:rsidR="00CD45AA" w:rsidRDefault="00CD45AA" w:rsidP="00010E31">
      <w:pPr>
        <w:numPr>
          <w:ilvl w:val="0"/>
          <w:numId w:val="24"/>
        </w:numPr>
        <w:spacing w:after="0" w:line="240" w:lineRule="auto"/>
        <w:rPr>
          <w:rFonts w:cs="Arial"/>
        </w:rPr>
      </w:pPr>
      <w:r w:rsidRPr="00A02944">
        <w:rPr>
          <w:rFonts w:cs="Arial"/>
        </w:rPr>
        <w:t>The post holder must comply with the Council’s Equal Opportunities and Health &amp; Safety policies.</w:t>
      </w:r>
    </w:p>
    <w:p w14:paraId="377E9184" w14:textId="77777777" w:rsidR="00CD45AA" w:rsidRPr="00A02944" w:rsidRDefault="00CD45AA" w:rsidP="00A3659E">
      <w:pPr>
        <w:spacing w:after="0" w:line="240" w:lineRule="auto"/>
        <w:ind w:left="720"/>
        <w:rPr>
          <w:rFonts w:cs="Arial"/>
        </w:rPr>
      </w:pPr>
    </w:p>
    <w:p w14:paraId="0DA157A3" w14:textId="77777777" w:rsidR="00CD45AA" w:rsidRDefault="00CD45AA" w:rsidP="00010E31">
      <w:pPr>
        <w:numPr>
          <w:ilvl w:val="0"/>
          <w:numId w:val="24"/>
        </w:numPr>
        <w:spacing w:after="0" w:line="240" w:lineRule="auto"/>
        <w:rPr>
          <w:rFonts w:cs="Arial"/>
        </w:rPr>
      </w:pPr>
      <w:r w:rsidRPr="00A02944">
        <w:rPr>
          <w:rFonts w:cs="Arial"/>
        </w:rPr>
        <w:t>Flexible working will be required to meet service needs.</w:t>
      </w:r>
    </w:p>
    <w:p w14:paraId="01ABC429" w14:textId="77777777" w:rsidR="00CD45AA" w:rsidRPr="00A02944" w:rsidRDefault="00CD45AA" w:rsidP="00A3659E">
      <w:pPr>
        <w:spacing w:after="0" w:line="240" w:lineRule="auto"/>
        <w:rPr>
          <w:rFonts w:cs="Arial"/>
        </w:rPr>
      </w:pPr>
    </w:p>
    <w:p w14:paraId="3591185C" w14:textId="77777777" w:rsidR="00CD45AA" w:rsidRPr="00A02944" w:rsidRDefault="00CD45AA" w:rsidP="00010E31">
      <w:pPr>
        <w:numPr>
          <w:ilvl w:val="0"/>
          <w:numId w:val="24"/>
        </w:numPr>
        <w:spacing w:after="0" w:line="240" w:lineRule="auto"/>
        <w:rPr>
          <w:rFonts w:cs="Arial"/>
        </w:rPr>
      </w:pPr>
      <w:r w:rsidRPr="00A02944">
        <w:rPr>
          <w:rFonts w:cs="Arial"/>
        </w:rPr>
        <w:t>The role involves handling confidential information and requires adherence to data protection legislation.</w:t>
      </w:r>
    </w:p>
    <w:p w14:paraId="48E44B63" w14:textId="77777777" w:rsidR="00CD45AA" w:rsidRDefault="00CD45AA" w:rsidP="00A3659E">
      <w:pPr>
        <w:spacing w:after="0" w:line="240" w:lineRule="auto"/>
        <w:rPr>
          <w:rFonts w:cs="Arial"/>
          <w:bCs/>
          <w:caps/>
        </w:rPr>
        <w:sectPr w:rsidR="00CD45AA" w:rsidSect="0070113D">
          <w:headerReference w:type="default" r:id="rId30"/>
          <w:footerReference w:type="default" r:id="rId31"/>
          <w:pgSz w:w="11906" w:h="16838" w:code="9"/>
          <w:pgMar w:top="851" w:right="1134" w:bottom="851" w:left="1134" w:header="709" w:footer="709" w:gutter="0"/>
          <w:paperSrc w:first="86" w:other="86"/>
          <w:pgNumType w:start="1"/>
          <w:cols w:space="708"/>
          <w:docGrid w:linePitch="360"/>
        </w:sectPr>
      </w:pPr>
    </w:p>
    <w:p w14:paraId="4F671BB2" w14:textId="77777777" w:rsidR="009B2283" w:rsidRDefault="009B2283" w:rsidP="00A3659E">
      <w:pPr>
        <w:spacing w:after="0" w:line="240" w:lineRule="auto"/>
        <w:rPr>
          <w:rFonts w:cs="Arial"/>
        </w:rPr>
      </w:pPr>
    </w:p>
    <w:p w14:paraId="79DEFAA1" w14:textId="5BB945A1" w:rsidR="009B2283" w:rsidRDefault="009B2283" w:rsidP="00A3659E">
      <w:pPr>
        <w:spacing w:after="0" w:line="240" w:lineRule="auto"/>
        <w:rPr>
          <w:b/>
          <w:bCs/>
        </w:rPr>
      </w:pPr>
      <w:r>
        <w:rPr>
          <w:b/>
          <w:bCs/>
        </w:rPr>
        <w:t>Organisation Chart</w:t>
      </w:r>
      <w:r w:rsidRPr="009B2283">
        <w:rPr>
          <w:b/>
          <w:bCs/>
        </w:rPr>
        <w:t>:</w:t>
      </w:r>
    </w:p>
    <w:p w14:paraId="3C2F7570" w14:textId="77777777" w:rsidR="00F70C5D" w:rsidRDefault="00F70C5D" w:rsidP="00A3659E">
      <w:pPr>
        <w:spacing w:after="0" w:line="240" w:lineRule="auto"/>
        <w:rPr>
          <w:b/>
          <w:bCs/>
        </w:rPr>
      </w:pPr>
    </w:p>
    <w:p w14:paraId="7288ED36" w14:textId="05ED780F" w:rsidR="00F70C5D" w:rsidRPr="009B2283" w:rsidRDefault="00F70C5D" w:rsidP="00A3659E">
      <w:pPr>
        <w:spacing w:after="0" w:line="240" w:lineRule="auto"/>
        <w:rPr>
          <w:rFonts w:cs="Arial"/>
        </w:rPr>
      </w:pPr>
      <w:r w:rsidRPr="00F70C5D">
        <w:rPr>
          <w:rFonts w:cs="Arial"/>
          <w:noProof/>
        </w:rPr>
        <w:drawing>
          <wp:inline distT="0" distB="0" distL="0" distR="0" wp14:anchorId="02239079" wp14:editId="385FF1ED">
            <wp:extent cx="5486400" cy="1868170"/>
            <wp:effectExtent l="0" t="0" r="0" b="0"/>
            <wp:docPr id="1746017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17289" name=""/>
                    <pic:cNvPicPr/>
                  </pic:nvPicPr>
                  <pic:blipFill>
                    <a:blip r:embed="rId32"/>
                    <a:stretch>
                      <a:fillRect/>
                    </a:stretch>
                  </pic:blipFill>
                  <pic:spPr>
                    <a:xfrm>
                      <a:off x="0" y="0"/>
                      <a:ext cx="5486400" cy="1868170"/>
                    </a:xfrm>
                    <a:prstGeom prst="rect">
                      <a:avLst/>
                    </a:prstGeom>
                  </pic:spPr>
                </pic:pic>
              </a:graphicData>
            </a:graphic>
          </wp:inline>
        </w:drawing>
      </w:r>
    </w:p>
    <w:p w14:paraId="280937DD" w14:textId="77777777" w:rsidR="0037154A" w:rsidRDefault="0037154A" w:rsidP="00A3659E">
      <w:pPr>
        <w:spacing w:after="0" w:line="240" w:lineRule="auto"/>
        <w:rPr>
          <w:rFonts w:cs="Arial"/>
          <w:noProof/>
        </w:rPr>
      </w:pPr>
    </w:p>
    <w:p w14:paraId="03757278" w14:textId="54822274" w:rsidR="0037154A" w:rsidRDefault="0037154A" w:rsidP="00A3659E">
      <w:pPr>
        <w:spacing w:after="0" w:line="240" w:lineRule="auto"/>
        <w:rPr>
          <w:rFonts w:cs="Arial"/>
          <w:b/>
          <w:bCs/>
          <w:noProof/>
          <w:u w:val="single"/>
        </w:rPr>
      </w:pPr>
      <w:r w:rsidRPr="0037154A">
        <w:rPr>
          <w:rFonts w:cs="Arial"/>
          <w:b/>
          <w:bCs/>
          <w:noProof/>
          <w:u w:val="single"/>
        </w:rPr>
        <w:t>SPECIAL CONDITIONS</w:t>
      </w:r>
    </w:p>
    <w:p w14:paraId="1D60C6EB" w14:textId="77777777" w:rsidR="00A3659E" w:rsidRPr="0037154A" w:rsidRDefault="00A3659E" w:rsidP="00A3659E">
      <w:pPr>
        <w:spacing w:after="0" w:line="240" w:lineRule="auto"/>
        <w:rPr>
          <w:rFonts w:cs="Arial"/>
          <w:b/>
          <w:bCs/>
          <w:noProof/>
          <w:u w:val="single"/>
        </w:rPr>
      </w:pPr>
    </w:p>
    <w:p w14:paraId="7BACAEEF" w14:textId="7177D829" w:rsidR="0037154A" w:rsidRPr="0037154A" w:rsidRDefault="0037154A" w:rsidP="00A3659E">
      <w:pPr>
        <w:spacing w:after="0" w:line="240" w:lineRule="auto"/>
        <w:rPr>
          <w:rFonts w:cs="Arial"/>
          <w:noProof/>
        </w:rPr>
      </w:pPr>
      <w:r w:rsidRPr="0037154A">
        <w:rPr>
          <w:rFonts w:cs="Arial"/>
          <w:noProof/>
        </w:rPr>
        <w:t>The Authority has approved a policy on Equal Opportunities in Employment and copies are freely available to all employees.</w:t>
      </w:r>
    </w:p>
    <w:p w14:paraId="240E26F7" w14:textId="0E6CE848" w:rsidR="0037154A" w:rsidRPr="0037154A" w:rsidRDefault="0037154A" w:rsidP="00A3659E">
      <w:pPr>
        <w:spacing w:after="0" w:line="240" w:lineRule="auto"/>
        <w:rPr>
          <w:rFonts w:cs="Arial"/>
          <w:noProof/>
        </w:rPr>
      </w:pPr>
      <w:r w:rsidRPr="0037154A">
        <w:rPr>
          <w:rFonts w:cs="Arial"/>
          <w:noProof/>
        </w:rPr>
        <w:t>All staff are responsible for the implementation of the Health and Safety Policy so far as it affects them, their colleagues and others who may be affected by their work.  The post holder is also expected to monitor the effectiveness of the health and safety arrangements and systems to ensure that appropriate improvements are made where necessary.</w:t>
      </w:r>
    </w:p>
    <w:p w14:paraId="3DF7DE15" w14:textId="77777777" w:rsidR="00A3659E" w:rsidRDefault="00A3659E" w:rsidP="00A3659E">
      <w:pPr>
        <w:spacing w:after="0" w:line="240" w:lineRule="auto"/>
        <w:rPr>
          <w:rFonts w:cs="Arial"/>
          <w:b/>
          <w:bCs/>
          <w:noProof/>
          <w:u w:val="single"/>
        </w:rPr>
      </w:pPr>
    </w:p>
    <w:p w14:paraId="79D3E446" w14:textId="1C8F3BDA" w:rsidR="0037154A" w:rsidRDefault="0037154A" w:rsidP="00A3659E">
      <w:pPr>
        <w:spacing w:after="0" w:line="240" w:lineRule="auto"/>
        <w:rPr>
          <w:rFonts w:cs="Arial"/>
          <w:b/>
          <w:bCs/>
          <w:noProof/>
          <w:u w:val="single"/>
        </w:rPr>
      </w:pPr>
      <w:r w:rsidRPr="0037154A">
        <w:rPr>
          <w:rFonts w:cs="Arial"/>
          <w:b/>
          <w:bCs/>
          <w:noProof/>
          <w:u w:val="single"/>
        </w:rPr>
        <w:t xml:space="preserve">GENERAL </w:t>
      </w:r>
    </w:p>
    <w:p w14:paraId="58496E2C" w14:textId="77777777" w:rsidR="00A3659E" w:rsidRPr="0037154A" w:rsidRDefault="00A3659E" w:rsidP="00A3659E">
      <w:pPr>
        <w:spacing w:after="0" w:line="240" w:lineRule="auto"/>
        <w:rPr>
          <w:rFonts w:cs="Arial"/>
          <w:b/>
          <w:bCs/>
          <w:noProof/>
          <w:u w:val="single"/>
        </w:rPr>
      </w:pPr>
    </w:p>
    <w:p w14:paraId="21DF2652" w14:textId="63E18279" w:rsidR="0037154A" w:rsidRPr="0037154A" w:rsidRDefault="0037154A" w:rsidP="00A3659E">
      <w:pPr>
        <w:spacing w:after="0" w:line="240" w:lineRule="auto"/>
        <w:rPr>
          <w:rFonts w:cs="Arial"/>
          <w:noProof/>
        </w:rPr>
      </w:pPr>
      <w:r w:rsidRPr="0037154A">
        <w:rPr>
          <w:rFonts w:cs="Arial"/>
          <w:noProof/>
        </w:rPr>
        <w:t>This job description is a representative document.  Other reasonably similar duties may be allocated from time to time commensurate with the general character of the post and it’s grading.</w:t>
      </w:r>
    </w:p>
    <w:p w14:paraId="5F17A688" w14:textId="08D23AE5" w:rsidR="0037154A" w:rsidRDefault="0037154A" w:rsidP="00A3659E">
      <w:pPr>
        <w:spacing w:after="0" w:line="240" w:lineRule="auto"/>
        <w:rPr>
          <w:rFonts w:cs="Arial"/>
          <w:noProof/>
        </w:rPr>
      </w:pPr>
      <w:r w:rsidRPr="0037154A">
        <w:rPr>
          <w:rFonts w:cs="Arial"/>
          <w:noProof/>
        </w:rPr>
        <w:t>All staff are responsible for the implementation of the Health and Safety Policy as far as it affects them, colleagues and others who may be affected by their work.  The post holder is also expected to monitor the effectiveness of the health and safety arrangements and systems to ensure appropriate improvements are made where necessary.</w:t>
      </w:r>
    </w:p>
    <w:p w14:paraId="6EA35287" w14:textId="77777777" w:rsidR="00A3659E" w:rsidRPr="0037154A" w:rsidRDefault="00A3659E" w:rsidP="00A3659E">
      <w:pPr>
        <w:spacing w:after="0" w:line="240" w:lineRule="auto"/>
        <w:rPr>
          <w:rFonts w:cs="Arial"/>
          <w:noProof/>
        </w:rPr>
      </w:pPr>
    </w:p>
    <w:p w14:paraId="1F7A3D08" w14:textId="77777777" w:rsidR="00A3659E" w:rsidRDefault="0037154A" w:rsidP="00A3659E">
      <w:pPr>
        <w:spacing w:after="0" w:line="240" w:lineRule="auto"/>
        <w:rPr>
          <w:rFonts w:cs="Arial"/>
          <w:noProof/>
        </w:rPr>
      </w:pPr>
      <w:r w:rsidRPr="0037154A">
        <w:rPr>
          <w:rFonts w:cs="Arial"/>
          <w:noProof/>
        </w:rPr>
        <w:t>The Authority has an approved equality policy in employment and copies are freely available to all employees.  The post holder will be expected to comply, observe and promote the equality policies of the Council.</w:t>
      </w:r>
    </w:p>
    <w:p w14:paraId="7B2ED32A" w14:textId="77777777" w:rsidR="00A3659E" w:rsidRDefault="00A3659E" w:rsidP="00A3659E">
      <w:pPr>
        <w:spacing w:after="0" w:line="240" w:lineRule="auto"/>
        <w:rPr>
          <w:rFonts w:cs="Arial"/>
          <w:noProof/>
        </w:rPr>
      </w:pPr>
    </w:p>
    <w:p w14:paraId="4A2EB790" w14:textId="77777777" w:rsidR="00A3659E" w:rsidRDefault="0037154A" w:rsidP="00A3659E">
      <w:pPr>
        <w:spacing w:after="0" w:line="240" w:lineRule="auto"/>
        <w:rPr>
          <w:rFonts w:cs="Arial"/>
          <w:noProof/>
        </w:rPr>
      </w:pPr>
      <w:r w:rsidRPr="0037154A">
        <w:rPr>
          <w:rFonts w:cs="Arial"/>
          <w:noProof/>
        </w:rPr>
        <w:t>Since confidential information is involved with the duties of this post, the post holder will be required to exercise discretion at all times and to observe relevant codes of practice and legislation in relation to data protection and personal information.</w:t>
      </w:r>
    </w:p>
    <w:p w14:paraId="57E2381B" w14:textId="77777777" w:rsidR="00A3659E" w:rsidRDefault="00A3659E" w:rsidP="00A3659E">
      <w:pPr>
        <w:spacing w:after="0" w:line="240" w:lineRule="auto"/>
        <w:rPr>
          <w:rFonts w:cs="Arial"/>
          <w:noProof/>
        </w:rPr>
      </w:pPr>
    </w:p>
    <w:p w14:paraId="03682E00" w14:textId="7D44EA6C" w:rsidR="0037154A" w:rsidRPr="0037154A" w:rsidRDefault="0037154A" w:rsidP="00A3659E">
      <w:pPr>
        <w:spacing w:after="0" w:line="240" w:lineRule="auto"/>
        <w:rPr>
          <w:rFonts w:cs="Arial"/>
          <w:noProof/>
        </w:rPr>
      </w:pPr>
      <w:r w:rsidRPr="0037154A">
        <w:rPr>
          <w:rFonts w:cs="Arial"/>
          <w:noProof/>
        </w:rPr>
        <w:t>Undertake, and participate in training, coaching and development activities, as appropriate.</w:t>
      </w:r>
    </w:p>
    <w:p w14:paraId="39DF6131" w14:textId="652BA6A0" w:rsidR="0037154A" w:rsidRPr="0037154A" w:rsidRDefault="0037154A" w:rsidP="0037154A">
      <w:pPr>
        <w:rPr>
          <w:rFonts w:cs="Arial"/>
          <w:noProof/>
        </w:rPr>
      </w:pPr>
      <w:r w:rsidRPr="0037154A">
        <w:rPr>
          <w:rFonts w:cs="Arial"/>
          <w:noProof/>
        </w:rPr>
        <w:lastRenderedPageBreak/>
        <w:t xml:space="preserve">Note: </w:t>
      </w:r>
      <w:r w:rsidRPr="0037154A">
        <w:rPr>
          <w:rFonts w:cs="Arial"/>
          <w:noProof/>
        </w:rPr>
        <w:tab/>
        <w:t xml:space="preserve">Where the post-holder is disabled, every effort will be made to support all necessary aids, adaptations or equipment to allow them to carry out all the duties of the job.  </w:t>
      </w:r>
    </w:p>
    <w:p w14:paraId="29B0478A" w14:textId="7A9893EC" w:rsidR="0037154A" w:rsidRPr="004A60ED" w:rsidRDefault="0037154A" w:rsidP="0037154A">
      <w:pPr>
        <w:rPr>
          <w:rFonts w:cs="Arial"/>
          <w:b/>
          <w:bCs/>
          <w:noProof/>
          <w:u w:val="single"/>
        </w:rPr>
      </w:pPr>
      <w:r w:rsidRPr="004A60ED">
        <w:rPr>
          <w:rFonts w:cs="Arial"/>
          <w:b/>
          <w:bCs/>
          <w:noProof/>
          <w:u w:val="single"/>
        </w:rPr>
        <w:t xml:space="preserve">Prepared by </w:t>
      </w:r>
    </w:p>
    <w:p w14:paraId="6AB53406" w14:textId="77777777" w:rsidR="0037154A" w:rsidRPr="0037154A" w:rsidRDefault="0037154A" w:rsidP="0037154A">
      <w:pPr>
        <w:rPr>
          <w:rFonts w:cs="Arial"/>
          <w:noProof/>
        </w:rPr>
      </w:pPr>
      <w:r w:rsidRPr="0037154A">
        <w:rPr>
          <w:rFonts w:cs="Arial"/>
          <w:noProof/>
        </w:rPr>
        <w:t>Name:</w:t>
      </w:r>
      <w:r w:rsidRPr="0037154A">
        <w:rPr>
          <w:rFonts w:cs="Arial"/>
          <w:noProof/>
        </w:rPr>
        <w:tab/>
      </w:r>
      <w:r w:rsidRPr="0037154A">
        <w:rPr>
          <w:rFonts w:cs="Arial"/>
          <w:noProof/>
        </w:rPr>
        <w:tab/>
      </w:r>
      <w:r w:rsidRPr="0037154A">
        <w:rPr>
          <w:rFonts w:cs="Arial"/>
          <w:noProof/>
        </w:rPr>
        <w:tab/>
      </w:r>
      <w:r w:rsidRPr="0037154A">
        <w:rPr>
          <w:rFonts w:cs="Arial"/>
          <w:noProof/>
        </w:rPr>
        <w:tab/>
        <w:t xml:space="preserve">Michael Mainwaring </w:t>
      </w:r>
    </w:p>
    <w:p w14:paraId="4499C18A" w14:textId="0389FFD4" w:rsidR="0037154A" w:rsidRPr="0037154A" w:rsidRDefault="0037154A" w:rsidP="0037154A">
      <w:pPr>
        <w:rPr>
          <w:rFonts w:cs="Arial"/>
          <w:noProof/>
        </w:rPr>
      </w:pPr>
      <w:r w:rsidRPr="0037154A">
        <w:rPr>
          <w:rFonts w:cs="Arial"/>
          <w:noProof/>
        </w:rPr>
        <w:t>Designation:</w:t>
      </w:r>
      <w:r w:rsidRPr="0037154A">
        <w:rPr>
          <w:rFonts w:cs="Arial"/>
          <w:noProof/>
        </w:rPr>
        <w:tab/>
      </w:r>
      <w:r w:rsidRPr="0037154A">
        <w:rPr>
          <w:rFonts w:cs="Arial"/>
          <w:noProof/>
        </w:rPr>
        <w:tab/>
      </w:r>
      <w:r w:rsidRPr="0037154A">
        <w:rPr>
          <w:rFonts w:cs="Arial"/>
          <w:noProof/>
        </w:rPr>
        <w:tab/>
        <w:t xml:space="preserve">Workforce </w:t>
      </w:r>
      <w:r w:rsidR="004A60ED">
        <w:rPr>
          <w:rFonts w:cs="Arial"/>
          <w:noProof/>
        </w:rPr>
        <w:t>and Learning Service Manager</w:t>
      </w:r>
      <w:r w:rsidRPr="0037154A">
        <w:rPr>
          <w:rFonts w:cs="Arial"/>
          <w:noProof/>
        </w:rPr>
        <w:t xml:space="preserve"> </w:t>
      </w:r>
    </w:p>
    <w:p w14:paraId="15ED7904" w14:textId="401E9BBD" w:rsidR="00F70C5D" w:rsidRPr="0037154A" w:rsidRDefault="0037154A" w:rsidP="0037154A">
      <w:pPr>
        <w:rPr>
          <w:rFonts w:cs="Arial"/>
          <w:noProof/>
        </w:rPr>
      </w:pPr>
      <w:r w:rsidRPr="0037154A">
        <w:rPr>
          <w:rFonts w:cs="Arial"/>
          <w:noProof/>
        </w:rPr>
        <w:t>Date:</w:t>
      </w:r>
      <w:r w:rsidRPr="0037154A">
        <w:rPr>
          <w:rFonts w:cs="Arial"/>
          <w:noProof/>
        </w:rPr>
        <w:tab/>
      </w:r>
      <w:r w:rsidRPr="0037154A">
        <w:rPr>
          <w:rFonts w:cs="Arial"/>
          <w:noProof/>
        </w:rPr>
        <w:tab/>
      </w:r>
      <w:r w:rsidRPr="0037154A">
        <w:rPr>
          <w:rFonts w:cs="Arial"/>
          <w:noProof/>
        </w:rPr>
        <w:tab/>
      </w:r>
      <w:r w:rsidRPr="0037154A">
        <w:rPr>
          <w:rFonts w:cs="Arial"/>
          <w:noProof/>
        </w:rPr>
        <w:tab/>
      </w:r>
      <w:r w:rsidR="00B07ABC">
        <w:rPr>
          <w:rFonts w:cs="Arial"/>
          <w:noProof/>
        </w:rPr>
        <w:t>October 2026</w:t>
      </w:r>
      <w:r w:rsidRPr="0037154A">
        <w:rPr>
          <w:rFonts w:cs="Arial"/>
          <w:noProof/>
        </w:rPr>
        <w:t xml:space="preserve">  </w:t>
      </w:r>
    </w:p>
    <w:p w14:paraId="357E2CB7" w14:textId="03D34F58" w:rsidR="00DC6FFA" w:rsidRPr="004A252B" w:rsidRDefault="00E16F88" w:rsidP="0070113D">
      <w:pPr>
        <w:pStyle w:val="Heading2"/>
        <w:rPr>
          <w:rFonts w:ascii="Arial" w:hAnsi="Arial" w:cs="Arial"/>
          <w:color w:val="0070C0"/>
          <w:sz w:val="32"/>
          <w:szCs w:val="32"/>
        </w:rPr>
      </w:pPr>
      <w:r w:rsidRPr="0037154A">
        <w:br w:type="page"/>
      </w:r>
      <w:bookmarkStart w:id="11" w:name="_Toc243637627"/>
      <w:r w:rsidRPr="004A252B">
        <w:rPr>
          <w:rFonts w:ascii="Arial" w:hAnsi="Arial" w:cs="Arial"/>
          <w:color w:val="0070C0"/>
          <w:sz w:val="32"/>
          <w:szCs w:val="32"/>
        </w:rPr>
        <w:lastRenderedPageBreak/>
        <w:t xml:space="preserve">Appendix B </w:t>
      </w:r>
      <w:r w:rsidR="00350C55" w:rsidRPr="004A252B">
        <w:rPr>
          <w:rFonts w:ascii="Arial" w:hAnsi="Arial" w:cs="Arial"/>
          <w:color w:val="0070C0"/>
          <w:sz w:val="32"/>
          <w:szCs w:val="32"/>
        </w:rPr>
        <w:t>–</w:t>
      </w:r>
      <w:r w:rsidR="00300A67" w:rsidRPr="004A252B">
        <w:rPr>
          <w:rFonts w:ascii="Arial" w:hAnsi="Arial" w:cs="Arial"/>
          <w:color w:val="0070C0"/>
          <w:sz w:val="32"/>
          <w:szCs w:val="32"/>
        </w:rPr>
        <w:t xml:space="preserve"> </w:t>
      </w:r>
      <w:r w:rsidR="00E12168" w:rsidRPr="004A252B">
        <w:rPr>
          <w:rFonts w:ascii="Arial" w:hAnsi="Arial" w:cs="Arial"/>
          <w:color w:val="0070C0"/>
          <w:sz w:val="32"/>
          <w:szCs w:val="32"/>
        </w:rPr>
        <w:t>Learning and Development Business Partner (Employee Development)</w:t>
      </w:r>
      <w:r w:rsidR="00DC6FFA" w:rsidRPr="004A252B">
        <w:rPr>
          <w:rFonts w:ascii="Arial" w:hAnsi="Arial" w:cs="Arial"/>
          <w:color w:val="0070C0"/>
          <w:sz w:val="32"/>
          <w:szCs w:val="32"/>
        </w:rPr>
        <w:t xml:space="preserve">: </w:t>
      </w:r>
      <w:r w:rsidRPr="004A252B">
        <w:rPr>
          <w:rFonts w:ascii="Arial" w:hAnsi="Arial" w:cs="Arial"/>
          <w:color w:val="0070C0"/>
          <w:sz w:val="32"/>
          <w:szCs w:val="32"/>
        </w:rPr>
        <w:t>Person Specification</w:t>
      </w:r>
      <w:bookmarkEnd w:id="11"/>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946"/>
        <w:gridCol w:w="1701"/>
        <w:gridCol w:w="1701"/>
      </w:tblGrid>
      <w:tr w:rsidR="00FD6F36" w:rsidRPr="006F5C88" w14:paraId="5DDE8B61" w14:textId="77777777" w:rsidTr="00743BB1">
        <w:trPr>
          <w:trHeight w:val="743"/>
        </w:trPr>
        <w:tc>
          <w:tcPr>
            <w:tcW w:w="5946" w:type="dxa"/>
            <w:shd w:val="clear" w:color="auto" w:fill="FFFFFF" w:themeFill="background1"/>
            <w:vAlign w:val="center"/>
          </w:tcPr>
          <w:p w14:paraId="45A4A07C" w14:textId="77777777" w:rsidR="00FD6F36" w:rsidRPr="006F5C88" w:rsidRDefault="00FD6F36" w:rsidP="00CC017C">
            <w:pPr>
              <w:spacing w:after="0" w:line="240" w:lineRule="auto"/>
              <w:rPr>
                <w:rFonts w:cs="Arial"/>
                <w:b/>
                <w:bCs/>
              </w:rPr>
            </w:pPr>
            <w:r w:rsidRPr="150A0F2B">
              <w:rPr>
                <w:rFonts w:cs="Arial"/>
                <w:b/>
                <w:bCs/>
              </w:rPr>
              <w:t>Personal Attributes Required</w:t>
            </w:r>
          </w:p>
        </w:tc>
        <w:tc>
          <w:tcPr>
            <w:tcW w:w="1701" w:type="dxa"/>
            <w:shd w:val="clear" w:color="auto" w:fill="FFFFFF" w:themeFill="background1"/>
            <w:vAlign w:val="center"/>
          </w:tcPr>
          <w:p w14:paraId="57AD87FE" w14:textId="77777777" w:rsidR="00FD6F36" w:rsidRPr="006F5C88" w:rsidRDefault="00FD6F36" w:rsidP="00CC017C">
            <w:pPr>
              <w:spacing w:after="0" w:line="240" w:lineRule="auto"/>
              <w:jc w:val="center"/>
              <w:rPr>
                <w:rFonts w:cs="Arial"/>
                <w:b/>
                <w:bCs/>
              </w:rPr>
            </w:pPr>
            <w:r w:rsidRPr="150A0F2B">
              <w:rPr>
                <w:rFonts w:cs="Arial"/>
                <w:b/>
                <w:bCs/>
              </w:rPr>
              <w:t>Essential (E) or</w:t>
            </w:r>
          </w:p>
          <w:p w14:paraId="3746F809" w14:textId="77777777" w:rsidR="00FD6F36" w:rsidRPr="006F5C88" w:rsidRDefault="00FD6F36" w:rsidP="00CC017C">
            <w:pPr>
              <w:spacing w:after="0" w:line="240" w:lineRule="auto"/>
              <w:jc w:val="center"/>
              <w:rPr>
                <w:rFonts w:cs="Arial"/>
                <w:b/>
                <w:bCs/>
              </w:rPr>
            </w:pPr>
            <w:r w:rsidRPr="150A0F2B">
              <w:rPr>
                <w:rFonts w:cs="Arial"/>
                <w:b/>
                <w:bCs/>
              </w:rPr>
              <w:t>Desirable (D)</w:t>
            </w:r>
          </w:p>
        </w:tc>
        <w:tc>
          <w:tcPr>
            <w:tcW w:w="1701" w:type="dxa"/>
            <w:shd w:val="clear" w:color="auto" w:fill="FFFFFF" w:themeFill="background1"/>
            <w:vAlign w:val="center"/>
          </w:tcPr>
          <w:p w14:paraId="38A6462A" w14:textId="77777777" w:rsidR="00FD6F36" w:rsidRPr="006F5C88" w:rsidRDefault="00FD6F36" w:rsidP="00CC017C">
            <w:pPr>
              <w:spacing w:after="0" w:line="240" w:lineRule="auto"/>
              <w:jc w:val="center"/>
              <w:rPr>
                <w:rFonts w:cs="Arial"/>
                <w:b/>
                <w:bCs/>
              </w:rPr>
            </w:pPr>
            <w:r w:rsidRPr="150A0F2B">
              <w:rPr>
                <w:rFonts w:cs="Arial"/>
                <w:b/>
                <w:bCs/>
              </w:rPr>
              <w:t>Method of Assessment</w:t>
            </w:r>
          </w:p>
        </w:tc>
      </w:tr>
      <w:tr w:rsidR="009D6E70" w:rsidRPr="006F5C88" w14:paraId="6BDAD2EB" w14:textId="77777777" w:rsidTr="009D6E70">
        <w:trPr>
          <w:trHeight w:val="232"/>
        </w:trPr>
        <w:tc>
          <w:tcPr>
            <w:tcW w:w="9348" w:type="dxa"/>
            <w:gridSpan w:val="3"/>
            <w:shd w:val="clear" w:color="auto" w:fill="FFFFFF" w:themeFill="background1"/>
            <w:vAlign w:val="center"/>
          </w:tcPr>
          <w:p w14:paraId="0A013855" w14:textId="1D1D5479" w:rsidR="009D6E70" w:rsidRPr="150A0F2B" w:rsidRDefault="009D6E70" w:rsidP="00CC017C">
            <w:pPr>
              <w:spacing w:after="0" w:line="240" w:lineRule="auto"/>
              <w:rPr>
                <w:rFonts w:cs="Arial"/>
                <w:b/>
                <w:bCs/>
              </w:rPr>
            </w:pPr>
            <w:r>
              <w:rPr>
                <w:rFonts w:cs="Arial"/>
                <w:b/>
                <w:bCs/>
              </w:rPr>
              <w:t>Qualifications</w:t>
            </w:r>
          </w:p>
        </w:tc>
      </w:tr>
      <w:tr w:rsidR="00FD6F36" w:rsidRPr="006F5C88" w14:paraId="431C0359" w14:textId="77777777" w:rsidTr="00AD30A6">
        <w:trPr>
          <w:trHeight w:val="317"/>
        </w:trPr>
        <w:tc>
          <w:tcPr>
            <w:tcW w:w="5946" w:type="dxa"/>
            <w:shd w:val="clear" w:color="auto" w:fill="FFFFFF" w:themeFill="background1"/>
            <w:vAlign w:val="center"/>
          </w:tcPr>
          <w:p w14:paraId="740E6AA4" w14:textId="73BA92F1" w:rsidR="00FD6F36" w:rsidRPr="000D6218" w:rsidRDefault="00536CDA" w:rsidP="00AD30A6">
            <w:pPr>
              <w:spacing w:after="0" w:line="240" w:lineRule="auto"/>
              <w:rPr>
                <w:rFonts w:cs="Arial"/>
              </w:rPr>
            </w:pPr>
            <w:r w:rsidRPr="005E477B">
              <w:rPr>
                <w:rFonts w:cs="Arial"/>
              </w:rPr>
              <w:t>Educated to Level 5 or equivalent experience.</w:t>
            </w:r>
          </w:p>
        </w:tc>
        <w:tc>
          <w:tcPr>
            <w:tcW w:w="1701" w:type="dxa"/>
            <w:shd w:val="clear" w:color="auto" w:fill="FFFFFF" w:themeFill="background1"/>
            <w:vAlign w:val="center"/>
          </w:tcPr>
          <w:p w14:paraId="681DFE2D" w14:textId="334F27A0" w:rsidR="00FD6F36" w:rsidRPr="000D6218" w:rsidRDefault="000D6218" w:rsidP="00AD30A6">
            <w:pPr>
              <w:spacing w:after="0" w:line="240" w:lineRule="auto"/>
              <w:jc w:val="center"/>
              <w:rPr>
                <w:rFonts w:cs="Arial"/>
              </w:rPr>
            </w:pPr>
            <w:r w:rsidRPr="000D6218">
              <w:rPr>
                <w:rFonts w:cs="Arial"/>
              </w:rPr>
              <w:t>E</w:t>
            </w:r>
          </w:p>
        </w:tc>
        <w:tc>
          <w:tcPr>
            <w:tcW w:w="1701" w:type="dxa"/>
            <w:shd w:val="clear" w:color="auto" w:fill="FFFFFF" w:themeFill="background1"/>
            <w:vAlign w:val="center"/>
          </w:tcPr>
          <w:p w14:paraId="61ACF410" w14:textId="2EE77973" w:rsidR="00FD6F36" w:rsidRPr="000D6218" w:rsidRDefault="000D6218" w:rsidP="00AD30A6">
            <w:pPr>
              <w:spacing w:after="0" w:line="240" w:lineRule="auto"/>
              <w:jc w:val="center"/>
              <w:rPr>
                <w:rFonts w:cs="Arial"/>
              </w:rPr>
            </w:pPr>
            <w:r w:rsidRPr="000D6218">
              <w:rPr>
                <w:rFonts w:cs="Arial"/>
              </w:rPr>
              <w:t>AF/C</w:t>
            </w:r>
          </w:p>
        </w:tc>
      </w:tr>
      <w:tr w:rsidR="002C0371" w:rsidRPr="006F5C88" w14:paraId="74428E39" w14:textId="77777777" w:rsidTr="00AD30A6">
        <w:trPr>
          <w:trHeight w:val="382"/>
        </w:trPr>
        <w:tc>
          <w:tcPr>
            <w:tcW w:w="5946" w:type="dxa"/>
            <w:shd w:val="clear" w:color="auto" w:fill="FFFFFF" w:themeFill="background1"/>
            <w:vAlign w:val="center"/>
          </w:tcPr>
          <w:p w14:paraId="02B73D8A" w14:textId="52D0E35C" w:rsidR="002C0371" w:rsidRPr="150A0F2B" w:rsidRDefault="00380285" w:rsidP="00AD30A6">
            <w:pPr>
              <w:spacing w:after="0" w:line="240" w:lineRule="auto"/>
              <w:rPr>
                <w:rFonts w:cs="Arial"/>
              </w:rPr>
            </w:pPr>
            <w:r w:rsidRPr="005E477B">
              <w:rPr>
                <w:rFonts w:cs="Arial"/>
              </w:rPr>
              <w:t>Willingness to work towards a recognised training and development qualification if not already held.</w:t>
            </w:r>
          </w:p>
        </w:tc>
        <w:tc>
          <w:tcPr>
            <w:tcW w:w="1701" w:type="dxa"/>
            <w:shd w:val="clear" w:color="auto" w:fill="FFFFFF" w:themeFill="background1"/>
            <w:vAlign w:val="center"/>
          </w:tcPr>
          <w:p w14:paraId="4AC092ED" w14:textId="2665F597" w:rsidR="002C0371" w:rsidRDefault="00380285" w:rsidP="00AD30A6">
            <w:pPr>
              <w:spacing w:after="0" w:line="240" w:lineRule="auto"/>
              <w:jc w:val="center"/>
              <w:rPr>
                <w:rFonts w:cs="Arial"/>
              </w:rPr>
            </w:pPr>
            <w:r>
              <w:rPr>
                <w:rFonts w:cs="Arial"/>
              </w:rPr>
              <w:t>E</w:t>
            </w:r>
          </w:p>
        </w:tc>
        <w:tc>
          <w:tcPr>
            <w:tcW w:w="1701" w:type="dxa"/>
            <w:shd w:val="clear" w:color="auto" w:fill="FFFFFF" w:themeFill="background1"/>
            <w:vAlign w:val="center"/>
          </w:tcPr>
          <w:p w14:paraId="58D165FD" w14:textId="4E20C30E" w:rsidR="002C0371" w:rsidRDefault="00380285" w:rsidP="00AD30A6">
            <w:pPr>
              <w:spacing w:after="0" w:line="240" w:lineRule="auto"/>
              <w:jc w:val="center"/>
              <w:rPr>
                <w:rFonts w:cs="Arial"/>
              </w:rPr>
            </w:pPr>
            <w:r>
              <w:rPr>
                <w:rFonts w:cs="Arial"/>
              </w:rPr>
              <w:t>AF/C</w:t>
            </w:r>
          </w:p>
        </w:tc>
      </w:tr>
      <w:tr w:rsidR="000D6218" w:rsidRPr="006F5C88" w14:paraId="2EB467E9" w14:textId="77777777" w:rsidTr="00CC017C">
        <w:trPr>
          <w:trHeight w:val="65"/>
        </w:trPr>
        <w:tc>
          <w:tcPr>
            <w:tcW w:w="5946" w:type="dxa"/>
            <w:shd w:val="clear" w:color="auto" w:fill="FFFFFF" w:themeFill="background1"/>
            <w:vAlign w:val="center"/>
          </w:tcPr>
          <w:p w14:paraId="6D6F41EF" w14:textId="3172C539" w:rsidR="000D6218" w:rsidRDefault="00E575BB" w:rsidP="00CC017C">
            <w:pPr>
              <w:spacing w:after="0" w:line="240" w:lineRule="auto"/>
              <w:rPr>
                <w:rFonts w:cs="Arial"/>
              </w:rPr>
            </w:pPr>
            <w:r w:rsidRPr="150A0F2B">
              <w:rPr>
                <w:rFonts w:cs="Arial"/>
              </w:rPr>
              <w:t>Level 5 or above professional qualification in Coaching and Mentoring.</w:t>
            </w:r>
          </w:p>
        </w:tc>
        <w:tc>
          <w:tcPr>
            <w:tcW w:w="1701" w:type="dxa"/>
            <w:shd w:val="clear" w:color="auto" w:fill="FFFFFF" w:themeFill="background1"/>
            <w:vAlign w:val="center"/>
          </w:tcPr>
          <w:p w14:paraId="60416ED9" w14:textId="1B04DF12" w:rsidR="000D6218" w:rsidRPr="000D6218" w:rsidRDefault="00E575BB" w:rsidP="00CC017C">
            <w:pPr>
              <w:spacing w:after="0" w:line="240" w:lineRule="auto"/>
              <w:jc w:val="center"/>
              <w:rPr>
                <w:rFonts w:cs="Arial"/>
              </w:rPr>
            </w:pPr>
            <w:r>
              <w:rPr>
                <w:rFonts w:cs="Arial"/>
              </w:rPr>
              <w:t>D</w:t>
            </w:r>
          </w:p>
        </w:tc>
        <w:tc>
          <w:tcPr>
            <w:tcW w:w="1701" w:type="dxa"/>
            <w:shd w:val="clear" w:color="auto" w:fill="FFFFFF" w:themeFill="background1"/>
            <w:vAlign w:val="center"/>
          </w:tcPr>
          <w:p w14:paraId="494672F1" w14:textId="012FB74D" w:rsidR="000D6218" w:rsidRPr="000D6218" w:rsidRDefault="00E575BB" w:rsidP="00CC017C">
            <w:pPr>
              <w:spacing w:after="0" w:line="240" w:lineRule="auto"/>
              <w:jc w:val="center"/>
              <w:rPr>
                <w:rFonts w:cs="Arial"/>
              </w:rPr>
            </w:pPr>
            <w:r>
              <w:rPr>
                <w:rFonts w:cs="Arial"/>
              </w:rPr>
              <w:t>AF/C</w:t>
            </w:r>
          </w:p>
        </w:tc>
      </w:tr>
      <w:tr w:rsidR="00E575BB" w:rsidRPr="006F5C88" w14:paraId="5D8FA471" w14:textId="77777777" w:rsidTr="00B90A68">
        <w:trPr>
          <w:trHeight w:val="78"/>
        </w:trPr>
        <w:tc>
          <w:tcPr>
            <w:tcW w:w="5946" w:type="dxa"/>
            <w:shd w:val="clear" w:color="auto" w:fill="FFFFFF" w:themeFill="background1"/>
            <w:vAlign w:val="center"/>
          </w:tcPr>
          <w:p w14:paraId="61DF423B" w14:textId="06352712" w:rsidR="00E575BB" w:rsidRPr="150A0F2B" w:rsidRDefault="009D6E70" w:rsidP="00CC017C">
            <w:pPr>
              <w:spacing w:after="0" w:line="240" w:lineRule="auto"/>
              <w:rPr>
                <w:rFonts w:cs="Arial"/>
              </w:rPr>
            </w:pPr>
            <w:r w:rsidRPr="150A0F2B">
              <w:rPr>
                <w:rFonts w:cs="Arial"/>
              </w:rPr>
              <w:t>Qualified Mental Health First Aider</w:t>
            </w:r>
          </w:p>
        </w:tc>
        <w:tc>
          <w:tcPr>
            <w:tcW w:w="1701" w:type="dxa"/>
            <w:shd w:val="clear" w:color="auto" w:fill="FFFFFF" w:themeFill="background1"/>
            <w:vAlign w:val="center"/>
          </w:tcPr>
          <w:p w14:paraId="4CFCC9B1" w14:textId="31937831" w:rsidR="00E575BB" w:rsidRDefault="009D6E70" w:rsidP="00CC017C">
            <w:pPr>
              <w:spacing w:after="0" w:line="240" w:lineRule="auto"/>
              <w:jc w:val="center"/>
              <w:rPr>
                <w:rFonts w:cs="Arial"/>
              </w:rPr>
            </w:pPr>
            <w:r>
              <w:rPr>
                <w:rFonts w:cs="Arial"/>
              </w:rPr>
              <w:t>D</w:t>
            </w:r>
          </w:p>
        </w:tc>
        <w:tc>
          <w:tcPr>
            <w:tcW w:w="1701" w:type="dxa"/>
            <w:shd w:val="clear" w:color="auto" w:fill="FFFFFF" w:themeFill="background1"/>
            <w:vAlign w:val="center"/>
          </w:tcPr>
          <w:p w14:paraId="18D27999" w14:textId="66963E11" w:rsidR="00E575BB" w:rsidRDefault="009D6E70" w:rsidP="00CC017C">
            <w:pPr>
              <w:spacing w:after="0" w:line="240" w:lineRule="auto"/>
              <w:jc w:val="center"/>
              <w:rPr>
                <w:rFonts w:cs="Arial"/>
              </w:rPr>
            </w:pPr>
            <w:r>
              <w:rPr>
                <w:rFonts w:cs="Arial"/>
              </w:rPr>
              <w:t>AF/C</w:t>
            </w:r>
          </w:p>
        </w:tc>
      </w:tr>
      <w:tr w:rsidR="00842675" w:rsidRPr="006F5C88" w14:paraId="4564D166" w14:textId="77777777" w:rsidTr="00743BB1">
        <w:trPr>
          <w:trHeight w:val="301"/>
        </w:trPr>
        <w:tc>
          <w:tcPr>
            <w:tcW w:w="9348" w:type="dxa"/>
            <w:gridSpan w:val="3"/>
            <w:shd w:val="clear" w:color="auto" w:fill="FFFFFF" w:themeFill="background1"/>
            <w:vAlign w:val="center"/>
          </w:tcPr>
          <w:p w14:paraId="429E13A7" w14:textId="22E635B3" w:rsidR="00842675" w:rsidRDefault="00842675" w:rsidP="00CC017C">
            <w:pPr>
              <w:spacing w:after="0" w:line="240" w:lineRule="auto"/>
              <w:rPr>
                <w:rFonts w:cs="Arial"/>
              </w:rPr>
            </w:pPr>
            <w:r w:rsidRPr="150A0F2B">
              <w:rPr>
                <w:rFonts w:cs="Arial"/>
                <w:b/>
                <w:bCs/>
                <w:u w:val="single"/>
              </w:rPr>
              <w:t>Experience</w:t>
            </w:r>
          </w:p>
        </w:tc>
      </w:tr>
      <w:tr w:rsidR="009D6E70" w:rsidRPr="006F5C88" w14:paraId="064A0F62" w14:textId="77777777" w:rsidTr="00743BB1">
        <w:trPr>
          <w:trHeight w:val="743"/>
        </w:trPr>
        <w:tc>
          <w:tcPr>
            <w:tcW w:w="5946" w:type="dxa"/>
            <w:shd w:val="clear" w:color="auto" w:fill="FFFFFF" w:themeFill="background1"/>
            <w:vAlign w:val="center"/>
          </w:tcPr>
          <w:p w14:paraId="4B004094" w14:textId="126984D9" w:rsidR="009D6E70" w:rsidRPr="150A0F2B" w:rsidRDefault="00E918A1" w:rsidP="00CC017C">
            <w:pPr>
              <w:spacing w:after="0" w:line="240" w:lineRule="auto"/>
              <w:rPr>
                <w:rFonts w:cs="Arial"/>
              </w:rPr>
            </w:pPr>
            <w:r w:rsidRPr="00E918A1">
              <w:rPr>
                <w:rFonts w:cs="Arial"/>
              </w:rPr>
              <w:t>Experience delivering training initiatives which includes both classroom and virtual training, inductions, workshops and action learning sets.</w:t>
            </w:r>
          </w:p>
        </w:tc>
        <w:tc>
          <w:tcPr>
            <w:tcW w:w="1701" w:type="dxa"/>
            <w:shd w:val="clear" w:color="auto" w:fill="FFFFFF" w:themeFill="background1"/>
            <w:vAlign w:val="center"/>
          </w:tcPr>
          <w:p w14:paraId="63BA3AB7" w14:textId="751A2197" w:rsidR="009D6E70" w:rsidRDefault="00E918A1"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7A6B6D39" w14:textId="1E78ED1D" w:rsidR="009D6E70" w:rsidRDefault="00E918A1" w:rsidP="00CC017C">
            <w:pPr>
              <w:spacing w:after="0" w:line="240" w:lineRule="auto"/>
              <w:jc w:val="center"/>
              <w:rPr>
                <w:rFonts w:cs="Arial"/>
              </w:rPr>
            </w:pPr>
            <w:r>
              <w:rPr>
                <w:rFonts w:cs="Arial"/>
              </w:rPr>
              <w:t>AF/I/P</w:t>
            </w:r>
          </w:p>
        </w:tc>
      </w:tr>
      <w:tr w:rsidR="00E918A1" w:rsidRPr="006F5C88" w14:paraId="3C3738C1" w14:textId="77777777" w:rsidTr="00CC017C">
        <w:trPr>
          <w:trHeight w:val="206"/>
        </w:trPr>
        <w:tc>
          <w:tcPr>
            <w:tcW w:w="5946" w:type="dxa"/>
            <w:shd w:val="clear" w:color="auto" w:fill="FFFFFF" w:themeFill="background1"/>
            <w:vAlign w:val="center"/>
          </w:tcPr>
          <w:p w14:paraId="7F6AE510" w14:textId="2215BD32" w:rsidR="00E918A1" w:rsidRPr="00E918A1" w:rsidRDefault="00DE62F5" w:rsidP="00CC017C">
            <w:pPr>
              <w:spacing w:after="0" w:line="240" w:lineRule="auto"/>
              <w:rPr>
                <w:rFonts w:cs="Arial"/>
              </w:rPr>
            </w:pPr>
            <w:r w:rsidRPr="150A0F2B">
              <w:rPr>
                <w:rFonts w:cs="Arial"/>
              </w:rPr>
              <w:t xml:space="preserve">Experience of commissioning, planning delivering and evaluating training events. </w:t>
            </w:r>
          </w:p>
        </w:tc>
        <w:tc>
          <w:tcPr>
            <w:tcW w:w="1701" w:type="dxa"/>
            <w:shd w:val="clear" w:color="auto" w:fill="FFFFFF" w:themeFill="background1"/>
            <w:vAlign w:val="center"/>
          </w:tcPr>
          <w:p w14:paraId="42E28808" w14:textId="3707F53D" w:rsidR="00E918A1" w:rsidRDefault="00DE62F5"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07896012" w14:textId="6E407294" w:rsidR="00E918A1" w:rsidRDefault="00DE62F5" w:rsidP="00CC017C">
            <w:pPr>
              <w:spacing w:after="0" w:line="240" w:lineRule="auto"/>
              <w:jc w:val="center"/>
              <w:rPr>
                <w:rFonts w:cs="Arial"/>
              </w:rPr>
            </w:pPr>
            <w:r>
              <w:rPr>
                <w:rFonts w:cs="Arial"/>
              </w:rPr>
              <w:t>AF/I</w:t>
            </w:r>
          </w:p>
        </w:tc>
      </w:tr>
      <w:tr w:rsidR="00DE62F5" w:rsidRPr="006F5C88" w14:paraId="6722897B" w14:textId="77777777" w:rsidTr="00CC017C">
        <w:trPr>
          <w:trHeight w:val="146"/>
        </w:trPr>
        <w:tc>
          <w:tcPr>
            <w:tcW w:w="5946" w:type="dxa"/>
            <w:shd w:val="clear" w:color="auto" w:fill="FFFFFF" w:themeFill="background1"/>
            <w:vAlign w:val="center"/>
          </w:tcPr>
          <w:p w14:paraId="4092B9AF" w14:textId="51BC1084" w:rsidR="00DE62F5" w:rsidRPr="150A0F2B" w:rsidRDefault="00DD34CC" w:rsidP="00CC017C">
            <w:pPr>
              <w:spacing w:after="0" w:line="240" w:lineRule="auto"/>
              <w:rPr>
                <w:rFonts w:cs="Arial"/>
              </w:rPr>
            </w:pPr>
            <w:r w:rsidRPr="150A0F2B">
              <w:rPr>
                <w:rFonts w:cs="Arial"/>
              </w:rPr>
              <w:t>Experience of delivering soft/people skills training to enhance workplace success.</w:t>
            </w:r>
          </w:p>
        </w:tc>
        <w:tc>
          <w:tcPr>
            <w:tcW w:w="1701" w:type="dxa"/>
            <w:shd w:val="clear" w:color="auto" w:fill="FFFFFF" w:themeFill="background1"/>
            <w:vAlign w:val="center"/>
          </w:tcPr>
          <w:p w14:paraId="57EA53CD" w14:textId="36D265F5" w:rsidR="00DE62F5" w:rsidRDefault="00DD34CC"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539DC885" w14:textId="120B2461" w:rsidR="00DE62F5" w:rsidRDefault="00DD34CC" w:rsidP="00CC017C">
            <w:pPr>
              <w:spacing w:after="0" w:line="240" w:lineRule="auto"/>
              <w:jc w:val="center"/>
              <w:rPr>
                <w:rFonts w:cs="Arial"/>
              </w:rPr>
            </w:pPr>
            <w:r>
              <w:rPr>
                <w:rFonts w:cs="Arial"/>
              </w:rPr>
              <w:t>AF/I</w:t>
            </w:r>
          </w:p>
        </w:tc>
      </w:tr>
      <w:tr w:rsidR="00DD34CC" w:rsidRPr="006F5C88" w14:paraId="1634B39A" w14:textId="77777777" w:rsidTr="00CC017C">
        <w:trPr>
          <w:trHeight w:val="243"/>
        </w:trPr>
        <w:tc>
          <w:tcPr>
            <w:tcW w:w="5946" w:type="dxa"/>
            <w:shd w:val="clear" w:color="auto" w:fill="FFFFFF" w:themeFill="background1"/>
            <w:vAlign w:val="center"/>
          </w:tcPr>
          <w:p w14:paraId="1771286E" w14:textId="51C1BA3F" w:rsidR="00DD34CC" w:rsidRPr="150A0F2B" w:rsidRDefault="00800499" w:rsidP="00CC017C">
            <w:pPr>
              <w:spacing w:after="0" w:line="240" w:lineRule="auto"/>
              <w:rPr>
                <w:rFonts w:cs="Arial"/>
              </w:rPr>
            </w:pPr>
            <w:r w:rsidRPr="150A0F2B">
              <w:rPr>
                <w:rFonts w:cs="Arial"/>
              </w:rPr>
              <w:t>Experience supporting others who are resistant to change and engaging them in new ways of working.</w:t>
            </w:r>
          </w:p>
        </w:tc>
        <w:tc>
          <w:tcPr>
            <w:tcW w:w="1701" w:type="dxa"/>
            <w:shd w:val="clear" w:color="auto" w:fill="FFFFFF" w:themeFill="background1"/>
            <w:vAlign w:val="center"/>
          </w:tcPr>
          <w:p w14:paraId="6B28CD9D" w14:textId="1012E319" w:rsidR="00DD34CC" w:rsidRDefault="00800499"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1764EF15" w14:textId="6E30DAE9" w:rsidR="00DD34CC" w:rsidRDefault="00800499" w:rsidP="00CC017C">
            <w:pPr>
              <w:spacing w:after="0" w:line="240" w:lineRule="auto"/>
              <w:jc w:val="center"/>
              <w:rPr>
                <w:rFonts w:cs="Arial"/>
              </w:rPr>
            </w:pPr>
            <w:r>
              <w:rPr>
                <w:rFonts w:cs="Arial"/>
              </w:rPr>
              <w:t>AF/I</w:t>
            </w:r>
          </w:p>
        </w:tc>
      </w:tr>
      <w:tr w:rsidR="00380285" w:rsidRPr="00D43B73" w14:paraId="10770C3A" w14:textId="77777777" w:rsidTr="00CC017C">
        <w:trPr>
          <w:trHeight w:val="243"/>
        </w:trPr>
        <w:tc>
          <w:tcPr>
            <w:tcW w:w="5946" w:type="dxa"/>
            <w:shd w:val="clear" w:color="auto" w:fill="FFFFFF" w:themeFill="background1"/>
            <w:vAlign w:val="center"/>
          </w:tcPr>
          <w:p w14:paraId="5EBFDFC1" w14:textId="7E31FC57" w:rsidR="00380285" w:rsidRPr="00D43B73" w:rsidRDefault="00A72E83" w:rsidP="00D43B73">
            <w:pPr>
              <w:spacing w:after="0" w:line="240" w:lineRule="auto"/>
              <w:rPr>
                <w:rFonts w:cs="Arial"/>
              </w:rPr>
            </w:pPr>
            <w:r w:rsidRPr="00D43B73">
              <w:rPr>
                <w:rFonts w:cs="Arial"/>
              </w:rPr>
              <w:t>Experience of managing complex HR casework including disciplinary, grievance, sickness absence, performance management and capability matters.</w:t>
            </w:r>
          </w:p>
        </w:tc>
        <w:tc>
          <w:tcPr>
            <w:tcW w:w="1701" w:type="dxa"/>
            <w:shd w:val="clear" w:color="auto" w:fill="FFFFFF" w:themeFill="background1"/>
            <w:vAlign w:val="center"/>
          </w:tcPr>
          <w:p w14:paraId="01F7CD3A" w14:textId="58B593D1" w:rsidR="00380285" w:rsidRPr="00D43B73" w:rsidRDefault="00D43B73" w:rsidP="00D43B73">
            <w:pPr>
              <w:spacing w:after="0" w:line="240" w:lineRule="auto"/>
              <w:jc w:val="center"/>
              <w:rPr>
                <w:rFonts w:cs="Arial"/>
              </w:rPr>
            </w:pPr>
            <w:r w:rsidRPr="00D43B73">
              <w:rPr>
                <w:rFonts w:cs="Arial"/>
              </w:rPr>
              <w:t>E</w:t>
            </w:r>
          </w:p>
        </w:tc>
        <w:tc>
          <w:tcPr>
            <w:tcW w:w="1701" w:type="dxa"/>
            <w:shd w:val="clear" w:color="auto" w:fill="FFFFFF" w:themeFill="background1"/>
            <w:vAlign w:val="center"/>
          </w:tcPr>
          <w:p w14:paraId="1A88E2F2" w14:textId="22CF7E9B" w:rsidR="00380285" w:rsidRPr="00D43B73" w:rsidRDefault="00D43B73" w:rsidP="00D43B73">
            <w:pPr>
              <w:spacing w:after="0" w:line="240" w:lineRule="auto"/>
              <w:jc w:val="center"/>
              <w:rPr>
                <w:rFonts w:cs="Arial"/>
              </w:rPr>
            </w:pPr>
            <w:r w:rsidRPr="00D43B73">
              <w:rPr>
                <w:rFonts w:cs="Arial"/>
              </w:rPr>
              <w:t>AF/I</w:t>
            </w:r>
          </w:p>
        </w:tc>
      </w:tr>
      <w:tr w:rsidR="00A72E83" w:rsidRPr="00D43B73" w14:paraId="5929B382" w14:textId="77777777" w:rsidTr="00CC017C">
        <w:trPr>
          <w:trHeight w:val="243"/>
        </w:trPr>
        <w:tc>
          <w:tcPr>
            <w:tcW w:w="5946" w:type="dxa"/>
            <w:shd w:val="clear" w:color="auto" w:fill="FFFFFF" w:themeFill="background1"/>
            <w:vAlign w:val="center"/>
          </w:tcPr>
          <w:p w14:paraId="2EC2BEFD" w14:textId="5801675A" w:rsidR="00A72E83" w:rsidRPr="00D43B73" w:rsidRDefault="00B728CE" w:rsidP="00D43B73">
            <w:pPr>
              <w:spacing w:after="0" w:line="240" w:lineRule="auto"/>
              <w:rPr>
                <w:rFonts w:cs="Arial"/>
              </w:rPr>
            </w:pPr>
            <w:r w:rsidRPr="00D43B73">
              <w:rPr>
                <w:rFonts w:cs="Arial"/>
              </w:rPr>
              <w:t>Experience of providing HR advice and guidance to managers on employee relations matters.</w:t>
            </w:r>
          </w:p>
        </w:tc>
        <w:tc>
          <w:tcPr>
            <w:tcW w:w="1701" w:type="dxa"/>
            <w:shd w:val="clear" w:color="auto" w:fill="FFFFFF" w:themeFill="background1"/>
            <w:vAlign w:val="center"/>
          </w:tcPr>
          <w:p w14:paraId="0025BB71" w14:textId="48F49024" w:rsidR="00A72E83" w:rsidRPr="00D43B73" w:rsidRDefault="00D43B73" w:rsidP="00D43B73">
            <w:pPr>
              <w:spacing w:after="0" w:line="240" w:lineRule="auto"/>
              <w:jc w:val="center"/>
              <w:rPr>
                <w:rFonts w:cs="Arial"/>
              </w:rPr>
            </w:pPr>
            <w:r w:rsidRPr="00D43B73">
              <w:rPr>
                <w:rFonts w:cs="Arial"/>
              </w:rPr>
              <w:t>E</w:t>
            </w:r>
          </w:p>
        </w:tc>
        <w:tc>
          <w:tcPr>
            <w:tcW w:w="1701" w:type="dxa"/>
            <w:shd w:val="clear" w:color="auto" w:fill="FFFFFF" w:themeFill="background1"/>
            <w:vAlign w:val="center"/>
          </w:tcPr>
          <w:p w14:paraId="42949520" w14:textId="6B73ACA5" w:rsidR="00A72E83" w:rsidRPr="00D43B73" w:rsidRDefault="00D43B73" w:rsidP="00D43B73">
            <w:pPr>
              <w:spacing w:after="0" w:line="240" w:lineRule="auto"/>
              <w:jc w:val="center"/>
              <w:rPr>
                <w:rFonts w:cs="Arial"/>
              </w:rPr>
            </w:pPr>
            <w:r w:rsidRPr="00D43B73">
              <w:rPr>
                <w:rFonts w:cs="Arial"/>
              </w:rPr>
              <w:t>AF/I</w:t>
            </w:r>
          </w:p>
        </w:tc>
      </w:tr>
      <w:tr w:rsidR="00B728CE" w:rsidRPr="006F5C88" w14:paraId="6E228F9A" w14:textId="77777777" w:rsidTr="00CC017C">
        <w:trPr>
          <w:trHeight w:val="243"/>
        </w:trPr>
        <w:tc>
          <w:tcPr>
            <w:tcW w:w="5946" w:type="dxa"/>
            <w:shd w:val="clear" w:color="auto" w:fill="FFFFFF" w:themeFill="background1"/>
            <w:vAlign w:val="center"/>
          </w:tcPr>
          <w:p w14:paraId="7EAE27BF" w14:textId="669E57B3" w:rsidR="00B728CE" w:rsidRPr="00D43B73" w:rsidRDefault="00D43B73" w:rsidP="00D43B73">
            <w:pPr>
              <w:spacing w:after="0" w:line="240" w:lineRule="auto"/>
              <w:rPr>
                <w:rFonts w:cs="Arial"/>
              </w:rPr>
            </w:pPr>
            <w:r w:rsidRPr="00D43B73">
              <w:rPr>
                <w:rFonts w:cs="Arial"/>
              </w:rPr>
              <w:t>Experience of interpreting and applying employment legislation within a workplace setting.</w:t>
            </w:r>
          </w:p>
        </w:tc>
        <w:tc>
          <w:tcPr>
            <w:tcW w:w="1701" w:type="dxa"/>
            <w:shd w:val="clear" w:color="auto" w:fill="FFFFFF" w:themeFill="background1"/>
            <w:vAlign w:val="center"/>
          </w:tcPr>
          <w:p w14:paraId="7A37D8D2" w14:textId="694A9F66" w:rsidR="00B728CE" w:rsidRPr="00D43B73" w:rsidRDefault="00D43B73" w:rsidP="00D43B73">
            <w:pPr>
              <w:spacing w:after="0" w:line="240" w:lineRule="auto"/>
              <w:jc w:val="center"/>
              <w:rPr>
                <w:rFonts w:cs="Arial"/>
              </w:rPr>
            </w:pPr>
            <w:r w:rsidRPr="00D43B73">
              <w:rPr>
                <w:rFonts w:cs="Arial"/>
              </w:rPr>
              <w:t>E</w:t>
            </w:r>
          </w:p>
        </w:tc>
        <w:tc>
          <w:tcPr>
            <w:tcW w:w="1701" w:type="dxa"/>
            <w:shd w:val="clear" w:color="auto" w:fill="FFFFFF" w:themeFill="background1"/>
            <w:vAlign w:val="center"/>
          </w:tcPr>
          <w:p w14:paraId="4B85FC08" w14:textId="125B5B55" w:rsidR="00B728CE" w:rsidRDefault="00D43B73" w:rsidP="00D43B73">
            <w:pPr>
              <w:spacing w:after="0" w:line="240" w:lineRule="auto"/>
              <w:jc w:val="center"/>
              <w:rPr>
                <w:rFonts w:cs="Arial"/>
              </w:rPr>
            </w:pPr>
            <w:r w:rsidRPr="00D43B73">
              <w:rPr>
                <w:rFonts w:cs="Arial"/>
              </w:rPr>
              <w:t>AF/I</w:t>
            </w:r>
          </w:p>
        </w:tc>
      </w:tr>
      <w:tr w:rsidR="00800499" w:rsidRPr="006F5C88" w14:paraId="3E166B1C" w14:textId="77777777" w:rsidTr="00CC017C">
        <w:trPr>
          <w:trHeight w:val="196"/>
        </w:trPr>
        <w:tc>
          <w:tcPr>
            <w:tcW w:w="5946" w:type="dxa"/>
            <w:shd w:val="clear" w:color="auto" w:fill="FFFFFF" w:themeFill="background1"/>
            <w:vAlign w:val="center"/>
          </w:tcPr>
          <w:p w14:paraId="3BED3C1C" w14:textId="23F96DC1" w:rsidR="00800499" w:rsidRPr="150A0F2B" w:rsidRDefault="00713E55" w:rsidP="00CC017C">
            <w:pPr>
              <w:spacing w:after="0" w:line="240" w:lineRule="auto"/>
              <w:rPr>
                <w:rFonts w:cs="Arial"/>
              </w:rPr>
            </w:pPr>
            <w:r w:rsidRPr="150A0F2B">
              <w:rPr>
                <w:rFonts w:cs="Arial"/>
              </w:rPr>
              <w:t xml:space="preserve">Experience of planning and evaluating Learning and Development events.  </w:t>
            </w:r>
          </w:p>
        </w:tc>
        <w:tc>
          <w:tcPr>
            <w:tcW w:w="1701" w:type="dxa"/>
            <w:shd w:val="clear" w:color="auto" w:fill="FFFFFF" w:themeFill="background1"/>
            <w:vAlign w:val="center"/>
          </w:tcPr>
          <w:p w14:paraId="1727C01D" w14:textId="32F44361" w:rsidR="00800499" w:rsidRDefault="00713E55"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6B01C604" w14:textId="3D54681C" w:rsidR="00800499" w:rsidRDefault="00713E55" w:rsidP="00CC017C">
            <w:pPr>
              <w:spacing w:after="0" w:line="240" w:lineRule="auto"/>
              <w:jc w:val="center"/>
              <w:rPr>
                <w:rFonts w:cs="Arial"/>
              </w:rPr>
            </w:pPr>
            <w:r>
              <w:rPr>
                <w:rFonts w:cs="Arial"/>
              </w:rPr>
              <w:t>AF/I</w:t>
            </w:r>
          </w:p>
        </w:tc>
      </w:tr>
      <w:tr w:rsidR="00713E55" w:rsidRPr="006F5C88" w14:paraId="791083DC" w14:textId="77777777" w:rsidTr="00CC017C">
        <w:trPr>
          <w:trHeight w:val="434"/>
        </w:trPr>
        <w:tc>
          <w:tcPr>
            <w:tcW w:w="5946" w:type="dxa"/>
            <w:shd w:val="clear" w:color="auto" w:fill="FFFFFF" w:themeFill="background1"/>
            <w:vAlign w:val="center"/>
          </w:tcPr>
          <w:p w14:paraId="33220647" w14:textId="38DFCFC1" w:rsidR="00713E55" w:rsidRPr="150A0F2B" w:rsidRDefault="00B90A68" w:rsidP="00CC017C">
            <w:pPr>
              <w:spacing w:after="0" w:line="240" w:lineRule="auto"/>
              <w:rPr>
                <w:rFonts w:cs="Arial"/>
              </w:rPr>
            </w:pPr>
            <w:r w:rsidRPr="150A0F2B">
              <w:rPr>
                <w:rFonts w:cs="Arial"/>
              </w:rPr>
              <w:t xml:space="preserve">Experience of providing information, advice and guidance to managers to support their on-going development.  </w:t>
            </w:r>
          </w:p>
        </w:tc>
        <w:tc>
          <w:tcPr>
            <w:tcW w:w="1701" w:type="dxa"/>
            <w:shd w:val="clear" w:color="auto" w:fill="FFFFFF" w:themeFill="background1"/>
            <w:vAlign w:val="center"/>
          </w:tcPr>
          <w:p w14:paraId="3B57A2DE" w14:textId="71D3F836" w:rsidR="00713E55" w:rsidRDefault="00B90A68"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2C0FE6A8" w14:textId="5D5FDEF6" w:rsidR="00713E55" w:rsidRDefault="00B90A68" w:rsidP="00CC017C">
            <w:pPr>
              <w:spacing w:after="0" w:line="240" w:lineRule="auto"/>
              <w:jc w:val="center"/>
              <w:rPr>
                <w:rFonts w:cs="Arial"/>
              </w:rPr>
            </w:pPr>
            <w:r>
              <w:rPr>
                <w:rFonts w:cs="Arial"/>
              </w:rPr>
              <w:t>AF/I</w:t>
            </w:r>
          </w:p>
        </w:tc>
      </w:tr>
      <w:tr w:rsidR="00B90A68" w:rsidRPr="006F5C88" w14:paraId="589256DF" w14:textId="77777777" w:rsidTr="00627A9E">
        <w:trPr>
          <w:trHeight w:val="134"/>
        </w:trPr>
        <w:tc>
          <w:tcPr>
            <w:tcW w:w="5946" w:type="dxa"/>
            <w:shd w:val="clear" w:color="auto" w:fill="FFFFFF" w:themeFill="background1"/>
            <w:vAlign w:val="center"/>
          </w:tcPr>
          <w:p w14:paraId="49E6657D" w14:textId="58484877" w:rsidR="00B90A68" w:rsidRPr="150A0F2B" w:rsidRDefault="001D093E" w:rsidP="00CC017C">
            <w:pPr>
              <w:spacing w:after="0" w:line="240" w:lineRule="auto"/>
              <w:rPr>
                <w:rFonts w:cs="Arial"/>
              </w:rPr>
            </w:pPr>
            <w:r w:rsidRPr="006C0165">
              <w:rPr>
                <w:rFonts w:cs="Arial"/>
              </w:rPr>
              <w:t>Experience of working with Microsoft Office applications</w:t>
            </w:r>
            <w:r>
              <w:rPr>
                <w:rFonts w:cs="Arial"/>
              </w:rPr>
              <w:t>.</w:t>
            </w:r>
          </w:p>
        </w:tc>
        <w:tc>
          <w:tcPr>
            <w:tcW w:w="1701" w:type="dxa"/>
            <w:shd w:val="clear" w:color="auto" w:fill="FFFFFF" w:themeFill="background1"/>
            <w:vAlign w:val="center"/>
          </w:tcPr>
          <w:p w14:paraId="26D0450D" w14:textId="6810ECB9" w:rsidR="00B90A68" w:rsidRDefault="001D093E"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1EF5D8FE" w14:textId="737503C5" w:rsidR="00B90A68" w:rsidRDefault="001D093E" w:rsidP="00CC017C">
            <w:pPr>
              <w:spacing w:after="0" w:line="240" w:lineRule="auto"/>
              <w:jc w:val="center"/>
              <w:rPr>
                <w:rFonts w:cs="Arial"/>
              </w:rPr>
            </w:pPr>
            <w:r>
              <w:rPr>
                <w:rFonts w:cs="Arial"/>
              </w:rPr>
              <w:t>AF/I</w:t>
            </w:r>
          </w:p>
        </w:tc>
      </w:tr>
      <w:tr w:rsidR="001D093E" w:rsidRPr="006F5C88" w14:paraId="48D511AA" w14:textId="77777777" w:rsidTr="00627A9E">
        <w:trPr>
          <w:trHeight w:val="216"/>
        </w:trPr>
        <w:tc>
          <w:tcPr>
            <w:tcW w:w="5946" w:type="dxa"/>
            <w:shd w:val="clear" w:color="auto" w:fill="FFFFFF" w:themeFill="background1"/>
            <w:vAlign w:val="center"/>
          </w:tcPr>
          <w:p w14:paraId="095071E5" w14:textId="2FB394DA" w:rsidR="001D093E" w:rsidRPr="006C0165" w:rsidRDefault="009242AC" w:rsidP="00CC017C">
            <w:pPr>
              <w:spacing w:after="0" w:line="240" w:lineRule="auto"/>
              <w:rPr>
                <w:rFonts w:cs="Arial"/>
              </w:rPr>
            </w:pPr>
            <w:r>
              <w:rPr>
                <w:rFonts w:cs="Arial"/>
              </w:rPr>
              <w:t>Experience developing and motivating others.</w:t>
            </w:r>
          </w:p>
        </w:tc>
        <w:tc>
          <w:tcPr>
            <w:tcW w:w="1701" w:type="dxa"/>
            <w:shd w:val="clear" w:color="auto" w:fill="FFFFFF" w:themeFill="background1"/>
            <w:vAlign w:val="center"/>
          </w:tcPr>
          <w:p w14:paraId="6E2E1842" w14:textId="176249DD" w:rsidR="001D093E" w:rsidRDefault="009242AC"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79659369" w14:textId="097DCF1C" w:rsidR="001D093E" w:rsidRDefault="009242AC" w:rsidP="00CC017C">
            <w:pPr>
              <w:spacing w:after="0" w:line="240" w:lineRule="auto"/>
              <w:jc w:val="center"/>
              <w:rPr>
                <w:rFonts w:cs="Arial"/>
              </w:rPr>
            </w:pPr>
            <w:r>
              <w:rPr>
                <w:rFonts w:cs="Arial"/>
              </w:rPr>
              <w:t>AF/I</w:t>
            </w:r>
          </w:p>
        </w:tc>
      </w:tr>
      <w:tr w:rsidR="009242AC" w:rsidRPr="006F5C88" w14:paraId="6351BB24" w14:textId="77777777" w:rsidTr="000F3BC1">
        <w:trPr>
          <w:trHeight w:val="65"/>
        </w:trPr>
        <w:tc>
          <w:tcPr>
            <w:tcW w:w="5946" w:type="dxa"/>
            <w:shd w:val="clear" w:color="auto" w:fill="FFFFFF" w:themeFill="background1"/>
            <w:vAlign w:val="center"/>
          </w:tcPr>
          <w:p w14:paraId="17992ADD" w14:textId="5CFE88F4" w:rsidR="009242AC" w:rsidRDefault="00CB2A32" w:rsidP="00CC017C">
            <w:pPr>
              <w:spacing w:after="0" w:line="240" w:lineRule="auto"/>
              <w:rPr>
                <w:rFonts w:cs="Arial"/>
              </w:rPr>
            </w:pPr>
            <w:r w:rsidRPr="006C0165">
              <w:rPr>
                <w:rFonts w:cs="Arial"/>
              </w:rPr>
              <w:t>Experience of working within a large organisation (multi-functional and multi sited)</w:t>
            </w:r>
            <w:r>
              <w:rPr>
                <w:rFonts w:cs="Arial"/>
              </w:rPr>
              <w:t>.</w:t>
            </w:r>
          </w:p>
        </w:tc>
        <w:tc>
          <w:tcPr>
            <w:tcW w:w="1701" w:type="dxa"/>
            <w:shd w:val="clear" w:color="auto" w:fill="FFFFFF" w:themeFill="background1"/>
            <w:vAlign w:val="center"/>
          </w:tcPr>
          <w:p w14:paraId="6A0E1F4C" w14:textId="613DCD57" w:rsidR="009242AC" w:rsidRDefault="00CB2A32"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3AD39D99" w14:textId="412178AA" w:rsidR="009242AC" w:rsidRDefault="00CB2A32" w:rsidP="00CC017C">
            <w:pPr>
              <w:spacing w:after="0" w:line="240" w:lineRule="auto"/>
              <w:jc w:val="center"/>
              <w:rPr>
                <w:rFonts w:cs="Arial"/>
              </w:rPr>
            </w:pPr>
            <w:r>
              <w:rPr>
                <w:rFonts w:cs="Arial"/>
              </w:rPr>
              <w:t>AF/I</w:t>
            </w:r>
          </w:p>
        </w:tc>
      </w:tr>
      <w:tr w:rsidR="000F3BC1" w:rsidRPr="006F5C88" w14:paraId="0F71332A" w14:textId="77777777" w:rsidTr="00627A9E">
        <w:trPr>
          <w:trHeight w:val="1355"/>
        </w:trPr>
        <w:tc>
          <w:tcPr>
            <w:tcW w:w="5946" w:type="dxa"/>
            <w:shd w:val="clear" w:color="auto" w:fill="FFFFFF" w:themeFill="background1"/>
            <w:vAlign w:val="center"/>
          </w:tcPr>
          <w:p w14:paraId="53A6641B" w14:textId="2BD8EDE8" w:rsidR="000F3BC1" w:rsidRPr="006C0165" w:rsidRDefault="000F3BC1" w:rsidP="00CC017C">
            <w:pPr>
              <w:spacing w:after="0" w:line="240" w:lineRule="auto"/>
              <w:rPr>
                <w:rFonts w:cs="Arial"/>
              </w:rPr>
            </w:pPr>
            <w:r w:rsidRPr="150A0F2B">
              <w:rPr>
                <w:rFonts w:cs="Arial"/>
              </w:rPr>
              <w:t>Experience of developing, planning, organising and delivering training initiatives with a focus on employee</w:t>
            </w:r>
            <w:r>
              <w:rPr>
                <w:rFonts w:cs="Arial"/>
              </w:rPr>
              <w:t xml:space="preserve"> </w:t>
            </w:r>
            <w:r w:rsidRPr="150A0F2B">
              <w:rPr>
                <w:rFonts w:cs="Arial"/>
              </w:rPr>
              <w:t>relations issues and prevention and early intervention to improve outcomes by addressing risk factors and potential problems before they escalate or become more serious or a willingness to learn about this at pace.</w:t>
            </w:r>
          </w:p>
        </w:tc>
        <w:tc>
          <w:tcPr>
            <w:tcW w:w="1701" w:type="dxa"/>
            <w:shd w:val="clear" w:color="auto" w:fill="FFFFFF" w:themeFill="background1"/>
            <w:vAlign w:val="center"/>
          </w:tcPr>
          <w:p w14:paraId="315B37A0" w14:textId="37DB8B52" w:rsidR="000F3BC1" w:rsidRDefault="000F3BC1"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1371CA79" w14:textId="66D70464" w:rsidR="000F3BC1" w:rsidRDefault="000F3BC1" w:rsidP="00CC017C">
            <w:pPr>
              <w:spacing w:after="0" w:line="240" w:lineRule="auto"/>
              <w:jc w:val="center"/>
              <w:rPr>
                <w:rFonts w:cs="Arial"/>
              </w:rPr>
            </w:pPr>
            <w:r>
              <w:rPr>
                <w:rFonts w:cs="Arial"/>
              </w:rPr>
              <w:t>AF/I</w:t>
            </w:r>
          </w:p>
        </w:tc>
      </w:tr>
      <w:tr w:rsidR="001D5E6C" w:rsidRPr="006F5C88" w14:paraId="2A98C1D0" w14:textId="77777777" w:rsidTr="00705927">
        <w:trPr>
          <w:trHeight w:val="685"/>
        </w:trPr>
        <w:tc>
          <w:tcPr>
            <w:tcW w:w="5946" w:type="dxa"/>
            <w:shd w:val="clear" w:color="auto" w:fill="FFFFFF" w:themeFill="background1"/>
            <w:vAlign w:val="center"/>
          </w:tcPr>
          <w:p w14:paraId="6DBD6B0A" w14:textId="46724F34" w:rsidR="001D5E6C" w:rsidRPr="009C50AD" w:rsidRDefault="005A3681" w:rsidP="00CC017C">
            <w:pPr>
              <w:spacing w:after="0" w:line="240" w:lineRule="auto"/>
              <w:rPr>
                <w:rFonts w:cs="Arial"/>
              </w:rPr>
            </w:pPr>
            <w:r w:rsidRPr="009C50AD">
              <w:rPr>
                <w:rFonts w:cs="Arial"/>
              </w:rPr>
              <w:lastRenderedPageBreak/>
              <w:t>Experience of designing and/or delivering Equality, Diversity and Inclusion (EDI) training, workshops or awareness initiatives.</w:t>
            </w:r>
          </w:p>
        </w:tc>
        <w:tc>
          <w:tcPr>
            <w:tcW w:w="1701" w:type="dxa"/>
            <w:shd w:val="clear" w:color="auto" w:fill="FFFFFF" w:themeFill="background1"/>
            <w:vAlign w:val="center"/>
          </w:tcPr>
          <w:p w14:paraId="16C05CAA" w14:textId="4E4DCC0C" w:rsidR="001D5E6C" w:rsidRPr="009C50AD" w:rsidRDefault="00FE5DBA" w:rsidP="00CC017C">
            <w:pPr>
              <w:spacing w:after="0" w:line="240" w:lineRule="auto"/>
              <w:jc w:val="center"/>
              <w:rPr>
                <w:rFonts w:cs="Arial"/>
              </w:rPr>
            </w:pPr>
            <w:r w:rsidRPr="009C50AD">
              <w:rPr>
                <w:rFonts w:cs="Arial"/>
              </w:rPr>
              <w:t>D</w:t>
            </w:r>
          </w:p>
        </w:tc>
        <w:tc>
          <w:tcPr>
            <w:tcW w:w="1701" w:type="dxa"/>
            <w:shd w:val="clear" w:color="auto" w:fill="FFFFFF" w:themeFill="background1"/>
            <w:vAlign w:val="center"/>
          </w:tcPr>
          <w:p w14:paraId="6CAFAD50" w14:textId="28B4063B" w:rsidR="001D5E6C" w:rsidRPr="009C50AD" w:rsidRDefault="005A3681" w:rsidP="00CC017C">
            <w:pPr>
              <w:spacing w:after="0" w:line="240" w:lineRule="auto"/>
              <w:jc w:val="center"/>
              <w:rPr>
                <w:rFonts w:cs="Arial"/>
              </w:rPr>
            </w:pPr>
            <w:r w:rsidRPr="009C50AD">
              <w:rPr>
                <w:rFonts w:cs="Arial"/>
              </w:rPr>
              <w:t>AF/I</w:t>
            </w:r>
          </w:p>
        </w:tc>
      </w:tr>
      <w:tr w:rsidR="000F3BC1" w:rsidRPr="006F5C88" w14:paraId="7E8374D8" w14:textId="77777777" w:rsidTr="00CC017C">
        <w:trPr>
          <w:trHeight w:val="354"/>
        </w:trPr>
        <w:tc>
          <w:tcPr>
            <w:tcW w:w="5946" w:type="dxa"/>
            <w:shd w:val="clear" w:color="auto" w:fill="FFFFFF" w:themeFill="background1"/>
            <w:vAlign w:val="center"/>
          </w:tcPr>
          <w:p w14:paraId="530FD85B" w14:textId="7800CADE" w:rsidR="000F3BC1" w:rsidRPr="150A0F2B" w:rsidRDefault="00D54213" w:rsidP="00CC017C">
            <w:pPr>
              <w:spacing w:after="0" w:line="240" w:lineRule="auto"/>
              <w:rPr>
                <w:rFonts w:cs="Arial"/>
              </w:rPr>
            </w:pPr>
            <w:r>
              <w:rPr>
                <w:rFonts w:cs="Arial"/>
              </w:rPr>
              <w:t>Experience of budget monitoring and control.</w:t>
            </w:r>
          </w:p>
        </w:tc>
        <w:tc>
          <w:tcPr>
            <w:tcW w:w="1701" w:type="dxa"/>
            <w:shd w:val="clear" w:color="auto" w:fill="FFFFFF" w:themeFill="background1"/>
            <w:vAlign w:val="center"/>
          </w:tcPr>
          <w:p w14:paraId="21EC09E1" w14:textId="5173A2A7" w:rsidR="000F3BC1" w:rsidRDefault="00D54213" w:rsidP="00CC017C">
            <w:pPr>
              <w:spacing w:after="0" w:line="240" w:lineRule="auto"/>
              <w:jc w:val="center"/>
              <w:rPr>
                <w:rFonts w:cs="Arial"/>
              </w:rPr>
            </w:pPr>
            <w:r>
              <w:rPr>
                <w:rFonts w:cs="Arial"/>
              </w:rPr>
              <w:t>D</w:t>
            </w:r>
          </w:p>
        </w:tc>
        <w:tc>
          <w:tcPr>
            <w:tcW w:w="1701" w:type="dxa"/>
            <w:shd w:val="clear" w:color="auto" w:fill="FFFFFF" w:themeFill="background1"/>
            <w:vAlign w:val="center"/>
          </w:tcPr>
          <w:p w14:paraId="7743C903" w14:textId="703E7036" w:rsidR="000F3BC1" w:rsidRDefault="00D54213" w:rsidP="00CC017C">
            <w:pPr>
              <w:spacing w:after="0" w:line="240" w:lineRule="auto"/>
              <w:jc w:val="center"/>
              <w:rPr>
                <w:rFonts w:cs="Arial"/>
              </w:rPr>
            </w:pPr>
            <w:r>
              <w:rPr>
                <w:rFonts w:cs="Arial"/>
              </w:rPr>
              <w:t>AF/I</w:t>
            </w:r>
          </w:p>
        </w:tc>
      </w:tr>
      <w:tr w:rsidR="00D54213" w:rsidRPr="006F5C88" w14:paraId="1EDC5102" w14:textId="77777777" w:rsidTr="00627A9E">
        <w:trPr>
          <w:trHeight w:val="65"/>
        </w:trPr>
        <w:tc>
          <w:tcPr>
            <w:tcW w:w="5946" w:type="dxa"/>
            <w:shd w:val="clear" w:color="auto" w:fill="FFFFFF" w:themeFill="background1"/>
            <w:vAlign w:val="center"/>
          </w:tcPr>
          <w:p w14:paraId="095C75AA" w14:textId="5A2CF003" w:rsidR="00D54213" w:rsidRDefault="00627A9E" w:rsidP="00CC017C">
            <w:pPr>
              <w:spacing w:after="0" w:line="240" w:lineRule="auto"/>
              <w:rPr>
                <w:rFonts w:cs="Arial"/>
              </w:rPr>
            </w:pPr>
            <w:r>
              <w:rPr>
                <w:rFonts w:cs="Arial"/>
              </w:rPr>
              <w:t>Experience coaching and/or mentoring others.</w:t>
            </w:r>
          </w:p>
        </w:tc>
        <w:tc>
          <w:tcPr>
            <w:tcW w:w="1701" w:type="dxa"/>
            <w:shd w:val="clear" w:color="auto" w:fill="FFFFFF" w:themeFill="background1"/>
            <w:vAlign w:val="center"/>
          </w:tcPr>
          <w:p w14:paraId="3B1AB880" w14:textId="443BE321" w:rsidR="00D54213" w:rsidRDefault="00627A9E" w:rsidP="00CC017C">
            <w:pPr>
              <w:spacing w:after="0" w:line="240" w:lineRule="auto"/>
              <w:jc w:val="center"/>
              <w:rPr>
                <w:rFonts w:cs="Arial"/>
              </w:rPr>
            </w:pPr>
            <w:r>
              <w:rPr>
                <w:rFonts w:cs="Arial"/>
              </w:rPr>
              <w:t>D</w:t>
            </w:r>
          </w:p>
        </w:tc>
        <w:tc>
          <w:tcPr>
            <w:tcW w:w="1701" w:type="dxa"/>
            <w:shd w:val="clear" w:color="auto" w:fill="FFFFFF" w:themeFill="background1"/>
            <w:vAlign w:val="center"/>
          </w:tcPr>
          <w:p w14:paraId="0B24D3C1" w14:textId="04EB64D3" w:rsidR="00D54213" w:rsidRDefault="00627A9E" w:rsidP="00CC017C">
            <w:pPr>
              <w:spacing w:after="0" w:line="240" w:lineRule="auto"/>
              <w:jc w:val="center"/>
              <w:rPr>
                <w:rFonts w:cs="Arial"/>
              </w:rPr>
            </w:pPr>
            <w:r>
              <w:rPr>
                <w:rFonts w:cs="Arial"/>
              </w:rPr>
              <w:t>AF/I</w:t>
            </w:r>
          </w:p>
        </w:tc>
      </w:tr>
      <w:tr w:rsidR="00540360" w:rsidRPr="006F5C88" w14:paraId="19138E7B" w14:textId="77777777" w:rsidTr="00743BB1">
        <w:trPr>
          <w:trHeight w:val="65"/>
        </w:trPr>
        <w:tc>
          <w:tcPr>
            <w:tcW w:w="9348" w:type="dxa"/>
            <w:gridSpan w:val="3"/>
            <w:shd w:val="clear" w:color="auto" w:fill="FFFFFF" w:themeFill="background1"/>
            <w:vAlign w:val="center"/>
          </w:tcPr>
          <w:p w14:paraId="4CD4C197" w14:textId="2C2CF6F3" w:rsidR="00540360" w:rsidRDefault="00540360" w:rsidP="00CC017C">
            <w:pPr>
              <w:spacing w:after="0" w:line="240" w:lineRule="auto"/>
              <w:rPr>
                <w:rFonts w:cs="Arial"/>
              </w:rPr>
            </w:pPr>
            <w:r w:rsidRPr="150A0F2B">
              <w:rPr>
                <w:rFonts w:cs="Arial"/>
                <w:b/>
                <w:bCs/>
                <w:u w:val="single"/>
              </w:rPr>
              <w:t>Knowledge, Skills Ability and Aptitudes</w:t>
            </w:r>
          </w:p>
        </w:tc>
      </w:tr>
      <w:tr w:rsidR="00540360" w:rsidRPr="006F5C88" w14:paraId="476E1FD3" w14:textId="77777777" w:rsidTr="00627A9E">
        <w:trPr>
          <w:trHeight w:val="65"/>
        </w:trPr>
        <w:tc>
          <w:tcPr>
            <w:tcW w:w="5946" w:type="dxa"/>
            <w:shd w:val="clear" w:color="auto" w:fill="FFFFFF" w:themeFill="background1"/>
            <w:vAlign w:val="center"/>
          </w:tcPr>
          <w:p w14:paraId="062CCC87" w14:textId="55593B49" w:rsidR="00540360" w:rsidRPr="00AB60C5" w:rsidRDefault="00AB60C5" w:rsidP="00CC017C">
            <w:pPr>
              <w:spacing w:after="0" w:line="240" w:lineRule="auto"/>
              <w:rPr>
                <w:rFonts w:cs="Arial"/>
              </w:rPr>
            </w:pPr>
            <w:r w:rsidRPr="00C11496">
              <w:rPr>
                <w:rFonts w:cs="Arial"/>
              </w:rPr>
              <w:t>Training event design, preparation delivery</w:t>
            </w:r>
            <w:r>
              <w:rPr>
                <w:rFonts w:cs="Arial"/>
              </w:rPr>
              <w:t xml:space="preserve"> and evaluation – both classroom and virtual delivery.</w:t>
            </w:r>
          </w:p>
        </w:tc>
        <w:tc>
          <w:tcPr>
            <w:tcW w:w="1701" w:type="dxa"/>
            <w:shd w:val="clear" w:color="auto" w:fill="FFFFFF" w:themeFill="background1"/>
            <w:vAlign w:val="center"/>
          </w:tcPr>
          <w:p w14:paraId="7FAF014D" w14:textId="5B444319" w:rsidR="00540360" w:rsidRDefault="00AB60C5"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77D1D1E4" w14:textId="6D4884ED" w:rsidR="00540360" w:rsidRDefault="00AB60C5" w:rsidP="00CC017C">
            <w:pPr>
              <w:spacing w:after="0" w:line="240" w:lineRule="auto"/>
              <w:jc w:val="center"/>
              <w:rPr>
                <w:rFonts w:cs="Arial"/>
              </w:rPr>
            </w:pPr>
            <w:r>
              <w:rPr>
                <w:rFonts w:cs="Arial"/>
              </w:rPr>
              <w:t>AF/I</w:t>
            </w:r>
          </w:p>
        </w:tc>
      </w:tr>
      <w:tr w:rsidR="00D43B73" w:rsidRPr="00AD30A6" w14:paraId="648F39F4" w14:textId="77777777" w:rsidTr="00627A9E">
        <w:trPr>
          <w:trHeight w:val="65"/>
        </w:trPr>
        <w:tc>
          <w:tcPr>
            <w:tcW w:w="5946" w:type="dxa"/>
            <w:shd w:val="clear" w:color="auto" w:fill="FFFFFF" w:themeFill="background1"/>
            <w:vAlign w:val="center"/>
          </w:tcPr>
          <w:p w14:paraId="5BA1F27B" w14:textId="1EAA7380" w:rsidR="00D43B73" w:rsidRPr="00AD30A6" w:rsidRDefault="00156639" w:rsidP="00AD30A6">
            <w:pPr>
              <w:spacing w:after="0" w:line="240" w:lineRule="auto"/>
              <w:rPr>
                <w:rFonts w:cs="Arial"/>
              </w:rPr>
            </w:pPr>
            <w:r w:rsidRPr="00AD30A6">
              <w:rPr>
                <w:rFonts w:cs="Arial"/>
              </w:rPr>
              <w:t>Comprehensive knowledge of employment law and employee relations best practice and the ability to apply this knowledge in a practical workplace context.</w:t>
            </w:r>
          </w:p>
        </w:tc>
        <w:tc>
          <w:tcPr>
            <w:tcW w:w="1701" w:type="dxa"/>
            <w:shd w:val="clear" w:color="auto" w:fill="FFFFFF" w:themeFill="background1"/>
            <w:vAlign w:val="center"/>
          </w:tcPr>
          <w:p w14:paraId="6EE02E8D" w14:textId="7CCE5FCD" w:rsidR="00D43B73" w:rsidRPr="00AD30A6" w:rsidRDefault="00AD30A6" w:rsidP="00AD30A6">
            <w:pPr>
              <w:spacing w:after="0" w:line="240" w:lineRule="auto"/>
              <w:jc w:val="center"/>
              <w:rPr>
                <w:rFonts w:cs="Arial"/>
              </w:rPr>
            </w:pPr>
            <w:r w:rsidRPr="00AD30A6">
              <w:rPr>
                <w:rFonts w:cs="Arial"/>
              </w:rPr>
              <w:t>E</w:t>
            </w:r>
          </w:p>
        </w:tc>
        <w:tc>
          <w:tcPr>
            <w:tcW w:w="1701" w:type="dxa"/>
            <w:shd w:val="clear" w:color="auto" w:fill="FFFFFF" w:themeFill="background1"/>
            <w:vAlign w:val="center"/>
          </w:tcPr>
          <w:p w14:paraId="2966B735" w14:textId="57A622FE" w:rsidR="00D43B73" w:rsidRPr="00AD30A6" w:rsidRDefault="00AD30A6" w:rsidP="00AD30A6">
            <w:pPr>
              <w:spacing w:after="0" w:line="240" w:lineRule="auto"/>
              <w:jc w:val="center"/>
              <w:rPr>
                <w:rFonts w:cs="Arial"/>
              </w:rPr>
            </w:pPr>
            <w:r w:rsidRPr="00AD30A6">
              <w:rPr>
                <w:rFonts w:cs="Arial"/>
              </w:rPr>
              <w:t>AF/I</w:t>
            </w:r>
          </w:p>
        </w:tc>
      </w:tr>
      <w:tr w:rsidR="00D43B73" w:rsidRPr="006F5C88" w14:paraId="3466E7D5" w14:textId="77777777" w:rsidTr="00627A9E">
        <w:trPr>
          <w:trHeight w:val="65"/>
        </w:trPr>
        <w:tc>
          <w:tcPr>
            <w:tcW w:w="5946" w:type="dxa"/>
            <w:shd w:val="clear" w:color="auto" w:fill="FFFFFF" w:themeFill="background1"/>
            <w:vAlign w:val="center"/>
          </w:tcPr>
          <w:p w14:paraId="3BB7E684" w14:textId="7068BAAD" w:rsidR="00D43B73" w:rsidRPr="00AD30A6" w:rsidRDefault="00AD30A6" w:rsidP="00AD30A6">
            <w:pPr>
              <w:spacing w:after="0" w:line="240" w:lineRule="auto"/>
              <w:rPr>
                <w:rFonts w:cs="Arial"/>
              </w:rPr>
            </w:pPr>
            <w:r w:rsidRPr="00AD30A6">
              <w:rPr>
                <w:rFonts w:cs="Arial"/>
              </w:rPr>
              <w:t>Understanding of how learning and development can be used as a preventative intervention to improve management practice and reduce employee relations issues.</w:t>
            </w:r>
          </w:p>
        </w:tc>
        <w:tc>
          <w:tcPr>
            <w:tcW w:w="1701" w:type="dxa"/>
            <w:shd w:val="clear" w:color="auto" w:fill="FFFFFF" w:themeFill="background1"/>
            <w:vAlign w:val="center"/>
          </w:tcPr>
          <w:p w14:paraId="19132262" w14:textId="143E3D7A" w:rsidR="00D43B73" w:rsidRPr="00AD30A6" w:rsidRDefault="00AD30A6" w:rsidP="00AD30A6">
            <w:pPr>
              <w:spacing w:after="0" w:line="240" w:lineRule="auto"/>
              <w:jc w:val="center"/>
              <w:rPr>
                <w:rFonts w:cs="Arial"/>
              </w:rPr>
            </w:pPr>
            <w:r w:rsidRPr="00AD30A6">
              <w:rPr>
                <w:rFonts w:cs="Arial"/>
              </w:rPr>
              <w:t>E</w:t>
            </w:r>
          </w:p>
        </w:tc>
        <w:tc>
          <w:tcPr>
            <w:tcW w:w="1701" w:type="dxa"/>
            <w:shd w:val="clear" w:color="auto" w:fill="FFFFFF" w:themeFill="background1"/>
            <w:vAlign w:val="center"/>
          </w:tcPr>
          <w:p w14:paraId="0E1AC792" w14:textId="71727C4B" w:rsidR="00D43B73" w:rsidRDefault="00AD30A6" w:rsidP="00AD30A6">
            <w:pPr>
              <w:spacing w:after="0" w:line="240" w:lineRule="auto"/>
              <w:jc w:val="center"/>
              <w:rPr>
                <w:rFonts w:cs="Arial"/>
              </w:rPr>
            </w:pPr>
            <w:r w:rsidRPr="00AD30A6">
              <w:rPr>
                <w:rFonts w:cs="Arial"/>
              </w:rPr>
              <w:t>AF/I</w:t>
            </w:r>
          </w:p>
        </w:tc>
      </w:tr>
      <w:tr w:rsidR="00AB60C5" w:rsidRPr="006F5C88" w14:paraId="4B49E6D9" w14:textId="77777777" w:rsidTr="00627A9E">
        <w:trPr>
          <w:trHeight w:val="65"/>
        </w:trPr>
        <w:tc>
          <w:tcPr>
            <w:tcW w:w="5946" w:type="dxa"/>
            <w:shd w:val="clear" w:color="auto" w:fill="FFFFFF" w:themeFill="background1"/>
            <w:vAlign w:val="center"/>
          </w:tcPr>
          <w:p w14:paraId="424FABAC" w14:textId="2A6E27BC" w:rsidR="00AB60C5" w:rsidRPr="00C11496" w:rsidRDefault="00420EFF" w:rsidP="00CC017C">
            <w:pPr>
              <w:spacing w:after="0" w:line="240" w:lineRule="auto"/>
              <w:rPr>
                <w:rFonts w:cs="Arial"/>
              </w:rPr>
            </w:pPr>
            <w:r>
              <w:rPr>
                <w:rFonts w:cs="Arial"/>
              </w:rPr>
              <w:t>Knowledge of current HR issues and legislation or a willingness to learn about this at pace.</w:t>
            </w:r>
          </w:p>
        </w:tc>
        <w:tc>
          <w:tcPr>
            <w:tcW w:w="1701" w:type="dxa"/>
            <w:shd w:val="clear" w:color="auto" w:fill="FFFFFF" w:themeFill="background1"/>
            <w:vAlign w:val="center"/>
          </w:tcPr>
          <w:p w14:paraId="0579B271" w14:textId="5EF7334F" w:rsidR="00AB60C5" w:rsidRDefault="00420EFF"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28BF3B12" w14:textId="5B00E6F9" w:rsidR="00AB60C5" w:rsidRDefault="00420EFF" w:rsidP="00CC017C">
            <w:pPr>
              <w:spacing w:after="0" w:line="240" w:lineRule="auto"/>
              <w:jc w:val="center"/>
              <w:rPr>
                <w:rFonts w:cs="Arial"/>
              </w:rPr>
            </w:pPr>
            <w:r>
              <w:rPr>
                <w:rFonts w:cs="Arial"/>
              </w:rPr>
              <w:t>AF/I</w:t>
            </w:r>
          </w:p>
        </w:tc>
      </w:tr>
      <w:tr w:rsidR="00420EFF" w:rsidRPr="006F5C88" w14:paraId="4037CC9C" w14:textId="77777777" w:rsidTr="00627A9E">
        <w:trPr>
          <w:trHeight w:val="65"/>
        </w:trPr>
        <w:tc>
          <w:tcPr>
            <w:tcW w:w="5946" w:type="dxa"/>
            <w:shd w:val="clear" w:color="auto" w:fill="FFFFFF" w:themeFill="background1"/>
            <w:vAlign w:val="center"/>
          </w:tcPr>
          <w:p w14:paraId="4DA73B93" w14:textId="507A3589" w:rsidR="00420EFF" w:rsidRDefault="003331E1" w:rsidP="00CC017C">
            <w:pPr>
              <w:spacing w:after="0" w:line="240" w:lineRule="auto"/>
              <w:rPr>
                <w:rFonts w:cs="Arial"/>
              </w:rPr>
            </w:pPr>
            <w:r>
              <w:rPr>
                <w:rFonts w:cs="Arial"/>
              </w:rPr>
              <w:t>Knowledge of Microsoft applications.</w:t>
            </w:r>
          </w:p>
        </w:tc>
        <w:tc>
          <w:tcPr>
            <w:tcW w:w="1701" w:type="dxa"/>
            <w:shd w:val="clear" w:color="auto" w:fill="FFFFFF" w:themeFill="background1"/>
            <w:vAlign w:val="center"/>
          </w:tcPr>
          <w:p w14:paraId="23A5448E" w14:textId="7B64B3B0" w:rsidR="00420EFF" w:rsidRDefault="003331E1"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1643C05F" w14:textId="603677F8" w:rsidR="00420EFF" w:rsidRDefault="003331E1" w:rsidP="00CC017C">
            <w:pPr>
              <w:spacing w:after="0" w:line="240" w:lineRule="auto"/>
              <w:jc w:val="center"/>
              <w:rPr>
                <w:rFonts w:cs="Arial"/>
              </w:rPr>
            </w:pPr>
            <w:r>
              <w:rPr>
                <w:rFonts w:cs="Arial"/>
              </w:rPr>
              <w:t>AF/I</w:t>
            </w:r>
          </w:p>
        </w:tc>
      </w:tr>
      <w:tr w:rsidR="003331E1" w:rsidRPr="006F5C88" w14:paraId="3F0BCD97" w14:textId="77777777" w:rsidTr="00627A9E">
        <w:trPr>
          <w:trHeight w:val="65"/>
        </w:trPr>
        <w:tc>
          <w:tcPr>
            <w:tcW w:w="5946" w:type="dxa"/>
            <w:shd w:val="clear" w:color="auto" w:fill="FFFFFF" w:themeFill="background1"/>
            <w:vAlign w:val="center"/>
          </w:tcPr>
          <w:p w14:paraId="06AAD2E7" w14:textId="19C25DC1" w:rsidR="003331E1" w:rsidRDefault="00D10BAF" w:rsidP="00CC017C">
            <w:pPr>
              <w:spacing w:after="0" w:line="240" w:lineRule="auto"/>
              <w:rPr>
                <w:rFonts w:cs="Arial"/>
              </w:rPr>
            </w:pPr>
            <w:r>
              <w:rPr>
                <w:rFonts w:cs="Arial"/>
              </w:rPr>
              <w:t>Group facilitation skills.</w:t>
            </w:r>
          </w:p>
        </w:tc>
        <w:tc>
          <w:tcPr>
            <w:tcW w:w="1701" w:type="dxa"/>
            <w:shd w:val="clear" w:color="auto" w:fill="FFFFFF" w:themeFill="background1"/>
            <w:vAlign w:val="center"/>
          </w:tcPr>
          <w:p w14:paraId="626990D4" w14:textId="50937FAB" w:rsidR="003331E1" w:rsidRDefault="00D10BAF"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06E5F59A" w14:textId="37A490A0" w:rsidR="003331E1" w:rsidRDefault="00D10BAF" w:rsidP="00CC017C">
            <w:pPr>
              <w:spacing w:after="0" w:line="240" w:lineRule="auto"/>
              <w:jc w:val="center"/>
              <w:rPr>
                <w:rFonts w:cs="Arial"/>
              </w:rPr>
            </w:pPr>
            <w:r>
              <w:rPr>
                <w:rFonts w:cs="Arial"/>
              </w:rPr>
              <w:t>AF/I</w:t>
            </w:r>
          </w:p>
        </w:tc>
      </w:tr>
      <w:tr w:rsidR="00D10BAF" w:rsidRPr="006F5C88" w14:paraId="7C994BA2" w14:textId="77777777" w:rsidTr="00CC017C">
        <w:trPr>
          <w:trHeight w:val="240"/>
        </w:trPr>
        <w:tc>
          <w:tcPr>
            <w:tcW w:w="5946" w:type="dxa"/>
            <w:shd w:val="clear" w:color="auto" w:fill="FFFFFF" w:themeFill="background1"/>
            <w:vAlign w:val="center"/>
          </w:tcPr>
          <w:p w14:paraId="70426D1E" w14:textId="1DFA81B1" w:rsidR="00D10BAF" w:rsidRDefault="00A00249" w:rsidP="00CC017C">
            <w:pPr>
              <w:spacing w:after="0" w:line="240" w:lineRule="auto"/>
              <w:rPr>
                <w:rFonts w:cs="Arial"/>
              </w:rPr>
            </w:pPr>
            <w:r w:rsidRPr="150A0F2B">
              <w:rPr>
                <w:rFonts w:cs="Arial"/>
              </w:rPr>
              <w:t>Ability to demonstrate highly effective communication skills.</w:t>
            </w:r>
          </w:p>
        </w:tc>
        <w:tc>
          <w:tcPr>
            <w:tcW w:w="1701" w:type="dxa"/>
            <w:shd w:val="clear" w:color="auto" w:fill="FFFFFF" w:themeFill="background1"/>
            <w:vAlign w:val="center"/>
          </w:tcPr>
          <w:p w14:paraId="3F6110D5" w14:textId="2E4E1847" w:rsidR="00D10BAF" w:rsidRDefault="00A00249"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09CF9BD1" w14:textId="422FCB8B" w:rsidR="00D10BAF" w:rsidRDefault="00A00249" w:rsidP="00CC017C">
            <w:pPr>
              <w:spacing w:after="0" w:line="240" w:lineRule="auto"/>
              <w:jc w:val="center"/>
              <w:rPr>
                <w:rFonts w:cs="Arial"/>
              </w:rPr>
            </w:pPr>
            <w:r>
              <w:rPr>
                <w:rFonts w:cs="Arial"/>
              </w:rPr>
              <w:t>AF/I</w:t>
            </w:r>
          </w:p>
        </w:tc>
      </w:tr>
      <w:tr w:rsidR="00A00249" w:rsidRPr="006F5C88" w14:paraId="7CB5CD74" w14:textId="77777777" w:rsidTr="00627A9E">
        <w:trPr>
          <w:trHeight w:val="65"/>
        </w:trPr>
        <w:tc>
          <w:tcPr>
            <w:tcW w:w="5946" w:type="dxa"/>
            <w:shd w:val="clear" w:color="auto" w:fill="FFFFFF" w:themeFill="background1"/>
            <w:vAlign w:val="center"/>
          </w:tcPr>
          <w:p w14:paraId="5BCFF388" w14:textId="7B1FFB53" w:rsidR="00A00249" w:rsidRPr="150A0F2B" w:rsidRDefault="002305B1" w:rsidP="00CC017C">
            <w:pPr>
              <w:spacing w:after="0" w:line="240" w:lineRule="auto"/>
              <w:rPr>
                <w:rFonts w:cs="Arial"/>
              </w:rPr>
            </w:pPr>
            <w:r>
              <w:rPr>
                <w:rFonts w:cs="Arial"/>
              </w:rPr>
              <w:t>Ability to manage relationships at all levels, internal and external.</w:t>
            </w:r>
          </w:p>
        </w:tc>
        <w:tc>
          <w:tcPr>
            <w:tcW w:w="1701" w:type="dxa"/>
            <w:shd w:val="clear" w:color="auto" w:fill="FFFFFF" w:themeFill="background1"/>
            <w:vAlign w:val="center"/>
          </w:tcPr>
          <w:p w14:paraId="53BE955A" w14:textId="14F9965E" w:rsidR="00A00249" w:rsidRDefault="002305B1"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51747B94" w14:textId="380460EA" w:rsidR="00A00249" w:rsidRDefault="002305B1" w:rsidP="00CC017C">
            <w:pPr>
              <w:spacing w:after="0" w:line="240" w:lineRule="auto"/>
              <w:jc w:val="center"/>
              <w:rPr>
                <w:rFonts w:cs="Arial"/>
              </w:rPr>
            </w:pPr>
            <w:r>
              <w:rPr>
                <w:rFonts w:cs="Arial"/>
              </w:rPr>
              <w:t>AF/I</w:t>
            </w:r>
          </w:p>
        </w:tc>
      </w:tr>
      <w:tr w:rsidR="002305B1" w:rsidRPr="006F5C88" w14:paraId="265677A4" w14:textId="77777777" w:rsidTr="00627A9E">
        <w:trPr>
          <w:trHeight w:val="65"/>
        </w:trPr>
        <w:tc>
          <w:tcPr>
            <w:tcW w:w="5946" w:type="dxa"/>
            <w:shd w:val="clear" w:color="auto" w:fill="FFFFFF" w:themeFill="background1"/>
            <w:vAlign w:val="center"/>
          </w:tcPr>
          <w:p w14:paraId="08A3B9EB" w14:textId="1E886731" w:rsidR="003D4EF0" w:rsidRDefault="003D4EF0" w:rsidP="00CC017C">
            <w:pPr>
              <w:spacing w:after="0" w:line="240" w:lineRule="auto"/>
              <w:rPr>
                <w:rFonts w:cs="Arial"/>
              </w:rPr>
            </w:pPr>
            <w:r w:rsidRPr="150A0F2B">
              <w:rPr>
                <w:rFonts w:cs="Arial"/>
              </w:rPr>
              <w:t xml:space="preserve">Be adaptable and able to work in a challenging and changeable environment. </w:t>
            </w:r>
          </w:p>
        </w:tc>
        <w:tc>
          <w:tcPr>
            <w:tcW w:w="1701" w:type="dxa"/>
            <w:shd w:val="clear" w:color="auto" w:fill="FFFFFF" w:themeFill="background1"/>
            <w:vAlign w:val="center"/>
          </w:tcPr>
          <w:p w14:paraId="0C2018BB" w14:textId="4A61BC56" w:rsidR="002305B1" w:rsidRDefault="003D4EF0"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466185CA" w14:textId="5C466868" w:rsidR="002305B1" w:rsidRDefault="003D4EF0" w:rsidP="00CC017C">
            <w:pPr>
              <w:spacing w:after="0" w:line="240" w:lineRule="auto"/>
              <w:jc w:val="center"/>
              <w:rPr>
                <w:rFonts w:cs="Arial"/>
              </w:rPr>
            </w:pPr>
            <w:r>
              <w:rPr>
                <w:rFonts w:cs="Arial"/>
              </w:rPr>
              <w:t>AF/I</w:t>
            </w:r>
          </w:p>
        </w:tc>
      </w:tr>
      <w:tr w:rsidR="003D4EF0" w:rsidRPr="006F5C88" w14:paraId="7EF2DE60" w14:textId="77777777" w:rsidTr="00627A9E">
        <w:trPr>
          <w:trHeight w:val="65"/>
        </w:trPr>
        <w:tc>
          <w:tcPr>
            <w:tcW w:w="5946" w:type="dxa"/>
            <w:shd w:val="clear" w:color="auto" w:fill="FFFFFF" w:themeFill="background1"/>
            <w:vAlign w:val="center"/>
          </w:tcPr>
          <w:p w14:paraId="55A052B3" w14:textId="26AD6521" w:rsidR="003D4EF0" w:rsidRPr="150A0F2B" w:rsidRDefault="00EA24D1" w:rsidP="00CC017C">
            <w:pPr>
              <w:spacing w:after="0" w:line="240" w:lineRule="auto"/>
              <w:rPr>
                <w:rFonts w:cs="Arial"/>
              </w:rPr>
            </w:pPr>
            <w:r>
              <w:rPr>
                <w:rFonts w:cs="Arial"/>
              </w:rPr>
              <w:t>Ability to prioritise tasks and work to deadlines.</w:t>
            </w:r>
          </w:p>
        </w:tc>
        <w:tc>
          <w:tcPr>
            <w:tcW w:w="1701" w:type="dxa"/>
            <w:shd w:val="clear" w:color="auto" w:fill="FFFFFF" w:themeFill="background1"/>
            <w:vAlign w:val="center"/>
          </w:tcPr>
          <w:p w14:paraId="02918D59" w14:textId="2D45D83E" w:rsidR="003D4EF0" w:rsidRDefault="00EA24D1"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24E84D86" w14:textId="6D2BB016" w:rsidR="003D4EF0" w:rsidRDefault="00EA24D1" w:rsidP="00CC017C">
            <w:pPr>
              <w:spacing w:after="0" w:line="240" w:lineRule="auto"/>
              <w:jc w:val="center"/>
              <w:rPr>
                <w:rFonts w:cs="Arial"/>
              </w:rPr>
            </w:pPr>
            <w:r>
              <w:rPr>
                <w:rFonts w:cs="Arial"/>
              </w:rPr>
              <w:t>AF/I</w:t>
            </w:r>
          </w:p>
        </w:tc>
      </w:tr>
      <w:tr w:rsidR="00EA24D1" w:rsidRPr="006F5C88" w14:paraId="5A905005" w14:textId="77777777" w:rsidTr="00CC017C">
        <w:trPr>
          <w:trHeight w:val="294"/>
        </w:trPr>
        <w:tc>
          <w:tcPr>
            <w:tcW w:w="5946" w:type="dxa"/>
            <w:shd w:val="clear" w:color="auto" w:fill="FFFFFF" w:themeFill="background1"/>
            <w:vAlign w:val="center"/>
          </w:tcPr>
          <w:p w14:paraId="66597DC6" w14:textId="498B8068" w:rsidR="00EA24D1" w:rsidRDefault="00330B7D" w:rsidP="00CC017C">
            <w:pPr>
              <w:spacing w:after="0" w:line="240" w:lineRule="auto"/>
              <w:rPr>
                <w:rFonts w:cs="Arial"/>
              </w:rPr>
            </w:pPr>
            <w:r>
              <w:rPr>
                <w:rFonts w:cs="Arial"/>
              </w:rPr>
              <w:t>Ability to think clearly and analytically.</w:t>
            </w:r>
          </w:p>
        </w:tc>
        <w:tc>
          <w:tcPr>
            <w:tcW w:w="1701" w:type="dxa"/>
            <w:shd w:val="clear" w:color="auto" w:fill="FFFFFF" w:themeFill="background1"/>
            <w:vAlign w:val="center"/>
          </w:tcPr>
          <w:p w14:paraId="123B1582" w14:textId="3519584E" w:rsidR="00EA24D1" w:rsidRDefault="00330B7D"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7FB4EA60" w14:textId="29D53F83" w:rsidR="00EA24D1" w:rsidRDefault="00330B7D" w:rsidP="00CC017C">
            <w:pPr>
              <w:spacing w:after="0" w:line="240" w:lineRule="auto"/>
              <w:jc w:val="center"/>
              <w:rPr>
                <w:rFonts w:cs="Arial"/>
              </w:rPr>
            </w:pPr>
            <w:r>
              <w:rPr>
                <w:rFonts w:cs="Arial"/>
              </w:rPr>
              <w:t>AF/I</w:t>
            </w:r>
          </w:p>
        </w:tc>
      </w:tr>
      <w:tr w:rsidR="005A3681" w:rsidRPr="006F5C88" w14:paraId="267F14E5" w14:textId="77777777" w:rsidTr="00CC017C">
        <w:trPr>
          <w:trHeight w:val="294"/>
        </w:trPr>
        <w:tc>
          <w:tcPr>
            <w:tcW w:w="5946" w:type="dxa"/>
            <w:shd w:val="clear" w:color="auto" w:fill="FFFFFF" w:themeFill="background1"/>
            <w:vAlign w:val="center"/>
          </w:tcPr>
          <w:p w14:paraId="7CED3A5A" w14:textId="0EED9028" w:rsidR="005A3681" w:rsidRPr="009C50AD" w:rsidRDefault="00876E0E" w:rsidP="00D06130">
            <w:pPr>
              <w:tabs>
                <w:tab w:val="left" w:pos="4080"/>
              </w:tabs>
              <w:spacing w:after="0"/>
              <w:rPr>
                <w:rFonts w:cs="Arial"/>
              </w:rPr>
            </w:pPr>
            <w:r w:rsidRPr="009C50AD">
              <w:rPr>
                <w:rFonts w:cs="Arial"/>
              </w:rPr>
              <w:t>Knowledge of Equality, Diversity and Inclusion principles, equality legislation and inclusive workplace practices.</w:t>
            </w:r>
          </w:p>
        </w:tc>
        <w:tc>
          <w:tcPr>
            <w:tcW w:w="1701" w:type="dxa"/>
            <w:shd w:val="clear" w:color="auto" w:fill="FFFFFF" w:themeFill="background1"/>
            <w:vAlign w:val="center"/>
          </w:tcPr>
          <w:p w14:paraId="33E48F33" w14:textId="3B4BA9BC" w:rsidR="005A3681" w:rsidRPr="009C50AD" w:rsidRDefault="00FE5DBA" w:rsidP="00D06130">
            <w:pPr>
              <w:spacing w:after="0" w:line="240" w:lineRule="auto"/>
              <w:jc w:val="center"/>
              <w:rPr>
                <w:rFonts w:cs="Arial"/>
              </w:rPr>
            </w:pPr>
            <w:r w:rsidRPr="009C50AD">
              <w:rPr>
                <w:rFonts w:cs="Arial"/>
              </w:rPr>
              <w:t>D</w:t>
            </w:r>
          </w:p>
        </w:tc>
        <w:tc>
          <w:tcPr>
            <w:tcW w:w="1701" w:type="dxa"/>
            <w:shd w:val="clear" w:color="auto" w:fill="FFFFFF" w:themeFill="background1"/>
            <w:vAlign w:val="center"/>
          </w:tcPr>
          <w:p w14:paraId="62565EC8" w14:textId="0FD08C64" w:rsidR="005A3681" w:rsidRDefault="00D06130" w:rsidP="00D06130">
            <w:pPr>
              <w:spacing w:after="0" w:line="240" w:lineRule="auto"/>
              <w:jc w:val="center"/>
              <w:rPr>
                <w:rFonts w:cs="Arial"/>
              </w:rPr>
            </w:pPr>
            <w:r>
              <w:rPr>
                <w:rFonts w:cs="Arial"/>
              </w:rPr>
              <w:t>AF/I</w:t>
            </w:r>
          </w:p>
        </w:tc>
      </w:tr>
      <w:tr w:rsidR="005A3681" w:rsidRPr="006F5C88" w14:paraId="21ACFCA1" w14:textId="77777777" w:rsidTr="00CC017C">
        <w:trPr>
          <w:trHeight w:val="294"/>
        </w:trPr>
        <w:tc>
          <w:tcPr>
            <w:tcW w:w="5946" w:type="dxa"/>
            <w:shd w:val="clear" w:color="auto" w:fill="FFFFFF" w:themeFill="background1"/>
            <w:vAlign w:val="center"/>
          </w:tcPr>
          <w:p w14:paraId="007E7626" w14:textId="00D6CD3D" w:rsidR="005A3681" w:rsidRPr="009C50AD" w:rsidRDefault="00D06130" w:rsidP="00D06130">
            <w:pPr>
              <w:tabs>
                <w:tab w:val="left" w:pos="4080"/>
              </w:tabs>
              <w:spacing w:after="0"/>
              <w:rPr>
                <w:rFonts w:cs="Arial"/>
              </w:rPr>
            </w:pPr>
            <w:r w:rsidRPr="009C50AD">
              <w:rPr>
                <w:rFonts w:cs="Arial"/>
              </w:rPr>
              <w:t>Ability to promote inclusive behaviours and embed Equality, Diversity and Inclusion considerations into learning and development activities.</w:t>
            </w:r>
          </w:p>
        </w:tc>
        <w:tc>
          <w:tcPr>
            <w:tcW w:w="1701" w:type="dxa"/>
            <w:shd w:val="clear" w:color="auto" w:fill="FFFFFF" w:themeFill="background1"/>
            <w:vAlign w:val="center"/>
          </w:tcPr>
          <w:p w14:paraId="0E874588" w14:textId="0ED688BD" w:rsidR="005A3681" w:rsidRPr="009C50AD" w:rsidRDefault="00FE5DBA" w:rsidP="00D06130">
            <w:pPr>
              <w:spacing w:after="0" w:line="240" w:lineRule="auto"/>
              <w:jc w:val="center"/>
              <w:rPr>
                <w:rFonts w:cs="Arial"/>
              </w:rPr>
            </w:pPr>
            <w:r w:rsidRPr="009C50AD">
              <w:rPr>
                <w:rFonts w:cs="Arial"/>
              </w:rPr>
              <w:t>D</w:t>
            </w:r>
          </w:p>
        </w:tc>
        <w:tc>
          <w:tcPr>
            <w:tcW w:w="1701" w:type="dxa"/>
            <w:shd w:val="clear" w:color="auto" w:fill="FFFFFF" w:themeFill="background1"/>
            <w:vAlign w:val="center"/>
          </w:tcPr>
          <w:p w14:paraId="76832EF2" w14:textId="0F7C5FD9" w:rsidR="005A3681" w:rsidRDefault="00D06130" w:rsidP="00D06130">
            <w:pPr>
              <w:spacing w:after="0" w:line="240" w:lineRule="auto"/>
              <w:jc w:val="center"/>
              <w:rPr>
                <w:rFonts w:cs="Arial"/>
              </w:rPr>
            </w:pPr>
            <w:r>
              <w:rPr>
                <w:rFonts w:cs="Arial"/>
              </w:rPr>
              <w:t>AF/I</w:t>
            </w:r>
          </w:p>
        </w:tc>
      </w:tr>
      <w:tr w:rsidR="00330B7D" w:rsidRPr="006F5C88" w14:paraId="69F0FD32" w14:textId="77777777" w:rsidTr="00743BB1">
        <w:trPr>
          <w:trHeight w:val="65"/>
        </w:trPr>
        <w:tc>
          <w:tcPr>
            <w:tcW w:w="9348" w:type="dxa"/>
            <w:gridSpan w:val="3"/>
            <w:shd w:val="clear" w:color="auto" w:fill="FFFFFF" w:themeFill="background1"/>
            <w:vAlign w:val="center"/>
          </w:tcPr>
          <w:p w14:paraId="727E14CD" w14:textId="6802E871" w:rsidR="00330B7D" w:rsidRDefault="00330B7D" w:rsidP="00CC017C">
            <w:pPr>
              <w:spacing w:after="0" w:line="240" w:lineRule="auto"/>
              <w:rPr>
                <w:rFonts w:cs="Arial"/>
              </w:rPr>
            </w:pPr>
            <w:r w:rsidRPr="00330B7D">
              <w:rPr>
                <w:rFonts w:cs="Arial"/>
                <w:b/>
                <w:bCs/>
                <w:u w:val="single"/>
              </w:rPr>
              <w:t>Special Requirements</w:t>
            </w:r>
          </w:p>
        </w:tc>
      </w:tr>
      <w:tr w:rsidR="00330B7D" w:rsidRPr="006F5C88" w14:paraId="76C3EB93" w14:textId="77777777" w:rsidTr="00627A9E">
        <w:trPr>
          <w:trHeight w:val="65"/>
        </w:trPr>
        <w:tc>
          <w:tcPr>
            <w:tcW w:w="5946" w:type="dxa"/>
            <w:shd w:val="clear" w:color="auto" w:fill="FFFFFF" w:themeFill="background1"/>
            <w:vAlign w:val="center"/>
          </w:tcPr>
          <w:p w14:paraId="5D30129E" w14:textId="2FA267DC" w:rsidR="00330B7D" w:rsidRPr="00330B7D" w:rsidRDefault="00B17B78" w:rsidP="00CC017C">
            <w:pPr>
              <w:spacing w:after="0" w:line="240" w:lineRule="auto"/>
              <w:rPr>
                <w:rFonts w:cs="Arial"/>
                <w:b/>
                <w:bCs/>
                <w:u w:val="single"/>
              </w:rPr>
            </w:pPr>
            <w:r w:rsidRPr="150A0F2B">
              <w:rPr>
                <w:rFonts w:cs="Arial"/>
              </w:rPr>
              <w:t>To be able to work flexibly</w:t>
            </w:r>
            <w:r>
              <w:rPr>
                <w:rFonts w:cs="Arial"/>
              </w:rPr>
              <w:t xml:space="preserve"> across the borough</w:t>
            </w:r>
          </w:p>
        </w:tc>
        <w:tc>
          <w:tcPr>
            <w:tcW w:w="1701" w:type="dxa"/>
            <w:shd w:val="clear" w:color="auto" w:fill="FFFFFF" w:themeFill="background1"/>
            <w:vAlign w:val="center"/>
          </w:tcPr>
          <w:p w14:paraId="18470DF2" w14:textId="04772995" w:rsidR="00330B7D" w:rsidRDefault="00B17B78" w:rsidP="00CC017C">
            <w:pPr>
              <w:spacing w:after="0" w:line="240" w:lineRule="auto"/>
              <w:jc w:val="center"/>
              <w:rPr>
                <w:rFonts w:cs="Arial"/>
              </w:rPr>
            </w:pPr>
            <w:r>
              <w:rPr>
                <w:rFonts w:cs="Arial"/>
              </w:rPr>
              <w:t>E</w:t>
            </w:r>
          </w:p>
        </w:tc>
        <w:tc>
          <w:tcPr>
            <w:tcW w:w="1701" w:type="dxa"/>
            <w:shd w:val="clear" w:color="auto" w:fill="FFFFFF" w:themeFill="background1"/>
            <w:vAlign w:val="center"/>
          </w:tcPr>
          <w:p w14:paraId="78EEA885" w14:textId="6A82F79E" w:rsidR="00330B7D" w:rsidRDefault="00B17B78" w:rsidP="00CC017C">
            <w:pPr>
              <w:spacing w:after="0" w:line="240" w:lineRule="auto"/>
              <w:jc w:val="center"/>
              <w:rPr>
                <w:rFonts w:cs="Arial"/>
              </w:rPr>
            </w:pPr>
            <w:r>
              <w:rPr>
                <w:rFonts w:cs="Arial"/>
              </w:rPr>
              <w:t>I</w:t>
            </w:r>
          </w:p>
        </w:tc>
      </w:tr>
      <w:tr w:rsidR="00B17B78" w:rsidRPr="006F5C88" w14:paraId="6D0401B1" w14:textId="77777777" w:rsidTr="00627A9E">
        <w:trPr>
          <w:trHeight w:val="65"/>
        </w:trPr>
        <w:tc>
          <w:tcPr>
            <w:tcW w:w="5946" w:type="dxa"/>
            <w:shd w:val="clear" w:color="auto" w:fill="FFFFFF" w:themeFill="background1"/>
            <w:vAlign w:val="center"/>
          </w:tcPr>
          <w:p w14:paraId="79A5817B" w14:textId="2FAE86DC" w:rsidR="00B17B78" w:rsidRPr="150A0F2B" w:rsidRDefault="00CC017C" w:rsidP="00CC017C">
            <w:pPr>
              <w:spacing w:after="0" w:line="240" w:lineRule="auto"/>
              <w:rPr>
                <w:rFonts w:cs="Arial"/>
              </w:rPr>
            </w:pPr>
            <w:r w:rsidRPr="150A0F2B">
              <w:rPr>
                <w:rFonts w:cs="Arial"/>
              </w:rPr>
              <w:t>Possess a full current driving licence and use of own car.</w:t>
            </w:r>
          </w:p>
        </w:tc>
        <w:tc>
          <w:tcPr>
            <w:tcW w:w="1701" w:type="dxa"/>
            <w:shd w:val="clear" w:color="auto" w:fill="FFFFFF" w:themeFill="background1"/>
            <w:vAlign w:val="center"/>
          </w:tcPr>
          <w:p w14:paraId="5D654E22" w14:textId="04A55644" w:rsidR="00B17B78" w:rsidRDefault="00CC017C" w:rsidP="00CC017C">
            <w:pPr>
              <w:spacing w:after="0" w:line="240" w:lineRule="auto"/>
              <w:jc w:val="center"/>
              <w:rPr>
                <w:rFonts w:cs="Arial"/>
              </w:rPr>
            </w:pPr>
            <w:r>
              <w:rPr>
                <w:rFonts w:cs="Arial"/>
              </w:rPr>
              <w:t>D</w:t>
            </w:r>
          </w:p>
        </w:tc>
        <w:tc>
          <w:tcPr>
            <w:tcW w:w="1701" w:type="dxa"/>
            <w:shd w:val="clear" w:color="auto" w:fill="FFFFFF" w:themeFill="background1"/>
            <w:vAlign w:val="center"/>
          </w:tcPr>
          <w:p w14:paraId="12735156" w14:textId="55EB1511" w:rsidR="00B17B78" w:rsidRDefault="00CC017C" w:rsidP="00CC017C">
            <w:pPr>
              <w:spacing w:after="0" w:line="240" w:lineRule="auto"/>
              <w:jc w:val="center"/>
              <w:rPr>
                <w:rFonts w:cs="Arial"/>
              </w:rPr>
            </w:pPr>
            <w:r>
              <w:rPr>
                <w:rFonts w:cs="Arial"/>
              </w:rPr>
              <w:t>I</w:t>
            </w:r>
          </w:p>
        </w:tc>
      </w:tr>
    </w:tbl>
    <w:p w14:paraId="51C92E40" w14:textId="77777777" w:rsidR="00F624CB" w:rsidRDefault="00F624CB" w:rsidP="00F624CB">
      <w:pPr>
        <w:spacing w:after="0" w:line="240" w:lineRule="auto"/>
        <w:rPr>
          <w:rFonts w:cs="Arial"/>
          <w:b/>
        </w:rPr>
      </w:pPr>
      <w:bookmarkStart w:id="12" w:name="_Toc243637628"/>
    </w:p>
    <w:p w14:paraId="1879C56E" w14:textId="48892E7C" w:rsidR="00211726" w:rsidRDefault="00211726" w:rsidP="00F624CB">
      <w:pPr>
        <w:spacing w:after="0" w:line="240" w:lineRule="auto"/>
        <w:rPr>
          <w:rFonts w:cs="Arial"/>
        </w:rPr>
      </w:pPr>
      <w:r w:rsidRPr="006F5C88">
        <w:rPr>
          <w:rFonts w:cs="Arial"/>
          <w:b/>
        </w:rPr>
        <w:t xml:space="preserve">Assessment Methods Key:  </w:t>
      </w:r>
      <w:r>
        <w:rPr>
          <w:rFonts w:cs="Arial"/>
          <w:b/>
        </w:rPr>
        <w:tab/>
      </w:r>
      <w:r w:rsidRPr="006F5C88">
        <w:rPr>
          <w:rFonts w:cs="Arial"/>
        </w:rPr>
        <w:t xml:space="preserve">AF – </w:t>
      </w:r>
      <w:r>
        <w:rPr>
          <w:rFonts w:cs="Arial"/>
        </w:rPr>
        <w:tab/>
      </w:r>
      <w:r w:rsidRPr="006F5C88">
        <w:rPr>
          <w:rFonts w:cs="Arial"/>
        </w:rPr>
        <w:t xml:space="preserve">Application Form </w:t>
      </w:r>
    </w:p>
    <w:p w14:paraId="1297CC5A" w14:textId="77777777" w:rsidR="00211726" w:rsidRPr="006F5C88" w:rsidRDefault="00211726" w:rsidP="00F624CB">
      <w:pPr>
        <w:spacing w:after="0" w:line="240" w:lineRule="auto"/>
        <w:ind w:left="2880" w:firstLine="720"/>
        <w:rPr>
          <w:rFonts w:cs="Arial"/>
        </w:rPr>
      </w:pPr>
      <w:r w:rsidRPr="006F5C88">
        <w:rPr>
          <w:rFonts w:cs="Arial"/>
        </w:rPr>
        <w:t xml:space="preserve">C – </w:t>
      </w:r>
      <w:r>
        <w:rPr>
          <w:rFonts w:cs="Arial"/>
        </w:rPr>
        <w:tab/>
      </w:r>
      <w:r w:rsidRPr="006F5C88">
        <w:rPr>
          <w:rFonts w:cs="Arial"/>
        </w:rPr>
        <w:t xml:space="preserve">Certificates </w:t>
      </w:r>
    </w:p>
    <w:p w14:paraId="648765CB" w14:textId="77777777" w:rsidR="00211726" w:rsidRDefault="00211726" w:rsidP="00F624CB">
      <w:pPr>
        <w:spacing w:after="0" w:line="240" w:lineRule="auto"/>
        <w:ind w:left="2880" w:firstLine="720"/>
        <w:rPr>
          <w:rFonts w:cs="Arial"/>
        </w:rPr>
      </w:pPr>
      <w:r w:rsidRPr="006F5C88">
        <w:rPr>
          <w:rFonts w:cs="Arial"/>
        </w:rPr>
        <w:t xml:space="preserve">I – </w:t>
      </w:r>
      <w:r>
        <w:rPr>
          <w:rFonts w:cs="Arial"/>
        </w:rPr>
        <w:tab/>
      </w:r>
      <w:r w:rsidRPr="006F5C88">
        <w:rPr>
          <w:rFonts w:cs="Arial"/>
        </w:rPr>
        <w:t xml:space="preserve">Interview </w:t>
      </w:r>
    </w:p>
    <w:p w14:paraId="3959196D" w14:textId="77777777" w:rsidR="00211726" w:rsidRDefault="00211726" w:rsidP="00F624CB">
      <w:pPr>
        <w:spacing w:after="0" w:line="240" w:lineRule="auto"/>
        <w:ind w:left="2880" w:firstLine="720"/>
        <w:rPr>
          <w:rFonts w:cs="Arial"/>
        </w:rPr>
      </w:pPr>
      <w:r>
        <w:rPr>
          <w:rFonts w:cs="Arial"/>
        </w:rPr>
        <w:t xml:space="preserve">P - </w:t>
      </w:r>
      <w:r>
        <w:rPr>
          <w:rFonts w:cs="Arial"/>
        </w:rPr>
        <w:tab/>
        <w:t>Presentation</w:t>
      </w:r>
    </w:p>
    <w:p w14:paraId="2A314E07" w14:textId="77777777" w:rsidR="00211726" w:rsidRDefault="00211726" w:rsidP="00F624CB">
      <w:pPr>
        <w:spacing w:after="0" w:line="240" w:lineRule="auto"/>
        <w:rPr>
          <w:rFonts w:cs="Arial"/>
        </w:rPr>
      </w:pPr>
    </w:p>
    <w:p w14:paraId="408B3DCE" w14:textId="77777777" w:rsidR="00211726" w:rsidRDefault="00211726" w:rsidP="00F624CB">
      <w:pPr>
        <w:spacing w:after="0" w:line="240" w:lineRule="auto"/>
        <w:rPr>
          <w:rFonts w:cs="Arial"/>
        </w:rPr>
      </w:pPr>
      <w:r>
        <w:rPr>
          <w:rFonts w:cs="Arial"/>
        </w:rPr>
        <w:t>Prepared by:</w:t>
      </w:r>
      <w:r>
        <w:rPr>
          <w:rFonts w:cs="Arial"/>
        </w:rPr>
        <w:tab/>
      </w:r>
      <w:r>
        <w:rPr>
          <w:rFonts w:cs="Arial"/>
        </w:rPr>
        <w:tab/>
        <w:t>Michael Mainwaring</w:t>
      </w:r>
    </w:p>
    <w:p w14:paraId="59BCCE70" w14:textId="77777777" w:rsidR="00F624CB" w:rsidRDefault="00F624CB" w:rsidP="00F624CB">
      <w:pPr>
        <w:spacing w:after="0" w:line="240" w:lineRule="auto"/>
        <w:rPr>
          <w:rFonts w:cs="Arial"/>
        </w:rPr>
      </w:pPr>
    </w:p>
    <w:p w14:paraId="38CEEAD1" w14:textId="77777777" w:rsidR="00211726" w:rsidRDefault="00211726" w:rsidP="00F624CB">
      <w:pPr>
        <w:spacing w:after="0" w:line="240" w:lineRule="auto"/>
        <w:rPr>
          <w:rFonts w:cs="Arial"/>
        </w:rPr>
      </w:pPr>
      <w:r>
        <w:rPr>
          <w:rFonts w:cs="Arial"/>
        </w:rPr>
        <w:t>Designation:</w:t>
      </w:r>
      <w:r>
        <w:rPr>
          <w:rFonts w:cs="Arial"/>
        </w:rPr>
        <w:tab/>
      </w:r>
      <w:r>
        <w:rPr>
          <w:rFonts w:cs="Arial"/>
        </w:rPr>
        <w:tab/>
        <w:t>Workforce and Learning Service Manager</w:t>
      </w:r>
    </w:p>
    <w:p w14:paraId="45E1FC89" w14:textId="77777777" w:rsidR="00F624CB" w:rsidRDefault="00F624CB" w:rsidP="00F624CB">
      <w:pPr>
        <w:spacing w:after="0" w:line="240" w:lineRule="auto"/>
        <w:rPr>
          <w:rFonts w:cs="Arial"/>
        </w:rPr>
      </w:pPr>
    </w:p>
    <w:p w14:paraId="75132BBD" w14:textId="77777777" w:rsidR="00211726" w:rsidRDefault="00211726" w:rsidP="00F624CB">
      <w:pPr>
        <w:spacing w:after="0" w:line="240" w:lineRule="auto"/>
      </w:pPr>
      <w:r>
        <w:rPr>
          <w:rFonts w:cs="Arial"/>
        </w:rPr>
        <w:t>Date:</w:t>
      </w:r>
      <w:r>
        <w:rPr>
          <w:rFonts w:cs="Arial"/>
        </w:rPr>
        <w:tab/>
      </w:r>
      <w:r>
        <w:rPr>
          <w:rFonts w:cs="Arial"/>
        </w:rPr>
        <w:tab/>
      </w:r>
      <w:r>
        <w:rPr>
          <w:rFonts w:cs="Arial"/>
        </w:rPr>
        <w:tab/>
        <w:t>October 2026.</w:t>
      </w:r>
    </w:p>
    <w:p w14:paraId="0F4FA3CE" w14:textId="1A96F1F4" w:rsidR="00D97D0B" w:rsidRDefault="00D97D0B" w:rsidP="00D97D0B">
      <w:pPr>
        <w:pStyle w:val="Heading2"/>
      </w:pPr>
      <w:r>
        <w:rPr>
          <w:rFonts w:ascii="Arial" w:hAnsi="Arial" w:cs="Arial"/>
          <w:color w:val="0070C0"/>
          <w:sz w:val="32"/>
          <w:szCs w:val="32"/>
        </w:rPr>
        <w:lastRenderedPageBreak/>
        <w:t>Appendix C</w:t>
      </w:r>
      <w:r w:rsidR="00120869">
        <w:rPr>
          <w:rFonts w:ascii="Arial" w:hAnsi="Arial" w:cs="Arial"/>
          <w:color w:val="0070C0"/>
          <w:sz w:val="32"/>
          <w:szCs w:val="32"/>
        </w:rPr>
        <w:t xml:space="preserve"> – Your Staff Benefits</w:t>
      </w:r>
      <w:bookmarkEnd w:id="12"/>
    </w:p>
    <w:p w14:paraId="1DEDDAF6" w14:textId="66420F3E" w:rsidR="00D97D0B" w:rsidRPr="00471F79" w:rsidRDefault="00D97D0B" w:rsidP="00D97D0B">
      <w:r w:rsidRPr="00471F79">
        <w:rPr>
          <w:rFonts w:ascii="Segoe UI Emoji" w:hAnsi="Segoe UI Emoji" w:cs="Segoe UI Emoji"/>
          <w:lang w:val="en-US"/>
        </w:rPr>
        <w:t>🟢</w:t>
      </w:r>
      <w:r w:rsidRPr="00471F79">
        <w:rPr>
          <w:lang w:val="en-US"/>
        </w:rPr>
        <w:t xml:space="preserve"> </w:t>
      </w:r>
      <w:r w:rsidRPr="00471F79">
        <w:rPr>
          <w:b/>
          <w:bCs/>
          <w:lang w:val="en-US"/>
        </w:rPr>
        <w:t>Financial Benefits</w:t>
      </w:r>
    </w:p>
    <w:p w14:paraId="48F5D0DB" w14:textId="77777777" w:rsidR="00D97D0B" w:rsidRPr="00471F79" w:rsidRDefault="00D97D0B" w:rsidP="00D97D0B">
      <w:r w:rsidRPr="00471F79">
        <w:rPr>
          <w:i/>
          <w:iCs/>
          <w:lang w:val="en-US"/>
        </w:rPr>
        <w:t>Supporting your financial security and future</w:t>
      </w:r>
    </w:p>
    <w:p w14:paraId="195A31F6" w14:textId="77777777" w:rsidR="00D97D0B" w:rsidRPr="00471F79" w:rsidRDefault="00D97D0B" w:rsidP="00010E31">
      <w:pPr>
        <w:numPr>
          <w:ilvl w:val="0"/>
          <w:numId w:val="27"/>
        </w:numPr>
        <w:spacing w:after="0" w:line="278" w:lineRule="auto"/>
      </w:pPr>
      <w:r w:rsidRPr="00471F79">
        <w:rPr>
          <w:rFonts w:ascii="Segoe UI Emoji" w:hAnsi="Segoe UI Emoji" w:cs="Segoe UI Emoji"/>
          <w:lang w:val="en-US"/>
        </w:rPr>
        <w:t>🏦</w:t>
      </w:r>
      <w:r w:rsidRPr="00471F79">
        <w:rPr>
          <w:lang w:val="en-US"/>
        </w:rPr>
        <w:t xml:space="preserve"> Generous Local Government Pension Scheme</w:t>
      </w:r>
    </w:p>
    <w:p w14:paraId="343B5A06" w14:textId="77777777" w:rsidR="00D97D0B" w:rsidRPr="00471F79" w:rsidRDefault="00D97D0B" w:rsidP="00010E31">
      <w:pPr>
        <w:numPr>
          <w:ilvl w:val="0"/>
          <w:numId w:val="28"/>
        </w:numPr>
        <w:spacing w:after="0" w:line="278" w:lineRule="auto"/>
      </w:pPr>
      <w:r w:rsidRPr="00471F79">
        <w:rPr>
          <w:rFonts w:ascii="Segoe UI Emoji" w:hAnsi="Segoe UI Emoji" w:cs="Segoe UI Emoji"/>
          <w:lang w:val="en-US"/>
        </w:rPr>
        <w:t>🤒</w:t>
      </w:r>
      <w:r w:rsidRPr="00471F79">
        <w:rPr>
          <w:lang w:val="en-US"/>
        </w:rPr>
        <w:t xml:space="preserve"> Enhanced Sick Pay</w:t>
      </w:r>
    </w:p>
    <w:p w14:paraId="63F95FBC" w14:textId="77777777" w:rsidR="00D97D0B" w:rsidRPr="00471F79" w:rsidRDefault="00D97D0B" w:rsidP="00010E31">
      <w:pPr>
        <w:numPr>
          <w:ilvl w:val="0"/>
          <w:numId w:val="29"/>
        </w:numPr>
        <w:spacing w:after="0" w:line="278" w:lineRule="auto"/>
      </w:pPr>
      <w:r w:rsidRPr="00471F79">
        <w:rPr>
          <w:rFonts w:ascii="Segoe UI Emoji" w:hAnsi="Segoe UI Emoji" w:cs="Segoe UI Emoji"/>
          <w:lang w:val="en-US"/>
        </w:rPr>
        <w:t>💳</w:t>
      </w:r>
      <w:r w:rsidRPr="00471F79">
        <w:rPr>
          <w:lang w:val="en-US"/>
        </w:rPr>
        <w:t xml:space="preserve"> Credit Union Support</w:t>
      </w:r>
    </w:p>
    <w:p w14:paraId="70DA9B0B" w14:textId="77777777" w:rsidR="00D97D0B" w:rsidRPr="00471F79" w:rsidRDefault="00D97D0B" w:rsidP="00010E31">
      <w:pPr>
        <w:numPr>
          <w:ilvl w:val="0"/>
          <w:numId w:val="30"/>
        </w:numPr>
        <w:spacing w:after="0" w:line="278" w:lineRule="auto"/>
      </w:pPr>
      <w:r w:rsidRPr="00471F79">
        <w:rPr>
          <w:rFonts w:ascii="Segoe UI Emoji" w:hAnsi="Segoe UI Emoji" w:cs="Segoe UI Emoji"/>
          <w:lang w:val="en-US"/>
        </w:rPr>
        <w:t>🚆</w:t>
      </w:r>
      <w:r w:rsidRPr="00471F79">
        <w:rPr>
          <w:lang w:val="en-US"/>
        </w:rPr>
        <w:t xml:space="preserve"> Merseyrail Corporate Season Ticket Scheme</w:t>
      </w:r>
    </w:p>
    <w:p w14:paraId="0D7AD67B" w14:textId="77777777" w:rsidR="00D97D0B" w:rsidRPr="00615B64" w:rsidRDefault="00D97D0B" w:rsidP="00010E31">
      <w:pPr>
        <w:pStyle w:val="ListParagraph"/>
        <w:numPr>
          <w:ilvl w:val="0"/>
          <w:numId w:val="30"/>
        </w:numPr>
        <w:spacing w:after="0" w:line="300" w:lineRule="atLeast"/>
        <w:rPr>
          <w:rFonts w:eastAsia="Times New Roman" w:cs="Segoe UI"/>
          <w:sz w:val="21"/>
          <w:szCs w:val="21"/>
          <w:lang w:eastAsia="en-GB"/>
        </w:rPr>
      </w:pPr>
      <w:r w:rsidRPr="00471F79">
        <w:rPr>
          <w:rFonts w:ascii="Segoe UI Emoji" w:eastAsia="Times New Roman" w:hAnsi="Segoe UI Emoji" w:cs="Segoe UI Emoji"/>
          <w:sz w:val="21"/>
          <w:szCs w:val="21"/>
          <w:lang w:eastAsia="en-GB"/>
        </w:rPr>
        <w:t>💷</w:t>
      </w:r>
      <w:r w:rsidRPr="00471F79">
        <w:rPr>
          <w:rFonts w:eastAsia="Times New Roman" w:cs="Segoe UI Emoji"/>
          <w:sz w:val="21"/>
          <w:szCs w:val="21"/>
          <w:lang w:eastAsia="en-GB"/>
        </w:rPr>
        <w:t xml:space="preserve"> </w:t>
      </w:r>
      <w:r w:rsidRPr="00471F79">
        <w:rPr>
          <w:lang w:val="en-US"/>
        </w:rPr>
        <w:t>Planning for retirement workshops</w:t>
      </w:r>
    </w:p>
    <w:p w14:paraId="3C82EC4C" w14:textId="77777777" w:rsidR="00D97D0B" w:rsidRPr="00615B64" w:rsidRDefault="00D97D0B" w:rsidP="00010E31">
      <w:pPr>
        <w:pStyle w:val="ListParagraph"/>
        <w:numPr>
          <w:ilvl w:val="0"/>
          <w:numId w:val="30"/>
        </w:numPr>
        <w:spacing w:after="0" w:line="300" w:lineRule="atLeast"/>
        <w:rPr>
          <w:rFonts w:ascii="Segoe UI" w:eastAsia="Times New Roman" w:hAnsi="Segoe UI" w:cs="Segoe UI"/>
          <w:sz w:val="21"/>
          <w:szCs w:val="21"/>
          <w:lang w:eastAsia="en-GB"/>
        </w:rPr>
      </w:pPr>
      <w:r w:rsidRPr="00615B64">
        <w:rPr>
          <w:rFonts w:ascii="Segoe UI Emoji" w:eastAsia="Times New Roman" w:hAnsi="Segoe UI Emoji" w:cs="Segoe UI Emoji"/>
          <w:sz w:val="21"/>
          <w:szCs w:val="21"/>
          <w:lang w:eastAsia="en-GB"/>
        </w:rPr>
        <w:t>🛒</w:t>
      </w:r>
      <w:r w:rsidRPr="00615B64">
        <w:rPr>
          <w:rFonts w:ascii="Segoe UI" w:eastAsia="Times New Roman" w:hAnsi="Segoe UI" w:cs="Segoe UI"/>
          <w:sz w:val="21"/>
          <w:szCs w:val="21"/>
          <w:lang w:eastAsia="en-GB"/>
        </w:rPr>
        <w:t xml:space="preserve"> </w:t>
      </w:r>
      <w:r w:rsidRPr="00D97D0B">
        <w:rPr>
          <w:rFonts w:eastAsia="Times New Roman" w:cs="Arial"/>
          <w:lang w:eastAsia="en-GB"/>
        </w:rPr>
        <w:t>Costco Membership Application</w:t>
      </w:r>
      <w:r>
        <w:rPr>
          <w:rFonts w:ascii="Segoe UI" w:eastAsia="Times New Roman" w:hAnsi="Segoe UI" w:cs="Segoe UI"/>
          <w:sz w:val="21"/>
          <w:szCs w:val="21"/>
          <w:lang w:eastAsia="en-GB"/>
        </w:rPr>
        <w:t xml:space="preserve"> </w:t>
      </w:r>
    </w:p>
    <w:p w14:paraId="05B0019F" w14:textId="77777777" w:rsidR="00D97D0B" w:rsidRPr="00471F79" w:rsidRDefault="00D97D0B" w:rsidP="00D97D0B">
      <w:pPr>
        <w:spacing w:after="0"/>
        <w:ind w:left="720"/>
      </w:pPr>
      <w:r w:rsidRPr="00471F79">
        <w:t> </w:t>
      </w:r>
    </w:p>
    <w:p w14:paraId="4C3AD45A" w14:textId="77777777" w:rsidR="00D97D0B" w:rsidRPr="00471F79" w:rsidRDefault="00D97D0B" w:rsidP="00D97D0B">
      <w:r w:rsidRPr="00471F79">
        <w:rPr>
          <w:rFonts w:ascii="Segoe UI Emoji" w:hAnsi="Segoe UI Emoji" w:cs="Segoe UI Emoji"/>
          <w:lang w:val="en-US"/>
        </w:rPr>
        <w:t>🔵</w:t>
      </w:r>
      <w:r w:rsidRPr="00471F79">
        <w:rPr>
          <w:lang w:val="en-US"/>
        </w:rPr>
        <w:t xml:space="preserve"> </w:t>
      </w:r>
      <w:r w:rsidRPr="00471F79">
        <w:rPr>
          <w:b/>
          <w:bCs/>
          <w:lang w:val="en-US"/>
        </w:rPr>
        <w:t>Health &amp; Wellbeing</w:t>
      </w:r>
    </w:p>
    <w:p w14:paraId="07F16541" w14:textId="77777777" w:rsidR="00D97D0B" w:rsidRPr="00471F79" w:rsidRDefault="00D97D0B" w:rsidP="00D97D0B">
      <w:r w:rsidRPr="00471F79">
        <w:rPr>
          <w:i/>
          <w:iCs/>
          <w:lang w:val="en-US"/>
        </w:rPr>
        <w:t>Helping you stay healthy, happy and supported</w:t>
      </w:r>
      <w:r w:rsidRPr="00471F79">
        <w:t> </w:t>
      </w:r>
    </w:p>
    <w:p w14:paraId="52C618F2" w14:textId="77777777" w:rsidR="00D97D0B" w:rsidRPr="00425F36" w:rsidRDefault="00D97D0B" w:rsidP="00010E31">
      <w:pPr>
        <w:numPr>
          <w:ilvl w:val="0"/>
          <w:numId w:val="31"/>
        </w:numPr>
        <w:spacing w:after="0" w:line="278" w:lineRule="auto"/>
      </w:pPr>
      <w:r w:rsidRPr="00471F79">
        <w:rPr>
          <w:rFonts w:ascii="Segoe UI Emoji" w:hAnsi="Segoe UI Emoji" w:cs="Segoe UI Emoji"/>
          <w:lang w:val="en-US"/>
        </w:rPr>
        <w:t>🩺</w:t>
      </w:r>
      <w:r>
        <w:rPr>
          <w:rFonts w:ascii="Segoe UI Emoji" w:hAnsi="Segoe UI Emoji" w:cs="Segoe UI Emoji"/>
          <w:lang w:val="en-US"/>
        </w:rPr>
        <w:t xml:space="preserve"> </w:t>
      </w:r>
      <w:r w:rsidRPr="00471F79">
        <w:rPr>
          <w:lang w:val="en-US"/>
        </w:rPr>
        <w:t>Access to In-House Physiotherapy and Occupational Health Services</w:t>
      </w:r>
      <w:r w:rsidRPr="00471F79">
        <w:t> </w:t>
      </w:r>
    </w:p>
    <w:p w14:paraId="14B7EDCF" w14:textId="77777777" w:rsidR="00D97D0B" w:rsidRDefault="00D97D0B" w:rsidP="00010E31">
      <w:pPr>
        <w:numPr>
          <w:ilvl w:val="0"/>
          <w:numId w:val="31"/>
        </w:numPr>
        <w:spacing w:after="0" w:line="278" w:lineRule="auto"/>
      </w:pPr>
      <w:r w:rsidRPr="00471F79">
        <w:rPr>
          <w:rFonts w:ascii="Segoe UI Emoji" w:hAnsi="Segoe UI Emoji" w:cs="Segoe UI Emoji"/>
          <w:lang w:val="en-US"/>
        </w:rPr>
        <w:t>🧠</w:t>
      </w:r>
      <w:r w:rsidRPr="00471F79">
        <w:rPr>
          <w:lang w:val="en-US"/>
        </w:rPr>
        <w:t xml:space="preserve"> Access to Mental Health First Aiders</w:t>
      </w:r>
      <w:r w:rsidRPr="00471F79">
        <w:t> </w:t>
      </w:r>
    </w:p>
    <w:p w14:paraId="6F2AD545" w14:textId="77777777" w:rsidR="00D97D0B" w:rsidRPr="0029581F" w:rsidRDefault="00D97D0B" w:rsidP="00010E31">
      <w:pPr>
        <w:pStyle w:val="ListParagraph"/>
        <w:numPr>
          <w:ilvl w:val="0"/>
          <w:numId w:val="32"/>
        </w:numPr>
        <w:spacing w:after="0" w:line="300" w:lineRule="atLeast"/>
        <w:rPr>
          <w:lang w:val="en-US"/>
        </w:rPr>
      </w:pPr>
      <w:r w:rsidRPr="00B25E6F">
        <w:rPr>
          <w:rFonts w:ascii="Segoe UI Emoji" w:eastAsia="Times New Roman" w:hAnsi="Segoe UI Emoji" w:cs="Segoe UI Emoji"/>
          <w:sz w:val="21"/>
          <w:szCs w:val="21"/>
          <w:lang w:eastAsia="en-GB"/>
        </w:rPr>
        <w:t>💉</w:t>
      </w:r>
      <w:r>
        <w:rPr>
          <w:rFonts w:ascii="Segoe UI Emoji" w:eastAsia="Times New Roman" w:hAnsi="Segoe UI Emoji" w:cs="Segoe UI Emoji"/>
          <w:sz w:val="21"/>
          <w:szCs w:val="21"/>
          <w:lang w:eastAsia="en-GB"/>
        </w:rPr>
        <w:t xml:space="preserve"> </w:t>
      </w:r>
      <w:r w:rsidRPr="0029581F">
        <w:rPr>
          <w:lang w:val="en-US"/>
        </w:rPr>
        <w:t>Annual Flu Vaccination Programme</w:t>
      </w:r>
    </w:p>
    <w:p w14:paraId="5944A550" w14:textId="77777777" w:rsidR="00D97D0B" w:rsidRPr="00471F79" w:rsidRDefault="00D97D0B" w:rsidP="00010E31">
      <w:pPr>
        <w:numPr>
          <w:ilvl w:val="0"/>
          <w:numId w:val="33"/>
        </w:numPr>
        <w:spacing w:after="0" w:line="278" w:lineRule="auto"/>
      </w:pPr>
      <w:r w:rsidRPr="00471F79">
        <w:rPr>
          <w:rFonts w:ascii="Segoe UI Emoji" w:hAnsi="Segoe UI Emoji" w:cs="Segoe UI Emoji"/>
          <w:lang w:val="en-US"/>
        </w:rPr>
        <w:t>🏋️</w:t>
      </w:r>
      <w:r w:rsidRPr="00471F79">
        <w:rPr>
          <w:lang w:val="en-US"/>
        </w:rPr>
        <w:t> </w:t>
      </w:r>
      <w:proofErr w:type="spellStart"/>
      <w:r w:rsidRPr="00471F79">
        <w:rPr>
          <w:lang w:val="en-US"/>
        </w:rPr>
        <w:t>Subsidised</w:t>
      </w:r>
      <w:proofErr w:type="spellEnd"/>
      <w:r w:rsidRPr="00471F79">
        <w:rPr>
          <w:lang w:val="en-US"/>
        </w:rPr>
        <w:t> Gym Membership at Sefton Council Gyms</w:t>
      </w:r>
      <w:r w:rsidRPr="00471F79">
        <w:t> </w:t>
      </w:r>
    </w:p>
    <w:p w14:paraId="3986C19C" w14:textId="77777777" w:rsidR="00D97D0B" w:rsidRPr="00471F79" w:rsidRDefault="00D97D0B" w:rsidP="00010E31">
      <w:pPr>
        <w:numPr>
          <w:ilvl w:val="0"/>
          <w:numId w:val="34"/>
        </w:numPr>
        <w:spacing w:after="0" w:line="278" w:lineRule="auto"/>
      </w:pPr>
      <w:r w:rsidRPr="00471F79">
        <w:rPr>
          <w:rFonts w:ascii="Segoe UI Emoji" w:hAnsi="Segoe UI Emoji" w:cs="Segoe UI Emoji"/>
          <w:lang w:val="en-US"/>
        </w:rPr>
        <w:t>💚</w:t>
      </w:r>
      <w:r w:rsidRPr="00471F79">
        <w:rPr>
          <w:lang w:val="en-US"/>
        </w:rPr>
        <w:t xml:space="preserve"> Access to Medicash</w:t>
      </w:r>
      <w:r w:rsidRPr="00471F79">
        <w:t> </w:t>
      </w:r>
    </w:p>
    <w:p w14:paraId="01BE4575" w14:textId="77777777" w:rsidR="00D97D0B" w:rsidRPr="00471F79" w:rsidRDefault="00D97D0B" w:rsidP="00010E31">
      <w:pPr>
        <w:numPr>
          <w:ilvl w:val="0"/>
          <w:numId w:val="35"/>
        </w:numPr>
        <w:spacing w:after="0" w:line="278" w:lineRule="auto"/>
      </w:pPr>
      <w:r w:rsidRPr="00471F79">
        <w:rPr>
          <w:rFonts w:ascii="Segoe UI Emoji" w:hAnsi="Segoe UI Emoji" w:cs="Segoe UI Emoji"/>
          <w:lang w:val="en-US"/>
        </w:rPr>
        <w:t>👓</w:t>
      </w:r>
      <w:r w:rsidRPr="00471F79">
        <w:rPr>
          <w:lang w:val="en-US"/>
        </w:rPr>
        <w:t xml:space="preserve"> Reimbursement of Eyesight Vouchers</w:t>
      </w:r>
      <w:r w:rsidRPr="00471F79">
        <w:t> </w:t>
      </w:r>
    </w:p>
    <w:p w14:paraId="7B7B4D6D" w14:textId="77777777" w:rsidR="00D97D0B" w:rsidRPr="00471F79" w:rsidRDefault="00D97D0B" w:rsidP="00010E31">
      <w:pPr>
        <w:numPr>
          <w:ilvl w:val="0"/>
          <w:numId w:val="36"/>
        </w:numPr>
        <w:spacing w:after="0" w:line="278" w:lineRule="auto"/>
      </w:pPr>
      <w:r w:rsidRPr="00471F79">
        <w:rPr>
          <w:rFonts w:ascii="Segoe UI Emoji" w:hAnsi="Segoe UI Emoji" w:cs="Segoe UI Emoji"/>
          <w:lang w:val="en-US"/>
        </w:rPr>
        <w:t>📜</w:t>
      </w:r>
      <w:r w:rsidRPr="00471F79">
        <w:rPr>
          <w:lang w:val="en-US"/>
        </w:rPr>
        <w:t xml:space="preserve"> Dying to Work Charter</w:t>
      </w:r>
      <w:r w:rsidRPr="00471F79">
        <w:t> </w:t>
      </w:r>
    </w:p>
    <w:p w14:paraId="44564A15" w14:textId="77777777" w:rsidR="00D97D0B" w:rsidRPr="00471F79" w:rsidRDefault="00D97D0B" w:rsidP="00010E31">
      <w:pPr>
        <w:numPr>
          <w:ilvl w:val="0"/>
          <w:numId w:val="37"/>
        </w:numPr>
        <w:spacing w:after="0" w:line="278" w:lineRule="auto"/>
      </w:pPr>
      <w:r w:rsidRPr="00471F79">
        <w:rPr>
          <w:rFonts w:ascii="Segoe UI Emoji" w:hAnsi="Segoe UI Emoji" w:cs="Segoe UI Emoji"/>
          <w:lang w:val="en-US"/>
        </w:rPr>
        <w:t>🎲</w:t>
      </w:r>
      <w:r w:rsidRPr="00471F79">
        <w:rPr>
          <w:lang w:val="en-US"/>
        </w:rPr>
        <w:t xml:space="preserve"> Gambling Related Harms Policy</w:t>
      </w:r>
      <w:r w:rsidRPr="00471F79">
        <w:t> </w:t>
      </w:r>
    </w:p>
    <w:p w14:paraId="3D64DF5F" w14:textId="77777777" w:rsidR="00D97D0B" w:rsidRPr="00471F79" w:rsidRDefault="00D97D0B" w:rsidP="00010E31">
      <w:pPr>
        <w:numPr>
          <w:ilvl w:val="0"/>
          <w:numId w:val="38"/>
        </w:numPr>
        <w:spacing w:after="0" w:line="278" w:lineRule="auto"/>
      </w:pPr>
      <w:r w:rsidRPr="00471F79">
        <w:rPr>
          <w:rFonts w:ascii="Segoe UI Emoji" w:hAnsi="Segoe UI Emoji" w:cs="Segoe UI Emoji"/>
          <w:lang w:val="en-US"/>
        </w:rPr>
        <w:t>🚲</w:t>
      </w:r>
      <w:r w:rsidRPr="00471F79">
        <w:rPr>
          <w:lang w:val="en-US"/>
        </w:rPr>
        <w:t xml:space="preserve"> Cycle to Work Scheme</w:t>
      </w:r>
      <w:r w:rsidRPr="00471F79">
        <w:t> </w:t>
      </w:r>
    </w:p>
    <w:p w14:paraId="05539728" w14:textId="583479AE" w:rsidR="00D97D0B" w:rsidRPr="00D97D0B" w:rsidRDefault="00D97D0B" w:rsidP="00010E31">
      <w:pPr>
        <w:numPr>
          <w:ilvl w:val="0"/>
          <w:numId w:val="38"/>
        </w:numPr>
        <w:spacing w:after="0" w:line="278" w:lineRule="auto"/>
      </w:pPr>
      <w:r w:rsidRPr="00471F79">
        <w:rPr>
          <w:rFonts w:ascii="Segoe UI Emoji" w:hAnsi="Segoe UI Emoji" w:cs="Segoe UI Emoji"/>
          <w:lang w:val="en-US"/>
        </w:rPr>
        <w:t>📚</w:t>
      </w:r>
      <w:r w:rsidRPr="00471F79">
        <w:rPr>
          <w:lang w:val="en-US"/>
        </w:rPr>
        <w:t xml:space="preserve"> Access to Digital Memberships and Unlimited E-Books via Sefton Librarie</w:t>
      </w:r>
      <w:r>
        <w:rPr>
          <w:lang w:val="en-US"/>
        </w:rPr>
        <w:t>s</w:t>
      </w:r>
    </w:p>
    <w:p w14:paraId="04F45DE2" w14:textId="77777777" w:rsidR="00D97D0B" w:rsidRPr="00471F79" w:rsidRDefault="00D97D0B" w:rsidP="00D97D0B">
      <w:pPr>
        <w:spacing w:after="0" w:line="278" w:lineRule="auto"/>
        <w:ind w:left="720"/>
      </w:pPr>
    </w:p>
    <w:p w14:paraId="72DA9D43" w14:textId="77777777" w:rsidR="00D97D0B" w:rsidRPr="00471F79" w:rsidRDefault="00D97D0B" w:rsidP="00D97D0B">
      <w:r w:rsidRPr="00471F79">
        <w:rPr>
          <w:rFonts w:ascii="Segoe UI Emoji" w:hAnsi="Segoe UI Emoji" w:cs="Segoe UI Emoji"/>
          <w:lang w:val="en-US"/>
        </w:rPr>
        <w:t>🟠</w:t>
      </w:r>
      <w:r w:rsidRPr="00471F79">
        <w:rPr>
          <w:lang w:val="en-US"/>
        </w:rPr>
        <w:t xml:space="preserve"> </w:t>
      </w:r>
      <w:r w:rsidRPr="00471F79">
        <w:rPr>
          <w:b/>
          <w:bCs/>
          <w:lang w:val="en-US"/>
        </w:rPr>
        <w:t>Work-Life Balance</w:t>
      </w:r>
      <w:r w:rsidRPr="00471F79">
        <w:t> </w:t>
      </w:r>
    </w:p>
    <w:p w14:paraId="47D01B56" w14:textId="77777777" w:rsidR="00D97D0B" w:rsidRPr="00471F79" w:rsidRDefault="00D97D0B" w:rsidP="00D97D0B">
      <w:r w:rsidRPr="00471F79">
        <w:rPr>
          <w:i/>
          <w:iCs/>
          <w:lang w:val="en-US"/>
        </w:rPr>
        <w:t>Providing flexibility to balance work and personal commitments</w:t>
      </w:r>
      <w:r w:rsidRPr="00471F79">
        <w:t> </w:t>
      </w:r>
    </w:p>
    <w:p w14:paraId="15B57FCC" w14:textId="77777777" w:rsidR="00D97D0B" w:rsidRPr="00471F79" w:rsidRDefault="00D97D0B" w:rsidP="00010E31">
      <w:pPr>
        <w:numPr>
          <w:ilvl w:val="0"/>
          <w:numId w:val="39"/>
        </w:numPr>
        <w:spacing w:after="0" w:line="278" w:lineRule="auto"/>
      </w:pPr>
      <w:r w:rsidRPr="00471F79">
        <w:rPr>
          <w:rFonts w:ascii="Segoe UI Emoji" w:hAnsi="Segoe UI Emoji" w:cs="Segoe UI Emoji"/>
          <w:lang w:val="en-US"/>
        </w:rPr>
        <w:t>🏖️</w:t>
      </w:r>
      <w:r w:rsidRPr="00471F79">
        <w:rPr>
          <w:lang w:val="en-US"/>
        </w:rPr>
        <w:t xml:space="preserve">Generous Annual Leave Entitlement Above Statutory </w:t>
      </w:r>
      <w:r>
        <w:rPr>
          <w:lang w:val="en-US"/>
        </w:rPr>
        <w:t>Amount</w:t>
      </w:r>
      <w:r w:rsidRPr="00471F79">
        <w:t> </w:t>
      </w:r>
    </w:p>
    <w:p w14:paraId="6EF46882" w14:textId="77777777" w:rsidR="00D97D0B" w:rsidRPr="00471F79" w:rsidRDefault="00D97D0B" w:rsidP="00010E31">
      <w:pPr>
        <w:numPr>
          <w:ilvl w:val="0"/>
          <w:numId w:val="39"/>
        </w:numPr>
        <w:spacing w:after="0" w:line="278" w:lineRule="auto"/>
      </w:pPr>
      <w:r w:rsidRPr="00471F79">
        <w:rPr>
          <w:rFonts w:ascii="Segoe UI Emoji" w:hAnsi="Segoe UI Emoji" w:cs="Segoe UI Emoji"/>
          <w:lang w:val="en-US"/>
        </w:rPr>
        <w:t>⏰</w:t>
      </w:r>
      <w:r w:rsidRPr="00471F79">
        <w:rPr>
          <w:lang w:val="en-US"/>
        </w:rPr>
        <w:t xml:space="preserve"> Flexi-Time Scheme (where role allows)</w:t>
      </w:r>
      <w:r w:rsidRPr="00471F79">
        <w:t> </w:t>
      </w:r>
    </w:p>
    <w:p w14:paraId="315A344B" w14:textId="77777777" w:rsidR="00D97D0B" w:rsidRPr="00471F79" w:rsidRDefault="00D97D0B" w:rsidP="00010E31">
      <w:pPr>
        <w:numPr>
          <w:ilvl w:val="0"/>
          <w:numId w:val="40"/>
        </w:numPr>
        <w:spacing w:after="0" w:line="278" w:lineRule="auto"/>
      </w:pPr>
      <w:r w:rsidRPr="00471F79">
        <w:rPr>
          <w:rFonts w:ascii="Segoe UI Emoji" w:hAnsi="Segoe UI Emoji" w:cs="Segoe UI Emoji"/>
          <w:lang w:val="en-US"/>
        </w:rPr>
        <w:t>💻</w:t>
      </w:r>
      <w:r w:rsidRPr="00471F79">
        <w:rPr>
          <w:lang w:val="en-US"/>
        </w:rPr>
        <w:t xml:space="preserve"> Agile Working (where role allows)</w:t>
      </w:r>
      <w:r w:rsidRPr="00471F79">
        <w:t> </w:t>
      </w:r>
    </w:p>
    <w:p w14:paraId="6C94FED4" w14:textId="77777777" w:rsidR="00D97D0B" w:rsidRPr="00471F79" w:rsidRDefault="00D97D0B" w:rsidP="00010E31">
      <w:pPr>
        <w:numPr>
          <w:ilvl w:val="0"/>
          <w:numId w:val="41"/>
        </w:numPr>
        <w:spacing w:after="0" w:line="278" w:lineRule="auto"/>
      </w:pPr>
      <w:r w:rsidRPr="00471F79">
        <w:rPr>
          <w:rFonts w:ascii="Segoe UI Emoji" w:hAnsi="Segoe UI Emoji" w:cs="Segoe UI Emoji"/>
          <w:lang w:val="en-US"/>
        </w:rPr>
        <w:t>🌅</w:t>
      </w:r>
      <w:r w:rsidRPr="00471F79">
        <w:rPr>
          <w:lang w:val="en-US"/>
        </w:rPr>
        <w:t xml:space="preserve"> Flexible Retirement Policy</w:t>
      </w:r>
      <w:r w:rsidRPr="00471F79">
        <w:t> </w:t>
      </w:r>
    </w:p>
    <w:p w14:paraId="2B010633" w14:textId="77777777" w:rsidR="00D97D0B" w:rsidRPr="00471F79" w:rsidRDefault="00D97D0B" w:rsidP="00010E31">
      <w:pPr>
        <w:numPr>
          <w:ilvl w:val="0"/>
          <w:numId w:val="42"/>
        </w:numPr>
        <w:spacing w:after="0" w:line="278" w:lineRule="auto"/>
      </w:pPr>
      <w:r w:rsidRPr="00471F79">
        <w:rPr>
          <w:rFonts w:ascii="Segoe UI Emoji" w:hAnsi="Segoe UI Emoji" w:cs="Segoe UI Emoji"/>
          <w:lang w:val="en-US"/>
        </w:rPr>
        <w:t>🎉</w:t>
      </w:r>
      <w:r w:rsidRPr="00471F79">
        <w:rPr>
          <w:lang w:val="en-US"/>
        </w:rPr>
        <w:t xml:space="preserve"> 25 Years' Continuous Service Recognition with an Additional 5 </w:t>
      </w:r>
      <w:proofErr w:type="gramStart"/>
      <w:r w:rsidRPr="00471F79">
        <w:rPr>
          <w:lang w:val="en-US"/>
        </w:rPr>
        <w:t>Days</w:t>
      </w:r>
      <w:proofErr w:type="gramEnd"/>
      <w:r w:rsidRPr="00471F79">
        <w:rPr>
          <w:lang w:val="en-US"/>
        </w:rPr>
        <w:t> Annual Leave</w:t>
      </w:r>
      <w:r w:rsidRPr="00471F79">
        <w:t> </w:t>
      </w:r>
    </w:p>
    <w:p w14:paraId="61579DAE" w14:textId="77777777" w:rsidR="00D97D0B" w:rsidRPr="00471F79" w:rsidRDefault="00D97D0B" w:rsidP="00010E31">
      <w:pPr>
        <w:numPr>
          <w:ilvl w:val="0"/>
          <w:numId w:val="43"/>
        </w:numPr>
        <w:spacing w:after="0" w:line="278" w:lineRule="auto"/>
      </w:pPr>
      <w:r w:rsidRPr="00471F79">
        <w:rPr>
          <w:rFonts w:ascii="Segoe UI Emoji" w:hAnsi="Segoe UI Emoji" w:cs="Segoe UI Emoji"/>
          <w:lang w:val="en-US"/>
        </w:rPr>
        <w:t>📅</w:t>
      </w:r>
      <w:r w:rsidRPr="00471F79">
        <w:rPr>
          <w:lang w:val="en-US"/>
        </w:rPr>
        <w:t xml:space="preserve"> Special Leave Policy</w:t>
      </w:r>
      <w:r w:rsidRPr="00471F79">
        <w:t> </w:t>
      </w:r>
    </w:p>
    <w:p w14:paraId="7948FD2A" w14:textId="77777777" w:rsidR="00D97D0B" w:rsidRPr="00471F79" w:rsidRDefault="00D97D0B" w:rsidP="00D97D0B">
      <w:r w:rsidRPr="00471F79">
        <w:t> </w:t>
      </w:r>
    </w:p>
    <w:p w14:paraId="0025361D" w14:textId="77777777" w:rsidR="00D97D0B" w:rsidRPr="00471F79" w:rsidRDefault="00D97D0B" w:rsidP="00D97D0B">
      <w:r w:rsidRPr="00471F79">
        <w:rPr>
          <w:rFonts w:ascii="Segoe UI Emoji" w:hAnsi="Segoe UI Emoji" w:cs="Segoe UI Emoji"/>
          <w:lang w:val="en-US"/>
        </w:rPr>
        <w:lastRenderedPageBreak/>
        <w:t>🟣</w:t>
      </w:r>
      <w:r w:rsidRPr="00471F79">
        <w:rPr>
          <w:lang w:val="en-US"/>
        </w:rPr>
        <w:t xml:space="preserve"> </w:t>
      </w:r>
      <w:r w:rsidRPr="00471F79">
        <w:rPr>
          <w:b/>
          <w:bCs/>
          <w:lang w:val="en-US"/>
        </w:rPr>
        <w:t>Family Friendly</w:t>
      </w:r>
      <w:r w:rsidRPr="00471F79">
        <w:t> </w:t>
      </w:r>
    </w:p>
    <w:p w14:paraId="2E99A1C5" w14:textId="77777777" w:rsidR="00D97D0B" w:rsidRPr="00471F79" w:rsidRDefault="00D97D0B" w:rsidP="00D97D0B">
      <w:r w:rsidRPr="00471F79">
        <w:rPr>
          <w:i/>
          <w:iCs/>
          <w:lang w:val="en-US"/>
        </w:rPr>
        <w:t xml:space="preserve">Supporting </w:t>
      </w:r>
      <w:r>
        <w:rPr>
          <w:i/>
          <w:iCs/>
          <w:lang w:val="en-US"/>
        </w:rPr>
        <w:t xml:space="preserve">you and your </w:t>
      </w:r>
      <w:r w:rsidRPr="00471F79">
        <w:rPr>
          <w:i/>
          <w:iCs/>
          <w:lang w:val="en-US"/>
        </w:rPr>
        <w:t>famil</w:t>
      </w:r>
      <w:r>
        <w:rPr>
          <w:i/>
          <w:iCs/>
          <w:lang w:val="en-US"/>
        </w:rPr>
        <w:t>y</w:t>
      </w:r>
      <w:r w:rsidRPr="00471F79">
        <w:rPr>
          <w:i/>
          <w:iCs/>
          <w:lang w:val="en-US"/>
        </w:rPr>
        <w:t xml:space="preserve"> at every stage of life</w:t>
      </w:r>
      <w:r w:rsidRPr="00471F79">
        <w:t> </w:t>
      </w:r>
    </w:p>
    <w:p w14:paraId="56DFD4FD" w14:textId="77777777" w:rsidR="00D97D0B" w:rsidRPr="00471F79" w:rsidRDefault="00D97D0B" w:rsidP="00010E31">
      <w:pPr>
        <w:numPr>
          <w:ilvl w:val="0"/>
          <w:numId w:val="44"/>
        </w:numPr>
        <w:spacing w:after="0" w:line="278" w:lineRule="auto"/>
      </w:pPr>
      <w:r w:rsidRPr="00471F79">
        <w:rPr>
          <w:rFonts w:ascii="Segoe UI Emoji" w:hAnsi="Segoe UI Emoji" w:cs="Segoe UI Emoji"/>
          <w:lang w:val="en-US"/>
        </w:rPr>
        <w:t>👶</w:t>
      </w:r>
      <w:r w:rsidRPr="00471F79">
        <w:rPr>
          <w:lang w:val="en-US"/>
        </w:rPr>
        <w:t xml:space="preserve"> Enhanced Maternity, Paternity and Adoption Leave</w:t>
      </w:r>
      <w:r w:rsidRPr="00471F79">
        <w:t> </w:t>
      </w:r>
    </w:p>
    <w:p w14:paraId="63FACEA4" w14:textId="77777777" w:rsidR="00D97D0B" w:rsidRPr="00471F79" w:rsidRDefault="00D97D0B" w:rsidP="00010E31">
      <w:pPr>
        <w:numPr>
          <w:ilvl w:val="0"/>
          <w:numId w:val="45"/>
        </w:numPr>
        <w:spacing w:after="0" w:line="278" w:lineRule="auto"/>
      </w:pPr>
      <w:r w:rsidRPr="00471F79">
        <w:rPr>
          <w:rFonts w:ascii="Segoe UI Emoji" w:hAnsi="Segoe UI Emoji" w:cs="Segoe UI Emoji"/>
          <w:lang w:val="en-US"/>
        </w:rPr>
        <w:t>🍼</w:t>
      </w:r>
      <w:r w:rsidRPr="00471F79">
        <w:rPr>
          <w:lang w:val="en-US"/>
        </w:rPr>
        <w:t xml:space="preserve"> Neonatal Care Leave and Pay Policy</w:t>
      </w:r>
      <w:r w:rsidRPr="00471F79">
        <w:t> </w:t>
      </w:r>
    </w:p>
    <w:p w14:paraId="27D65687" w14:textId="77777777" w:rsidR="00D97D0B" w:rsidRPr="00471F79" w:rsidRDefault="00D97D0B" w:rsidP="00010E31">
      <w:pPr>
        <w:numPr>
          <w:ilvl w:val="0"/>
          <w:numId w:val="46"/>
        </w:numPr>
        <w:spacing w:after="0" w:line="278" w:lineRule="auto"/>
      </w:pPr>
      <w:r w:rsidRPr="00471F79">
        <w:rPr>
          <w:rFonts w:ascii="Segoe UI Emoji" w:hAnsi="Segoe UI Emoji" w:cs="Segoe UI Emoji"/>
          <w:lang w:val="en-US"/>
        </w:rPr>
        <w:t>🤝</w:t>
      </w:r>
      <w:r w:rsidRPr="00471F79">
        <w:rPr>
          <w:lang w:val="en-US"/>
        </w:rPr>
        <w:t xml:space="preserve"> Foster Friendly Employer</w:t>
      </w:r>
      <w:r w:rsidRPr="00471F79">
        <w:t> </w:t>
      </w:r>
    </w:p>
    <w:p w14:paraId="4AF7B1B5" w14:textId="3373510B" w:rsidR="00D97D0B" w:rsidRDefault="00D97D0B" w:rsidP="00010E31">
      <w:pPr>
        <w:numPr>
          <w:ilvl w:val="0"/>
          <w:numId w:val="47"/>
        </w:numPr>
        <w:spacing w:after="0" w:line="278" w:lineRule="auto"/>
      </w:pPr>
      <w:r w:rsidRPr="00471F79">
        <w:rPr>
          <w:rFonts w:ascii="Segoe UI Emoji" w:hAnsi="Segoe UI Emoji" w:cs="Segoe UI Emoji"/>
          <w:lang w:val="en-US"/>
        </w:rPr>
        <w:t>🧒</w:t>
      </w:r>
      <w:r w:rsidRPr="00471F79">
        <w:rPr>
          <w:lang w:val="en-US"/>
        </w:rPr>
        <w:t xml:space="preserve"> Childcare Vouchers</w:t>
      </w:r>
      <w:r w:rsidRPr="00471F79">
        <w:t> </w:t>
      </w:r>
    </w:p>
    <w:p w14:paraId="0E0FDA81" w14:textId="77777777" w:rsidR="00D97D0B" w:rsidRPr="00471F79" w:rsidRDefault="00D97D0B" w:rsidP="00D97D0B">
      <w:pPr>
        <w:spacing w:after="0" w:line="278" w:lineRule="auto"/>
        <w:ind w:left="720"/>
      </w:pPr>
    </w:p>
    <w:p w14:paraId="603D0865" w14:textId="77777777" w:rsidR="00D97D0B" w:rsidRPr="00471F79" w:rsidRDefault="00D97D0B" w:rsidP="00D97D0B">
      <w:r w:rsidRPr="00471F79">
        <w:rPr>
          <w:rFonts w:ascii="Segoe UI Emoji" w:hAnsi="Segoe UI Emoji" w:cs="Segoe UI Emoji"/>
          <w:lang w:val="en-US"/>
        </w:rPr>
        <w:t>🟡</w:t>
      </w:r>
      <w:r w:rsidRPr="00471F79">
        <w:rPr>
          <w:lang w:val="en-US"/>
        </w:rPr>
        <w:t xml:space="preserve"> </w:t>
      </w:r>
      <w:r w:rsidRPr="00471F79">
        <w:rPr>
          <w:b/>
          <w:bCs/>
          <w:lang w:val="en-US"/>
        </w:rPr>
        <w:t>Staff Networks</w:t>
      </w:r>
      <w:r w:rsidRPr="00471F79">
        <w:t> </w:t>
      </w:r>
    </w:p>
    <w:p w14:paraId="2077ED26" w14:textId="77777777" w:rsidR="00D97D0B" w:rsidRPr="00471F79" w:rsidRDefault="00D97D0B" w:rsidP="00D97D0B">
      <w:r w:rsidRPr="00471F79">
        <w:rPr>
          <w:i/>
          <w:iCs/>
          <w:lang w:val="en-US"/>
        </w:rPr>
        <w:t>Celebrating diversity, inclusion and employee voice</w:t>
      </w:r>
      <w:r w:rsidRPr="00471F79">
        <w:t> </w:t>
      </w:r>
    </w:p>
    <w:p w14:paraId="33D19835" w14:textId="77777777" w:rsidR="00D97D0B" w:rsidRPr="00471F79" w:rsidRDefault="00D97D0B" w:rsidP="00010E31">
      <w:pPr>
        <w:numPr>
          <w:ilvl w:val="0"/>
          <w:numId w:val="48"/>
        </w:numPr>
        <w:spacing w:after="0" w:line="278" w:lineRule="auto"/>
      </w:pPr>
      <w:r w:rsidRPr="00471F79">
        <w:rPr>
          <w:rFonts w:ascii="Segoe UI Emoji" w:hAnsi="Segoe UI Emoji" w:cs="Segoe UI Emoji"/>
          <w:lang w:val="en-US"/>
        </w:rPr>
        <w:t>🌈</w:t>
      </w:r>
      <w:r w:rsidRPr="00471F79">
        <w:rPr>
          <w:lang w:val="en-US"/>
        </w:rPr>
        <w:t xml:space="preserve"> LGBT+ Staff Network</w:t>
      </w:r>
      <w:r w:rsidRPr="00471F79">
        <w:t> </w:t>
      </w:r>
    </w:p>
    <w:p w14:paraId="0AC8F516" w14:textId="77777777" w:rsidR="00D97D0B" w:rsidRPr="00471F79" w:rsidRDefault="00D97D0B" w:rsidP="00010E31">
      <w:pPr>
        <w:numPr>
          <w:ilvl w:val="0"/>
          <w:numId w:val="49"/>
        </w:numPr>
        <w:spacing w:after="0" w:line="278" w:lineRule="auto"/>
      </w:pPr>
      <w:r w:rsidRPr="00471F79">
        <w:rPr>
          <w:rFonts w:ascii="Segoe UI Emoji" w:hAnsi="Segoe UI Emoji" w:cs="Segoe UI Emoji"/>
          <w:lang w:val="en-US"/>
        </w:rPr>
        <w:t>✝️</w:t>
      </w:r>
      <w:r w:rsidRPr="00471F79">
        <w:rPr>
          <w:lang w:val="en-US"/>
        </w:rPr>
        <w:t xml:space="preserve"> Christian Workplace Group</w:t>
      </w:r>
      <w:r w:rsidRPr="00471F79">
        <w:t> </w:t>
      </w:r>
    </w:p>
    <w:p w14:paraId="5A6EF993" w14:textId="77777777" w:rsidR="00D97D0B" w:rsidRPr="00471F79" w:rsidRDefault="00D97D0B" w:rsidP="00010E31">
      <w:pPr>
        <w:numPr>
          <w:ilvl w:val="0"/>
          <w:numId w:val="50"/>
        </w:numPr>
        <w:spacing w:after="0" w:line="278" w:lineRule="auto"/>
      </w:pPr>
      <w:r w:rsidRPr="00471F79">
        <w:rPr>
          <w:rFonts w:ascii="Segoe UI Emoji" w:hAnsi="Segoe UI Emoji" w:cs="Segoe UI Emoji"/>
          <w:lang w:val="en-US"/>
        </w:rPr>
        <w:t>🌍</w:t>
      </w:r>
      <w:r w:rsidRPr="00471F79">
        <w:rPr>
          <w:lang w:val="en-US"/>
        </w:rPr>
        <w:t xml:space="preserve"> Diverse and Ethnic Background Staff Network</w:t>
      </w:r>
      <w:r w:rsidRPr="00471F79">
        <w:t> </w:t>
      </w:r>
    </w:p>
    <w:p w14:paraId="6E695929" w14:textId="77777777" w:rsidR="00D97D0B" w:rsidRPr="00471F79" w:rsidRDefault="00D97D0B" w:rsidP="00010E31">
      <w:pPr>
        <w:numPr>
          <w:ilvl w:val="0"/>
          <w:numId w:val="51"/>
        </w:numPr>
        <w:spacing w:after="0" w:line="278" w:lineRule="auto"/>
      </w:pPr>
      <w:r w:rsidRPr="00471F79">
        <w:rPr>
          <w:rFonts w:ascii="Segoe UI Emoji" w:hAnsi="Segoe UI Emoji" w:cs="Segoe UI Emoji"/>
          <w:lang w:val="en-US"/>
        </w:rPr>
        <w:t>♿</w:t>
      </w:r>
      <w:r w:rsidRPr="00471F79">
        <w:rPr>
          <w:lang w:val="en-US"/>
        </w:rPr>
        <w:t xml:space="preserve"> Disability Staff Network</w:t>
      </w:r>
      <w:r w:rsidRPr="00471F79">
        <w:t> </w:t>
      </w:r>
    </w:p>
    <w:p w14:paraId="5A8E7526" w14:textId="77777777" w:rsidR="00D97D0B" w:rsidRPr="00471F79" w:rsidRDefault="00D97D0B" w:rsidP="00010E31">
      <w:pPr>
        <w:numPr>
          <w:ilvl w:val="0"/>
          <w:numId w:val="52"/>
        </w:numPr>
        <w:spacing w:after="0" w:line="278" w:lineRule="auto"/>
      </w:pPr>
      <w:r w:rsidRPr="00471F79">
        <w:rPr>
          <w:rFonts w:ascii="Segoe UI Emoji" w:hAnsi="Segoe UI Emoji" w:cs="Segoe UI Emoji"/>
          <w:lang w:val="en-US"/>
        </w:rPr>
        <w:t>🎓</w:t>
      </w:r>
      <w:r w:rsidRPr="00471F79">
        <w:rPr>
          <w:lang w:val="en-US"/>
        </w:rPr>
        <w:t xml:space="preserve"> Apprenticeship Network Group</w:t>
      </w:r>
      <w:r w:rsidRPr="00471F79">
        <w:t> </w:t>
      </w:r>
    </w:p>
    <w:p w14:paraId="47597297" w14:textId="23FEC340" w:rsidR="00D97D0B" w:rsidRDefault="00D97D0B" w:rsidP="00010E31">
      <w:pPr>
        <w:numPr>
          <w:ilvl w:val="0"/>
          <w:numId w:val="53"/>
        </w:numPr>
        <w:spacing w:after="0" w:line="278" w:lineRule="auto"/>
      </w:pPr>
      <w:r w:rsidRPr="00471F79">
        <w:rPr>
          <w:rFonts w:ascii="Segoe UI Emoji" w:hAnsi="Segoe UI Emoji" w:cs="Segoe UI Emoji"/>
          <w:lang w:val="en-US"/>
        </w:rPr>
        <w:t>👩</w:t>
      </w:r>
      <w:r w:rsidRPr="00471F79">
        <w:rPr>
          <w:lang w:val="en-US"/>
        </w:rPr>
        <w:t xml:space="preserve"> Women's Network Group</w:t>
      </w:r>
      <w:r w:rsidRPr="00471F79">
        <w:t> </w:t>
      </w:r>
    </w:p>
    <w:p w14:paraId="1A5DAA2A" w14:textId="77777777" w:rsidR="00D97D0B" w:rsidRPr="00471F79" w:rsidRDefault="00D97D0B" w:rsidP="00D97D0B">
      <w:pPr>
        <w:spacing w:after="0" w:line="278" w:lineRule="auto"/>
        <w:ind w:left="720"/>
      </w:pPr>
    </w:p>
    <w:p w14:paraId="4D8DE299" w14:textId="77777777" w:rsidR="00D97D0B" w:rsidRPr="00471F79" w:rsidRDefault="00D97D0B" w:rsidP="00D97D0B">
      <w:r w:rsidRPr="00471F79">
        <w:rPr>
          <w:rFonts w:ascii="Segoe UI Emoji" w:hAnsi="Segoe UI Emoji" w:cs="Segoe UI Emoji"/>
          <w:lang w:val="en-US"/>
        </w:rPr>
        <w:t>🔷</w:t>
      </w:r>
      <w:r w:rsidRPr="00471F79">
        <w:rPr>
          <w:lang w:val="en-US"/>
        </w:rPr>
        <w:t xml:space="preserve"> </w:t>
      </w:r>
      <w:r w:rsidRPr="00471F79">
        <w:rPr>
          <w:b/>
          <w:bCs/>
          <w:lang w:val="en-US"/>
        </w:rPr>
        <w:t>Supporting Good Causes</w:t>
      </w:r>
      <w:r w:rsidRPr="00471F79">
        <w:t> </w:t>
      </w:r>
    </w:p>
    <w:p w14:paraId="573AD5F5" w14:textId="77777777" w:rsidR="00D97D0B" w:rsidRPr="00471F79" w:rsidRDefault="00D97D0B" w:rsidP="00D97D0B">
      <w:r w:rsidRPr="00471F79">
        <w:rPr>
          <w:i/>
          <w:iCs/>
          <w:lang w:val="en-US"/>
        </w:rPr>
        <w:t>Additional benefits that enrich your working experience</w:t>
      </w:r>
      <w:r w:rsidRPr="00471F79">
        <w:t> </w:t>
      </w:r>
    </w:p>
    <w:p w14:paraId="072EF1B2" w14:textId="77777777" w:rsidR="00D97D0B" w:rsidRPr="00471F79" w:rsidRDefault="00D97D0B" w:rsidP="00010E31">
      <w:pPr>
        <w:numPr>
          <w:ilvl w:val="0"/>
          <w:numId w:val="54"/>
        </w:numPr>
        <w:spacing w:after="0" w:line="278" w:lineRule="auto"/>
      </w:pPr>
      <w:r w:rsidRPr="00471F79">
        <w:rPr>
          <w:rFonts w:ascii="Segoe UI Emoji" w:hAnsi="Segoe UI Emoji" w:cs="Segoe UI Emoji"/>
          <w:lang w:val="en-US"/>
        </w:rPr>
        <w:t>💝</w:t>
      </w:r>
      <w:r w:rsidRPr="00471F79">
        <w:rPr>
          <w:lang w:val="en-US"/>
        </w:rPr>
        <w:t xml:space="preserve"> Payroll Giving Opportunities</w:t>
      </w:r>
    </w:p>
    <w:p w14:paraId="6DD813AF" w14:textId="79DC66FE" w:rsidR="00D97D0B" w:rsidRDefault="00D97D0B" w:rsidP="00010E31">
      <w:pPr>
        <w:numPr>
          <w:ilvl w:val="0"/>
          <w:numId w:val="55"/>
        </w:numPr>
        <w:spacing w:after="0" w:line="278" w:lineRule="auto"/>
      </w:pPr>
      <w:r w:rsidRPr="00471F79">
        <w:rPr>
          <w:rFonts w:ascii="Segoe UI Emoji" w:hAnsi="Segoe UI Emoji" w:cs="Segoe UI Emoji"/>
          <w:lang w:val="en-US"/>
        </w:rPr>
        <w:t>🙋</w:t>
      </w:r>
      <w:r w:rsidRPr="00471F79">
        <w:rPr>
          <w:lang w:val="en-US"/>
        </w:rPr>
        <w:t xml:space="preserve"> Volunteering Policy: 2 Paid Days and 3 Unpaid Days per Year</w:t>
      </w:r>
    </w:p>
    <w:p w14:paraId="0D6F2236" w14:textId="77777777" w:rsidR="00D97D0B" w:rsidRPr="00471F79" w:rsidRDefault="00D97D0B" w:rsidP="00D97D0B">
      <w:pPr>
        <w:spacing w:after="0" w:line="278" w:lineRule="auto"/>
        <w:ind w:left="720"/>
      </w:pPr>
    </w:p>
    <w:p w14:paraId="1578146B" w14:textId="77777777" w:rsidR="00D97D0B" w:rsidRPr="00471F79" w:rsidRDefault="00D97D0B" w:rsidP="00D97D0B">
      <w:r w:rsidRPr="00471F79">
        <w:rPr>
          <w:rFonts w:ascii="Segoe UI Emoji" w:hAnsi="Segoe UI Emoji" w:cs="Segoe UI Emoji"/>
          <w:lang w:val="en-US"/>
        </w:rPr>
        <w:t>🔴</w:t>
      </w:r>
      <w:r w:rsidRPr="00471F79">
        <w:rPr>
          <w:lang w:val="en-US"/>
        </w:rPr>
        <w:t xml:space="preserve"> </w:t>
      </w:r>
      <w:r w:rsidRPr="00471F79">
        <w:rPr>
          <w:b/>
          <w:bCs/>
          <w:lang w:val="en-US"/>
        </w:rPr>
        <w:t>Learning &amp; Development</w:t>
      </w:r>
      <w:r w:rsidRPr="00471F79">
        <w:t> </w:t>
      </w:r>
    </w:p>
    <w:p w14:paraId="3AB3F974" w14:textId="77777777" w:rsidR="00D97D0B" w:rsidRPr="00471F79" w:rsidRDefault="00D97D0B" w:rsidP="00D97D0B">
      <w:r w:rsidRPr="00471F79">
        <w:rPr>
          <w:i/>
          <w:iCs/>
          <w:lang w:val="en-US"/>
        </w:rPr>
        <w:t>Investing in your growth and career progression</w:t>
      </w:r>
      <w:r w:rsidRPr="00471F79">
        <w:t> </w:t>
      </w:r>
    </w:p>
    <w:p w14:paraId="2575B3E7" w14:textId="77777777" w:rsidR="00D97D0B" w:rsidRPr="00471F79" w:rsidRDefault="00D97D0B" w:rsidP="00010E31">
      <w:pPr>
        <w:numPr>
          <w:ilvl w:val="0"/>
          <w:numId w:val="56"/>
        </w:numPr>
        <w:spacing w:after="0" w:line="278" w:lineRule="auto"/>
      </w:pPr>
      <w:r w:rsidRPr="00471F79">
        <w:rPr>
          <w:rFonts w:ascii="Segoe UI Emoji" w:hAnsi="Segoe UI Emoji" w:cs="Segoe UI Emoji"/>
          <w:lang w:val="en-US"/>
        </w:rPr>
        <w:t>📖</w:t>
      </w:r>
      <w:r w:rsidRPr="00471F79">
        <w:rPr>
          <w:lang w:val="en-US"/>
        </w:rPr>
        <w:t xml:space="preserve"> Access to Learning and Development Opportunities Throughout Your Sefton Career</w:t>
      </w:r>
      <w:r w:rsidRPr="00471F79">
        <w:t> </w:t>
      </w:r>
    </w:p>
    <w:p w14:paraId="2F8379D0" w14:textId="77777777" w:rsidR="00D97D0B" w:rsidRPr="00471F79" w:rsidRDefault="00D97D0B" w:rsidP="00010E31">
      <w:pPr>
        <w:numPr>
          <w:ilvl w:val="0"/>
          <w:numId w:val="57"/>
        </w:numPr>
        <w:spacing w:after="0" w:line="278" w:lineRule="auto"/>
      </w:pPr>
      <w:r w:rsidRPr="00471F79">
        <w:rPr>
          <w:rFonts w:ascii="Segoe UI Emoji" w:hAnsi="Segoe UI Emoji" w:cs="Segoe UI Emoji"/>
          <w:lang w:val="en-US"/>
        </w:rPr>
        <w:t>🚀</w:t>
      </w:r>
      <w:r w:rsidRPr="00471F79">
        <w:rPr>
          <w:lang w:val="en-US"/>
        </w:rPr>
        <w:t xml:space="preserve"> Continuous Professional Development Opportunities</w:t>
      </w:r>
      <w:r w:rsidRPr="00471F79">
        <w:t> </w:t>
      </w:r>
    </w:p>
    <w:p w14:paraId="61E4F2AF" w14:textId="77777777" w:rsidR="00D97D0B" w:rsidRPr="00471F79" w:rsidRDefault="00D97D0B" w:rsidP="00010E31">
      <w:pPr>
        <w:numPr>
          <w:ilvl w:val="0"/>
          <w:numId w:val="58"/>
        </w:numPr>
        <w:spacing w:after="0" w:line="278" w:lineRule="auto"/>
      </w:pPr>
      <w:r w:rsidRPr="00471F79">
        <w:rPr>
          <w:rFonts w:ascii="Segoe UI Emoji" w:hAnsi="Segoe UI Emoji" w:cs="Segoe UI Emoji"/>
          <w:lang w:val="en-US"/>
        </w:rPr>
        <w:t>🎯</w:t>
      </w:r>
      <w:r w:rsidRPr="00471F79">
        <w:rPr>
          <w:lang w:val="en-US"/>
        </w:rPr>
        <w:t xml:space="preserve"> Support to Build Skills and Progress Your Career</w:t>
      </w:r>
      <w:r w:rsidRPr="00471F79">
        <w:t> </w:t>
      </w:r>
    </w:p>
    <w:p w14:paraId="273F006A" w14:textId="77777777" w:rsidR="00D97D0B" w:rsidRPr="00471F79" w:rsidRDefault="00D97D0B" w:rsidP="00D97D0B">
      <w:r w:rsidRPr="00471F79">
        <w:t> </w:t>
      </w:r>
    </w:p>
    <w:p w14:paraId="77BE5E03" w14:textId="77777777" w:rsidR="00D97D0B" w:rsidRDefault="00D97D0B">
      <w:pPr>
        <w:rPr>
          <w:b/>
          <w:bCs/>
        </w:rPr>
      </w:pPr>
    </w:p>
    <w:p w14:paraId="5D138B49" w14:textId="77777777" w:rsidR="00555978" w:rsidRDefault="00555978">
      <w:pPr>
        <w:rPr>
          <w:rFonts w:cs="Arial"/>
          <w:b/>
          <w:bCs/>
        </w:rPr>
      </w:pPr>
      <w:r>
        <w:rPr>
          <w:rFonts w:cs="Arial"/>
          <w:b/>
          <w:bCs/>
        </w:rPr>
        <w:br w:type="page"/>
      </w:r>
    </w:p>
    <w:p w14:paraId="0037C58A" w14:textId="042433E7" w:rsidR="001A3735" w:rsidRPr="00B05E11" w:rsidRDefault="00691B42" w:rsidP="001A3735">
      <w:pPr>
        <w:rPr>
          <w:rFonts w:cs="Arial"/>
        </w:rPr>
      </w:pPr>
      <w:r w:rsidRPr="00A665FC">
        <w:rPr>
          <w:noProof/>
        </w:rPr>
        <w:lastRenderedPageBreak/>
        <mc:AlternateContent>
          <mc:Choice Requires="wps">
            <w:drawing>
              <wp:anchor distT="0" distB="0" distL="114300" distR="114300" simplePos="0" relativeHeight="251658254" behindDoc="0" locked="0" layoutInCell="1" allowOverlap="1" wp14:anchorId="379DCF63" wp14:editId="2D6EF510">
                <wp:simplePos x="0" y="0"/>
                <wp:positionH relativeFrom="column">
                  <wp:posOffset>-1123950</wp:posOffset>
                </wp:positionH>
                <wp:positionV relativeFrom="paragraph">
                  <wp:posOffset>-1365885</wp:posOffset>
                </wp:positionV>
                <wp:extent cx="7772400" cy="11210925"/>
                <wp:effectExtent l="57150" t="19050" r="76200" b="104775"/>
                <wp:wrapNone/>
                <wp:docPr id="1551343144" name="Rectangle 2"/>
                <wp:cNvGraphicFramePr/>
                <a:graphic xmlns:a="http://schemas.openxmlformats.org/drawingml/2006/main">
                  <a:graphicData uri="http://schemas.microsoft.com/office/word/2010/wordprocessingShape">
                    <wps:wsp>
                      <wps:cNvSpPr/>
                      <wps:spPr>
                        <a:xfrm>
                          <a:off x="0" y="0"/>
                          <a:ext cx="7772400" cy="11210925"/>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0A3B0205" id="Rectangle 2" o:spid="_x0000_s1026" style="position:absolute;margin-left:-88.5pt;margin-top:-107.55pt;width:612pt;height:882.7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" fillcolor="#007cbb" strokecolor="#4579b8 [3044]">
                <v:shadow on="t" color="black" opacity="22937f" origin=",.5" offset="0,.63889mm"/>
              </v:rect>
            </w:pict>
          </mc:Fallback>
        </mc:AlternateContent>
      </w:r>
      <w:r w:rsidR="001A3735" w:rsidRPr="007C0416">
        <w:rPr>
          <w:rFonts w:cs="Arial"/>
          <w:b/>
          <w:bCs/>
        </w:rPr>
        <w:t>Prepared by:</w:t>
      </w:r>
      <w:r w:rsidR="001A3735" w:rsidRPr="007C0416">
        <w:rPr>
          <w:rFonts w:cs="Arial"/>
          <w:b/>
          <w:bCs/>
        </w:rPr>
        <w:tab/>
      </w:r>
      <w:r w:rsidR="001A3735" w:rsidRPr="00B05E11">
        <w:rPr>
          <w:rFonts w:cs="Arial"/>
        </w:rPr>
        <w:tab/>
        <w:t>Michael Mainwaring</w:t>
      </w:r>
    </w:p>
    <w:p w14:paraId="76A1E1AC" w14:textId="77777777" w:rsidR="001A3735" w:rsidRPr="00B05E11" w:rsidRDefault="001A3735" w:rsidP="001A3735">
      <w:pPr>
        <w:rPr>
          <w:rFonts w:cs="Arial"/>
        </w:rPr>
      </w:pPr>
      <w:r w:rsidRPr="007C0416">
        <w:rPr>
          <w:rFonts w:cs="Arial"/>
          <w:b/>
          <w:bCs/>
        </w:rPr>
        <w:t>Designation:</w:t>
      </w:r>
      <w:r w:rsidRPr="00B05E11">
        <w:rPr>
          <w:rFonts w:cs="Arial"/>
        </w:rPr>
        <w:tab/>
      </w:r>
      <w:r w:rsidRPr="00B05E11">
        <w:rPr>
          <w:rFonts w:cs="Arial"/>
        </w:rPr>
        <w:tab/>
        <w:t>Workforce and Learning Service Manager</w:t>
      </w:r>
    </w:p>
    <w:p w14:paraId="3B5B7993" w14:textId="2E732FDC" w:rsidR="001A3735" w:rsidRPr="00B05E11" w:rsidRDefault="001A3735" w:rsidP="001A3735">
      <w:pPr>
        <w:rPr>
          <w:rFonts w:cs="Arial"/>
        </w:rPr>
      </w:pPr>
      <w:r w:rsidRPr="007C0416">
        <w:rPr>
          <w:rFonts w:cs="Arial"/>
          <w:b/>
          <w:bCs/>
        </w:rPr>
        <w:t>Date:</w:t>
      </w:r>
      <w:r w:rsidRPr="007C0416">
        <w:rPr>
          <w:rFonts w:cs="Arial"/>
          <w:b/>
          <w:bCs/>
        </w:rPr>
        <w:tab/>
      </w:r>
      <w:r w:rsidRPr="00B05E11">
        <w:rPr>
          <w:rFonts w:cs="Arial"/>
        </w:rPr>
        <w:tab/>
      </w:r>
      <w:r w:rsidRPr="00B05E11">
        <w:rPr>
          <w:rFonts w:cs="Arial"/>
        </w:rPr>
        <w:tab/>
      </w:r>
      <w:r w:rsidR="00B40334">
        <w:rPr>
          <w:rFonts w:cs="Arial"/>
        </w:rPr>
        <w:t>June 2026</w:t>
      </w:r>
    </w:p>
    <w:p w14:paraId="705007BF" w14:textId="7B803965" w:rsidR="002E7AA9" w:rsidRDefault="006834E9" w:rsidP="002250F4">
      <w:r w:rsidRPr="00A665FC">
        <w:rPr>
          <w:noProof/>
        </w:rPr>
        <w:drawing>
          <wp:anchor distT="0" distB="0" distL="114300" distR="114300" simplePos="0" relativeHeight="251658273" behindDoc="0" locked="0" layoutInCell="1" allowOverlap="1" wp14:anchorId="1332D045" wp14:editId="2ECEA77C">
            <wp:simplePos x="0" y="0"/>
            <wp:positionH relativeFrom="margin">
              <wp:posOffset>1703705</wp:posOffset>
            </wp:positionH>
            <wp:positionV relativeFrom="paragraph">
              <wp:posOffset>6891020</wp:posOffset>
            </wp:positionV>
            <wp:extent cx="2288652" cy="373945"/>
            <wp:effectExtent l="0" t="0" r="0" b="7620"/>
            <wp:wrapNone/>
            <wp:docPr id="967235396"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A665FC">
        <w:rPr>
          <w:noProof/>
        </w:rPr>
        <w:drawing>
          <wp:anchor distT="0" distB="0" distL="114300" distR="114300" simplePos="0" relativeHeight="251658255" behindDoc="0" locked="0" layoutInCell="1" allowOverlap="1" wp14:anchorId="5CD8D245" wp14:editId="205E5F69">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sectPr w:rsidR="002E7AA9" w:rsidSect="004E1EAE">
      <w:headerReference w:type="default" r:id="rId33"/>
      <w:footerReference w:type="default" r:id="rId34"/>
      <w:pgSz w:w="12240" w:h="15840"/>
      <w:pgMar w:top="1440" w:right="1800" w:bottom="1440" w:left="1800" w:header="720" w:footer="720" w:gutter="0"/>
      <w:pgNumType w:start="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6185A" w14:textId="77777777" w:rsidR="00E25150" w:rsidRPr="00A665FC" w:rsidRDefault="00E25150">
      <w:pPr>
        <w:spacing w:after="0" w:line="240" w:lineRule="auto"/>
      </w:pPr>
      <w:r w:rsidRPr="00A665FC">
        <w:separator/>
      </w:r>
    </w:p>
  </w:endnote>
  <w:endnote w:type="continuationSeparator" w:id="0">
    <w:p w14:paraId="584556AB" w14:textId="77777777" w:rsidR="00E25150" w:rsidRPr="00A665FC" w:rsidRDefault="00E25150">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578792"/>
      <w:docPartObj>
        <w:docPartGallery w:val="Page Numbers (Bottom of Page)"/>
        <w:docPartUnique/>
      </w:docPartObj>
    </w:sdtPr>
    <w:sdtEndPr/>
    <w:sdtContent>
      <w:p w14:paraId="551EEFE4" w14:textId="19EF7DBA" w:rsidR="0070113D" w:rsidRDefault="0070113D">
        <w:pPr>
          <w:pStyle w:val="Footer"/>
          <w:jc w:val="center"/>
        </w:pPr>
        <w:r>
          <w:fldChar w:fldCharType="begin"/>
        </w:r>
        <w:r>
          <w:instrText>PAGE   \* MERGEFORMAT</w:instrText>
        </w:r>
        <w:r>
          <w:fldChar w:fldCharType="separate"/>
        </w:r>
        <w:r>
          <w:t>2</w:t>
        </w:r>
        <w:r>
          <w:fldChar w:fldCharType="end"/>
        </w:r>
      </w:p>
    </w:sdtContent>
  </w:sdt>
  <w:p w14:paraId="2F017E47" w14:textId="77777777" w:rsidR="0070113D" w:rsidRPr="00A665FC" w:rsidRDefault="0070113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166392"/>
      <w:docPartObj>
        <w:docPartGallery w:val="Page Numbers (Bottom of Page)"/>
        <w:docPartUnique/>
      </w:docPartObj>
    </w:sdtPr>
    <w:sdtEndPr/>
    <w:sdtContent>
      <w:p w14:paraId="2EFB6914" w14:textId="22F9B3E5" w:rsidR="004E1EAE" w:rsidRDefault="004E1EAE">
        <w:pPr>
          <w:pStyle w:val="Footer"/>
          <w:jc w:val="center"/>
        </w:pPr>
        <w:r>
          <w:fldChar w:fldCharType="begin"/>
        </w:r>
        <w:r>
          <w:instrText>PAGE   \* MERGEFORMAT</w:instrText>
        </w:r>
        <w:r>
          <w:fldChar w:fldCharType="separate"/>
        </w:r>
        <w:r>
          <w:t>2</w:t>
        </w:r>
        <w:r>
          <w:fldChar w:fldCharType="end"/>
        </w:r>
      </w:p>
    </w:sdtContent>
  </w:sdt>
  <w:p w14:paraId="6FA6B41A" w14:textId="77777777" w:rsidR="004E1EAE" w:rsidRPr="00A665FC" w:rsidRDefault="004E1EA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85A08" w14:textId="77777777" w:rsidR="00E25150" w:rsidRPr="00A665FC" w:rsidRDefault="00E25150">
      <w:pPr>
        <w:spacing w:after="0" w:line="240" w:lineRule="auto"/>
      </w:pPr>
      <w:r w:rsidRPr="00A665FC">
        <w:separator/>
      </w:r>
    </w:p>
  </w:footnote>
  <w:footnote w:type="continuationSeparator" w:id="0">
    <w:p w14:paraId="6E97B013" w14:textId="77777777" w:rsidR="00E25150" w:rsidRPr="00A665FC" w:rsidRDefault="00E25150">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p w14:paraId="1B8A6D24" w14:textId="77777777" w:rsidR="00DC6FFA" w:rsidRPr="00A665FC" w:rsidRDefault="00DC6FFA" w:rsidP="000A1196">
    <w:pPr>
      <w:pStyle w:val="Header"/>
      <w:ind w:firstLine="720"/>
    </w:pPr>
  </w:p>
  <w:tbl>
    <w:tblPr>
      <w:tblW w:w="0" w:type="auto"/>
      <w:jc w:val="center"/>
      <w:tblLook w:val="04A0" w:firstRow="1" w:lastRow="0" w:firstColumn="1" w:lastColumn="0" w:noHBand="0" w:noVBand="1"/>
    </w:tblPr>
    <w:tblGrid>
      <w:gridCol w:w="4316"/>
      <w:gridCol w:w="4324"/>
    </w:tblGrid>
    <w:tr w:rsidR="002E7AA9" w:rsidRPr="00A665FC" w14:paraId="286B3116" w14:textId="77777777" w:rsidTr="00DC6FFA">
      <w:trPr>
        <w:jc w:val="center"/>
      </w:trPr>
      <w:tc>
        <w:tcPr>
          <w:tcW w:w="4320" w:type="dxa"/>
          <w:shd w:val="clear" w:color="auto" w:fill="0082BC"/>
        </w:tcPr>
        <w:p w14:paraId="5F9F7FFF" w14:textId="0E7F71D8" w:rsidR="002E7AA9" w:rsidRPr="00A665FC" w:rsidRDefault="00FC1FEE">
          <w:r w:rsidRPr="00A665FC">
            <w:rPr>
              <w:b/>
              <w:noProof/>
              <w:color w:val="0082BC"/>
              <w:sz w:val="48"/>
            </w:rPr>
            <w:drawing>
              <wp:anchor distT="0" distB="0" distL="114300" distR="114300" simplePos="0" relativeHeight="251658240" behindDoc="0" locked="0" layoutInCell="1" allowOverlap="1" wp14:anchorId="4A3F2D7B" wp14:editId="6626B457">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7" w:type="dxa"/>
          <w:shd w:val="clear" w:color="auto" w:fill="0082BC"/>
        </w:tcPr>
        <w:p w14:paraId="04FE3CB2" w14:textId="77777777" w:rsidR="002E7AA9" w:rsidRPr="00A665FC" w:rsidRDefault="00E16F88">
          <w:pPr>
            <w:jc w:val="right"/>
          </w:pPr>
          <w:r w:rsidRPr="00A665FC">
            <w:rPr>
              <w:b/>
              <w:color w:val="FFFFFF"/>
              <w:sz w:val="24"/>
            </w:rPr>
            <w:t>Sefton Council | Workforce Learning &amp; Development</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FDB6" w14:textId="3258A185" w:rsidR="00CD45AA" w:rsidRDefault="006834E9">
    <w:pPr>
      <w:pStyle w:val="Header"/>
    </w:pPr>
    <w:r w:rsidRPr="00A665FC">
      <w:rPr>
        <w:noProof/>
      </w:rPr>
      <w:drawing>
        <wp:anchor distT="0" distB="0" distL="114300" distR="114300" simplePos="0" relativeHeight="251658244" behindDoc="0" locked="0" layoutInCell="1" allowOverlap="1" wp14:anchorId="0D392B02" wp14:editId="75DCF22D">
          <wp:simplePos x="0" y="0"/>
          <wp:positionH relativeFrom="margin">
            <wp:align>left</wp:align>
          </wp:positionH>
          <wp:positionV relativeFrom="paragraph">
            <wp:posOffset>-143510</wp:posOffset>
          </wp:positionV>
          <wp:extent cx="6543675" cy="231470"/>
          <wp:effectExtent l="0" t="0" r="0" b="0"/>
          <wp:wrapNone/>
          <wp:docPr id="16411606" name="Picture 16411606"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77777777" w:rsidR="000A1196" w:rsidRPr="00A665FC" w:rsidRDefault="000A1196">
    <w:pPr>
      <w:pStyle w:val="Header"/>
    </w:pPr>
    <w:r w:rsidRPr="00A665FC">
      <w:rPr>
        <w:noProof/>
      </w:rPr>
      <w:drawing>
        <wp:anchor distT="0" distB="0" distL="114300" distR="114300" simplePos="0" relativeHeight="25165824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p w14:paraId="6A22C400" w14:textId="77777777" w:rsidR="000A1196" w:rsidRPr="00A665FC" w:rsidRDefault="000A1196" w:rsidP="000A1196">
    <w:pPr>
      <w:pStyle w:val="Header"/>
      <w:ind w:firstLine="720"/>
    </w:pPr>
  </w:p>
  <w:tbl>
    <w:tblPr>
      <w:tblW w:w="0" w:type="auto"/>
      <w:jc w:val="center"/>
      <w:tblLook w:val="04A0" w:firstRow="1" w:lastRow="0" w:firstColumn="1" w:lastColumn="0" w:noHBand="0" w:noVBand="1"/>
    </w:tblPr>
    <w:tblGrid>
      <w:gridCol w:w="4316"/>
      <w:gridCol w:w="4324"/>
    </w:tblGrid>
    <w:tr w:rsidR="000A1196" w:rsidRPr="00A665FC" w14:paraId="19345E9F" w14:textId="77777777" w:rsidTr="00DC6FFA">
      <w:trPr>
        <w:jc w:val="center"/>
      </w:trPr>
      <w:tc>
        <w:tcPr>
          <w:tcW w:w="4320" w:type="dxa"/>
          <w:shd w:val="clear" w:color="auto" w:fill="0082BC"/>
        </w:tcPr>
        <w:p w14:paraId="52C6273D" w14:textId="77777777" w:rsidR="000A1196" w:rsidRPr="00A665FC" w:rsidRDefault="000A1196">
          <w:r w:rsidRPr="00A665FC">
            <w:rPr>
              <w:b/>
              <w:noProof/>
              <w:color w:val="0082BC"/>
              <w:sz w:val="48"/>
            </w:rPr>
            <w:drawing>
              <wp:anchor distT="0" distB="0" distL="114300" distR="114300" simplePos="0" relativeHeight="251658242" behindDoc="0" locked="0" layoutInCell="1" allowOverlap="1" wp14:anchorId="4F6D4255" wp14:editId="2D9686AE">
                <wp:simplePos x="0" y="0"/>
                <wp:positionH relativeFrom="column">
                  <wp:posOffset>-1905</wp:posOffset>
                </wp:positionH>
                <wp:positionV relativeFrom="paragraph">
                  <wp:posOffset>29845</wp:posOffset>
                </wp:positionV>
                <wp:extent cx="2587925" cy="476250"/>
                <wp:effectExtent l="0" t="0" r="3175" b="0"/>
                <wp:wrapNone/>
                <wp:docPr id="2006047792"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7" w:type="dxa"/>
          <w:shd w:val="clear" w:color="auto" w:fill="0082BC"/>
        </w:tcPr>
        <w:p w14:paraId="16DC36F0" w14:textId="77777777" w:rsidR="000A1196" w:rsidRPr="00A665FC" w:rsidRDefault="000A1196">
          <w:pPr>
            <w:jc w:val="right"/>
          </w:pPr>
          <w:r w:rsidRPr="00A665FC">
            <w:rPr>
              <w:b/>
              <w:color w:val="FFFFFF"/>
              <w:sz w:val="24"/>
            </w:rPr>
            <w:t>Sefton Council | Workforce Learning &amp; Development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EE60AA"/>
    <w:multiLevelType w:val="multilevel"/>
    <w:tmpl w:val="4008F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236903"/>
    <w:multiLevelType w:val="multilevel"/>
    <w:tmpl w:val="C6EE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0A0E3A"/>
    <w:multiLevelType w:val="multilevel"/>
    <w:tmpl w:val="D876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E95279"/>
    <w:multiLevelType w:val="multilevel"/>
    <w:tmpl w:val="7838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E926DF"/>
    <w:multiLevelType w:val="multilevel"/>
    <w:tmpl w:val="E38A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FA2492"/>
    <w:multiLevelType w:val="multilevel"/>
    <w:tmpl w:val="55D0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DF778D"/>
    <w:multiLevelType w:val="multilevel"/>
    <w:tmpl w:val="3F72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6735DF"/>
    <w:multiLevelType w:val="multilevel"/>
    <w:tmpl w:val="F8CE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6E5F2E"/>
    <w:multiLevelType w:val="multilevel"/>
    <w:tmpl w:val="8226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8D25ED0"/>
    <w:multiLevelType w:val="hybridMultilevel"/>
    <w:tmpl w:val="4C8AB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785461"/>
    <w:multiLevelType w:val="multilevel"/>
    <w:tmpl w:val="8ACE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18115A"/>
    <w:multiLevelType w:val="multilevel"/>
    <w:tmpl w:val="B5E4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4A49CF"/>
    <w:multiLevelType w:val="hybridMultilevel"/>
    <w:tmpl w:val="81AC4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626E8D"/>
    <w:multiLevelType w:val="multilevel"/>
    <w:tmpl w:val="BD1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5A480A"/>
    <w:multiLevelType w:val="multilevel"/>
    <w:tmpl w:val="D86AD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C2E1F32"/>
    <w:multiLevelType w:val="multilevel"/>
    <w:tmpl w:val="0CA4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5B487F"/>
    <w:multiLevelType w:val="multilevel"/>
    <w:tmpl w:val="0DF0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E67507"/>
    <w:multiLevelType w:val="multilevel"/>
    <w:tmpl w:val="C504A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1A487B"/>
    <w:multiLevelType w:val="multilevel"/>
    <w:tmpl w:val="A72C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5A93875"/>
    <w:multiLevelType w:val="multilevel"/>
    <w:tmpl w:val="3F18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954C56"/>
    <w:multiLevelType w:val="multilevel"/>
    <w:tmpl w:val="75C6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A3348A2"/>
    <w:multiLevelType w:val="multilevel"/>
    <w:tmpl w:val="42DA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3D1C0E"/>
    <w:multiLevelType w:val="multilevel"/>
    <w:tmpl w:val="F372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545BF5"/>
    <w:multiLevelType w:val="multilevel"/>
    <w:tmpl w:val="F9B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2165C02"/>
    <w:multiLevelType w:val="multilevel"/>
    <w:tmpl w:val="ED0E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3302E69"/>
    <w:multiLevelType w:val="multilevel"/>
    <w:tmpl w:val="421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C7498F"/>
    <w:multiLevelType w:val="multilevel"/>
    <w:tmpl w:val="62CC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73F64A0"/>
    <w:multiLevelType w:val="multilevel"/>
    <w:tmpl w:val="5AE2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78419C3"/>
    <w:multiLevelType w:val="multilevel"/>
    <w:tmpl w:val="1038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9D32EC"/>
    <w:multiLevelType w:val="hybridMultilevel"/>
    <w:tmpl w:val="81BEEAB8"/>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B50677"/>
    <w:multiLevelType w:val="multilevel"/>
    <w:tmpl w:val="70E8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D2300B"/>
    <w:multiLevelType w:val="multilevel"/>
    <w:tmpl w:val="82E8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0E6036"/>
    <w:multiLevelType w:val="multilevel"/>
    <w:tmpl w:val="612E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456660"/>
    <w:multiLevelType w:val="multilevel"/>
    <w:tmpl w:val="811A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A242E7"/>
    <w:multiLevelType w:val="multilevel"/>
    <w:tmpl w:val="A388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DCE0942"/>
    <w:multiLevelType w:val="multilevel"/>
    <w:tmpl w:val="D5C8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46"/>
  </w:num>
  <w:num w:numId="8" w16cid:durableId="96677921">
    <w:abstractNumId w:val="48"/>
  </w:num>
  <w:num w:numId="9" w16cid:durableId="1885943946">
    <w:abstractNumId w:val="13"/>
  </w:num>
  <w:num w:numId="10" w16cid:durableId="2102799240">
    <w:abstractNumId w:val="38"/>
  </w:num>
  <w:num w:numId="11" w16cid:durableId="486483934">
    <w:abstractNumId w:val="30"/>
  </w:num>
  <w:num w:numId="12" w16cid:durableId="1548644970">
    <w:abstractNumId w:val="24"/>
  </w:num>
  <w:num w:numId="13" w16cid:durableId="939293694">
    <w:abstractNumId w:val="55"/>
  </w:num>
  <w:num w:numId="14" w16cid:durableId="1370958176">
    <w:abstractNumId w:val="32"/>
  </w:num>
  <w:num w:numId="15" w16cid:durableId="1811945182">
    <w:abstractNumId w:val="21"/>
  </w:num>
  <w:num w:numId="16" w16cid:durableId="752121699">
    <w:abstractNumId w:val="51"/>
  </w:num>
  <w:num w:numId="17" w16cid:durableId="728764366">
    <w:abstractNumId w:val="42"/>
  </w:num>
  <w:num w:numId="18" w16cid:durableId="903369946">
    <w:abstractNumId w:val="9"/>
  </w:num>
  <w:num w:numId="19" w16cid:durableId="1916547196">
    <w:abstractNumId w:val="56"/>
  </w:num>
  <w:num w:numId="20" w16cid:durableId="1313756109">
    <w:abstractNumId w:val="27"/>
  </w:num>
  <w:num w:numId="21" w16cid:durableId="580675113">
    <w:abstractNumId w:val="28"/>
  </w:num>
  <w:num w:numId="22" w16cid:durableId="1158957881">
    <w:abstractNumId w:val="53"/>
  </w:num>
  <w:num w:numId="23" w16cid:durableId="1517885159">
    <w:abstractNumId w:val="11"/>
  </w:num>
  <w:num w:numId="24" w16cid:durableId="967978279">
    <w:abstractNumId w:val="14"/>
  </w:num>
  <w:num w:numId="25" w16cid:durableId="1636177351">
    <w:abstractNumId w:val="18"/>
  </w:num>
  <w:num w:numId="26" w16cid:durableId="554511661">
    <w:abstractNumId w:val="47"/>
  </w:num>
  <w:num w:numId="27" w16cid:durableId="1927180898">
    <w:abstractNumId w:val="33"/>
  </w:num>
  <w:num w:numId="28" w16cid:durableId="978802230">
    <w:abstractNumId w:val="54"/>
  </w:num>
  <w:num w:numId="29" w16cid:durableId="613170239">
    <w:abstractNumId w:val="19"/>
  </w:num>
  <w:num w:numId="30" w16cid:durableId="1321230537">
    <w:abstractNumId w:val="10"/>
  </w:num>
  <w:num w:numId="31" w16cid:durableId="1359742154">
    <w:abstractNumId w:val="37"/>
  </w:num>
  <w:num w:numId="32" w16cid:durableId="1283417404">
    <w:abstractNumId w:val="50"/>
  </w:num>
  <w:num w:numId="33" w16cid:durableId="1386878435">
    <w:abstractNumId w:val="57"/>
  </w:num>
  <w:num w:numId="34" w16cid:durableId="226377023">
    <w:abstractNumId w:val="36"/>
  </w:num>
  <w:num w:numId="35" w16cid:durableId="192039377">
    <w:abstractNumId w:val="49"/>
  </w:num>
  <w:num w:numId="36" w16cid:durableId="1718973103">
    <w:abstractNumId w:val="15"/>
  </w:num>
  <w:num w:numId="37" w16cid:durableId="633367501">
    <w:abstractNumId w:val="58"/>
  </w:num>
  <w:num w:numId="38" w16cid:durableId="1842770331">
    <w:abstractNumId w:val="45"/>
  </w:num>
  <w:num w:numId="39" w16cid:durableId="1253129189">
    <w:abstractNumId w:val="23"/>
  </w:num>
  <w:num w:numId="40" w16cid:durableId="489834387">
    <w:abstractNumId w:val="12"/>
  </w:num>
  <w:num w:numId="41" w16cid:durableId="1259828013">
    <w:abstractNumId w:val="16"/>
  </w:num>
  <w:num w:numId="42" w16cid:durableId="474221041">
    <w:abstractNumId w:val="43"/>
  </w:num>
  <w:num w:numId="43" w16cid:durableId="352459455">
    <w:abstractNumId w:val="17"/>
  </w:num>
  <w:num w:numId="44" w16cid:durableId="1543707933">
    <w:abstractNumId w:val="44"/>
  </w:num>
  <w:num w:numId="45" w16cid:durableId="1618952441">
    <w:abstractNumId w:val="25"/>
  </w:num>
  <w:num w:numId="46" w16cid:durableId="1356885314">
    <w:abstractNumId w:val="29"/>
  </w:num>
  <w:num w:numId="47" w16cid:durableId="2752671">
    <w:abstractNumId w:val="35"/>
  </w:num>
  <w:num w:numId="48" w16cid:durableId="1323238665">
    <w:abstractNumId w:val="6"/>
  </w:num>
  <w:num w:numId="49" w16cid:durableId="458229988">
    <w:abstractNumId w:val="39"/>
  </w:num>
  <w:num w:numId="50" w16cid:durableId="349113706">
    <w:abstractNumId w:val="34"/>
  </w:num>
  <w:num w:numId="51" w16cid:durableId="404111992">
    <w:abstractNumId w:val="41"/>
  </w:num>
  <w:num w:numId="52" w16cid:durableId="1179544747">
    <w:abstractNumId w:val="31"/>
  </w:num>
  <w:num w:numId="53" w16cid:durableId="1446540511">
    <w:abstractNumId w:val="20"/>
  </w:num>
  <w:num w:numId="54" w16cid:durableId="617833928">
    <w:abstractNumId w:val="52"/>
  </w:num>
  <w:num w:numId="55" w16cid:durableId="1147239190">
    <w:abstractNumId w:val="7"/>
  </w:num>
  <w:num w:numId="56" w16cid:durableId="1994217068">
    <w:abstractNumId w:val="40"/>
  </w:num>
  <w:num w:numId="57" w16cid:durableId="1418138898">
    <w:abstractNumId w:val="26"/>
  </w:num>
  <w:num w:numId="58" w16cid:durableId="1583177004">
    <w:abstractNumId w:val="8"/>
  </w:num>
  <w:num w:numId="59" w16cid:durableId="1193348360">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EE5"/>
    <w:rsid w:val="00000FE2"/>
    <w:rsid w:val="00010E31"/>
    <w:rsid w:val="00011491"/>
    <w:rsid w:val="0001246D"/>
    <w:rsid w:val="00016DA3"/>
    <w:rsid w:val="000175F6"/>
    <w:rsid w:val="00024DDE"/>
    <w:rsid w:val="00034616"/>
    <w:rsid w:val="000355D8"/>
    <w:rsid w:val="000430A5"/>
    <w:rsid w:val="0004753D"/>
    <w:rsid w:val="00050895"/>
    <w:rsid w:val="00051C38"/>
    <w:rsid w:val="00057216"/>
    <w:rsid w:val="0006063C"/>
    <w:rsid w:val="00064ECA"/>
    <w:rsid w:val="00072AF1"/>
    <w:rsid w:val="00073C50"/>
    <w:rsid w:val="00074692"/>
    <w:rsid w:val="000812B6"/>
    <w:rsid w:val="00081A7D"/>
    <w:rsid w:val="00096AC7"/>
    <w:rsid w:val="000A1196"/>
    <w:rsid w:val="000A1D22"/>
    <w:rsid w:val="000B3B22"/>
    <w:rsid w:val="000D6218"/>
    <w:rsid w:val="000E7316"/>
    <w:rsid w:val="000F2099"/>
    <w:rsid w:val="000F3874"/>
    <w:rsid w:val="000F3BC1"/>
    <w:rsid w:val="0010039D"/>
    <w:rsid w:val="0010147F"/>
    <w:rsid w:val="00104D4F"/>
    <w:rsid w:val="00105FDA"/>
    <w:rsid w:val="00115BE7"/>
    <w:rsid w:val="00120869"/>
    <w:rsid w:val="00122490"/>
    <w:rsid w:val="00124BF7"/>
    <w:rsid w:val="0012713F"/>
    <w:rsid w:val="001303A8"/>
    <w:rsid w:val="00136E18"/>
    <w:rsid w:val="00143869"/>
    <w:rsid w:val="001439D2"/>
    <w:rsid w:val="0015074B"/>
    <w:rsid w:val="00156639"/>
    <w:rsid w:val="00160AD1"/>
    <w:rsid w:val="00160D75"/>
    <w:rsid w:val="00161944"/>
    <w:rsid w:val="00166387"/>
    <w:rsid w:val="00170274"/>
    <w:rsid w:val="00171192"/>
    <w:rsid w:val="00171CE4"/>
    <w:rsid w:val="001735DF"/>
    <w:rsid w:val="00174276"/>
    <w:rsid w:val="00175C79"/>
    <w:rsid w:val="00181A42"/>
    <w:rsid w:val="001834BF"/>
    <w:rsid w:val="001A3735"/>
    <w:rsid w:val="001A7573"/>
    <w:rsid w:val="001A7A6B"/>
    <w:rsid w:val="001B5148"/>
    <w:rsid w:val="001C3FC7"/>
    <w:rsid w:val="001D093E"/>
    <w:rsid w:val="001D5E6C"/>
    <w:rsid w:val="001D6147"/>
    <w:rsid w:val="001F18BD"/>
    <w:rsid w:val="001F727F"/>
    <w:rsid w:val="00203C13"/>
    <w:rsid w:val="00205261"/>
    <w:rsid w:val="00207AFE"/>
    <w:rsid w:val="00207EA8"/>
    <w:rsid w:val="00211726"/>
    <w:rsid w:val="00221B44"/>
    <w:rsid w:val="00222FBF"/>
    <w:rsid w:val="002250F4"/>
    <w:rsid w:val="002259DC"/>
    <w:rsid w:val="002305B1"/>
    <w:rsid w:val="002319BA"/>
    <w:rsid w:val="00232600"/>
    <w:rsid w:val="0023749F"/>
    <w:rsid w:val="00245435"/>
    <w:rsid w:val="00256DD6"/>
    <w:rsid w:val="00267DAC"/>
    <w:rsid w:val="00282ABC"/>
    <w:rsid w:val="00295E96"/>
    <w:rsid w:val="0029639D"/>
    <w:rsid w:val="002B1C56"/>
    <w:rsid w:val="002B35AD"/>
    <w:rsid w:val="002B3BB2"/>
    <w:rsid w:val="002C0371"/>
    <w:rsid w:val="002C1C8D"/>
    <w:rsid w:val="002C25F6"/>
    <w:rsid w:val="002C43EB"/>
    <w:rsid w:val="002C4ED6"/>
    <w:rsid w:val="002D0CE4"/>
    <w:rsid w:val="002D2FA6"/>
    <w:rsid w:val="002E2684"/>
    <w:rsid w:val="002E6044"/>
    <w:rsid w:val="002E7AA9"/>
    <w:rsid w:val="002F1C93"/>
    <w:rsid w:val="002F281B"/>
    <w:rsid w:val="002F2A5F"/>
    <w:rsid w:val="002F4604"/>
    <w:rsid w:val="002F62C2"/>
    <w:rsid w:val="002F759F"/>
    <w:rsid w:val="00300A67"/>
    <w:rsid w:val="00302B7E"/>
    <w:rsid w:val="003077BD"/>
    <w:rsid w:val="003106E4"/>
    <w:rsid w:val="00313399"/>
    <w:rsid w:val="00316999"/>
    <w:rsid w:val="00316C51"/>
    <w:rsid w:val="00317E97"/>
    <w:rsid w:val="00320FEA"/>
    <w:rsid w:val="00321FB4"/>
    <w:rsid w:val="003234D7"/>
    <w:rsid w:val="0032696B"/>
    <w:rsid w:val="00326F90"/>
    <w:rsid w:val="00330B7D"/>
    <w:rsid w:val="003328AA"/>
    <w:rsid w:val="003331E1"/>
    <w:rsid w:val="00341A53"/>
    <w:rsid w:val="003479A6"/>
    <w:rsid w:val="00350C55"/>
    <w:rsid w:val="0035256F"/>
    <w:rsid w:val="00361C81"/>
    <w:rsid w:val="003651D0"/>
    <w:rsid w:val="00365E6A"/>
    <w:rsid w:val="00367D28"/>
    <w:rsid w:val="0037154A"/>
    <w:rsid w:val="00372A54"/>
    <w:rsid w:val="00374C0D"/>
    <w:rsid w:val="00380285"/>
    <w:rsid w:val="00381835"/>
    <w:rsid w:val="00382135"/>
    <w:rsid w:val="00385625"/>
    <w:rsid w:val="00385868"/>
    <w:rsid w:val="00390169"/>
    <w:rsid w:val="0039553C"/>
    <w:rsid w:val="003A0212"/>
    <w:rsid w:val="003A12A5"/>
    <w:rsid w:val="003B2419"/>
    <w:rsid w:val="003B272C"/>
    <w:rsid w:val="003B7A2D"/>
    <w:rsid w:val="003C2696"/>
    <w:rsid w:val="003C54F2"/>
    <w:rsid w:val="003D356B"/>
    <w:rsid w:val="003D439B"/>
    <w:rsid w:val="003D45D3"/>
    <w:rsid w:val="003D4A31"/>
    <w:rsid w:val="003D4EF0"/>
    <w:rsid w:val="003D6EAE"/>
    <w:rsid w:val="003E7C0C"/>
    <w:rsid w:val="003E7D49"/>
    <w:rsid w:val="003F3C25"/>
    <w:rsid w:val="003F76DB"/>
    <w:rsid w:val="004031C7"/>
    <w:rsid w:val="004102A2"/>
    <w:rsid w:val="00412AF7"/>
    <w:rsid w:val="004130D9"/>
    <w:rsid w:val="0041539A"/>
    <w:rsid w:val="00420EFF"/>
    <w:rsid w:val="00422961"/>
    <w:rsid w:val="00422C9D"/>
    <w:rsid w:val="00430540"/>
    <w:rsid w:val="0043131B"/>
    <w:rsid w:val="0043758D"/>
    <w:rsid w:val="004408C8"/>
    <w:rsid w:val="004617C1"/>
    <w:rsid w:val="004622E6"/>
    <w:rsid w:val="004625E5"/>
    <w:rsid w:val="00463962"/>
    <w:rsid w:val="00465593"/>
    <w:rsid w:val="00466195"/>
    <w:rsid w:val="004666CA"/>
    <w:rsid w:val="00467746"/>
    <w:rsid w:val="00475FB2"/>
    <w:rsid w:val="00480102"/>
    <w:rsid w:val="00483650"/>
    <w:rsid w:val="00484232"/>
    <w:rsid w:val="004861AB"/>
    <w:rsid w:val="00487B36"/>
    <w:rsid w:val="0049316D"/>
    <w:rsid w:val="004A252B"/>
    <w:rsid w:val="004A47DE"/>
    <w:rsid w:val="004A60ED"/>
    <w:rsid w:val="004A7591"/>
    <w:rsid w:val="004A77F9"/>
    <w:rsid w:val="004B0973"/>
    <w:rsid w:val="004B251A"/>
    <w:rsid w:val="004B5CBD"/>
    <w:rsid w:val="004B76FA"/>
    <w:rsid w:val="004C2FB4"/>
    <w:rsid w:val="004C56DD"/>
    <w:rsid w:val="004D7153"/>
    <w:rsid w:val="004E027F"/>
    <w:rsid w:val="004E05B7"/>
    <w:rsid w:val="004E1EAE"/>
    <w:rsid w:val="004E277B"/>
    <w:rsid w:val="004E42C8"/>
    <w:rsid w:val="004E443C"/>
    <w:rsid w:val="004F09DE"/>
    <w:rsid w:val="004F1DB9"/>
    <w:rsid w:val="0050303F"/>
    <w:rsid w:val="005032E1"/>
    <w:rsid w:val="005056C4"/>
    <w:rsid w:val="00510F20"/>
    <w:rsid w:val="005116C5"/>
    <w:rsid w:val="0051641B"/>
    <w:rsid w:val="00522268"/>
    <w:rsid w:val="00524370"/>
    <w:rsid w:val="00524633"/>
    <w:rsid w:val="00531F43"/>
    <w:rsid w:val="00533234"/>
    <w:rsid w:val="00536407"/>
    <w:rsid w:val="00536CDA"/>
    <w:rsid w:val="00540360"/>
    <w:rsid w:val="00541A98"/>
    <w:rsid w:val="00542BBD"/>
    <w:rsid w:val="00547C3F"/>
    <w:rsid w:val="00547F72"/>
    <w:rsid w:val="00552D22"/>
    <w:rsid w:val="00555978"/>
    <w:rsid w:val="00557DAF"/>
    <w:rsid w:val="00560F73"/>
    <w:rsid w:val="00561405"/>
    <w:rsid w:val="0056452B"/>
    <w:rsid w:val="00565B5D"/>
    <w:rsid w:val="005715A1"/>
    <w:rsid w:val="00571B76"/>
    <w:rsid w:val="00575170"/>
    <w:rsid w:val="0057534E"/>
    <w:rsid w:val="00580173"/>
    <w:rsid w:val="005861E2"/>
    <w:rsid w:val="005A0479"/>
    <w:rsid w:val="005A1E07"/>
    <w:rsid w:val="005A3681"/>
    <w:rsid w:val="005A7576"/>
    <w:rsid w:val="005B50D4"/>
    <w:rsid w:val="005B5848"/>
    <w:rsid w:val="005B5FF7"/>
    <w:rsid w:val="005C098F"/>
    <w:rsid w:val="005C1F40"/>
    <w:rsid w:val="005C7CED"/>
    <w:rsid w:val="005D78D2"/>
    <w:rsid w:val="005D7F83"/>
    <w:rsid w:val="005E287F"/>
    <w:rsid w:val="005E401A"/>
    <w:rsid w:val="005E5084"/>
    <w:rsid w:val="005F3F2A"/>
    <w:rsid w:val="006007C5"/>
    <w:rsid w:val="00606816"/>
    <w:rsid w:val="0061404E"/>
    <w:rsid w:val="0061762B"/>
    <w:rsid w:val="00620F56"/>
    <w:rsid w:val="0062339D"/>
    <w:rsid w:val="00627A9E"/>
    <w:rsid w:val="006301CE"/>
    <w:rsid w:val="00633928"/>
    <w:rsid w:val="00633980"/>
    <w:rsid w:val="006348B2"/>
    <w:rsid w:val="00634ABD"/>
    <w:rsid w:val="00634AF2"/>
    <w:rsid w:val="00635531"/>
    <w:rsid w:val="00641943"/>
    <w:rsid w:val="00651D5D"/>
    <w:rsid w:val="006537C0"/>
    <w:rsid w:val="00655BA2"/>
    <w:rsid w:val="0066030B"/>
    <w:rsid w:val="0066126F"/>
    <w:rsid w:val="00661922"/>
    <w:rsid w:val="006677DC"/>
    <w:rsid w:val="00667A1D"/>
    <w:rsid w:val="00671606"/>
    <w:rsid w:val="006732FD"/>
    <w:rsid w:val="00675045"/>
    <w:rsid w:val="00680CB4"/>
    <w:rsid w:val="006834E9"/>
    <w:rsid w:val="006837DB"/>
    <w:rsid w:val="006852CF"/>
    <w:rsid w:val="00685A24"/>
    <w:rsid w:val="0068627F"/>
    <w:rsid w:val="006877A0"/>
    <w:rsid w:val="00690F29"/>
    <w:rsid w:val="00691A35"/>
    <w:rsid w:val="00691B42"/>
    <w:rsid w:val="006952A0"/>
    <w:rsid w:val="006A06DF"/>
    <w:rsid w:val="006A1601"/>
    <w:rsid w:val="006A52BC"/>
    <w:rsid w:val="006A699C"/>
    <w:rsid w:val="006A6EA2"/>
    <w:rsid w:val="006B1224"/>
    <w:rsid w:val="006B2DE2"/>
    <w:rsid w:val="006B3689"/>
    <w:rsid w:val="006B6008"/>
    <w:rsid w:val="006C339D"/>
    <w:rsid w:val="006C35CB"/>
    <w:rsid w:val="006C3A5F"/>
    <w:rsid w:val="006C745E"/>
    <w:rsid w:val="006D51AA"/>
    <w:rsid w:val="006D52B0"/>
    <w:rsid w:val="006D7018"/>
    <w:rsid w:val="006E1DDF"/>
    <w:rsid w:val="006F1699"/>
    <w:rsid w:val="0070112B"/>
    <w:rsid w:val="0070113D"/>
    <w:rsid w:val="00705927"/>
    <w:rsid w:val="00713E55"/>
    <w:rsid w:val="0072213A"/>
    <w:rsid w:val="0073474E"/>
    <w:rsid w:val="00734D99"/>
    <w:rsid w:val="007403DC"/>
    <w:rsid w:val="00743BB1"/>
    <w:rsid w:val="00744273"/>
    <w:rsid w:val="00744FBD"/>
    <w:rsid w:val="00745BBD"/>
    <w:rsid w:val="0075036B"/>
    <w:rsid w:val="00757885"/>
    <w:rsid w:val="00763C94"/>
    <w:rsid w:val="00765EE9"/>
    <w:rsid w:val="00766335"/>
    <w:rsid w:val="00770A28"/>
    <w:rsid w:val="0078048B"/>
    <w:rsid w:val="00786C35"/>
    <w:rsid w:val="00786DD8"/>
    <w:rsid w:val="007919D0"/>
    <w:rsid w:val="00793F32"/>
    <w:rsid w:val="007963C9"/>
    <w:rsid w:val="007B1AFF"/>
    <w:rsid w:val="007B29F0"/>
    <w:rsid w:val="007B5705"/>
    <w:rsid w:val="007B5E2F"/>
    <w:rsid w:val="007B6E19"/>
    <w:rsid w:val="007C0416"/>
    <w:rsid w:val="007C7D15"/>
    <w:rsid w:val="007D53AB"/>
    <w:rsid w:val="007D61B3"/>
    <w:rsid w:val="007E0B7D"/>
    <w:rsid w:val="007E1EB2"/>
    <w:rsid w:val="007E4461"/>
    <w:rsid w:val="007F39F9"/>
    <w:rsid w:val="007F7FAE"/>
    <w:rsid w:val="00800499"/>
    <w:rsid w:val="00803794"/>
    <w:rsid w:val="00805318"/>
    <w:rsid w:val="00810273"/>
    <w:rsid w:val="008110B0"/>
    <w:rsid w:val="008117DF"/>
    <w:rsid w:val="0081344D"/>
    <w:rsid w:val="00817862"/>
    <w:rsid w:val="00823294"/>
    <w:rsid w:val="0082741F"/>
    <w:rsid w:val="008279CC"/>
    <w:rsid w:val="00827FB8"/>
    <w:rsid w:val="00836676"/>
    <w:rsid w:val="00842675"/>
    <w:rsid w:val="00845349"/>
    <w:rsid w:val="008544E2"/>
    <w:rsid w:val="0085468D"/>
    <w:rsid w:val="00856E71"/>
    <w:rsid w:val="0086419E"/>
    <w:rsid w:val="00865EED"/>
    <w:rsid w:val="00876E0E"/>
    <w:rsid w:val="00890072"/>
    <w:rsid w:val="00891012"/>
    <w:rsid w:val="00891FF8"/>
    <w:rsid w:val="00895D0C"/>
    <w:rsid w:val="008A0BA7"/>
    <w:rsid w:val="008A10D1"/>
    <w:rsid w:val="008A5F0E"/>
    <w:rsid w:val="008B7841"/>
    <w:rsid w:val="008C229D"/>
    <w:rsid w:val="008C2CF8"/>
    <w:rsid w:val="008D6F13"/>
    <w:rsid w:val="008E3DA0"/>
    <w:rsid w:val="008E4D82"/>
    <w:rsid w:val="008E62CF"/>
    <w:rsid w:val="008E67AA"/>
    <w:rsid w:val="008E6995"/>
    <w:rsid w:val="008F04A0"/>
    <w:rsid w:val="008F17C2"/>
    <w:rsid w:val="008F290E"/>
    <w:rsid w:val="008F581E"/>
    <w:rsid w:val="008F6EDA"/>
    <w:rsid w:val="009008D4"/>
    <w:rsid w:val="00912962"/>
    <w:rsid w:val="0091488A"/>
    <w:rsid w:val="009159B4"/>
    <w:rsid w:val="00923AB4"/>
    <w:rsid w:val="009242AC"/>
    <w:rsid w:val="00924BAB"/>
    <w:rsid w:val="00931578"/>
    <w:rsid w:val="00936534"/>
    <w:rsid w:val="00941DFC"/>
    <w:rsid w:val="00941E1D"/>
    <w:rsid w:val="009437BE"/>
    <w:rsid w:val="009443A8"/>
    <w:rsid w:val="00954B14"/>
    <w:rsid w:val="00962389"/>
    <w:rsid w:val="00965170"/>
    <w:rsid w:val="00965F75"/>
    <w:rsid w:val="009708A5"/>
    <w:rsid w:val="00972DD3"/>
    <w:rsid w:val="00974456"/>
    <w:rsid w:val="00977706"/>
    <w:rsid w:val="00980450"/>
    <w:rsid w:val="00983AA1"/>
    <w:rsid w:val="009940B8"/>
    <w:rsid w:val="00996E09"/>
    <w:rsid w:val="009970FE"/>
    <w:rsid w:val="009A33C2"/>
    <w:rsid w:val="009A40A4"/>
    <w:rsid w:val="009A4A16"/>
    <w:rsid w:val="009A71D2"/>
    <w:rsid w:val="009B2283"/>
    <w:rsid w:val="009B5732"/>
    <w:rsid w:val="009B5C30"/>
    <w:rsid w:val="009B6166"/>
    <w:rsid w:val="009C35C3"/>
    <w:rsid w:val="009C50AD"/>
    <w:rsid w:val="009C61C0"/>
    <w:rsid w:val="009D6E70"/>
    <w:rsid w:val="009E0346"/>
    <w:rsid w:val="009E153E"/>
    <w:rsid w:val="009E23FF"/>
    <w:rsid w:val="009E3909"/>
    <w:rsid w:val="009E6205"/>
    <w:rsid w:val="009F340D"/>
    <w:rsid w:val="009F37BF"/>
    <w:rsid w:val="00A00249"/>
    <w:rsid w:val="00A02944"/>
    <w:rsid w:val="00A10897"/>
    <w:rsid w:val="00A11542"/>
    <w:rsid w:val="00A12814"/>
    <w:rsid w:val="00A13477"/>
    <w:rsid w:val="00A14929"/>
    <w:rsid w:val="00A17918"/>
    <w:rsid w:val="00A20675"/>
    <w:rsid w:val="00A20A2A"/>
    <w:rsid w:val="00A20E49"/>
    <w:rsid w:val="00A23323"/>
    <w:rsid w:val="00A235F2"/>
    <w:rsid w:val="00A236B7"/>
    <w:rsid w:val="00A26C17"/>
    <w:rsid w:val="00A349F7"/>
    <w:rsid w:val="00A3659E"/>
    <w:rsid w:val="00A373B0"/>
    <w:rsid w:val="00A40461"/>
    <w:rsid w:val="00A43B47"/>
    <w:rsid w:val="00A5006C"/>
    <w:rsid w:val="00A532A1"/>
    <w:rsid w:val="00A55CFD"/>
    <w:rsid w:val="00A57114"/>
    <w:rsid w:val="00A63AD3"/>
    <w:rsid w:val="00A64288"/>
    <w:rsid w:val="00A665FC"/>
    <w:rsid w:val="00A72E83"/>
    <w:rsid w:val="00A74B35"/>
    <w:rsid w:val="00A767C9"/>
    <w:rsid w:val="00A83330"/>
    <w:rsid w:val="00A87104"/>
    <w:rsid w:val="00A93068"/>
    <w:rsid w:val="00A93EC9"/>
    <w:rsid w:val="00A9449F"/>
    <w:rsid w:val="00AA1D8D"/>
    <w:rsid w:val="00AA413C"/>
    <w:rsid w:val="00AA76BC"/>
    <w:rsid w:val="00AB2272"/>
    <w:rsid w:val="00AB253B"/>
    <w:rsid w:val="00AB60C5"/>
    <w:rsid w:val="00AC19E9"/>
    <w:rsid w:val="00AC1D67"/>
    <w:rsid w:val="00AD2574"/>
    <w:rsid w:val="00AD30A6"/>
    <w:rsid w:val="00AD39CD"/>
    <w:rsid w:val="00AD3ACF"/>
    <w:rsid w:val="00AF18B9"/>
    <w:rsid w:val="00AF4256"/>
    <w:rsid w:val="00AF781E"/>
    <w:rsid w:val="00B01BFC"/>
    <w:rsid w:val="00B035E7"/>
    <w:rsid w:val="00B0413E"/>
    <w:rsid w:val="00B044F7"/>
    <w:rsid w:val="00B0737E"/>
    <w:rsid w:val="00B07ABC"/>
    <w:rsid w:val="00B116F9"/>
    <w:rsid w:val="00B12220"/>
    <w:rsid w:val="00B122F9"/>
    <w:rsid w:val="00B1432F"/>
    <w:rsid w:val="00B1500D"/>
    <w:rsid w:val="00B166CB"/>
    <w:rsid w:val="00B17B78"/>
    <w:rsid w:val="00B207B7"/>
    <w:rsid w:val="00B20C3A"/>
    <w:rsid w:val="00B21D9A"/>
    <w:rsid w:val="00B254F3"/>
    <w:rsid w:val="00B262BE"/>
    <w:rsid w:val="00B357E0"/>
    <w:rsid w:val="00B36A0A"/>
    <w:rsid w:val="00B40334"/>
    <w:rsid w:val="00B42C12"/>
    <w:rsid w:val="00B463C4"/>
    <w:rsid w:val="00B47232"/>
    <w:rsid w:val="00B47730"/>
    <w:rsid w:val="00B5759E"/>
    <w:rsid w:val="00B60B4B"/>
    <w:rsid w:val="00B63941"/>
    <w:rsid w:val="00B64D8E"/>
    <w:rsid w:val="00B704A9"/>
    <w:rsid w:val="00B7139D"/>
    <w:rsid w:val="00B728CE"/>
    <w:rsid w:val="00B80F38"/>
    <w:rsid w:val="00B90A68"/>
    <w:rsid w:val="00B90F83"/>
    <w:rsid w:val="00B915CA"/>
    <w:rsid w:val="00B93A75"/>
    <w:rsid w:val="00B9571B"/>
    <w:rsid w:val="00BA074D"/>
    <w:rsid w:val="00BA3DCC"/>
    <w:rsid w:val="00BB04D8"/>
    <w:rsid w:val="00BB7988"/>
    <w:rsid w:val="00BC3049"/>
    <w:rsid w:val="00BD0475"/>
    <w:rsid w:val="00BD61C5"/>
    <w:rsid w:val="00BE052C"/>
    <w:rsid w:val="00BE392D"/>
    <w:rsid w:val="00BE466B"/>
    <w:rsid w:val="00BE6172"/>
    <w:rsid w:val="00BE670A"/>
    <w:rsid w:val="00BE6F6E"/>
    <w:rsid w:val="00BE7853"/>
    <w:rsid w:val="00BF3E9F"/>
    <w:rsid w:val="00C03FFC"/>
    <w:rsid w:val="00C0441C"/>
    <w:rsid w:val="00C10C81"/>
    <w:rsid w:val="00C12732"/>
    <w:rsid w:val="00C16F45"/>
    <w:rsid w:val="00C250CE"/>
    <w:rsid w:val="00C40829"/>
    <w:rsid w:val="00C430C4"/>
    <w:rsid w:val="00C430E1"/>
    <w:rsid w:val="00C4462C"/>
    <w:rsid w:val="00C512F6"/>
    <w:rsid w:val="00C53D3F"/>
    <w:rsid w:val="00C66504"/>
    <w:rsid w:val="00C67207"/>
    <w:rsid w:val="00C71FEF"/>
    <w:rsid w:val="00C73E92"/>
    <w:rsid w:val="00C74CB6"/>
    <w:rsid w:val="00C83BFF"/>
    <w:rsid w:val="00C87EC8"/>
    <w:rsid w:val="00C905F3"/>
    <w:rsid w:val="00C96932"/>
    <w:rsid w:val="00C97E34"/>
    <w:rsid w:val="00CA1C57"/>
    <w:rsid w:val="00CA2295"/>
    <w:rsid w:val="00CA22A5"/>
    <w:rsid w:val="00CA2E18"/>
    <w:rsid w:val="00CA40E0"/>
    <w:rsid w:val="00CB0664"/>
    <w:rsid w:val="00CB2A32"/>
    <w:rsid w:val="00CB4F6B"/>
    <w:rsid w:val="00CB5967"/>
    <w:rsid w:val="00CB5AFC"/>
    <w:rsid w:val="00CC017C"/>
    <w:rsid w:val="00CC1F55"/>
    <w:rsid w:val="00CD36EC"/>
    <w:rsid w:val="00CD391E"/>
    <w:rsid w:val="00CD45AA"/>
    <w:rsid w:val="00CD6B76"/>
    <w:rsid w:val="00CD7261"/>
    <w:rsid w:val="00CE28C7"/>
    <w:rsid w:val="00CE2D19"/>
    <w:rsid w:val="00CE5365"/>
    <w:rsid w:val="00CF361B"/>
    <w:rsid w:val="00D01132"/>
    <w:rsid w:val="00D019F3"/>
    <w:rsid w:val="00D06130"/>
    <w:rsid w:val="00D0670F"/>
    <w:rsid w:val="00D10BAF"/>
    <w:rsid w:val="00D120B3"/>
    <w:rsid w:val="00D3132B"/>
    <w:rsid w:val="00D36951"/>
    <w:rsid w:val="00D43B73"/>
    <w:rsid w:val="00D459EF"/>
    <w:rsid w:val="00D46EEC"/>
    <w:rsid w:val="00D50FAF"/>
    <w:rsid w:val="00D513CC"/>
    <w:rsid w:val="00D53771"/>
    <w:rsid w:val="00D54213"/>
    <w:rsid w:val="00D60732"/>
    <w:rsid w:val="00D61A9F"/>
    <w:rsid w:val="00D6429F"/>
    <w:rsid w:val="00D73E39"/>
    <w:rsid w:val="00D74D8D"/>
    <w:rsid w:val="00D75D0D"/>
    <w:rsid w:val="00D769D0"/>
    <w:rsid w:val="00D7754C"/>
    <w:rsid w:val="00D82D0C"/>
    <w:rsid w:val="00D91EE6"/>
    <w:rsid w:val="00D93447"/>
    <w:rsid w:val="00D93614"/>
    <w:rsid w:val="00D96DCA"/>
    <w:rsid w:val="00D97D0B"/>
    <w:rsid w:val="00DA1C44"/>
    <w:rsid w:val="00DA2843"/>
    <w:rsid w:val="00DA42C5"/>
    <w:rsid w:val="00DA5CF0"/>
    <w:rsid w:val="00DB0536"/>
    <w:rsid w:val="00DB2880"/>
    <w:rsid w:val="00DB31BF"/>
    <w:rsid w:val="00DB3300"/>
    <w:rsid w:val="00DC14EB"/>
    <w:rsid w:val="00DC6FFA"/>
    <w:rsid w:val="00DC74D7"/>
    <w:rsid w:val="00DC7E31"/>
    <w:rsid w:val="00DD34CC"/>
    <w:rsid w:val="00DD37D0"/>
    <w:rsid w:val="00DD4CD7"/>
    <w:rsid w:val="00DE62F5"/>
    <w:rsid w:val="00DF0022"/>
    <w:rsid w:val="00DF2249"/>
    <w:rsid w:val="00E01857"/>
    <w:rsid w:val="00E040D9"/>
    <w:rsid w:val="00E10D17"/>
    <w:rsid w:val="00E12168"/>
    <w:rsid w:val="00E13EB9"/>
    <w:rsid w:val="00E16F88"/>
    <w:rsid w:val="00E24779"/>
    <w:rsid w:val="00E25150"/>
    <w:rsid w:val="00E364F4"/>
    <w:rsid w:val="00E43A20"/>
    <w:rsid w:val="00E43C43"/>
    <w:rsid w:val="00E46BC7"/>
    <w:rsid w:val="00E4716C"/>
    <w:rsid w:val="00E54416"/>
    <w:rsid w:val="00E54E38"/>
    <w:rsid w:val="00E55D71"/>
    <w:rsid w:val="00E575BB"/>
    <w:rsid w:val="00E57B75"/>
    <w:rsid w:val="00E62069"/>
    <w:rsid w:val="00E765FD"/>
    <w:rsid w:val="00E77BE2"/>
    <w:rsid w:val="00E853E8"/>
    <w:rsid w:val="00E864A2"/>
    <w:rsid w:val="00E909A8"/>
    <w:rsid w:val="00E91472"/>
    <w:rsid w:val="00E918A1"/>
    <w:rsid w:val="00E9609A"/>
    <w:rsid w:val="00EA24D1"/>
    <w:rsid w:val="00EA2F1F"/>
    <w:rsid w:val="00EB2F8B"/>
    <w:rsid w:val="00EB453F"/>
    <w:rsid w:val="00EB6794"/>
    <w:rsid w:val="00EC1BF4"/>
    <w:rsid w:val="00EC2252"/>
    <w:rsid w:val="00EC3EC9"/>
    <w:rsid w:val="00ED09DC"/>
    <w:rsid w:val="00ED364B"/>
    <w:rsid w:val="00ED3BFD"/>
    <w:rsid w:val="00EE03CD"/>
    <w:rsid w:val="00EE523A"/>
    <w:rsid w:val="00EF70A4"/>
    <w:rsid w:val="00EF728E"/>
    <w:rsid w:val="00EF73BA"/>
    <w:rsid w:val="00F00525"/>
    <w:rsid w:val="00F04D83"/>
    <w:rsid w:val="00F1066D"/>
    <w:rsid w:val="00F10A91"/>
    <w:rsid w:val="00F14928"/>
    <w:rsid w:val="00F204C5"/>
    <w:rsid w:val="00F21720"/>
    <w:rsid w:val="00F232C9"/>
    <w:rsid w:val="00F24918"/>
    <w:rsid w:val="00F30ED0"/>
    <w:rsid w:val="00F31D49"/>
    <w:rsid w:val="00F32F7C"/>
    <w:rsid w:val="00F348E4"/>
    <w:rsid w:val="00F34D5B"/>
    <w:rsid w:val="00F42FEF"/>
    <w:rsid w:val="00F47DFF"/>
    <w:rsid w:val="00F541E7"/>
    <w:rsid w:val="00F543B9"/>
    <w:rsid w:val="00F549F6"/>
    <w:rsid w:val="00F556BD"/>
    <w:rsid w:val="00F56B03"/>
    <w:rsid w:val="00F624CB"/>
    <w:rsid w:val="00F62591"/>
    <w:rsid w:val="00F63285"/>
    <w:rsid w:val="00F64E7D"/>
    <w:rsid w:val="00F663DD"/>
    <w:rsid w:val="00F664AB"/>
    <w:rsid w:val="00F70C5D"/>
    <w:rsid w:val="00F74424"/>
    <w:rsid w:val="00F7624F"/>
    <w:rsid w:val="00F867D9"/>
    <w:rsid w:val="00F905EC"/>
    <w:rsid w:val="00F933C1"/>
    <w:rsid w:val="00F952EC"/>
    <w:rsid w:val="00FA0576"/>
    <w:rsid w:val="00FA0900"/>
    <w:rsid w:val="00FA1CF6"/>
    <w:rsid w:val="00FB4CED"/>
    <w:rsid w:val="00FB71B1"/>
    <w:rsid w:val="00FC1FEE"/>
    <w:rsid w:val="00FC30C6"/>
    <w:rsid w:val="00FC693F"/>
    <w:rsid w:val="00FD072C"/>
    <w:rsid w:val="00FD1FC2"/>
    <w:rsid w:val="00FD5C8D"/>
    <w:rsid w:val="00FD64A1"/>
    <w:rsid w:val="00FD6F36"/>
    <w:rsid w:val="00FE5DBA"/>
    <w:rsid w:val="00FF241D"/>
    <w:rsid w:val="00FF3B2E"/>
    <w:rsid w:val="03F40217"/>
    <w:rsid w:val="059CDD31"/>
    <w:rsid w:val="0870B0BE"/>
    <w:rsid w:val="0CDD744C"/>
    <w:rsid w:val="12730527"/>
    <w:rsid w:val="1553788F"/>
    <w:rsid w:val="15D8A56C"/>
    <w:rsid w:val="18EB4DEF"/>
    <w:rsid w:val="18FCD7D1"/>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D72CCE4"/>
    <w:rsid w:val="6E305888"/>
    <w:rsid w:val="6ED0F25F"/>
    <w:rsid w:val="7110AC77"/>
    <w:rsid w:val="71EA862B"/>
    <w:rsid w:val="72B588A2"/>
    <w:rsid w:val="7343F857"/>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8D44BEAA-65F3-4DB9-8350-9ACD0278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C10C81"/>
    <w:pPr>
      <w:spacing w:after="100"/>
      <w:ind w:left="220"/>
    </w:pPr>
  </w:style>
  <w:style w:type="paragraph" w:styleId="TOC1">
    <w:name w:val="toc 1"/>
    <w:basedOn w:val="Normal"/>
    <w:next w:val="Normal"/>
    <w:autoRedefine/>
    <w:uiPriority w:val="39"/>
    <w:unhideWhenUsed/>
    <w:rsid w:val="00ED364B"/>
    <w:pPr>
      <w:spacing w:after="100"/>
    </w:pPr>
  </w:style>
  <w:style w:type="paragraph" w:styleId="BodyTextIndent3">
    <w:name w:val="Body Text Indent 3"/>
    <w:basedOn w:val="Normal"/>
    <w:link w:val="BodyTextIndent3Char"/>
    <w:uiPriority w:val="99"/>
    <w:semiHidden/>
    <w:unhideWhenUsed/>
    <w:rsid w:val="00CD45A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D45AA"/>
    <w:rPr>
      <w:rFonts w:ascii="Arial" w:hAnsi="Arial"/>
      <w:sz w:val="16"/>
      <w:szCs w:val="16"/>
      <w:lang w:val="en-GB"/>
    </w:rPr>
  </w:style>
  <w:style w:type="paragraph" w:styleId="BodyTextIndent">
    <w:name w:val="Body Text Indent"/>
    <w:basedOn w:val="Normal"/>
    <w:link w:val="BodyTextIndentChar"/>
    <w:uiPriority w:val="99"/>
    <w:semiHidden/>
    <w:unhideWhenUsed/>
    <w:rsid w:val="0037154A"/>
    <w:pPr>
      <w:spacing w:after="120"/>
      <w:ind w:left="283"/>
    </w:pPr>
  </w:style>
  <w:style w:type="character" w:customStyle="1" w:styleId="BodyTextIndentChar">
    <w:name w:val="Body Text Indent Char"/>
    <w:basedOn w:val="DefaultParagraphFont"/>
    <w:link w:val="BodyTextIndent"/>
    <w:uiPriority w:val="99"/>
    <w:semiHidden/>
    <w:rsid w:val="0037154A"/>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4.png"/><Relationship Id="rId3" Type="http://schemas.openxmlformats.org/officeDocument/2006/relationships/styles" Target="styles.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hyperlink" Target="http://www.sefton.gov.uk"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8" Type="http://schemas.openxmlformats.org/officeDocument/2006/relationships/hyperlink" Target="https://www.sefton.gov.uk/equality-consultation-and-accessibility/equality-diversity-and-inclusion-strategy/"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7" Type="http://schemas.openxmlformats.org/officeDocument/2006/relationships/image" Target="media/image15.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21</Pages>
  <Words>5052</Words>
  <Characters>28797</Characters>
  <Application>Microsoft Office Word</Application>
  <DocSecurity>0</DocSecurity>
  <Lines>239</Lines>
  <Paragraphs>67</Paragraphs>
  <ScaleCrop>false</ScaleCrop>
  <Manager/>
  <Company/>
  <LinksUpToDate>false</LinksUpToDate>
  <CharactersWithSpaces>33782</CharactersWithSpaces>
  <SharedDoc>false</SharedDoc>
  <HyperlinkBase/>
  <HLinks>
    <vt:vector size="90" baseType="variant">
      <vt:variant>
        <vt:i4>1376275</vt:i4>
      </vt:variant>
      <vt:variant>
        <vt:i4>84</vt:i4>
      </vt:variant>
      <vt:variant>
        <vt:i4>0</vt:i4>
      </vt:variant>
      <vt:variant>
        <vt:i4>5</vt:i4>
      </vt:variant>
      <vt:variant>
        <vt:lpwstr>https://www.sefton.gov.uk/equality-consultation-and-accessibility/equality-diversity-and-inclusion-strategy/</vt:lpwstr>
      </vt:variant>
      <vt:variant>
        <vt:lpwstr/>
      </vt:variant>
      <vt:variant>
        <vt:i4>5570635</vt:i4>
      </vt:variant>
      <vt:variant>
        <vt:i4>81</vt:i4>
      </vt:variant>
      <vt:variant>
        <vt:i4>0</vt:i4>
      </vt:variant>
      <vt:variant>
        <vt:i4>5</vt:i4>
      </vt:variant>
      <vt:variant>
        <vt:lpwstr>http://www.sefton.gov.uk/</vt:lpwstr>
      </vt:variant>
      <vt:variant>
        <vt:lpwstr/>
      </vt:variant>
      <vt:variant>
        <vt:i4>1310779</vt:i4>
      </vt:variant>
      <vt:variant>
        <vt:i4>74</vt:i4>
      </vt:variant>
      <vt:variant>
        <vt:i4>0</vt:i4>
      </vt:variant>
      <vt:variant>
        <vt:i4>5</vt:i4>
      </vt:variant>
      <vt:variant>
        <vt:lpwstr/>
      </vt:variant>
      <vt:variant>
        <vt:lpwstr>_Toc243487240</vt:lpwstr>
      </vt:variant>
      <vt:variant>
        <vt:i4>1245243</vt:i4>
      </vt:variant>
      <vt:variant>
        <vt:i4>68</vt:i4>
      </vt:variant>
      <vt:variant>
        <vt:i4>0</vt:i4>
      </vt:variant>
      <vt:variant>
        <vt:i4>5</vt:i4>
      </vt:variant>
      <vt:variant>
        <vt:lpwstr/>
      </vt:variant>
      <vt:variant>
        <vt:lpwstr>_Toc243487239</vt:lpwstr>
      </vt:variant>
      <vt:variant>
        <vt:i4>1245243</vt:i4>
      </vt:variant>
      <vt:variant>
        <vt:i4>62</vt:i4>
      </vt:variant>
      <vt:variant>
        <vt:i4>0</vt:i4>
      </vt:variant>
      <vt:variant>
        <vt:i4>5</vt:i4>
      </vt:variant>
      <vt:variant>
        <vt:lpwstr/>
      </vt:variant>
      <vt:variant>
        <vt:lpwstr>_Toc243487238</vt:lpwstr>
      </vt:variant>
      <vt:variant>
        <vt:i4>1245243</vt:i4>
      </vt:variant>
      <vt:variant>
        <vt:i4>56</vt:i4>
      </vt:variant>
      <vt:variant>
        <vt:i4>0</vt:i4>
      </vt:variant>
      <vt:variant>
        <vt:i4>5</vt:i4>
      </vt:variant>
      <vt:variant>
        <vt:lpwstr/>
      </vt:variant>
      <vt:variant>
        <vt:lpwstr>_Toc243487237</vt:lpwstr>
      </vt:variant>
      <vt:variant>
        <vt:i4>1245243</vt:i4>
      </vt:variant>
      <vt:variant>
        <vt:i4>50</vt:i4>
      </vt:variant>
      <vt:variant>
        <vt:i4>0</vt:i4>
      </vt:variant>
      <vt:variant>
        <vt:i4>5</vt:i4>
      </vt:variant>
      <vt:variant>
        <vt:lpwstr/>
      </vt:variant>
      <vt:variant>
        <vt:lpwstr>_Toc243487236</vt:lpwstr>
      </vt:variant>
      <vt:variant>
        <vt:i4>1245243</vt:i4>
      </vt:variant>
      <vt:variant>
        <vt:i4>44</vt:i4>
      </vt:variant>
      <vt:variant>
        <vt:i4>0</vt:i4>
      </vt:variant>
      <vt:variant>
        <vt:i4>5</vt:i4>
      </vt:variant>
      <vt:variant>
        <vt:lpwstr/>
      </vt:variant>
      <vt:variant>
        <vt:lpwstr>_Toc243487235</vt:lpwstr>
      </vt:variant>
      <vt:variant>
        <vt:i4>1245243</vt:i4>
      </vt:variant>
      <vt:variant>
        <vt:i4>38</vt:i4>
      </vt:variant>
      <vt:variant>
        <vt:i4>0</vt:i4>
      </vt:variant>
      <vt:variant>
        <vt:i4>5</vt:i4>
      </vt:variant>
      <vt:variant>
        <vt:lpwstr/>
      </vt:variant>
      <vt:variant>
        <vt:lpwstr>_Toc243487234</vt:lpwstr>
      </vt:variant>
      <vt:variant>
        <vt:i4>1245243</vt:i4>
      </vt:variant>
      <vt:variant>
        <vt:i4>32</vt:i4>
      </vt:variant>
      <vt:variant>
        <vt:i4>0</vt:i4>
      </vt:variant>
      <vt:variant>
        <vt:i4>5</vt:i4>
      </vt:variant>
      <vt:variant>
        <vt:lpwstr/>
      </vt:variant>
      <vt:variant>
        <vt:lpwstr>_Toc243487233</vt:lpwstr>
      </vt:variant>
      <vt:variant>
        <vt:i4>1245243</vt:i4>
      </vt:variant>
      <vt:variant>
        <vt:i4>26</vt:i4>
      </vt:variant>
      <vt:variant>
        <vt:i4>0</vt:i4>
      </vt:variant>
      <vt:variant>
        <vt:i4>5</vt:i4>
      </vt:variant>
      <vt:variant>
        <vt:lpwstr/>
      </vt:variant>
      <vt:variant>
        <vt:lpwstr>_Toc243487232</vt:lpwstr>
      </vt:variant>
      <vt:variant>
        <vt:i4>1245243</vt:i4>
      </vt:variant>
      <vt:variant>
        <vt:i4>20</vt:i4>
      </vt:variant>
      <vt:variant>
        <vt:i4>0</vt:i4>
      </vt:variant>
      <vt:variant>
        <vt:i4>5</vt:i4>
      </vt:variant>
      <vt:variant>
        <vt:lpwstr/>
      </vt:variant>
      <vt:variant>
        <vt:lpwstr>_Toc243487231</vt:lpwstr>
      </vt:variant>
      <vt:variant>
        <vt:i4>1245243</vt:i4>
      </vt:variant>
      <vt:variant>
        <vt:i4>14</vt:i4>
      </vt:variant>
      <vt:variant>
        <vt:i4>0</vt:i4>
      </vt:variant>
      <vt:variant>
        <vt:i4>5</vt:i4>
      </vt:variant>
      <vt:variant>
        <vt:lpwstr/>
      </vt:variant>
      <vt:variant>
        <vt:lpwstr>_Toc243487230</vt:lpwstr>
      </vt:variant>
      <vt:variant>
        <vt:i4>1179707</vt:i4>
      </vt:variant>
      <vt:variant>
        <vt:i4>8</vt:i4>
      </vt:variant>
      <vt:variant>
        <vt:i4>0</vt:i4>
      </vt:variant>
      <vt:variant>
        <vt:i4>5</vt:i4>
      </vt:variant>
      <vt:variant>
        <vt:lpwstr/>
      </vt:variant>
      <vt:variant>
        <vt:lpwstr>_Toc243487229</vt:lpwstr>
      </vt:variant>
      <vt:variant>
        <vt:i4>1179707</vt:i4>
      </vt:variant>
      <vt:variant>
        <vt:i4>2</vt:i4>
      </vt:variant>
      <vt:variant>
        <vt:i4>0</vt:i4>
      </vt:variant>
      <vt:variant>
        <vt:i4>5</vt:i4>
      </vt:variant>
      <vt:variant>
        <vt:lpwstr/>
      </vt:variant>
      <vt:variant>
        <vt:lpwstr>_Toc243487228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Mainwaring</cp:lastModifiedBy>
  <cp:revision>264</cp:revision>
  <cp:lastPrinted>2026-10-23T07:49:00Z</cp:lastPrinted>
  <dcterms:created xsi:type="dcterms:W3CDTF">2026-01-21T23:33:00Z</dcterms:created>
  <dcterms:modified xsi:type="dcterms:W3CDTF">2026-10-27T12:30:00Z</dcterms:modified>
  <cp:category/>
</cp:coreProperties>
</file>