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CEFB6" w14:textId="2437B9DB" w:rsidR="00282ABC" w:rsidRPr="005779B1" w:rsidRDefault="00AD7C85">
      <w:pPr>
        <w:rPr>
          <w:rFonts w:cs="Arial"/>
          <w:b/>
          <w:color w:val="0082BC"/>
        </w:rPr>
      </w:pPr>
      <w:r w:rsidRPr="005779B1">
        <w:rPr>
          <w:rFonts w:cs="Arial"/>
          <w:noProof/>
        </w:rPr>
        <w:drawing>
          <wp:anchor distT="0" distB="0" distL="114300" distR="114300" simplePos="0" relativeHeight="251658242" behindDoc="0" locked="0" layoutInCell="1" allowOverlap="1" wp14:anchorId="6A9DAC06" wp14:editId="08E1C188">
            <wp:simplePos x="0" y="0"/>
            <wp:positionH relativeFrom="page">
              <wp:align>right</wp:align>
            </wp:positionH>
            <wp:positionV relativeFrom="paragraph">
              <wp:posOffset>-1212215</wp:posOffset>
            </wp:positionV>
            <wp:extent cx="8039100" cy="10039350"/>
            <wp:effectExtent l="0" t="0" r="0" b="0"/>
            <wp:wrapNone/>
            <wp:docPr id="15" name="Image 15" descr="A person standing in water&#10;&#10;AI-generated content may be incorrect."/>
            <wp:cNvGraphicFramePr/>
            <a:graphic xmlns:a="http://schemas.openxmlformats.org/drawingml/2006/main">
              <a:graphicData uri="http://schemas.openxmlformats.org/drawingml/2006/picture">
                <pic:pic xmlns:pic="http://schemas.openxmlformats.org/drawingml/2006/picture">
                  <pic:nvPicPr>
                    <pic:cNvPr id="15" name="Image 15" descr="A person standing in water&#10;&#10;AI-generated content may be incorrect."/>
                    <pic:cNvPicPr/>
                  </pic:nvPicPr>
                  <pic:blipFill>
                    <a:blip r:embed="rId12" cstate="print"/>
                    <a:stretch>
                      <a:fillRect/>
                    </a:stretch>
                  </pic:blipFill>
                  <pic:spPr>
                    <a:xfrm>
                      <a:off x="0" y="0"/>
                      <a:ext cx="8039100" cy="10039350"/>
                    </a:xfrm>
                    <a:prstGeom prst="rect">
                      <a:avLst/>
                    </a:prstGeom>
                  </pic:spPr>
                </pic:pic>
              </a:graphicData>
            </a:graphic>
            <wp14:sizeRelH relativeFrom="margin">
              <wp14:pctWidth>0</wp14:pctWidth>
            </wp14:sizeRelH>
            <wp14:sizeRelV relativeFrom="margin">
              <wp14:pctHeight>0</wp14:pctHeight>
            </wp14:sizeRelV>
          </wp:anchor>
        </w:drawing>
      </w:r>
      <w:r w:rsidR="00F348E4" w:rsidRPr="005779B1">
        <w:rPr>
          <w:rFonts w:cs="Arial"/>
          <w:noProof/>
        </w:rPr>
        <mc:AlternateContent>
          <mc:Choice Requires="wps">
            <w:drawing>
              <wp:anchor distT="0" distB="0" distL="114300" distR="114300" simplePos="0" relativeHeight="251658243" behindDoc="0" locked="0" layoutInCell="1" allowOverlap="1" wp14:anchorId="147BD200" wp14:editId="7CB074CE">
                <wp:simplePos x="0" y="0"/>
                <wp:positionH relativeFrom="margin">
                  <wp:posOffset>-790575</wp:posOffset>
                </wp:positionH>
                <wp:positionV relativeFrom="paragraph">
                  <wp:posOffset>-1022984</wp:posOffset>
                </wp:positionV>
                <wp:extent cx="7067550" cy="329565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67550" cy="3295650"/>
                        </a:xfrm>
                        <a:prstGeom prst="rect">
                          <a:avLst/>
                        </a:prstGeom>
                        <a:solidFill>
                          <a:srgbClr val="000000">
                            <a:alpha val="14999"/>
                          </a:srgbClr>
                        </a:solidFill>
                      </wps:spPr>
                      <wps:txbx>
                        <w:txbxContent>
                          <w:p w14:paraId="14DD0D91" w14:textId="60CD58C6" w:rsidR="006852CF" w:rsidRPr="00A665FC" w:rsidRDefault="004342AA" w:rsidP="00EB26F7">
                            <w:pPr>
                              <w:spacing w:line="1023" w:lineRule="exact"/>
                              <w:ind w:left="-13"/>
                              <w:rPr>
                                <w:rFonts w:ascii="Trebuchet MS"/>
                                <w:b/>
                                <w:color w:val="FFFFFF"/>
                                <w:spacing w:val="17"/>
                                <w:sz w:val="104"/>
                              </w:rPr>
                            </w:pPr>
                            <w:r w:rsidRPr="00CB3604">
                              <w:rPr>
                                <w:rFonts w:ascii="Trebuchet MS"/>
                                <w:b/>
                                <w:color w:val="FFFFFF"/>
                                <w:spacing w:val="17"/>
                                <w:sz w:val="104"/>
                              </w:rPr>
                              <w:t xml:space="preserve"> </w:t>
                            </w:r>
                            <w:r w:rsidR="00EB26F7">
                              <w:rPr>
                                <w:rFonts w:ascii="Trebuchet MS"/>
                                <w:b/>
                                <w:color w:val="FFFFFF"/>
                                <w:spacing w:val="17"/>
                                <w:sz w:val="104"/>
                              </w:rPr>
                              <w:t xml:space="preserve">    </w:t>
                            </w:r>
                            <w:r w:rsidRPr="00CB3604">
                              <w:rPr>
                                <w:rFonts w:ascii="Trebuchet MS"/>
                                <w:b/>
                                <w:color w:val="FFFFFF"/>
                                <w:spacing w:val="17"/>
                                <w:sz w:val="104"/>
                              </w:rPr>
                              <w:t>Deputy Registrar</w:t>
                            </w:r>
                          </w:p>
                          <w:p w14:paraId="6C5E8701" w14:textId="6DCF27D6" w:rsidR="006852CF" w:rsidRDefault="006852CF" w:rsidP="006852CF">
                            <w:pPr>
                              <w:spacing w:line="1023" w:lineRule="exact"/>
                              <w:ind w:left="-13"/>
                              <w:jc w:val="center"/>
                              <w:rPr>
                                <w:rFonts w:ascii="Trebuchet MS"/>
                                <w:b/>
                                <w:color w:val="FFFFFF"/>
                                <w:spacing w:val="-4"/>
                                <w:sz w:val="104"/>
                              </w:rPr>
                            </w:pPr>
                            <w:r w:rsidRPr="00A665FC">
                              <w:rPr>
                                <w:rFonts w:ascii="Trebuchet MS"/>
                                <w:b/>
                                <w:color w:val="FFFFFF"/>
                                <w:spacing w:val="17"/>
                                <w:sz w:val="104"/>
                              </w:rPr>
                              <w:t>Applicant</w:t>
                            </w:r>
                            <w:r w:rsidRPr="00A665FC">
                              <w:rPr>
                                <w:rFonts w:ascii="Trebuchet MS"/>
                                <w:b/>
                                <w:color w:val="FFFFFF"/>
                                <w:spacing w:val="5"/>
                                <w:sz w:val="104"/>
                              </w:rPr>
                              <w:t xml:space="preserve"> Recruitment </w:t>
                            </w:r>
                            <w:r w:rsidRPr="00A665FC">
                              <w:rPr>
                                <w:rFonts w:ascii="Trebuchet MS"/>
                                <w:b/>
                                <w:color w:val="FFFFFF"/>
                                <w:spacing w:val="-4"/>
                                <w:sz w:val="104"/>
                              </w:rPr>
                              <w:t>Pack</w:t>
                            </w:r>
                          </w:p>
                          <w:p w14:paraId="02A0A003" w14:textId="77777777" w:rsidR="00AD7C85" w:rsidRDefault="00AD7C85" w:rsidP="006852CF">
                            <w:pPr>
                              <w:spacing w:line="1023" w:lineRule="exact"/>
                              <w:ind w:left="-13"/>
                              <w:jc w:val="center"/>
                              <w:rPr>
                                <w:rFonts w:ascii="Trebuchet MS"/>
                                <w:b/>
                                <w:color w:val="FFFFFF"/>
                                <w:spacing w:val="-4"/>
                                <w:sz w:val="104"/>
                              </w:rPr>
                            </w:pPr>
                          </w:p>
                          <w:p w14:paraId="25BB6338" w14:textId="77777777" w:rsidR="00AD7C85" w:rsidRPr="00A665FC" w:rsidRDefault="00AD7C85" w:rsidP="006852CF">
                            <w:pPr>
                              <w:spacing w:line="1023" w:lineRule="exact"/>
                              <w:ind w:left="-13"/>
                              <w:jc w:val="center"/>
                              <w:rPr>
                                <w:rFonts w:ascii="Trebuchet MS"/>
                                <w:b/>
                                <w:color w:val="000000"/>
                                <w:sz w:val="104"/>
                              </w:rPr>
                            </w:pP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47BD200" id="_x0000_t202" coordsize="21600,21600" o:spt="202" path="m,l,21600r21600,l21600,xe">
                <v:stroke joinstyle="miter"/>
                <v:path gradientshapeok="t" o:connecttype="rect"/>
              </v:shapetype>
              <v:shape id="Textbox 18" o:spid="_x0000_s1026" type="#_x0000_t202" style="position:absolute;margin-left:-62.25pt;margin-top:-80.55pt;width:556.5pt;height:259.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" fillcolor="black" stroked="f">
                <v:fill opacity="9766f"/>
                <v:textbox inset="0,0,0,0">
                  <w:txbxContent>
                    <w:p w14:paraId="14DD0D91" w14:textId="60CD58C6" w:rsidR="006852CF" w:rsidRPr="00A665FC" w:rsidRDefault="004342AA" w:rsidP="00EB26F7">
                      <w:pPr>
                        <w:spacing w:line="1023" w:lineRule="exact"/>
                        <w:ind w:left="-13"/>
                        <w:rPr>
                          <w:rFonts w:ascii="Trebuchet MS"/>
                          <w:b/>
                          <w:color w:val="FFFFFF"/>
                          <w:spacing w:val="17"/>
                          <w:sz w:val="104"/>
                        </w:rPr>
                      </w:pPr>
                      <w:r w:rsidRPr="00CB3604">
                        <w:rPr>
                          <w:rFonts w:ascii="Trebuchet MS"/>
                          <w:b/>
                          <w:color w:val="FFFFFF"/>
                          <w:spacing w:val="17"/>
                          <w:sz w:val="104"/>
                        </w:rPr>
                        <w:t xml:space="preserve"> </w:t>
                      </w:r>
                      <w:r w:rsidR="00EB26F7">
                        <w:rPr>
                          <w:rFonts w:ascii="Trebuchet MS"/>
                          <w:b/>
                          <w:color w:val="FFFFFF"/>
                          <w:spacing w:val="17"/>
                          <w:sz w:val="104"/>
                        </w:rPr>
                        <w:t xml:space="preserve">    </w:t>
                      </w:r>
                      <w:r w:rsidRPr="00CB3604">
                        <w:rPr>
                          <w:rFonts w:ascii="Trebuchet MS"/>
                          <w:b/>
                          <w:color w:val="FFFFFF"/>
                          <w:spacing w:val="17"/>
                          <w:sz w:val="104"/>
                        </w:rPr>
                        <w:t>Deputy Registrar</w:t>
                      </w:r>
                    </w:p>
                    <w:p w14:paraId="6C5E8701" w14:textId="6DCF27D6" w:rsidR="006852CF" w:rsidRDefault="006852CF" w:rsidP="006852CF">
                      <w:pPr>
                        <w:spacing w:line="1023" w:lineRule="exact"/>
                        <w:ind w:left="-13"/>
                        <w:jc w:val="center"/>
                        <w:rPr>
                          <w:rFonts w:ascii="Trebuchet MS"/>
                          <w:b/>
                          <w:color w:val="FFFFFF"/>
                          <w:spacing w:val="-4"/>
                          <w:sz w:val="104"/>
                        </w:rPr>
                      </w:pPr>
                      <w:r w:rsidRPr="00A665FC">
                        <w:rPr>
                          <w:rFonts w:ascii="Trebuchet MS"/>
                          <w:b/>
                          <w:color w:val="FFFFFF"/>
                          <w:spacing w:val="17"/>
                          <w:sz w:val="104"/>
                        </w:rPr>
                        <w:t>Applicant</w:t>
                      </w:r>
                      <w:r w:rsidRPr="00A665FC">
                        <w:rPr>
                          <w:rFonts w:ascii="Trebuchet MS"/>
                          <w:b/>
                          <w:color w:val="FFFFFF"/>
                          <w:spacing w:val="5"/>
                          <w:sz w:val="104"/>
                        </w:rPr>
                        <w:t xml:space="preserve"> Recruitment </w:t>
                      </w:r>
                      <w:r w:rsidRPr="00A665FC">
                        <w:rPr>
                          <w:rFonts w:ascii="Trebuchet MS"/>
                          <w:b/>
                          <w:color w:val="FFFFFF"/>
                          <w:spacing w:val="-4"/>
                          <w:sz w:val="104"/>
                        </w:rPr>
                        <w:t>Pack</w:t>
                      </w:r>
                    </w:p>
                    <w:p w14:paraId="02A0A003" w14:textId="77777777" w:rsidR="00AD7C85" w:rsidRDefault="00AD7C85" w:rsidP="006852CF">
                      <w:pPr>
                        <w:spacing w:line="1023" w:lineRule="exact"/>
                        <w:ind w:left="-13"/>
                        <w:jc w:val="center"/>
                        <w:rPr>
                          <w:rFonts w:ascii="Trebuchet MS"/>
                          <w:b/>
                          <w:color w:val="FFFFFF"/>
                          <w:spacing w:val="-4"/>
                          <w:sz w:val="104"/>
                        </w:rPr>
                      </w:pPr>
                    </w:p>
                    <w:p w14:paraId="25BB6338" w14:textId="77777777" w:rsidR="00AD7C85" w:rsidRPr="00A665FC" w:rsidRDefault="00AD7C85" w:rsidP="006852CF">
                      <w:pPr>
                        <w:spacing w:line="1023" w:lineRule="exact"/>
                        <w:ind w:left="-13"/>
                        <w:jc w:val="center"/>
                        <w:rPr>
                          <w:rFonts w:ascii="Trebuchet MS"/>
                          <w:b/>
                          <w:color w:val="000000"/>
                          <w:sz w:val="104"/>
                        </w:rPr>
                      </w:pP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v:textbox>
                <w10:wrap anchorx="margin"/>
              </v:shape>
            </w:pict>
          </mc:Fallback>
        </mc:AlternateContent>
      </w:r>
      <w:r w:rsidR="004E027F" w:rsidRPr="005779B1">
        <w:rPr>
          <w:rFonts w:cs="Arial"/>
          <w:b/>
          <w:noProof/>
        </w:rPr>
        <mc:AlternateContent>
          <mc:Choice Requires="wpg">
            <w:drawing>
              <wp:anchor distT="0" distB="0" distL="0" distR="0" simplePos="0" relativeHeight="251658265" behindDoc="1" locked="0" layoutInCell="1" allowOverlap="1" wp14:anchorId="4046DBE5" wp14:editId="1B3EFA20">
                <wp:simplePos x="0" y="0"/>
                <wp:positionH relativeFrom="page">
                  <wp:posOffset>7705725</wp:posOffset>
                </wp:positionH>
                <wp:positionV relativeFrom="page">
                  <wp:posOffset>1400175</wp:posOffset>
                </wp:positionV>
                <wp:extent cx="7559675" cy="10691495"/>
                <wp:effectExtent l="0" t="0" r="3175" b="0"/>
                <wp:wrapNone/>
                <wp:docPr id="2094280039" name="Group 2094280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10691495"/>
                          <a:chOff x="0" y="0"/>
                          <a:chExt cx="7560309" cy="10692002"/>
                        </a:xfrm>
                      </wpg:grpSpPr>
                      <wps:wsp>
                        <wps:cNvPr id="1841262831" name="Graphic 20"/>
                        <wps:cNvSpPr/>
                        <wps:spPr>
                          <a:xfrm>
                            <a:off x="95128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C58C18"/>
                          </a:solidFill>
                        </wps:spPr>
                        <wps:bodyPr wrap="square" lIns="0" tIns="0" rIns="0" bIns="0" rtlCol="0">
                          <a:prstTxWarp prst="textNoShape">
                            <a:avLst/>
                          </a:prstTxWarp>
                          <a:noAutofit/>
                        </wps:bodyPr>
                      </wps:wsp>
                      <wps:wsp>
                        <wps:cNvPr id="946596282" name="Graphic 21"/>
                        <wps:cNvSpPr/>
                        <wps:spPr>
                          <a:xfrm>
                            <a:off x="177739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E8491B"/>
                          </a:solidFill>
                        </wps:spPr>
                        <wps:bodyPr wrap="square" lIns="0" tIns="0" rIns="0" bIns="0" rtlCol="0">
                          <a:prstTxWarp prst="textNoShape">
                            <a:avLst/>
                          </a:prstTxWarp>
                          <a:noAutofit/>
                        </wps:bodyPr>
                      </wps:wsp>
                      <wps:wsp>
                        <wps:cNvPr id="398581555" name="Graphic 22"/>
                        <wps:cNvSpPr/>
                        <wps:spPr>
                          <a:xfrm>
                            <a:off x="260350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90BF21"/>
                          </a:solidFill>
                        </wps:spPr>
                        <wps:bodyPr wrap="square" lIns="0" tIns="0" rIns="0" bIns="0" rtlCol="0">
                          <a:prstTxWarp prst="textNoShape">
                            <a:avLst/>
                          </a:prstTxWarp>
                          <a:noAutofit/>
                        </wps:bodyPr>
                      </wps:wsp>
                      <wps:wsp>
                        <wps:cNvPr id="1499702574" name="Graphic 23"/>
                        <wps:cNvSpPr/>
                        <wps:spPr>
                          <a:xfrm>
                            <a:off x="342960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A2579E"/>
                          </a:solidFill>
                        </wps:spPr>
                        <wps:bodyPr wrap="square" lIns="0" tIns="0" rIns="0" bIns="0" rtlCol="0">
                          <a:prstTxWarp prst="textNoShape">
                            <a:avLst/>
                          </a:prstTxWarp>
                          <a:noAutofit/>
                        </wps:bodyPr>
                      </wps:wsp>
                      <wps:wsp>
                        <wps:cNvPr id="703090120" name="Graphic 24"/>
                        <wps:cNvSpPr/>
                        <wps:spPr>
                          <a:xfrm>
                            <a:off x="425571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008A8E"/>
                          </a:solidFill>
                        </wps:spPr>
                        <wps:bodyPr wrap="square" lIns="0" tIns="0" rIns="0" bIns="0" rtlCol="0">
                          <a:prstTxWarp prst="textNoShape">
                            <a:avLst/>
                          </a:prstTxWarp>
                          <a:noAutofit/>
                        </wps:bodyPr>
                      </wps:wsp>
                      <wps:wsp>
                        <wps:cNvPr id="112185322" name="Graphic 25"/>
                        <wps:cNvSpPr/>
                        <wps:spPr>
                          <a:xfrm>
                            <a:off x="508182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303E91"/>
                          </a:solidFill>
                        </wps:spPr>
                        <wps:bodyPr wrap="square" lIns="0" tIns="0" rIns="0" bIns="0" rtlCol="0">
                          <a:prstTxWarp prst="textNoShape">
                            <a:avLst/>
                          </a:prstTxWarp>
                          <a:noAutofit/>
                        </wps:bodyPr>
                      </wps:wsp>
                      <wps:wsp>
                        <wps:cNvPr id="1405497928" name="Graphic 26"/>
                        <wps:cNvSpPr/>
                        <wps:spPr>
                          <a:xfrm>
                            <a:off x="590793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B50063"/>
                          </a:solidFill>
                        </wps:spPr>
                        <wps:bodyPr wrap="square" lIns="0" tIns="0" rIns="0" bIns="0" rtlCol="0">
                          <a:prstTxWarp prst="textNoShape">
                            <a:avLst/>
                          </a:prstTxWarp>
                          <a:noAutofit/>
                        </wps:bodyPr>
                      </wps:wsp>
                      <wps:wsp>
                        <wps:cNvPr id="2015464421" name="Graphic 28"/>
                        <wps:cNvSpPr/>
                        <wps:spPr>
                          <a:xfrm>
                            <a:off x="0" y="0"/>
                            <a:ext cx="7560309" cy="261620"/>
                          </a:xfrm>
                          <a:custGeom>
                            <a:avLst/>
                            <a:gdLst/>
                            <a:ahLst/>
                            <a:cxnLst/>
                            <a:rect l="l" t="t" r="r" b="b"/>
                            <a:pathLst>
                              <a:path w="7560309" h="261620">
                                <a:moveTo>
                                  <a:pt x="951280" y="0"/>
                                </a:moveTo>
                                <a:lnTo>
                                  <a:pt x="0" y="0"/>
                                </a:lnTo>
                                <a:lnTo>
                                  <a:pt x="0" y="256082"/>
                                </a:lnTo>
                                <a:lnTo>
                                  <a:pt x="951280" y="256082"/>
                                </a:lnTo>
                                <a:lnTo>
                                  <a:pt x="951280" y="0"/>
                                </a:lnTo>
                                <a:close/>
                              </a:path>
                              <a:path w="7560309" h="261620">
                                <a:moveTo>
                                  <a:pt x="7560005" y="0"/>
                                </a:moveTo>
                                <a:lnTo>
                                  <a:pt x="7559840" y="0"/>
                                </a:lnTo>
                                <a:lnTo>
                                  <a:pt x="7559840" y="261404"/>
                                </a:lnTo>
                                <a:lnTo>
                                  <a:pt x="7560005" y="261404"/>
                                </a:lnTo>
                                <a:lnTo>
                                  <a:pt x="7560005" y="0"/>
                                </a:lnTo>
                                <a:close/>
                              </a:path>
                            </a:pathLst>
                          </a:custGeom>
                          <a:solidFill>
                            <a:srgbClr val="007CBB"/>
                          </a:solidFill>
                        </wps:spPr>
                        <wps:bodyPr wrap="square" lIns="0" tIns="0" rIns="0" bIns="0" rtlCol="0">
                          <a:prstTxWarp prst="textNoShape">
                            <a:avLst/>
                          </a:prstTxWarp>
                          <a:noAutofit/>
                        </wps:bodyPr>
                      </wps:wsp>
                      <pic:pic xmlns:pic="http://schemas.openxmlformats.org/drawingml/2006/picture">
                        <pic:nvPicPr>
                          <pic:cNvPr id="937250305" name="Image 29"/>
                          <pic:cNvPicPr/>
                        </pic:nvPicPr>
                        <pic:blipFill>
                          <a:blip r:embed="rId13" cstate="print"/>
                          <a:stretch>
                            <a:fillRect/>
                          </a:stretch>
                        </pic:blipFill>
                        <pic:spPr>
                          <a:xfrm>
                            <a:off x="0" y="252006"/>
                            <a:ext cx="7560005" cy="10439996"/>
                          </a:xfrm>
                          <a:prstGeom prst="rect">
                            <a:avLst/>
                          </a:prstGeom>
                        </pic:spPr>
                      </pic:pic>
                      <wps:wsp>
                        <wps:cNvPr id="584440357" name="Graphic 30"/>
                        <wps:cNvSpPr/>
                        <wps:spPr>
                          <a:xfrm>
                            <a:off x="1602003" y="2337359"/>
                            <a:ext cx="5058410" cy="6750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bodyPr wrap="square" lIns="0" tIns="0" rIns="0" bIns="0" rtlCol="0">
                          <a:prstTxWarp prst="textNoShape">
                            <a:avLst/>
                          </a:prstTxWarp>
                          <a:noAutofit/>
                        </wps:bodyPr>
                      </wps:wsp>
                      <pic:pic xmlns:pic="http://schemas.openxmlformats.org/drawingml/2006/picture">
                        <pic:nvPicPr>
                          <pic:cNvPr id="220046848" name="Image 31"/>
                          <pic:cNvPicPr/>
                        </pic:nvPicPr>
                        <pic:blipFill>
                          <a:blip r:embed="rId14" cstate="print"/>
                          <a:stretch>
                            <a:fillRect/>
                          </a:stretch>
                        </pic:blipFill>
                        <pic:spPr>
                          <a:xfrm>
                            <a:off x="931748" y="1873758"/>
                            <a:ext cx="2211057" cy="3374847"/>
                          </a:xfrm>
                          <a:prstGeom prst="rect">
                            <a:avLst/>
                          </a:prstGeom>
                        </pic:spPr>
                      </pic:pic>
                      <wps:wsp>
                        <wps:cNvPr id="1119660702" name="Graphic 32"/>
                        <wps:cNvSpPr/>
                        <wps:spPr>
                          <a:xfrm>
                            <a:off x="931750" y="1873758"/>
                            <a:ext cx="2211070" cy="3375025"/>
                          </a:xfrm>
                          <a:custGeom>
                            <a:avLst/>
                            <a:gdLst/>
                            <a:ahLst/>
                            <a:cxnLst/>
                            <a:rect l="l" t="t" r="r" b="b"/>
                            <a:pathLst>
                              <a:path w="2211070" h="3375025">
                                <a:moveTo>
                                  <a:pt x="0" y="0"/>
                                </a:moveTo>
                                <a:lnTo>
                                  <a:pt x="0" y="2942856"/>
                                </a:lnTo>
                                <a:lnTo>
                                  <a:pt x="2534" y="2989926"/>
                                </a:lnTo>
                                <a:lnTo>
                                  <a:pt x="9963" y="3035528"/>
                                </a:lnTo>
                                <a:lnTo>
                                  <a:pt x="22023" y="3079399"/>
                                </a:lnTo>
                                <a:lnTo>
                                  <a:pt x="38449" y="3121274"/>
                                </a:lnTo>
                                <a:lnTo>
                                  <a:pt x="58979" y="3160890"/>
                                </a:lnTo>
                                <a:lnTo>
                                  <a:pt x="83349" y="3197984"/>
                                </a:lnTo>
                                <a:lnTo>
                                  <a:pt x="111296" y="3232293"/>
                                </a:lnTo>
                                <a:lnTo>
                                  <a:pt x="142555" y="3263552"/>
                                </a:lnTo>
                                <a:lnTo>
                                  <a:pt x="176865" y="3291498"/>
                                </a:lnTo>
                                <a:lnTo>
                                  <a:pt x="213960" y="3315867"/>
                                </a:lnTo>
                                <a:lnTo>
                                  <a:pt x="253577" y="3336397"/>
                                </a:lnTo>
                                <a:lnTo>
                                  <a:pt x="295454" y="3352824"/>
                                </a:lnTo>
                                <a:lnTo>
                                  <a:pt x="339326" y="3364883"/>
                                </a:lnTo>
                                <a:lnTo>
                                  <a:pt x="384930" y="3372312"/>
                                </a:lnTo>
                                <a:lnTo>
                                  <a:pt x="432003" y="3374847"/>
                                </a:lnTo>
                                <a:lnTo>
                                  <a:pt x="2211044" y="3374847"/>
                                </a:lnTo>
                                <a:lnTo>
                                  <a:pt x="2211044" y="432003"/>
                                </a:lnTo>
                                <a:lnTo>
                                  <a:pt x="2208509" y="384930"/>
                                </a:lnTo>
                                <a:lnTo>
                                  <a:pt x="2201080" y="339326"/>
                                </a:lnTo>
                                <a:lnTo>
                                  <a:pt x="2189021" y="295454"/>
                                </a:lnTo>
                                <a:lnTo>
                                  <a:pt x="2172595" y="253577"/>
                                </a:lnTo>
                                <a:lnTo>
                                  <a:pt x="2152065" y="213960"/>
                                </a:lnTo>
                                <a:lnTo>
                                  <a:pt x="2127695" y="176865"/>
                                </a:lnTo>
                                <a:lnTo>
                                  <a:pt x="2099749" y="142555"/>
                                </a:lnTo>
                                <a:lnTo>
                                  <a:pt x="2068490" y="111296"/>
                                </a:lnTo>
                                <a:lnTo>
                                  <a:pt x="2034182" y="83349"/>
                                </a:lnTo>
                                <a:lnTo>
                                  <a:pt x="1997088" y="58979"/>
                                </a:lnTo>
                                <a:lnTo>
                                  <a:pt x="1957471" y="38449"/>
                                </a:lnTo>
                                <a:lnTo>
                                  <a:pt x="1915596" y="22023"/>
                                </a:lnTo>
                                <a:lnTo>
                                  <a:pt x="1871726" y="9963"/>
                                </a:lnTo>
                                <a:lnTo>
                                  <a:pt x="1826124" y="2534"/>
                                </a:lnTo>
                                <a:lnTo>
                                  <a:pt x="1779054" y="0"/>
                                </a:lnTo>
                                <a:lnTo>
                                  <a:pt x="0" y="0"/>
                                </a:lnTo>
                                <a:close/>
                              </a:path>
                            </a:pathLst>
                          </a:custGeom>
                          <a:ln w="63499">
                            <a:solidFill>
                              <a:srgbClr val="B5CEE9"/>
                            </a:solidFill>
                            <a:prstDash val="solid"/>
                          </a:ln>
                        </wps:spPr>
                        <wps:bodyPr wrap="square" lIns="0" tIns="0" rIns="0" bIns="0" rtlCol="0">
                          <a:prstTxWarp prst="textNoShape">
                            <a:avLst/>
                          </a:prstTxWarp>
                          <a:noAutofit/>
                        </wps:bodyPr>
                      </wps:wsp>
                      <pic:pic xmlns:pic="http://schemas.openxmlformats.org/drawingml/2006/picture">
                        <pic:nvPicPr>
                          <pic:cNvPr id="1307971224" name="Image 33"/>
                          <pic:cNvPicPr/>
                        </pic:nvPicPr>
                        <pic:blipFill>
                          <a:blip r:embed="rId15" cstate="print"/>
                          <a:stretch>
                            <a:fillRect/>
                          </a:stretch>
                        </pic:blipFill>
                        <pic:spPr>
                          <a:xfrm>
                            <a:off x="663155" y="9745119"/>
                            <a:ext cx="2288832" cy="373945"/>
                          </a:xfrm>
                          <a:prstGeom prst="rect">
                            <a:avLst/>
                          </a:prstGeom>
                        </pic:spPr>
                      </pic:pic>
                    </wpg:wgp>
                  </a:graphicData>
                </a:graphic>
              </wp:anchor>
            </w:drawing>
          </mc:Choice>
          <mc:Fallback>
            <w:pict>
              <v:group w14:anchorId="7A70E2CD" id="Group 2094280039" o:spid="_x0000_s1026" style="position:absolute;margin-left:606.75pt;margin-top:110.25pt;width:595.25pt;height:841.85pt;z-index:-251658215;mso-wrap-distance-left:0;mso-wrap-distance-right:0;mso-position-horizontal-relative:page;mso-position-vertical-relative:page" coordsize="75603,106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">
                <v:shape id="Graphic 20" o:spid="_x0000_s1027" style="position:absolute;left:9512;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" path="m,256082r826109,l826109,,,,,256082xe" fillcolor="#c58c18" stroked="f">
                  <v:path arrowok="t"/>
                </v:shape>
                <v:shape id="Graphic 21" o:spid="_x0000_s1028" style="position:absolute;left:17773;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" path="m,256082r826109,l826109,,,,,256082xe" fillcolor="#e8491b" stroked="f">
                  <v:path arrowok="t"/>
                </v:shape>
                <v:shape id="Graphic 22" o:spid="_x0000_s1029" style="position:absolute;left:26035;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" path="m,256082r826109,l826109,,,,,256082xe" fillcolor="#90bf21" stroked="f">
                  <v:path arrowok="t"/>
                </v:shape>
                <v:shape id="Graphic 23" o:spid="_x0000_s1030" style="position:absolute;left:34296;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" path="m,256082r826109,l826109,,,,,256082xe" fillcolor="#a2579e" stroked="f">
                  <v:path arrowok="t"/>
                </v:shape>
                <v:shape id="Graphic 24" o:spid="_x0000_s1031" style="position:absolute;left:42557;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" path="m,256082r826109,l826109,,,,,256082xe" fillcolor="#008a8e" stroked="f">
                  <v:path arrowok="t"/>
                </v:shape>
                <v:shape id="Graphic 25" o:spid="_x0000_s1032" style="position:absolute;left:50818;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" path="m,256082r826109,l826109,,,,,256082xe" fillcolor="#303e91" stroked="f">
                  <v:path arrowok="t"/>
                </v:shape>
                <v:shape id="Graphic 26" o:spid="_x0000_s1033" style="position:absolute;left:59079;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" path="m,256082r826109,l826109,,,,,256082xe" fillcolor="#b50063" stroked="f">
                  <v:path arrowok="t"/>
                </v:shape>
                <v:shape id="Graphic 28" o:spid="_x0000_s1034" style="position:absolute;width:75603;height:2616;visibility:visible;mso-wrap-style:square;v-text-anchor:top" coordsize="7560309,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" path="m951280,l,,,256082r951280,l951280,xem7560005,r-165,l7559840,261404r165,l7560005,xe" fillcolor="#007cb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9" o:spid="_x0000_s1035" type="#_x0000_t75" style="position:absolute;top:2520;width:75600;height:104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">
                  <v:imagedata r:id="rId16" o:title=""/>
                </v:shape>
                <v:shape id="Graphic 30" o:spid="_x0000_s1036" style="position:absolute;left:16020;top:23373;width:50584;height:67501;visibility:visible;mso-wrap-style:square;v-text-anchor:top" coordsize="5058410,675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&#1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path arrowok="t"/>
                </v:shape>
                <v:shape id="Image 31" o:spid="_x0000_s1037" type="#_x0000_t75" style="position:absolute;left:9317;top:18737;width:22111;height:33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">
                  <v:imagedata r:id="rId17" o:title=""/>
                </v:shape>
                <v:shape id="Graphic 32" o:spid="_x0000_s1038" style="position:absolute;left:9317;top:18737;width:22111;height:33750;visibility:visible;mso-wrap-style:square;v-text-anchor:top" coordsize="2211070,3375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" path="m,l,2942856r2534,47070l9963,3035528r12060,43871l38449,3121274r20530,39616l83349,3197984r27947,34309l142555,3263552r34310,27946l213960,3315867r39617,20530l295454,3352824r43872,12059l384930,3372312r47073,2535l2211044,3374847r,-2942844l2208509,384930r-7429,-45604l2189021,295454r-16426,-41877l2152065,213960r-24370,-37095l2099749,142555r-31259,-31259l2034182,83349,1997088,58979,1957471,38449,1915596,22023,1871726,9963,1826124,2534,1779054,,,xe" filled="f" strokecolor="#b5cee9" strokeweight="1.76386mm">
                  <v:path arrowok="t"/>
                </v:shape>
                <v:shape id="Image 33" o:spid="_x0000_s1039" type="#_x0000_t75" style="position:absolute;left:6631;top:97451;width:22888;height:3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">
                  <v:imagedata r:id="rId18" o:title=""/>
                </v:shape>
                <w10:wrap anchorx="page" anchory="page"/>
              </v:group>
            </w:pict>
          </mc:Fallback>
        </mc:AlternateContent>
      </w:r>
      <w:r w:rsidR="001303A8" w:rsidRPr="005779B1">
        <w:rPr>
          <w:rFonts w:cs="Arial"/>
          <w:noProof/>
        </w:rPr>
        <mc:AlternateContent>
          <mc:Choice Requires="wps">
            <w:drawing>
              <wp:anchor distT="0" distB="0" distL="114300" distR="114300" simplePos="0" relativeHeight="251658244" behindDoc="0" locked="0" layoutInCell="1" allowOverlap="1" wp14:anchorId="6669B4ED" wp14:editId="11CF7A96">
                <wp:simplePos x="0" y="0"/>
                <wp:positionH relativeFrom="column">
                  <wp:posOffset>-87630</wp:posOffset>
                </wp:positionH>
                <wp:positionV relativeFrom="paragraph">
                  <wp:posOffset>-1332865</wp:posOffset>
                </wp:positionV>
                <wp:extent cx="825500" cy="261620"/>
                <wp:effectExtent l="0" t="0" r="0" b="0"/>
                <wp:wrapNone/>
                <wp:docPr id="6"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A71A0DB" id="Graphic 6" o:spid="_x0000_s1026" style="position:absolute;margin-left:-6.9pt;margin-top:-104.95pt;width:65pt;height:20.6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" path="m826109,l,,,261404r826109,l826109,xe" fillcolor="#c58c18" stroked="f">
                <v:path arrowok="t"/>
              </v:shape>
            </w:pict>
          </mc:Fallback>
        </mc:AlternateContent>
      </w:r>
      <w:r w:rsidR="001303A8" w:rsidRPr="005779B1">
        <w:rPr>
          <w:rFonts w:cs="Arial"/>
          <w:noProof/>
        </w:rPr>
        <mc:AlternateContent>
          <mc:Choice Requires="wps">
            <w:drawing>
              <wp:anchor distT="0" distB="0" distL="114300" distR="114300" simplePos="0" relativeHeight="251658245" behindDoc="0" locked="0" layoutInCell="1" allowOverlap="1" wp14:anchorId="6BABE0BE" wp14:editId="5F9E7EC4">
                <wp:simplePos x="0" y="0"/>
                <wp:positionH relativeFrom="column">
                  <wp:posOffset>738505</wp:posOffset>
                </wp:positionH>
                <wp:positionV relativeFrom="paragraph">
                  <wp:posOffset>-1332865</wp:posOffset>
                </wp:positionV>
                <wp:extent cx="825500" cy="261620"/>
                <wp:effectExtent l="0" t="0" r="0" b="0"/>
                <wp:wrapNone/>
                <wp:docPr id="7"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006E2AB" id="Graphic 7" o:spid="_x0000_s1026" style="position:absolute;margin-left:58.15pt;margin-top:-104.95pt;width:65pt;height:20.6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" path="m826109,l,,,261404r826109,l826109,xe" fillcolor="#e8491b" stroked="f">
                <v:path arrowok="t"/>
              </v:shape>
            </w:pict>
          </mc:Fallback>
        </mc:AlternateContent>
      </w:r>
      <w:r w:rsidR="001303A8" w:rsidRPr="005779B1">
        <w:rPr>
          <w:rFonts w:cs="Arial"/>
          <w:noProof/>
        </w:rPr>
        <mc:AlternateContent>
          <mc:Choice Requires="wps">
            <w:drawing>
              <wp:anchor distT="0" distB="0" distL="114300" distR="114300" simplePos="0" relativeHeight="251658246" behindDoc="0" locked="0" layoutInCell="1" allowOverlap="1" wp14:anchorId="2A987DDF" wp14:editId="5E7220D5">
                <wp:simplePos x="0" y="0"/>
                <wp:positionH relativeFrom="column">
                  <wp:posOffset>1564640</wp:posOffset>
                </wp:positionH>
                <wp:positionV relativeFrom="paragraph">
                  <wp:posOffset>-1332865</wp:posOffset>
                </wp:positionV>
                <wp:extent cx="825500" cy="261620"/>
                <wp:effectExtent l="0" t="0" r="0" b="0"/>
                <wp:wrapNone/>
                <wp:docPr id="8"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B94FA70" id="Graphic 8" o:spid="_x0000_s1026" style="position:absolute;margin-left:123.2pt;margin-top:-104.95pt;width:65pt;height:20.6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" path="m826109,l,,,261404r826109,l826109,xe" fillcolor="#90bf21" stroked="f">
                <v:path arrowok="t"/>
              </v:shape>
            </w:pict>
          </mc:Fallback>
        </mc:AlternateContent>
      </w:r>
      <w:r w:rsidR="001303A8" w:rsidRPr="005779B1">
        <w:rPr>
          <w:rFonts w:cs="Arial"/>
          <w:noProof/>
        </w:rPr>
        <mc:AlternateContent>
          <mc:Choice Requires="wps">
            <w:drawing>
              <wp:anchor distT="0" distB="0" distL="114300" distR="114300" simplePos="0" relativeHeight="251658247" behindDoc="0" locked="0" layoutInCell="1" allowOverlap="1" wp14:anchorId="1D462D5A" wp14:editId="5B628057">
                <wp:simplePos x="0" y="0"/>
                <wp:positionH relativeFrom="column">
                  <wp:posOffset>2390775</wp:posOffset>
                </wp:positionH>
                <wp:positionV relativeFrom="paragraph">
                  <wp:posOffset>-1332865</wp:posOffset>
                </wp:positionV>
                <wp:extent cx="825500" cy="261620"/>
                <wp:effectExtent l="0" t="0" r="0" b="0"/>
                <wp:wrapNone/>
                <wp:docPr id="9"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C82B8EC" id="Graphic 9" o:spid="_x0000_s1026" style="position:absolute;margin-left:188.25pt;margin-top:-104.95pt;width:65pt;height:20.6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1303A8" w:rsidRPr="005779B1">
        <w:rPr>
          <w:rFonts w:cs="Arial"/>
          <w:noProof/>
        </w:rPr>
        <mc:AlternateContent>
          <mc:Choice Requires="wps">
            <w:drawing>
              <wp:anchor distT="0" distB="0" distL="114300" distR="114300" simplePos="0" relativeHeight="251658248" behindDoc="0" locked="0" layoutInCell="1" allowOverlap="1" wp14:anchorId="357389DF" wp14:editId="6CE27832">
                <wp:simplePos x="0" y="0"/>
                <wp:positionH relativeFrom="column">
                  <wp:posOffset>3216910</wp:posOffset>
                </wp:positionH>
                <wp:positionV relativeFrom="paragraph">
                  <wp:posOffset>-1332865</wp:posOffset>
                </wp:positionV>
                <wp:extent cx="825500" cy="261620"/>
                <wp:effectExtent l="0" t="0" r="0" b="0"/>
                <wp:wrapNone/>
                <wp:docPr id="10"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8D3F4C1" id="Graphic 10" o:spid="_x0000_s1026" style="position:absolute;margin-left:253.3pt;margin-top:-104.95pt;width:65pt;height:20.6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" path="m826109,l,,,261404r826109,l826109,xe" fillcolor="#008a8e" stroked="f">
                <v:path arrowok="t"/>
              </v:shape>
            </w:pict>
          </mc:Fallback>
        </mc:AlternateContent>
      </w:r>
      <w:r w:rsidR="001303A8" w:rsidRPr="005779B1">
        <w:rPr>
          <w:rFonts w:cs="Arial"/>
          <w:noProof/>
        </w:rPr>
        <mc:AlternateContent>
          <mc:Choice Requires="wps">
            <w:drawing>
              <wp:anchor distT="0" distB="0" distL="114300" distR="114300" simplePos="0" relativeHeight="251658249" behindDoc="0" locked="0" layoutInCell="1" allowOverlap="1" wp14:anchorId="5403E0F6" wp14:editId="472A1A43">
                <wp:simplePos x="0" y="0"/>
                <wp:positionH relativeFrom="column">
                  <wp:posOffset>4042410</wp:posOffset>
                </wp:positionH>
                <wp:positionV relativeFrom="paragraph">
                  <wp:posOffset>-1332865</wp:posOffset>
                </wp:positionV>
                <wp:extent cx="825500" cy="261620"/>
                <wp:effectExtent l="0" t="0" r="0" b="0"/>
                <wp:wrapNone/>
                <wp:docPr id="11"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9E1AAE2" id="Graphic 11" o:spid="_x0000_s1026" style="position:absolute;margin-left:318.3pt;margin-top:-104.95pt;width:65pt;height:20.6pt;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" path="m826109,l,,,261404r826109,l826109,xe" fillcolor="#303e91" stroked="f">
                <v:path arrowok="t"/>
              </v:shape>
            </w:pict>
          </mc:Fallback>
        </mc:AlternateContent>
      </w:r>
      <w:r w:rsidR="001303A8" w:rsidRPr="005779B1">
        <w:rPr>
          <w:rFonts w:cs="Arial"/>
          <w:noProof/>
        </w:rPr>
        <mc:AlternateContent>
          <mc:Choice Requires="wps">
            <w:drawing>
              <wp:anchor distT="0" distB="0" distL="114300" distR="114300" simplePos="0" relativeHeight="251658250" behindDoc="0" locked="0" layoutInCell="1" allowOverlap="1" wp14:anchorId="5214EE47" wp14:editId="353E5F2C">
                <wp:simplePos x="0" y="0"/>
                <wp:positionH relativeFrom="column">
                  <wp:posOffset>4868545</wp:posOffset>
                </wp:positionH>
                <wp:positionV relativeFrom="paragraph">
                  <wp:posOffset>-1332865</wp:posOffset>
                </wp:positionV>
                <wp:extent cx="825500" cy="261620"/>
                <wp:effectExtent l="0" t="0" r="0" b="0"/>
                <wp:wrapNone/>
                <wp:docPr id="12"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B474D54" id="Graphic 12" o:spid="_x0000_s1026" style="position:absolute;margin-left:383.35pt;margin-top:-104.95pt;width:65pt;height:20.6pt;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" path="m826109,l,,,261404r826109,l826109,xe" fillcolor="#b50063" stroked="f">
                <v:path arrowok="t"/>
              </v:shape>
            </w:pict>
          </mc:Fallback>
        </mc:AlternateContent>
      </w:r>
      <w:r w:rsidR="001303A8" w:rsidRPr="005779B1">
        <w:rPr>
          <w:rFonts w:cs="Arial"/>
          <w:noProof/>
        </w:rPr>
        <mc:AlternateContent>
          <mc:Choice Requires="wps">
            <w:drawing>
              <wp:anchor distT="0" distB="0" distL="114300" distR="114300" simplePos="0" relativeHeight="251658251" behindDoc="0" locked="0" layoutInCell="1" allowOverlap="1" wp14:anchorId="6752002B" wp14:editId="34D5E4DD">
                <wp:simplePos x="0" y="0"/>
                <wp:positionH relativeFrom="column">
                  <wp:posOffset>5694680</wp:posOffset>
                </wp:positionH>
                <wp:positionV relativeFrom="paragraph">
                  <wp:posOffset>-1332865</wp:posOffset>
                </wp:positionV>
                <wp:extent cx="825500" cy="261620"/>
                <wp:effectExtent l="0" t="0" r="0" b="0"/>
                <wp:wrapNone/>
                <wp:docPr id="13"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6128ABE5" id="Graphic 13" o:spid="_x0000_s1026" style="position:absolute;margin-left:448.4pt;margin-top:-104.95pt;width:65pt;height:20.6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" path="m826109,l,,,261404r826109,l826109,xe" fillcolor="#00803d" stroked="f">
                <v:path arrowok="t"/>
              </v:shape>
            </w:pict>
          </mc:Fallback>
        </mc:AlternateContent>
      </w:r>
      <w:r w:rsidR="001303A8" w:rsidRPr="005779B1">
        <w:rPr>
          <w:rFonts w:cs="Arial"/>
          <w:noProof/>
        </w:rPr>
        <mc:AlternateContent>
          <mc:Choice Requires="wps">
            <w:drawing>
              <wp:anchor distT="0" distB="0" distL="114300" distR="114300" simplePos="0" relativeHeight="251658252" behindDoc="0" locked="0" layoutInCell="1" allowOverlap="1" wp14:anchorId="7AA9FCBF" wp14:editId="28F67411">
                <wp:simplePos x="0" y="0"/>
                <wp:positionH relativeFrom="column">
                  <wp:posOffset>-1038225</wp:posOffset>
                </wp:positionH>
                <wp:positionV relativeFrom="paragraph">
                  <wp:posOffset>-1332865</wp:posOffset>
                </wp:positionV>
                <wp:extent cx="951150" cy="261620"/>
                <wp:effectExtent l="0" t="0" r="0" b="0"/>
                <wp:wrapNone/>
                <wp:docPr id="14"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D5D9067" id="Graphic 14" o:spid="_x0000_s1026" style="position:absolute;margin-left:-81.75pt;margin-top:-104.95pt;width:74.9pt;height:20.6pt;z-index:2516582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p>
    <w:p w14:paraId="6D8557FB" w14:textId="54583AFC" w:rsidR="00282ABC" w:rsidRPr="005779B1" w:rsidRDefault="00282ABC" w:rsidP="008E4D82">
      <w:pPr>
        <w:jc w:val="center"/>
        <w:rPr>
          <w:rFonts w:cs="Arial"/>
          <w:b/>
          <w:color w:val="FF0000"/>
        </w:rPr>
      </w:pPr>
      <w:r w:rsidRPr="005779B1">
        <w:rPr>
          <w:rFonts w:cs="Arial"/>
          <w:b/>
          <w:color w:val="FF0000"/>
        </w:rPr>
        <w:t>PHOTO TO BE ADDED</w:t>
      </w:r>
    </w:p>
    <w:p w14:paraId="05454F3C" w14:textId="4C607B93" w:rsidR="00524633" w:rsidRPr="005779B1" w:rsidRDefault="00B9571B">
      <w:pPr>
        <w:rPr>
          <w:rFonts w:cs="Arial"/>
          <w:b/>
          <w:color w:val="0082BC"/>
        </w:rPr>
      </w:pPr>
      <w:r w:rsidRPr="005779B1">
        <w:rPr>
          <w:rFonts w:cs="Arial"/>
          <w:noProof/>
        </w:rPr>
        <w:drawing>
          <wp:anchor distT="0" distB="0" distL="114300" distR="114300" simplePos="0" relativeHeight="251658253" behindDoc="0" locked="0" layoutInCell="1" allowOverlap="1" wp14:anchorId="2E516968" wp14:editId="28DFD86D">
            <wp:simplePos x="0" y="0"/>
            <wp:positionH relativeFrom="column">
              <wp:posOffset>1687830</wp:posOffset>
            </wp:positionH>
            <wp:positionV relativeFrom="paragraph">
              <wp:posOffset>6761480</wp:posOffset>
            </wp:positionV>
            <wp:extent cx="2288652" cy="373945"/>
            <wp:effectExtent l="0" t="0" r="0" b="0"/>
            <wp:wrapNone/>
            <wp:docPr id="17"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9" cstate="print"/>
                    <a:stretch>
                      <a:fillRect/>
                    </a:stretch>
                  </pic:blipFill>
                  <pic:spPr>
                    <a:xfrm>
                      <a:off x="0" y="0"/>
                      <a:ext cx="2288652" cy="373945"/>
                    </a:xfrm>
                    <a:prstGeom prst="rect">
                      <a:avLst/>
                    </a:prstGeom>
                  </pic:spPr>
                </pic:pic>
              </a:graphicData>
            </a:graphic>
          </wp:anchor>
        </w:drawing>
      </w:r>
      <w:r w:rsidR="00282ABC" w:rsidRPr="005779B1">
        <w:rPr>
          <w:rFonts w:cs="Arial"/>
          <w:b/>
          <w:color w:val="0082BC"/>
        </w:rPr>
        <w:br w:type="page"/>
      </w:r>
    </w:p>
    <w:p w14:paraId="3C33BAE7" w14:textId="62EEE6BB" w:rsidR="0043131B" w:rsidRPr="005779B1" w:rsidRDefault="00522A66" w:rsidP="00522A66">
      <w:pPr>
        <w:tabs>
          <w:tab w:val="left" w:pos="6225"/>
        </w:tabs>
        <w:rPr>
          <w:rFonts w:cs="Arial"/>
          <w:b/>
          <w:color w:val="0082BC"/>
        </w:rPr>
      </w:pPr>
      <w:r w:rsidRPr="005779B1">
        <w:rPr>
          <w:rFonts w:cs="Arial"/>
          <w:noProof/>
        </w:rPr>
        <w:lastRenderedPageBreak/>
        <mc:AlternateContent>
          <mc:Choice Requires="wps">
            <w:drawing>
              <wp:anchor distT="0" distB="0" distL="114300" distR="114300" simplePos="0" relativeHeight="251663872" behindDoc="0" locked="0" layoutInCell="1" allowOverlap="1" wp14:anchorId="3328AF77" wp14:editId="02167EC9">
                <wp:simplePos x="0" y="0"/>
                <wp:positionH relativeFrom="margin">
                  <wp:align>left</wp:align>
                </wp:positionH>
                <wp:positionV relativeFrom="paragraph">
                  <wp:posOffset>405765</wp:posOffset>
                </wp:positionV>
                <wp:extent cx="6042025" cy="7258050"/>
                <wp:effectExtent l="0" t="0" r="0" b="0"/>
                <wp:wrapNone/>
                <wp:docPr id="30" name="Graphic 30"/>
                <wp:cNvGraphicFramePr/>
                <a:graphic xmlns:a="http://schemas.openxmlformats.org/drawingml/2006/main">
                  <a:graphicData uri="http://schemas.microsoft.com/office/word/2010/wordprocessingShape">
                    <wps:wsp>
                      <wps:cNvSpPr/>
                      <wps:spPr>
                        <a:xfrm>
                          <a:off x="0" y="0"/>
                          <a:ext cx="6042025" cy="7258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txbx>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8AF77" id="Graphic 30" o:spid="_x0000_s1027" style="position:absolute;margin-left:0;margin-top:31.95pt;width:475.75pt;height:571.5pt;z-index:251663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coordsize="5058410,675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" adj="-11796480,,540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stroke joinstyle="miter"/>
                <v:formulas/>
                <v:path arrowok="t" o:connecttype="custom" textboxrect="0,0,5058410,6750050"/>
                <v:textbox inset="0,0,0,0">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v:textbox>
                <w10:wrap anchorx="margin"/>
              </v:shape>
            </w:pict>
          </mc:Fallback>
        </mc:AlternateContent>
      </w:r>
      <w:r w:rsidRPr="005779B1">
        <w:rPr>
          <w:rFonts w:cs="Arial"/>
          <w:noProof/>
        </w:rPr>
        <w:drawing>
          <wp:anchor distT="0" distB="0" distL="114300" distR="114300" simplePos="0" relativeHeight="251650560" behindDoc="1" locked="0" layoutInCell="1" allowOverlap="1" wp14:anchorId="5F4D518A" wp14:editId="04F923A7">
            <wp:simplePos x="0" y="0"/>
            <wp:positionH relativeFrom="page">
              <wp:posOffset>-304800</wp:posOffset>
            </wp:positionH>
            <wp:positionV relativeFrom="paragraph">
              <wp:posOffset>-2066290</wp:posOffset>
            </wp:positionV>
            <wp:extent cx="8210550" cy="10772775"/>
            <wp:effectExtent l="0" t="0" r="0" b="9525"/>
            <wp:wrapNone/>
            <wp:docPr id="2094859861" name="Image 29" descr="A blue and white object&#10;&#10;AI-generated content may be incorrect."/>
            <wp:cNvGraphicFramePr/>
            <a:graphic xmlns:a="http://schemas.openxmlformats.org/drawingml/2006/main">
              <a:graphicData uri="http://schemas.openxmlformats.org/drawingml/2006/picture">
                <pic:pic xmlns:pic="http://schemas.openxmlformats.org/drawingml/2006/picture">
                  <pic:nvPicPr>
                    <pic:cNvPr id="2094859861" name="Image 29" descr="A blue and white object&#10;&#10;AI-generated content may be incorrect."/>
                    <pic:cNvPicPr/>
                  </pic:nvPicPr>
                  <pic:blipFill>
                    <a:blip r:embed="rId13" cstate="print"/>
                    <a:stretch>
                      <a:fillRect/>
                    </a:stretch>
                  </pic:blipFill>
                  <pic:spPr>
                    <a:xfrm>
                      <a:off x="0" y="0"/>
                      <a:ext cx="8210550" cy="10772775"/>
                    </a:xfrm>
                    <a:prstGeom prst="rect">
                      <a:avLst/>
                    </a:prstGeom>
                  </pic:spPr>
                </pic:pic>
              </a:graphicData>
            </a:graphic>
            <wp14:sizeRelH relativeFrom="margin">
              <wp14:pctWidth>0</wp14:pctWidth>
            </wp14:sizeRelH>
            <wp14:sizeRelV relativeFrom="margin">
              <wp14:pctHeight>0</wp14:pctHeight>
            </wp14:sizeRelV>
          </wp:anchor>
        </w:drawing>
      </w:r>
      <w:r w:rsidR="00671606" w:rsidRPr="005779B1">
        <w:rPr>
          <w:rFonts w:cs="Arial"/>
          <w:noProof/>
        </w:rPr>
        <mc:AlternateContent>
          <mc:Choice Requires="wps">
            <w:drawing>
              <wp:anchor distT="45720" distB="45720" distL="114300" distR="114300" simplePos="0" relativeHeight="251647488" behindDoc="0" locked="0" layoutInCell="1" allowOverlap="1" wp14:anchorId="539B6776" wp14:editId="1F70F57A">
                <wp:simplePos x="0" y="0"/>
                <wp:positionH relativeFrom="column">
                  <wp:posOffset>-479425</wp:posOffset>
                </wp:positionH>
                <wp:positionV relativeFrom="paragraph">
                  <wp:posOffset>-685165</wp:posOffset>
                </wp:positionV>
                <wp:extent cx="3114675" cy="8382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838200"/>
                        </a:xfrm>
                        <a:prstGeom prst="rect">
                          <a:avLst/>
                        </a:prstGeom>
                        <a:noFill/>
                        <a:ln w="9525">
                          <a:noFill/>
                          <a:miter lim="800000"/>
                          <a:headEnd/>
                          <a:tailEnd/>
                        </a:ln>
                      </wps:spPr>
                      <wps:txb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9B6776" id="Text Box 2" o:spid="_x0000_s1028" type="#_x0000_t202" style="position:absolute;margin-left:-37.75pt;margin-top:-53.95pt;width:245.25pt;height:66pt;z-index:25164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" filled="f" stroked="f">
                <v:textbo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v:textbox>
              </v:shape>
            </w:pict>
          </mc:Fallback>
        </mc:AlternateContent>
      </w:r>
      <w:r w:rsidR="0043131B" w:rsidRPr="005779B1">
        <w:rPr>
          <w:rFonts w:cs="Arial"/>
          <w:noProof/>
        </w:rPr>
        <mc:AlternateContent>
          <mc:Choice Requires="wps">
            <w:drawing>
              <wp:anchor distT="0" distB="0" distL="114300" distR="114300" simplePos="0" relativeHeight="251651584" behindDoc="0" locked="0" layoutInCell="1" allowOverlap="1" wp14:anchorId="6CF48B76" wp14:editId="58D90A1D">
                <wp:simplePos x="0" y="0"/>
                <wp:positionH relativeFrom="column">
                  <wp:posOffset>-85725</wp:posOffset>
                </wp:positionH>
                <wp:positionV relativeFrom="paragraph">
                  <wp:posOffset>-1332865</wp:posOffset>
                </wp:positionV>
                <wp:extent cx="825500" cy="261620"/>
                <wp:effectExtent l="0" t="0" r="0" b="0"/>
                <wp:wrapNone/>
                <wp:docPr id="1261804187"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D186376" id="Graphic 6" o:spid="_x0000_s1026" style="position:absolute;margin-left:-6.75pt;margin-top:-104.95pt;width:65pt;height:20.6pt;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" path="m826109,l,,,261404r826109,l826109,xe" fillcolor="#c58c18" stroked="f">
                <v:path arrowok="t"/>
              </v:shape>
            </w:pict>
          </mc:Fallback>
        </mc:AlternateContent>
      </w:r>
      <w:r w:rsidR="0043131B" w:rsidRPr="005779B1">
        <w:rPr>
          <w:rFonts w:cs="Arial"/>
          <w:noProof/>
        </w:rPr>
        <mc:AlternateContent>
          <mc:Choice Requires="wps">
            <w:drawing>
              <wp:anchor distT="0" distB="0" distL="114300" distR="114300" simplePos="0" relativeHeight="251652608" behindDoc="0" locked="0" layoutInCell="1" allowOverlap="1" wp14:anchorId="4E032364" wp14:editId="46875228">
                <wp:simplePos x="0" y="0"/>
                <wp:positionH relativeFrom="column">
                  <wp:posOffset>742950</wp:posOffset>
                </wp:positionH>
                <wp:positionV relativeFrom="paragraph">
                  <wp:posOffset>-1332865</wp:posOffset>
                </wp:positionV>
                <wp:extent cx="825500" cy="261620"/>
                <wp:effectExtent l="0" t="0" r="0" b="0"/>
                <wp:wrapNone/>
                <wp:docPr id="1095669482"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5CE35B6" id="Graphic 7" o:spid="_x0000_s1026" style="position:absolute;margin-left:58.5pt;margin-top:-104.95pt;width:65pt;height:20.6pt;z-index:251652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" path="m826109,l,,,261404r826109,l826109,xe" fillcolor="#e8491b" stroked="f">
                <v:path arrowok="t"/>
              </v:shape>
            </w:pict>
          </mc:Fallback>
        </mc:AlternateContent>
      </w:r>
      <w:r w:rsidR="0043131B" w:rsidRPr="005779B1">
        <w:rPr>
          <w:rFonts w:cs="Arial"/>
          <w:noProof/>
        </w:rPr>
        <mc:AlternateContent>
          <mc:Choice Requires="wps">
            <w:drawing>
              <wp:anchor distT="0" distB="0" distL="114300" distR="114300" simplePos="0" relativeHeight="251653632" behindDoc="0" locked="0" layoutInCell="1" allowOverlap="1" wp14:anchorId="47CDD36D" wp14:editId="107DD5FF">
                <wp:simplePos x="0" y="0"/>
                <wp:positionH relativeFrom="column">
                  <wp:posOffset>1562100</wp:posOffset>
                </wp:positionH>
                <wp:positionV relativeFrom="paragraph">
                  <wp:posOffset>-1332865</wp:posOffset>
                </wp:positionV>
                <wp:extent cx="825500" cy="261620"/>
                <wp:effectExtent l="0" t="0" r="0" b="0"/>
                <wp:wrapNone/>
                <wp:docPr id="1544446189"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E8BFAD0" id="Graphic 8" o:spid="_x0000_s1026" style="position:absolute;margin-left:123pt;margin-top:-104.95pt;width:65pt;height:20.6pt;z-index:251653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" path="m826109,l,,,261404r826109,l826109,xe" fillcolor="#90bf21" stroked="f">
                <v:path arrowok="t"/>
              </v:shape>
            </w:pict>
          </mc:Fallback>
        </mc:AlternateContent>
      </w:r>
      <w:r w:rsidR="0043131B" w:rsidRPr="005779B1">
        <w:rPr>
          <w:rFonts w:cs="Arial"/>
          <w:noProof/>
        </w:rPr>
        <mc:AlternateContent>
          <mc:Choice Requires="wps">
            <w:drawing>
              <wp:anchor distT="0" distB="0" distL="114300" distR="114300" simplePos="0" relativeHeight="251654656" behindDoc="0" locked="0" layoutInCell="1" allowOverlap="1" wp14:anchorId="0C529585" wp14:editId="690C1B3D">
                <wp:simplePos x="0" y="0"/>
                <wp:positionH relativeFrom="column">
                  <wp:posOffset>2390775</wp:posOffset>
                </wp:positionH>
                <wp:positionV relativeFrom="paragraph">
                  <wp:posOffset>-1332865</wp:posOffset>
                </wp:positionV>
                <wp:extent cx="825500" cy="261620"/>
                <wp:effectExtent l="0" t="0" r="0" b="0"/>
                <wp:wrapNone/>
                <wp:docPr id="1593760117"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6BBABA8" id="Graphic 9" o:spid="_x0000_s1026" style="position:absolute;margin-left:188.25pt;margin-top:-104.95pt;width:65pt;height:20.6pt;z-index:2516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43131B" w:rsidRPr="005779B1">
        <w:rPr>
          <w:rFonts w:cs="Arial"/>
          <w:noProof/>
        </w:rPr>
        <mc:AlternateContent>
          <mc:Choice Requires="wps">
            <w:drawing>
              <wp:anchor distT="0" distB="0" distL="114300" distR="114300" simplePos="0" relativeHeight="251655680" behindDoc="0" locked="0" layoutInCell="1" allowOverlap="1" wp14:anchorId="1B9BD040" wp14:editId="01E92A65">
                <wp:simplePos x="0" y="0"/>
                <wp:positionH relativeFrom="column">
                  <wp:posOffset>3219450</wp:posOffset>
                </wp:positionH>
                <wp:positionV relativeFrom="paragraph">
                  <wp:posOffset>-1332865</wp:posOffset>
                </wp:positionV>
                <wp:extent cx="825500" cy="261620"/>
                <wp:effectExtent l="0" t="0" r="0" b="0"/>
                <wp:wrapNone/>
                <wp:docPr id="1649401306"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19452B6" id="Graphic 10" o:spid="_x0000_s1026" style="position:absolute;margin-left:253.5pt;margin-top:-104.95pt;width:65pt;height:20.6pt;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" path="m826109,l,,,261404r826109,l826109,xe" fillcolor="#008a8e" stroked="f">
                <v:path arrowok="t"/>
              </v:shape>
            </w:pict>
          </mc:Fallback>
        </mc:AlternateContent>
      </w:r>
      <w:r w:rsidR="0043131B" w:rsidRPr="005779B1">
        <w:rPr>
          <w:rFonts w:cs="Arial"/>
          <w:noProof/>
        </w:rPr>
        <mc:AlternateContent>
          <mc:Choice Requires="wps">
            <w:drawing>
              <wp:anchor distT="0" distB="0" distL="114300" distR="114300" simplePos="0" relativeHeight="251656704" behindDoc="0" locked="0" layoutInCell="1" allowOverlap="1" wp14:anchorId="2AAA7AA3" wp14:editId="3FE2FBF8">
                <wp:simplePos x="0" y="0"/>
                <wp:positionH relativeFrom="column">
                  <wp:posOffset>4038600</wp:posOffset>
                </wp:positionH>
                <wp:positionV relativeFrom="paragraph">
                  <wp:posOffset>-1332865</wp:posOffset>
                </wp:positionV>
                <wp:extent cx="825500" cy="261620"/>
                <wp:effectExtent l="0" t="0" r="0" b="0"/>
                <wp:wrapNone/>
                <wp:docPr id="824425987"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A1C87C6" id="Graphic 11" o:spid="_x0000_s1026" style="position:absolute;margin-left:318pt;margin-top:-104.95pt;width:65pt;height:20.6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" path="m826109,l,,,261404r826109,l826109,xe" fillcolor="#303e91" stroked="f">
                <v:path arrowok="t"/>
              </v:shape>
            </w:pict>
          </mc:Fallback>
        </mc:AlternateContent>
      </w:r>
      <w:r w:rsidR="0043131B" w:rsidRPr="005779B1">
        <w:rPr>
          <w:rFonts w:cs="Arial"/>
          <w:noProof/>
        </w:rPr>
        <mc:AlternateContent>
          <mc:Choice Requires="wps">
            <w:drawing>
              <wp:anchor distT="0" distB="0" distL="114300" distR="114300" simplePos="0" relativeHeight="251657728" behindDoc="0" locked="0" layoutInCell="1" allowOverlap="1" wp14:anchorId="5DCB30E6" wp14:editId="7B6A80FA">
                <wp:simplePos x="0" y="0"/>
                <wp:positionH relativeFrom="column">
                  <wp:posOffset>4867275</wp:posOffset>
                </wp:positionH>
                <wp:positionV relativeFrom="paragraph">
                  <wp:posOffset>-1332865</wp:posOffset>
                </wp:positionV>
                <wp:extent cx="825500" cy="261620"/>
                <wp:effectExtent l="0" t="0" r="0" b="0"/>
                <wp:wrapNone/>
                <wp:docPr id="1676727624"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11C573E" id="Graphic 12" o:spid="_x0000_s1026" style="position:absolute;margin-left:383.25pt;margin-top:-104.95pt;width:65pt;height:20.6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" path="m826109,l,,,261404r826109,l826109,xe" fillcolor="#b50063" stroked="f">
                <v:path arrowok="t"/>
              </v:shape>
            </w:pict>
          </mc:Fallback>
        </mc:AlternateContent>
      </w:r>
      <w:r w:rsidR="0043131B" w:rsidRPr="005779B1">
        <w:rPr>
          <w:rFonts w:cs="Arial"/>
          <w:noProof/>
        </w:rPr>
        <mc:AlternateContent>
          <mc:Choice Requires="wps">
            <w:drawing>
              <wp:anchor distT="0" distB="0" distL="114300" distR="114300" simplePos="0" relativeHeight="251658752" behindDoc="0" locked="0" layoutInCell="1" allowOverlap="1" wp14:anchorId="7CF11BD2" wp14:editId="2F3ABCD2">
                <wp:simplePos x="0" y="0"/>
                <wp:positionH relativeFrom="column">
                  <wp:posOffset>5695950</wp:posOffset>
                </wp:positionH>
                <wp:positionV relativeFrom="paragraph">
                  <wp:posOffset>-1332865</wp:posOffset>
                </wp:positionV>
                <wp:extent cx="825500" cy="261620"/>
                <wp:effectExtent l="0" t="0" r="0" b="0"/>
                <wp:wrapNone/>
                <wp:docPr id="1508796545"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FE9B0D9" id="Graphic 13" o:spid="_x0000_s1026" style="position:absolute;margin-left:448.5pt;margin-top:-104.95pt;width:65pt;height:20.6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" path="m826109,l,,,261404r826109,l826109,xe" fillcolor="#00803d" stroked="f">
                <v:path arrowok="t"/>
              </v:shape>
            </w:pict>
          </mc:Fallback>
        </mc:AlternateContent>
      </w:r>
      <w:r w:rsidR="0043131B" w:rsidRPr="005779B1">
        <w:rPr>
          <w:rFonts w:cs="Arial"/>
          <w:noProof/>
        </w:rPr>
        <mc:AlternateContent>
          <mc:Choice Requires="wps">
            <w:drawing>
              <wp:anchor distT="0" distB="0" distL="114300" distR="114300" simplePos="0" relativeHeight="251659776" behindDoc="0" locked="0" layoutInCell="1" allowOverlap="1" wp14:anchorId="508B9E98" wp14:editId="4B2B76FC">
                <wp:simplePos x="0" y="0"/>
                <wp:positionH relativeFrom="column">
                  <wp:posOffset>-1038225</wp:posOffset>
                </wp:positionH>
                <wp:positionV relativeFrom="paragraph">
                  <wp:posOffset>-1332865</wp:posOffset>
                </wp:positionV>
                <wp:extent cx="951150" cy="261620"/>
                <wp:effectExtent l="0" t="0" r="0" b="0"/>
                <wp:wrapNone/>
                <wp:docPr id="1826234450"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094F94B" id="Graphic 14" o:spid="_x0000_s1026" style="position:absolute;margin-left:-81.75pt;margin-top:-104.95pt;width:74.9pt;height:20.6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r w:rsidRPr="005779B1">
        <w:rPr>
          <w:rFonts w:cs="Arial"/>
          <w:b/>
          <w:color w:val="0082BC"/>
        </w:rPr>
        <w:tab/>
      </w:r>
    </w:p>
    <w:p w14:paraId="2648CFAC" w14:textId="47B3FFEE" w:rsidR="000B3B22" w:rsidRPr="005779B1" w:rsidRDefault="00522A66">
      <w:pPr>
        <w:rPr>
          <w:rFonts w:cs="Arial"/>
        </w:rPr>
      </w:pPr>
      <w:r w:rsidRPr="005779B1">
        <w:rPr>
          <w:rFonts w:cs="Arial"/>
          <w:noProof/>
        </w:rPr>
        <mc:AlternateContent>
          <mc:Choice Requires="wps">
            <w:drawing>
              <wp:anchor distT="0" distB="0" distL="114300" distR="114300" simplePos="0" relativeHeight="251667968" behindDoc="0" locked="0" layoutInCell="1" allowOverlap="1" wp14:anchorId="7C59204A" wp14:editId="48AE0F6F">
                <wp:simplePos x="0" y="0"/>
                <wp:positionH relativeFrom="margin">
                  <wp:align>left</wp:align>
                </wp:positionH>
                <wp:positionV relativeFrom="paragraph">
                  <wp:posOffset>67310</wp:posOffset>
                </wp:positionV>
                <wp:extent cx="5781675" cy="7473897"/>
                <wp:effectExtent l="0" t="0" r="0" b="0"/>
                <wp:wrapNone/>
                <wp:docPr id="1322997571" name="Text Box 1"/>
                <wp:cNvGraphicFramePr/>
                <a:graphic xmlns:a="http://schemas.openxmlformats.org/drawingml/2006/main">
                  <a:graphicData uri="http://schemas.microsoft.com/office/word/2010/wordprocessingShape">
                    <wps:wsp>
                      <wps:cNvSpPr txBox="1"/>
                      <wps:spPr>
                        <a:xfrm>
                          <a:off x="0" y="0"/>
                          <a:ext cx="5781675" cy="7473897"/>
                        </a:xfrm>
                        <a:prstGeom prst="rect">
                          <a:avLst/>
                        </a:prstGeom>
                        <a:noFill/>
                        <a:ln w="6350">
                          <a:noFill/>
                        </a:ln>
                      </wps:spPr>
                      <wps:txbx>
                        <w:txbxContent>
                          <w:p w14:paraId="597FDBF0" w14:textId="77777777" w:rsidR="00671606" w:rsidRPr="00BB032F" w:rsidRDefault="00671606" w:rsidP="00671606">
                            <w:pPr>
                              <w:spacing w:after="0" w:line="240" w:lineRule="auto"/>
                              <w:rPr>
                                <w:sz w:val="24"/>
                                <w:szCs w:val="24"/>
                              </w:rPr>
                            </w:pPr>
                            <w:r w:rsidRPr="00BB032F">
                              <w:rPr>
                                <w:sz w:val="24"/>
                                <w:szCs w:val="24"/>
                              </w:rPr>
                              <w:t>Hi,</w:t>
                            </w:r>
                          </w:p>
                          <w:p w14:paraId="494B38DB" w14:textId="77777777" w:rsidR="00671606" w:rsidRPr="00BB032F" w:rsidRDefault="00671606" w:rsidP="00671606">
                            <w:pPr>
                              <w:spacing w:after="0" w:line="240" w:lineRule="auto"/>
                              <w:rPr>
                                <w:sz w:val="24"/>
                                <w:szCs w:val="24"/>
                              </w:rPr>
                            </w:pPr>
                          </w:p>
                          <w:p w14:paraId="212852F3" w14:textId="26700208" w:rsidR="00671606" w:rsidRPr="00BB032F" w:rsidRDefault="00253761" w:rsidP="00671606">
                            <w:pPr>
                              <w:spacing w:after="0" w:line="240" w:lineRule="auto"/>
                              <w:rPr>
                                <w:sz w:val="24"/>
                                <w:szCs w:val="24"/>
                              </w:rPr>
                            </w:pPr>
                            <w:r w:rsidRPr="00BB032F">
                              <w:rPr>
                                <w:sz w:val="24"/>
                                <w:szCs w:val="24"/>
                              </w:rPr>
                              <w:t>Thank you for your interest in joining our Registration Service as a Deputy Registrar.</w:t>
                            </w:r>
                          </w:p>
                          <w:p w14:paraId="4F846204" w14:textId="77777777" w:rsidR="004342AA" w:rsidRPr="00BB032F" w:rsidRDefault="004342AA" w:rsidP="00671606">
                            <w:pPr>
                              <w:spacing w:after="0" w:line="240" w:lineRule="auto"/>
                              <w:rPr>
                                <w:sz w:val="24"/>
                                <w:szCs w:val="24"/>
                              </w:rPr>
                            </w:pPr>
                          </w:p>
                          <w:p w14:paraId="4D71150A" w14:textId="00F35F15" w:rsidR="004342AA" w:rsidRPr="00BB032F" w:rsidRDefault="004342AA" w:rsidP="00671606">
                            <w:pPr>
                              <w:spacing w:after="0" w:line="240" w:lineRule="auto"/>
                              <w:rPr>
                                <w:sz w:val="24"/>
                                <w:szCs w:val="24"/>
                              </w:rPr>
                            </w:pPr>
                            <w:r w:rsidRPr="00BB032F">
                              <w:rPr>
                                <w:sz w:val="24"/>
                                <w:szCs w:val="24"/>
                              </w:rPr>
                              <w:t xml:space="preserve">This is a unique and rewarding opportunity to play an important role in </w:t>
                            </w:r>
                            <w:r w:rsidR="00F40E8B" w:rsidRPr="00BB032F">
                              <w:rPr>
                                <w:sz w:val="24"/>
                                <w:szCs w:val="24"/>
                              </w:rPr>
                              <w:t xml:space="preserve">supporting people through some of the most significant moments in their lives. As a Deputy Registrar, you’ll </w:t>
                            </w:r>
                            <w:r w:rsidR="003D14D6" w:rsidRPr="00BB032F">
                              <w:rPr>
                                <w:sz w:val="24"/>
                                <w:szCs w:val="24"/>
                              </w:rPr>
                              <w:t>register births, deaths and marriages, providing a professional, respectful and compassionate service to members of the community.</w:t>
                            </w:r>
                            <w:r w:rsidRPr="00BB032F">
                              <w:rPr>
                                <w:sz w:val="24"/>
                                <w:szCs w:val="24"/>
                              </w:rPr>
                              <w:t xml:space="preserve"> </w:t>
                            </w:r>
                            <w:r w:rsidR="005451A2" w:rsidRPr="00BB032F">
                              <w:rPr>
                                <w:sz w:val="24"/>
                                <w:szCs w:val="24"/>
                              </w:rPr>
                              <w:t>You will</w:t>
                            </w:r>
                            <w:r w:rsidRPr="00BB032F">
                              <w:rPr>
                                <w:sz w:val="24"/>
                                <w:szCs w:val="24"/>
                              </w:rPr>
                              <w:t xml:space="preserve"> conduct marriages</w:t>
                            </w:r>
                            <w:r w:rsidR="005451A2" w:rsidRPr="00BB032F">
                              <w:rPr>
                                <w:sz w:val="24"/>
                                <w:szCs w:val="24"/>
                              </w:rPr>
                              <w:t xml:space="preserve">, </w:t>
                            </w:r>
                            <w:r w:rsidRPr="00BB032F">
                              <w:rPr>
                                <w:sz w:val="24"/>
                                <w:szCs w:val="24"/>
                              </w:rPr>
                              <w:t>civil partnerships</w:t>
                            </w:r>
                            <w:r w:rsidR="005451A2" w:rsidRPr="00BB032F">
                              <w:rPr>
                                <w:sz w:val="24"/>
                                <w:szCs w:val="24"/>
                              </w:rPr>
                              <w:t xml:space="preserve"> and citizenship ceremonies</w:t>
                            </w:r>
                            <w:r w:rsidRPr="00BB032F">
                              <w:rPr>
                                <w:sz w:val="24"/>
                                <w:szCs w:val="24"/>
                              </w:rPr>
                              <w:t xml:space="preserve"> ensuring </w:t>
                            </w:r>
                            <w:r w:rsidR="00685978" w:rsidRPr="00BB032F">
                              <w:rPr>
                                <w:sz w:val="24"/>
                                <w:szCs w:val="24"/>
                              </w:rPr>
                              <w:t>every ceremony is delivered with professionalism, warmth and care.</w:t>
                            </w:r>
                          </w:p>
                          <w:p w14:paraId="693C59F9" w14:textId="77777777" w:rsidR="00685978" w:rsidRPr="00BB032F" w:rsidRDefault="00685978" w:rsidP="00671606">
                            <w:pPr>
                              <w:spacing w:after="0" w:line="240" w:lineRule="auto"/>
                              <w:rPr>
                                <w:sz w:val="24"/>
                                <w:szCs w:val="24"/>
                              </w:rPr>
                            </w:pPr>
                          </w:p>
                          <w:p w14:paraId="07B86B1A" w14:textId="33CD15B3" w:rsidR="003E25CB" w:rsidRPr="00BB032F" w:rsidRDefault="004342AA" w:rsidP="00685978">
                            <w:pPr>
                              <w:spacing w:after="0" w:line="240" w:lineRule="auto"/>
                              <w:rPr>
                                <w:sz w:val="24"/>
                                <w:szCs w:val="24"/>
                              </w:rPr>
                            </w:pPr>
                            <w:r w:rsidRPr="00BB032F">
                              <w:rPr>
                                <w:sz w:val="24"/>
                                <w:szCs w:val="24"/>
                              </w:rPr>
                              <w:t>We’re looking for people who are</w:t>
                            </w:r>
                            <w:r w:rsidR="00685978" w:rsidRPr="00BB032F">
                              <w:rPr>
                                <w:sz w:val="24"/>
                                <w:szCs w:val="24"/>
                              </w:rPr>
                              <w:t xml:space="preserve"> confident,</w:t>
                            </w:r>
                            <w:r w:rsidRPr="00BB032F">
                              <w:rPr>
                                <w:sz w:val="24"/>
                                <w:szCs w:val="24"/>
                              </w:rPr>
                              <w:t xml:space="preserve"> approachable,</w:t>
                            </w:r>
                            <w:r w:rsidR="00685978" w:rsidRPr="00BB032F">
                              <w:rPr>
                                <w:sz w:val="24"/>
                                <w:szCs w:val="24"/>
                              </w:rPr>
                              <w:t xml:space="preserve"> and adaptable, with a </w:t>
                            </w:r>
                            <w:r w:rsidR="00DB0BED" w:rsidRPr="00BB032F">
                              <w:rPr>
                                <w:sz w:val="24"/>
                                <w:szCs w:val="24"/>
                              </w:rPr>
                              <w:t xml:space="preserve">strong commitment to delivering an excellent customer service. You’ll </w:t>
                            </w:r>
                            <w:r w:rsidR="00E44C3F" w:rsidRPr="00BB032F">
                              <w:rPr>
                                <w:sz w:val="24"/>
                                <w:szCs w:val="24"/>
                              </w:rPr>
                              <w:t>be a positive team player</w:t>
                            </w:r>
                            <w:r w:rsidR="00995A4F" w:rsidRPr="00BB032F">
                              <w:rPr>
                                <w:sz w:val="24"/>
                                <w:szCs w:val="24"/>
                              </w:rPr>
                              <w:t>, working collaboratively with colleagues</w:t>
                            </w:r>
                            <w:r w:rsidR="0081055C" w:rsidRPr="00BB032F">
                              <w:rPr>
                                <w:sz w:val="24"/>
                                <w:szCs w:val="24"/>
                              </w:rPr>
                              <w:t>, customers and other professionals</w:t>
                            </w:r>
                            <w:r w:rsidR="007D781E" w:rsidRPr="00BB032F">
                              <w:rPr>
                                <w:sz w:val="24"/>
                                <w:szCs w:val="24"/>
                              </w:rPr>
                              <w:t xml:space="preserve">, often during important or emotional times, and will play a key role in ensuring that every interaction is handled </w:t>
                            </w:r>
                            <w:r w:rsidR="00A94749" w:rsidRPr="00BB032F">
                              <w:rPr>
                                <w:sz w:val="24"/>
                                <w:szCs w:val="24"/>
                              </w:rPr>
                              <w:t>with sensitivity, professionalism and care</w:t>
                            </w:r>
                            <w:r w:rsidR="00BB032F" w:rsidRPr="00BB032F">
                              <w:rPr>
                                <w:sz w:val="24"/>
                                <w:szCs w:val="24"/>
                              </w:rPr>
                              <w:t xml:space="preserve"> whilst ensuring that all legal and statutory requirements are accurately followed.</w:t>
                            </w:r>
                          </w:p>
                          <w:p w14:paraId="6CDA0240" w14:textId="77777777" w:rsidR="009F28A2" w:rsidRPr="00BB032F" w:rsidRDefault="009F28A2" w:rsidP="00685978">
                            <w:pPr>
                              <w:spacing w:after="0" w:line="240" w:lineRule="auto"/>
                              <w:rPr>
                                <w:sz w:val="24"/>
                                <w:szCs w:val="24"/>
                              </w:rPr>
                            </w:pPr>
                          </w:p>
                          <w:p w14:paraId="324664C9" w14:textId="2AAD2659" w:rsidR="009F28A2" w:rsidRPr="00BB032F" w:rsidRDefault="009F28A2" w:rsidP="00685978">
                            <w:pPr>
                              <w:spacing w:after="0" w:line="240" w:lineRule="auto"/>
                              <w:rPr>
                                <w:sz w:val="24"/>
                                <w:szCs w:val="24"/>
                              </w:rPr>
                            </w:pPr>
                            <w:r w:rsidRPr="00BB032F">
                              <w:rPr>
                                <w:sz w:val="24"/>
                                <w:szCs w:val="24"/>
                              </w:rPr>
                              <w:t>If you enjoy working with people</w:t>
                            </w:r>
                            <w:r w:rsidR="00021257" w:rsidRPr="00BB032F">
                              <w:rPr>
                                <w:sz w:val="24"/>
                                <w:szCs w:val="24"/>
                              </w:rPr>
                              <w:t>, are organised, reliable and flexible, and are looking for a rewarding role where every day brings something differen</w:t>
                            </w:r>
                            <w:r w:rsidR="006C48B9" w:rsidRPr="00BB032F">
                              <w:rPr>
                                <w:sz w:val="24"/>
                                <w:szCs w:val="24"/>
                              </w:rPr>
                              <w:t>t</w:t>
                            </w:r>
                            <w:r w:rsidR="00021257" w:rsidRPr="00BB032F">
                              <w:rPr>
                                <w:sz w:val="24"/>
                                <w:szCs w:val="24"/>
                              </w:rPr>
                              <w:t>, we’d love to hear from you.</w:t>
                            </w:r>
                          </w:p>
                          <w:p w14:paraId="72338EAC" w14:textId="77777777" w:rsidR="003E25CB" w:rsidRPr="00BB032F" w:rsidRDefault="003E25CB" w:rsidP="00671606">
                            <w:pPr>
                              <w:spacing w:after="0" w:line="240" w:lineRule="auto"/>
                              <w:rPr>
                                <w:sz w:val="24"/>
                                <w:szCs w:val="24"/>
                              </w:rPr>
                            </w:pPr>
                          </w:p>
                          <w:p w14:paraId="01F3038F" w14:textId="6079D3FE" w:rsidR="00671606" w:rsidRPr="00BB032F" w:rsidRDefault="00671606" w:rsidP="00671606">
                            <w:pPr>
                              <w:spacing w:after="0" w:line="240" w:lineRule="auto"/>
                              <w:rPr>
                                <w:sz w:val="24"/>
                                <w:szCs w:val="24"/>
                              </w:rPr>
                            </w:pPr>
                            <w:r w:rsidRPr="00BB032F">
                              <w:rPr>
                                <w:sz w:val="24"/>
                                <w:szCs w:val="24"/>
                              </w:rPr>
                              <w:t xml:space="preserve">The Job Description and Person Specification for this role are included within the job pack. </w:t>
                            </w:r>
                            <w:r w:rsidR="004E7A46" w:rsidRPr="00BB032F">
                              <w:rPr>
                                <w:sz w:val="24"/>
                                <w:szCs w:val="24"/>
                              </w:rPr>
                              <w:t xml:space="preserve"> </w:t>
                            </w:r>
                            <w:r w:rsidRPr="00BB032F">
                              <w:rPr>
                                <w:sz w:val="24"/>
                                <w:szCs w:val="24"/>
                              </w:rPr>
                              <w:t>If you have any questions about the vacancy, please refer to the job pack for the appropriate contact details.</w:t>
                            </w:r>
                          </w:p>
                          <w:p w14:paraId="7E561A37" w14:textId="77777777" w:rsidR="00671606" w:rsidRPr="00BB032F" w:rsidRDefault="00671606" w:rsidP="00671606">
                            <w:pPr>
                              <w:spacing w:after="0" w:line="240" w:lineRule="auto"/>
                              <w:rPr>
                                <w:sz w:val="24"/>
                                <w:szCs w:val="24"/>
                              </w:rPr>
                            </w:pPr>
                          </w:p>
                          <w:p w14:paraId="08B5229B" w14:textId="63839C62" w:rsidR="00D9688B" w:rsidRPr="00BB032F" w:rsidRDefault="00514FBC" w:rsidP="00671606">
                            <w:pPr>
                              <w:spacing w:after="0" w:line="240" w:lineRule="auto"/>
                              <w:rPr>
                                <w:sz w:val="24"/>
                                <w:szCs w:val="24"/>
                              </w:rPr>
                            </w:pPr>
                            <w:r w:rsidRPr="00BB032F">
                              <w:rPr>
                                <w:sz w:val="24"/>
                                <w:szCs w:val="24"/>
                              </w:rPr>
                              <w:t>If</w:t>
                            </w:r>
                            <w:r w:rsidR="001E7F31" w:rsidRPr="00BB032F">
                              <w:rPr>
                                <w:sz w:val="24"/>
                                <w:szCs w:val="24"/>
                              </w:rPr>
                              <w:t>,</w:t>
                            </w:r>
                            <w:r w:rsidRPr="00BB032F">
                              <w:rPr>
                                <w:sz w:val="24"/>
                                <w:szCs w:val="24"/>
                              </w:rPr>
                              <w:t xml:space="preserve"> when you’ve </w:t>
                            </w:r>
                            <w:r w:rsidR="001E7F31" w:rsidRPr="00BB032F">
                              <w:rPr>
                                <w:sz w:val="24"/>
                                <w:szCs w:val="24"/>
                              </w:rPr>
                              <w:t xml:space="preserve">finishing </w:t>
                            </w:r>
                            <w:r w:rsidRPr="00BB032F">
                              <w:rPr>
                                <w:sz w:val="24"/>
                                <w:szCs w:val="24"/>
                              </w:rPr>
                              <w:t>read</w:t>
                            </w:r>
                            <w:r w:rsidR="001E7F31" w:rsidRPr="00BB032F">
                              <w:rPr>
                                <w:sz w:val="24"/>
                                <w:szCs w:val="24"/>
                              </w:rPr>
                              <w:t>ing</w:t>
                            </w:r>
                            <w:r w:rsidRPr="00BB032F">
                              <w:rPr>
                                <w:sz w:val="24"/>
                                <w:szCs w:val="24"/>
                              </w:rPr>
                              <w:t xml:space="preserve"> this pack, you like what you </w:t>
                            </w:r>
                            <w:r w:rsidR="00D9688B" w:rsidRPr="00BB032F">
                              <w:rPr>
                                <w:sz w:val="24"/>
                                <w:szCs w:val="24"/>
                              </w:rPr>
                              <w:t xml:space="preserve">see, and Sefton’s Vision and Values align to yours then we can’t wait to hear from you. </w:t>
                            </w:r>
                          </w:p>
                          <w:p w14:paraId="39B50755" w14:textId="77777777" w:rsidR="00D9688B" w:rsidRPr="00BB032F" w:rsidRDefault="00D9688B" w:rsidP="00671606">
                            <w:pPr>
                              <w:spacing w:after="0" w:line="240" w:lineRule="auto"/>
                              <w:rPr>
                                <w:sz w:val="24"/>
                                <w:szCs w:val="24"/>
                              </w:rPr>
                            </w:pPr>
                          </w:p>
                          <w:p w14:paraId="62DC2431" w14:textId="27FD410B" w:rsidR="00671606" w:rsidRPr="00BB032F" w:rsidRDefault="00671606" w:rsidP="00671606">
                            <w:pPr>
                              <w:spacing w:after="0" w:line="240" w:lineRule="auto"/>
                              <w:rPr>
                                <w:sz w:val="24"/>
                                <w:szCs w:val="24"/>
                              </w:rPr>
                            </w:pPr>
                            <w:r w:rsidRPr="00BB032F">
                              <w:rPr>
                                <w:sz w:val="24"/>
                                <w:szCs w:val="24"/>
                              </w:rPr>
                              <w:t>Best of luck!</w:t>
                            </w:r>
                          </w:p>
                          <w:p w14:paraId="752CA344" w14:textId="77777777" w:rsidR="003E2B31" w:rsidRPr="00BB032F" w:rsidRDefault="003E2B31" w:rsidP="00671606">
                            <w:pPr>
                              <w:spacing w:after="0" w:line="240" w:lineRule="auto"/>
                              <w:rPr>
                                <w:sz w:val="24"/>
                                <w:szCs w:val="24"/>
                              </w:rPr>
                            </w:pPr>
                          </w:p>
                          <w:p w14:paraId="730E18D2" w14:textId="616A840E" w:rsidR="003E2B31" w:rsidRPr="00BB032F" w:rsidRDefault="00253761" w:rsidP="00671606">
                            <w:pPr>
                              <w:spacing w:after="0" w:line="240" w:lineRule="auto"/>
                              <w:rPr>
                                <w:sz w:val="24"/>
                                <w:szCs w:val="24"/>
                              </w:rPr>
                            </w:pPr>
                            <w:r w:rsidRPr="00BB032F">
                              <w:rPr>
                                <w:sz w:val="24"/>
                                <w:szCs w:val="24"/>
                              </w:rPr>
                              <w:t>Alison Dunn</w:t>
                            </w:r>
                          </w:p>
                          <w:p w14:paraId="56D5B4A0" w14:textId="2A4F0B8B" w:rsidR="003E2B31" w:rsidRPr="00BB032F" w:rsidRDefault="00253761" w:rsidP="00671606">
                            <w:pPr>
                              <w:spacing w:after="0" w:line="240" w:lineRule="auto"/>
                              <w:rPr>
                                <w:sz w:val="24"/>
                                <w:szCs w:val="24"/>
                              </w:rPr>
                            </w:pPr>
                            <w:r w:rsidRPr="00BB032F">
                              <w:rPr>
                                <w:sz w:val="24"/>
                                <w:szCs w:val="24"/>
                              </w:rPr>
                              <w:t>Registration Services Manager/Superintendent Registrar</w:t>
                            </w:r>
                          </w:p>
                          <w:p w14:paraId="65D815F4" w14:textId="417C60CF" w:rsidR="00F74424" w:rsidRPr="00BB032F" w:rsidRDefault="00F74424" w:rsidP="00E54416">
                            <w:pPr>
                              <w:spacing w:after="0" w:line="240" w:lineRule="auto"/>
                              <w:rPr>
                                <w:sz w:val="24"/>
                                <w:szCs w:val="24"/>
                              </w:rPr>
                            </w:pPr>
                          </w:p>
                          <w:p w14:paraId="2DCF1838" w14:textId="77777777" w:rsidR="00F74424" w:rsidRPr="00BB032F" w:rsidRDefault="00F74424" w:rsidP="00A236B7">
                            <w:pPr>
                              <w:rPr>
                                <w:b/>
                                <w:color w:val="0082BC"/>
                                <w:sz w:val="28"/>
                                <w:szCs w:val="28"/>
                              </w:rPr>
                            </w:pPr>
                            <w:r w:rsidRPr="00BB032F">
                              <w:rPr>
                                <w:b/>
                                <w:color w:val="0082BC"/>
                                <w:sz w:val="28"/>
                                <w:szCs w:val="28"/>
                              </w:rPr>
                              <w:br w:type="page"/>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59204A" id="Text Box 1" o:spid="_x0000_s1029" type="#_x0000_t202" style="position:absolute;margin-left:0;margin-top:5.3pt;width:455.25pt;height:588.5pt;z-index:2516679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" filled="f" stroked="f" strokeweight=".5pt">
                <v:textbox>
                  <w:txbxContent>
                    <w:p w14:paraId="597FDBF0" w14:textId="77777777" w:rsidR="00671606" w:rsidRPr="00BB032F" w:rsidRDefault="00671606" w:rsidP="00671606">
                      <w:pPr>
                        <w:spacing w:after="0" w:line="240" w:lineRule="auto"/>
                        <w:rPr>
                          <w:sz w:val="24"/>
                          <w:szCs w:val="24"/>
                        </w:rPr>
                      </w:pPr>
                      <w:r w:rsidRPr="00BB032F">
                        <w:rPr>
                          <w:sz w:val="24"/>
                          <w:szCs w:val="24"/>
                        </w:rPr>
                        <w:t>Hi,</w:t>
                      </w:r>
                    </w:p>
                    <w:p w14:paraId="494B38DB" w14:textId="77777777" w:rsidR="00671606" w:rsidRPr="00BB032F" w:rsidRDefault="00671606" w:rsidP="00671606">
                      <w:pPr>
                        <w:spacing w:after="0" w:line="240" w:lineRule="auto"/>
                        <w:rPr>
                          <w:sz w:val="24"/>
                          <w:szCs w:val="24"/>
                        </w:rPr>
                      </w:pPr>
                    </w:p>
                    <w:p w14:paraId="212852F3" w14:textId="26700208" w:rsidR="00671606" w:rsidRPr="00BB032F" w:rsidRDefault="00253761" w:rsidP="00671606">
                      <w:pPr>
                        <w:spacing w:after="0" w:line="240" w:lineRule="auto"/>
                        <w:rPr>
                          <w:sz w:val="24"/>
                          <w:szCs w:val="24"/>
                        </w:rPr>
                      </w:pPr>
                      <w:r w:rsidRPr="00BB032F">
                        <w:rPr>
                          <w:sz w:val="24"/>
                          <w:szCs w:val="24"/>
                        </w:rPr>
                        <w:t>Thank you for your interest in joining our Registration Service as a Deputy Registrar.</w:t>
                      </w:r>
                    </w:p>
                    <w:p w14:paraId="4F846204" w14:textId="77777777" w:rsidR="004342AA" w:rsidRPr="00BB032F" w:rsidRDefault="004342AA" w:rsidP="00671606">
                      <w:pPr>
                        <w:spacing w:after="0" w:line="240" w:lineRule="auto"/>
                        <w:rPr>
                          <w:sz w:val="24"/>
                          <w:szCs w:val="24"/>
                        </w:rPr>
                      </w:pPr>
                    </w:p>
                    <w:p w14:paraId="4D71150A" w14:textId="00F35F15" w:rsidR="004342AA" w:rsidRPr="00BB032F" w:rsidRDefault="004342AA" w:rsidP="00671606">
                      <w:pPr>
                        <w:spacing w:after="0" w:line="240" w:lineRule="auto"/>
                        <w:rPr>
                          <w:sz w:val="24"/>
                          <w:szCs w:val="24"/>
                        </w:rPr>
                      </w:pPr>
                      <w:r w:rsidRPr="00BB032F">
                        <w:rPr>
                          <w:sz w:val="24"/>
                          <w:szCs w:val="24"/>
                        </w:rPr>
                        <w:t xml:space="preserve">This is a unique and rewarding opportunity to play an important role in </w:t>
                      </w:r>
                      <w:r w:rsidR="00F40E8B" w:rsidRPr="00BB032F">
                        <w:rPr>
                          <w:sz w:val="24"/>
                          <w:szCs w:val="24"/>
                        </w:rPr>
                        <w:t xml:space="preserve">supporting people through some of the most significant moments in their lives. As a Deputy Registrar, you’ll </w:t>
                      </w:r>
                      <w:r w:rsidR="003D14D6" w:rsidRPr="00BB032F">
                        <w:rPr>
                          <w:sz w:val="24"/>
                          <w:szCs w:val="24"/>
                        </w:rPr>
                        <w:t>register births, deaths and marriages, providing a professional, respectful and compassionate service to members of the community.</w:t>
                      </w:r>
                      <w:r w:rsidRPr="00BB032F">
                        <w:rPr>
                          <w:sz w:val="24"/>
                          <w:szCs w:val="24"/>
                        </w:rPr>
                        <w:t xml:space="preserve"> </w:t>
                      </w:r>
                      <w:r w:rsidR="005451A2" w:rsidRPr="00BB032F">
                        <w:rPr>
                          <w:sz w:val="24"/>
                          <w:szCs w:val="24"/>
                        </w:rPr>
                        <w:t>You will</w:t>
                      </w:r>
                      <w:r w:rsidRPr="00BB032F">
                        <w:rPr>
                          <w:sz w:val="24"/>
                          <w:szCs w:val="24"/>
                        </w:rPr>
                        <w:t xml:space="preserve"> conduct marriages</w:t>
                      </w:r>
                      <w:r w:rsidR="005451A2" w:rsidRPr="00BB032F">
                        <w:rPr>
                          <w:sz w:val="24"/>
                          <w:szCs w:val="24"/>
                        </w:rPr>
                        <w:t xml:space="preserve">, </w:t>
                      </w:r>
                      <w:r w:rsidRPr="00BB032F">
                        <w:rPr>
                          <w:sz w:val="24"/>
                          <w:szCs w:val="24"/>
                        </w:rPr>
                        <w:t>civil partnerships</w:t>
                      </w:r>
                      <w:r w:rsidR="005451A2" w:rsidRPr="00BB032F">
                        <w:rPr>
                          <w:sz w:val="24"/>
                          <w:szCs w:val="24"/>
                        </w:rPr>
                        <w:t xml:space="preserve"> and citizenship ceremonies</w:t>
                      </w:r>
                      <w:r w:rsidRPr="00BB032F">
                        <w:rPr>
                          <w:sz w:val="24"/>
                          <w:szCs w:val="24"/>
                        </w:rPr>
                        <w:t xml:space="preserve"> ensuring </w:t>
                      </w:r>
                      <w:r w:rsidR="00685978" w:rsidRPr="00BB032F">
                        <w:rPr>
                          <w:sz w:val="24"/>
                          <w:szCs w:val="24"/>
                        </w:rPr>
                        <w:t>every ceremony is delivered with professionalism, warmth and care.</w:t>
                      </w:r>
                    </w:p>
                    <w:p w14:paraId="693C59F9" w14:textId="77777777" w:rsidR="00685978" w:rsidRPr="00BB032F" w:rsidRDefault="00685978" w:rsidP="00671606">
                      <w:pPr>
                        <w:spacing w:after="0" w:line="240" w:lineRule="auto"/>
                        <w:rPr>
                          <w:sz w:val="24"/>
                          <w:szCs w:val="24"/>
                        </w:rPr>
                      </w:pPr>
                    </w:p>
                    <w:p w14:paraId="07B86B1A" w14:textId="33CD15B3" w:rsidR="003E25CB" w:rsidRPr="00BB032F" w:rsidRDefault="004342AA" w:rsidP="00685978">
                      <w:pPr>
                        <w:spacing w:after="0" w:line="240" w:lineRule="auto"/>
                        <w:rPr>
                          <w:sz w:val="24"/>
                          <w:szCs w:val="24"/>
                        </w:rPr>
                      </w:pPr>
                      <w:r w:rsidRPr="00BB032F">
                        <w:rPr>
                          <w:sz w:val="24"/>
                          <w:szCs w:val="24"/>
                        </w:rPr>
                        <w:t>We’re looking for people who are</w:t>
                      </w:r>
                      <w:r w:rsidR="00685978" w:rsidRPr="00BB032F">
                        <w:rPr>
                          <w:sz w:val="24"/>
                          <w:szCs w:val="24"/>
                        </w:rPr>
                        <w:t xml:space="preserve"> confident,</w:t>
                      </w:r>
                      <w:r w:rsidRPr="00BB032F">
                        <w:rPr>
                          <w:sz w:val="24"/>
                          <w:szCs w:val="24"/>
                        </w:rPr>
                        <w:t xml:space="preserve"> approachable,</w:t>
                      </w:r>
                      <w:r w:rsidR="00685978" w:rsidRPr="00BB032F">
                        <w:rPr>
                          <w:sz w:val="24"/>
                          <w:szCs w:val="24"/>
                        </w:rPr>
                        <w:t xml:space="preserve"> and adaptable, with a </w:t>
                      </w:r>
                      <w:r w:rsidR="00DB0BED" w:rsidRPr="00BB032F">
                        <w:rPr>
                          <w:sz w:val="24"/>
                          <w:szCs w:val="24"/>
                        </w:rPr>
                        <w:t xml:space="preserve">strong commitment to delivering an excellent customer service. You’ll </w:t>
                      </w:r>
                      <w:r w:rsidR="00E44C3F" w:rsidRPr="00BB032F">
                        <w:rPr>
                          <w:sz w:val="24"/>
                          <w:szCs w:val="24"/>
                        </w:rPr>
                        <w:t>be a positive team player</w:t>
                      </w:r>
                      <w:r w:rsidR="00995A4F" w:rsidRPr="00BB032F">
                        <w:rPr>
                          <w:sz w:val="24"/>
                          <w:szCs w:val="24"/>
                        </w:rPr>
                        <w:t>, working collaboratively with colleagues</w:t>
                      </w:r>
                      <w:r w:rsidR="0081055C" w:rsidRPr="00BB032F">
                        <w:rPr>
                          <w:sz w:val="24"/>
                          <w:szCs w:val="24"/>
                        </w:rPr>
                        <w:t>, customers and other professionals</w:t>
                      </w:r>
                      <w:r w:rsidR="007D781E" w:rsidRPr="00BB032F">
                        <w:rPr>
                          <w:sz w:val="24"/>
                          <w:szCs w:val="24"/>
                        </w:rPr>
                        <w:t xml:space="preserve">, often during important or emotional times, and will play a key role in ensuring that every interaction is handled </w:t>
                      </w:r>
                      <w:r w:rsidR="00A94749" w:rsidRPr="00BB032F">
                        <w:rPr>
                          <w:sz w:val="24"/>
                          <w:szCs w:val="24"/>
                        </w:rPr>
                        <w:t>with sensitivity, professionalism and care</w:t>
                      </w:r>
                      <w:r w:rsidR="00BB032F" w:rsidRPr="00BB032F">
                        <w:rPr>
                          <w:sz w:val="24"/>
                          <w:szCs w:val="24"/>
                        </w:rPr>
                        <w:t xml:space="preserve"> whilst ensuring that all legal and statutory requirements are accurately followed.</w:t>
                      </w:r>
                    </w:p>
                    <w:p w14:paraId="6CDA0240" w14:textId="77777777" w:rsidR="009F28A2" w:rsidRPr="00BB032F" w:rsidRDefault="009F28A2" w:rsidP="00685978">
                      <w:pPr>
                        <w:spacing w:after="0" w:line="240" w:lineRule="auto"/>
                        <w:rPr>
                          <w:sz w:val="24"/>
                          <w:szCs w:val="24"/>
                        </w:rPr>
                      </w:pPr>
                    </w:p>
                    <w:p w14:paraId="324664C9" w14:textId="2AAD2659" w:rsidR="009F28A2" w:rsidRPr="00BB032F" w:rsidRDefault="009F28A2" w:rsidP="00685978">
                      <w:pPr>
                        <w:spacing w:after="0" w:line="240" w:lineRule="auto"/>
                        <w:rPr>
                          <w:sz w:val="24"/>
                          <w:szCs w:val="24"/>
                        </w:rPr>
                      </w:pPr>
                      <w:r w:rsidRPr="00BB032F">
                        <w:rPr>
                          <w:sz w:val="24"/>
                          <w:szCs w:val="24"/>
                        </w:rPr>
                        <w:t>If you enjoy working with people</w:t>
                      </w:r>
                      <w:r w:rsidR="00021257" w:rsidRPr="00BB032F">
                        <w:rPr>
                          <w:sz w:val="24"/>
                          <w:szCs w:val="24"/>
                        </w:rPr>
                        <w:t>, are organised, reliable and flexible, and are looking for a rewarding role where every day brings something differen</w:t>
                      </w:r>
                      <w:r w:rsidR="006C48B9" w:rsidRPr="00BB032F">
                        <w:rPr>
                          <w:sz w:val="24"/>
                          <w:szCs w:val="24"/>
                        </w:rPr>
                        <w:t>t</w:t>
                      </w:r>
                      <w:r w:rsidR="00021257" w:rsidRPr="00BB032F">
                        <w:rPr>
                          <w:sz w:val="24"/>
                          <w:szCs w:val="24"/>
                        </w:rPr>
                        <w:t>, we’d love to hear from you.</w:t>
                      </w:r>
                    </w:p>
                    <w:p w14:paraId="72338EAC" w14:textId="77777777" w:rsidR="003E25CB" w:rsidRPr="00BB032F" w:rsidRDefault="003E25CB" w:rsidP="00671606">
                      <w:pPr>
                        <w:spacing w:after="0" w:line="240" w:lineRule="auto"/>
                        <w:rPr>
                          <w:sz w:val="24"/>
                          <w:szCs w:val="24"/>
                        </w:rPr>
                      </w:pPr>
                    </w:p>
                    <w:p w14:paraId="01F3038F" w14:textId="6079D3FE" w:rsidR="00671606" w:rsidRPr="00BB032F" w:rsidRDefault="00671606" w:rsidP="00671606">
                      <w:pPr>
                        <w:spacing w:after="0" w:line="240" w:lineRule="auto"/>
                        <w:rPr>
                          <w:sz w:val="24"/>
                          <w:szCs w:val="24"/>
                        </w:rPr>
                      </w:pPr>
                      <w:r w:rsidRPr="00BB032F">
                        <w:rPr>
                          <w:sz w:val="24"/>
                          <w:szCs w:val="24"/>
                        </w:rPr>
                        <w:t xml:space="preserve">The Job Description and Person Specification for this role are included within the job pack. </w:t>
                      </w:r>
                      <w:r w:rsidR="004E7A46" w:rsidRPr="00BB032F">
                        <w:rPr>
                          <w:sz w:val="24"/>
                          <w:szCs w:val="24"/>
                        </w:rPr>
                        <w:t xml:space="preserve"> </w:t>
                      </w:r>
                      <w:r w:rsidRPr="00BB032F">
                        <w:rPr>
                          <w:sz w:val="24"/>
                          <w:szCs w:val="24"/>
                        </w:rPr>
                        <w:t>If you have any questions about the vacancy, please refer to the job pack for the appropriate contact details.</w:t>
                      </w:r>
                    </w:p>
                    <w:p w14:paraId="7E561A37" w14:textId="77777777" w:rsidR="00671606" w:rsidRPr="00BB032F" w:rsidRDefault="00671606" w:rsidP="00671606">
                      <w:pPr>
                        <w:spacing w:after="0" w:line="240" w:lineRule="auto"/>
                        <w:rPr>
                          <w:sz w:val="24"/>
                          <w:szCs w:val="24"/>
                        </w:rPr>
                      </w:pPr>
                    </w:p>
                    <w:p w14:paraId="08B5229B" w14:textId="63839C62" w:rsidR="00D9688B" w:rsidRPr="00BB032F" w:rsidRDefault="00514FBC" w:rsidP="00671606">
                      <w:pPr>
                        <w:spacing w:after="0" w:line="240" w:lineRule="auto"/>
                        <w:rPr>
                          <w:sz w:val="24"/>
                          <w:szCs w:val="24"/>
                        </w:rPr>
                      </w:pPr>
                      <w:r w:rsidRPr="00BB032F">
                        <w:rPr>
                          <w:sz w:val="24"/>
                          <w:szCs w:val="24"/>
                        </w:rPr>
                        <w:t>If</w:t>
                      </w:r>
                      <w:r w:rsidR="001E7F31" w:rsidRPr="00BB032F">
                        <w:rPr>
                          <w:sz w:val="24"/>
                          <w:szCs w:val="24"/>
                        </w:rPr>
                        <w:t>,</w:t>
                      </w:r>
                      <w:r w:rsidRPr="00BB032F">
                        <w:rPr>
                          <w:sz w:val="24"/>
                          <w:szCs w:val="24"/>
                        </w:rPr>
                        <w:t xml:space="preserve"> when you’ve </w:t>
                      </w:r>
                      <w:r w:rsidR="001E7F31" w:rsidRPr="00BB032F">
                        <w:rPr>
                          <w:sz w:val="24"/>
                          <w:szCs w:val="24"/>
                        </w:rPr>
                        <w:t xml:space="preserve">finishing </w:t>
                      </w:r>
                      <w:r w:rsidRPr="00BB032F">
                        <w:rPr>
                          <w:sz w:val="24"/>
                          <w:szCs w:val="24"/>
                        </w:rPr>
                        <w:t>read</w:t>
                      </w:r>
                      <w:r w:rsidR="001E7F31" w:rsidRPr="00BB032F">
                        <w:rPr>
                          <w:sz w:val="24"/>
                          <w:szCs w:val="24"/>
                        </w:rPr>
                        <w:t>ing</w:t>
                      </w:r>
                      <w:r w:rsidRPr="00BB032F">
                        <w:rPr>
                          <w:sz w:val="24"/>
                          <w:szCs w:val="24"/>
                        </w:rPr>
                        <w:t xml:space="preserve"> this pack, you like what you </w:t>
                      </w:r>
                      <w:r w:rsidR="00D9688B" w:rsidRPr="00BB032F">
                        <w:rPr>
                          <w:sz w:val="24"/>
                          <w:szCs w:val="24"/>
                        </w:rPr>
                        <w:t xml:space="preserve">see, and Sefton’s Vision and Values align to yours then we can’t wait to hear from you. </w:t>
                      </w:r>
                    </w:p>
                    <w:p w14:paraId="39B50755" w14:textId="77777777" w:rsidR="00D9688B" w:rsidRPr="00BB032F" w:rsidRDefault="00D9688B" w:rsidP="00671606">
                      <w:pPr>
                        <w:spacing w:after="0" w:line="240" w:lineRule="auto"/>
                        <w:rPr>
                          <w:sz w:val="24"/>
                          <w:szCs w:val="24"/>
                        </w:rPr>
                      </w:pPr>
                    </w:p>
                    <w:p w14:paraId="62DC2431" w14:textId="27FD410B" w:rsidR="00671606" w:rsidRPr="00BB032F" w:rsidRDefault="00671606" w:rsidP="00671606">
                      <w:pPr>
                        <w:spacing w:after="0" w:line="240" w:lineRule="auto"/>
                        <w:rPr>
                          <w:sz w:val="24"/>
                          <w:szCs w:val="24"/>
                        </w:rPr>
                      </w:pPr>
                      <w:r w:rsidRPr="00BB032F">
                        <w:rPr>
                          <w:sz w:val="24"/>
                          <w:szCs w:val="24"/>
                        </w:rPr>
                        <w:t>Best of luck!</w:t>
                      </w:r>
                    </w:p>
                    <w:p w14:paraId="752CA344" w14:textId="77777777" w:rsidR="003E2B31" w:rsidRPr="00BB032F" w:rsidRDefault="003E2B31" w:rsidP="00671606">
                      <w:pPr>
                        <w:spacing w:after="0" w:line="240" w:lineRule="auto"/>
                        <w:rPr>
                          <w:sz w:val="24"/>
                          <w:szCs w:val="24"/>
                        </w:rPr>
                      </w:pPr>
                    </w:p>
                    <w:p w14:paraId="730E18D2" w14:textId="616A840E" w:rsidR="003E2B31" w:rsidRPr="00BB032F" w:rsidRDefault="00253761" w:rsidP="00671606">
                      <w:pPr>
                        <w:spacing w:after="0" w:line="240" w:lineRule="auto"/>
                        <w:rPr>
                          <w:sz w:val="24"/>
                          <w:szCs w:val="24"/>
                        </w:rPr>
                      </w:pPr>
                      <w:r w:rsidRPr="00BB032F">
                        <w:rPr>
                          <w:sz w:val="24"/>
                          <w:szCs w:val="24"/>
                        </w:rPr>
                        <w:t>Alison Dunn</w:t>
                      </w:r>
                    </w:p>
                    <w:p w14:paraId="56D5B4A0" w14:textId="2A4F0B8B" w:rsidR="003E2B31" w:rsidRPr="00BB032F" w:rsidRDefault="00253761" w:rsidP="00671606">
                      <w:pPr>
                        <w:spacing w:after="0" w:line="240" w:lineRule="auto"/>
                        <w:rPr>
                          <w:sz w:val="24"/>
                          <w:szCs w:val="24"/>
                        </w:rPr>
                      </w:pPr>
                      <w:r w:rsidRPr="00BB032F">
                        <w:rPr>
                          <w:sz w:val="24"/>
                          <w:szCs w:val="24"/>
                        </w:rPr>
                        <w:t>Registration Services Manager/Superintendent Registrar</w:t>
                      </w:r>
                    </w:p>
                    <w:p w14:paraId="65D815F4" w14:textId="417C60CF" w:rsidR="00F74424" w:rsidRPr="00BB032F" w:rsidRDefault="00F74424" w:rsidP="00E54416">
                      <w:pPr>
                        <w:spacing w:after="0" w:line="240" w:lineRule="auto"/>
                        <w:rPr>
                          <w:sz w:val="24"/>
                          <w:szCs w:val="24"/>
                        </w:rPr>
                      </w:pPr>
                    </w:p>
                    <w:p w14:paraId="2DCF1838" w14:textId="77777777" w:rsidR="00F74424" w:rsidRPr="00BB032F" w:rsidRDefault="00F74424" w:rsidP="00A236B7">
                      <w:pPr>
                        <w:rPr>
                          <w:b/>
                          <w:color w:val="0082BC"/>
                          <w:sz w:val="28"/>
                          <w:szCs w:val="28"/>
                        </w:rPr>
                      </w:pPr>
                      <w:r w:rsidRPr="00BB032F">
                        <w:rPr>
                          <w:b/>
                          <w:color w:val="0082BC"/>
                          <w:sz w:val="28"/>
                          <w:szCs w:val="28"/>
                        </w:rPr>
                        <w:br w:type="page"/>
                      </w:r>
                    </w:p>
                  </w:txbxContent>
                </v:textbox>
                <w10:wrap anchorx="margin"/>
              </v:shape>
            </w:pict>
          </mc:Fallback>
        </mc:AlternateContent>
      </w:r>
    </w:p>
    <w:p w14:paraId="70EB1658" w14:textId="4A40FC0C" w:rsidR="000B3B22" w:rsidRPr="005779B1" w:rsidRDefault="000B3B22">
      <w:pPr>
        <w:rPr>
          <w:rFonts w:cs="Arial"/>
        </w:rPr>
      </w:pPr>
    </w:p>
    <w:p w14:paraId="7763ECEB" w14:textId="048F5B6E" w:rsidR="000B3B22" w:rsidRPr="005779B1" w:rsidRDefault="000B3B22">
      <w:pPr>
        <w:rPr>
          <w:rFonts w:cs="Arial"/>
        </w:rPr>
      </w:pPr>
    </w:p>
    <w:p w14:paraId="3B3BF7AB" w14:textId="5101A8C2" w:rsidR="000B3B22" w:rsidRPr="005779B1" w:rsidRDefault="000B3B22">
      <w:pPr>
        <w:rPr>
          <w:rFonts w:cs="Arial"/>
        </w:rPr>
      </w:pPr>
    </w:p>
    <w:p w14:paraId="3E9A32A7" w14:textId="15CDE78E" w:rsidR="000B3B22" w:rsidRPr="005779B1" w:rsidRDefault="000B3B22">
      <w:pPr>
        <w:rPr>
          <w:rFonts w:cs="Arial"/>
        </w:rPr>
      </w:pPr>
    </w:p>
    <w:p w14:paraId="543CC695" w14:textId="33277B70" w:rsidR="00170274" w:rsidRPr="005779B1" w:rsidRDefault="00170274" w:rsidP="0049316D">
      <w:pPr>
        <w:rPr>
          <w:rFonts w:cs="Arial"/>
          <w:b/>
          <w:color w:val="0082BC"/>
        </w:rPr>
      </w:pPr>
    </w:p>
    <w:p w14:paraId="6D7294E8" w14:textId="773BF767" w:rsidR="00170274" w:rsidRPr="005779B1" w:rsidRDefault="00170274" w:rsidP="0049316D">
      <w:pPr>
        <w:rPr>
          <w:rFonts w:cs="Arial"/>
          <w:b/>
          <w:color w:val="0082BC"/>
        </w:rPr>
      </w:pPr>
    </w:p>
    <w:p w14:paraId="03D779DE" w14:textId="4C5D5BC8" w:rsidR="00170274" w:rsidRPr="005779B1" w:rsidRDefault="00170274" w:rsidP="0049316D">
      <w:pPr>
        <w:rPr>
          <w:rFonts w:cs="Arial"/>
          <w:b/>
          <w:color w:val="0082BC"/>
        </w:rPr>
      </w:pPr>
    </w:p>
    <w:p w14:paraId="2A1DF892" w14:textId="1B1C34C1" w:rsidR="00170274" w:rsidRPr="005779B1" w:rsidRDefault="00170274" w:rsidP="0049316D">
      <w:pPr>
        <w:rPr>
          <w:rFonts w:cs="Arial"/>
          <w:b/>
          <w:color w:val="0082BC"/>
        </w:rPr>
      </w:pPr>
    </w:p>
    <w:p w14:paraId="54E8B75D" w14:textId="3EA5BCF0" w:rsidR="00170274" w:rsidRPr="005779B1" w:rsidRDefault="00170274" w:rsidP="0049316D">
      <w:pPr>
        <w:rPr>
          <w:rFonts w:cs="Arial"/>
          <w:b/>
          <w:color w:val="0082BC"/>
        </w:rPr>
      </w:pPr>
    </w:p>
    <w:p w14:paraId="6FAE099F" w14:textId="74F8EF82" w:rsidR="00170274" w:rsidRPr="005779B1" w:rsidRDefault="00170274" w:rsidP="0049316D">
      <w:pPr>
        <w:rPr>
          <w:rFonts w:cs="Arial"/>
          <w:b/>
          <w:color w:val="0082BC"/>
        </w:rPr>
      </w:pPr>
    </w:p>
    <w:p w14:paraId="2830E6AE" w14:textId="77777777" w:rsidR="00F24918" w:rsidRPr="005779B1" w:rsidRDefault="005715A1" w:rsidP="0049316D">
      <w:pPr>
        <w:rPr>
          <w:rFonts w:cs="Arial"/>
          <w:b/>
          <w:color w:val="0082BC"/>
        </w:rPr>
        <w:sectPr w:rsidR="00F24918" w:rsidRPr="005779B1" w:rsidSect="00034616">
          <w:headerReference w:type="default" r:id="rId20"/>
          <w:footerReference w:type="default" r:id="rId21"/>
          <w:pgSz w:w="12240" w:h="15840"/>
          <w:pgMar w:top="1440" w:right="1800" w:bottom="1440" w:left="1800" w:header="720" w:footer="720" w:gutter="0"/>
          <w:cols w:space="720"/>
          <w:docGrid w:linePitch="360"/>
        </w:sectPr>
      </w:pPr>
      <w:r w:rsidRPr="005779B1">
        <w:rPr>
          <w:rFonts w:cs="Arial"/>
          <w:noProof/>
        </w:rPr>
        <w:drawing>
          <wp:anchor distT="0" distB="0" distL="114300" distR="114300" simplePos="0" relativeHeight="251658267" behindDoc="0" locked="0" layoutInCell="1" allowOverlap="1" wp14:anchorId="51189C94" wp14:editId="13028A7B">
            <wp:simplePos x="0" y="0"/>
            <wp:positionH relativeFrom="margin">
              <wp:align>center</wp:align>
            </wp:positionH>
            <wp:positionV relativeFrom="paragraph">
              <wp:posOffset>2500630</wp:posOffset>
            </wp:positionV>
            <wp:extent cx="2288652" cy="373945"/>
            <wp:effectExtent l="0" t="0" r="0" b="7620"/>
            <wp:wrapNone/>
            <wp:docPr id="1509787870"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9" cstate="print"/>
                    <a:stretch>
                      <a:fillRect/>
                    </a:stretch>
                  </pic:blipFill>
                  <pic:spPr>
                    <a:xfrm>
                      <a:off x="0" y="0"/>
                      <a:ext cx="2288652" cy="373945"/>
                    </a:xfrm>
                    <a:prstGeom prst="rect">
                      <a:avLst/>
                    </a:prstGeom>
                  </pic:spPr>
                </pic:pic>
              </a:graphicData>
            </a:graphic>
          </wp:anchor>
        </w:drawing>
      </w:r>
    </w:p>
    <w:p w14:paraId="76928DAE" w14:textId="77777777" w:rsidR="00C10C81" w:rsidRPr="005779B1" w:rsidRDefault="00C10C81" w:rsidP="001115BF">
      <w:pPr>
        <w:rPr>
          <w:rFonts w:cs="Arial"/>
          <w:b/>
          <w:color w:val="007CBB"/>
        </w:rPr>
      </w:pPr>
    </w:p>
    <w:sdt>
      <w:sdtPr>
        <w:rPr>
          <w:rFonts w:ascii="Arial" w:eastAsiaTheme="minorEastAsia" w:hAnsi="Arial" w:cs="Arial"/>
          <w:b w:val="0"/>
          <w:bCs w:val="0"/>
          <w:color w:val="auto"/>
          <w:sz w:val="22"/>
          <w:szCs w:val="22"/>
        </w:rPr>
        <w:id w:val="162512051"/>
        <w:docPartObj>
          <w:docPartGallery w:val="Table of Contents"/>
          <w:docPartUnique/>
        </w:docPartObj>
      </w:sdtPr>
      <w:sdtEndPr/>
      <w:sdtContent>
        <w:p w14:paraId="708AA259" w14:textId="1C264FFF" w:rsidR="00C10C81" w:rsidRPr="005779B1" w:rsidRDefault="00C10C81" w:rsidP="00C10C81">
          <w:pPr>
            <w:pStyle w:val="TOCHeading"/>
            <w:jc w:val="center"/>
            <w:rPr>
              <w:rFonts w:ascii="Arial" w:hAnsi="Arial" w:cs="Arial"/>
              <w:color w:val="007CBB"/>
              <w:sz w:val="22"/>
              <w:szCs w:val="22"/>
            </w:rPr>
          </w:pPr>
          <w:r w:rsidRPr="005779B1">
            <w:rPr>
              <w:rFonts w:ascii="Arial" w:hAnsi="Arial" w:cs="Arial"/>
              <w:color w:val="007CBB"/>
              <w:sz w:val="22"/>
              <w:szCs w:val="22"/>
            </w:rPr>
            <w:t>Contents</w:t>
          </w:r>
        </w:p>
        <w:p w14:paraId="21B4ADB1" w14:textId="1D7D7154" w:rsidR="002F39DE" w:rsidRPr="005779B1" w:rsidRDefault="00C10C81">
          <w:pPr>
            <w:pStyle w:val="TOC2"/>
            <w:rPr>
              <w:rFonts w:cs="Arial"/>
              <w:noProof/>
              <w:kern w:val="2"/>
              <w:lang w:eastAsia="en-GB"/>
              <w14:ligatures w14:val="standardContextual"/>
            </w:rPr>
          </w:pPr>
          <w:r w:rsidRPr="005779B1">
            <w:rPr>
              <w:rStyle w:val="Hyperlink"/>
              <w:rFonts w:cs="Arial"/>
              <w:noProof/>
              <w:color w:val="auto"/>
              <w:u w:val="none"/>
            </w:rPr>
            <w:fldChar w:fldCharType="begin"/>
          </w:r>
          <w:r w:rsidRPr="005779B1">
            <w:rPr>
              <w:rStyle w:val="Hyperlink"/>
              <w:rFonts w:cs="Arial"/>
              <w:noProof/>
              <w:color w:val="auto"/>
              <w:u w:val="none"/>
            </w:rPr>
            <w:instrText xml:space="preserve"> TOC \o "1-3" \h \z \u </w:instrText>
          </w:r>
          <w:r w:rsidRPr="005779B1">
            <w:rPr>
              <w:rStyle w:val="Hyperlink"/>
              <w:rFonts w:cs="Arial"/>
              <w:noProof/>
              <w:color w:val="auto"/>
              <w:u w:val="none"/>
            </w:rPr>
            <w:fldChar w:fldCharType="separate"/>
          </w:r>
          <w:hyperlink w:anchor="_Toc222994875" w:history="1">
            <w:r w:rsidR="002F39DE" w:rsidRPr="005779B1">
              <w:rPr>
                <w:rStyle w:val="Hyperlink"/>
                <w:rFonts w:cs="Arial"/>
                <w:noProof/>
              </w:rPr>
              <w:t>About the Borough of Sefton</w:t>
            </w:r>
            <w:r w:rsidR="002F39DE" w:rsidRPr="005779B1">
              <w:rPr>
                <w:rFonts w:cs="Arial"/>
                <w:noProof/>
                <w:webHidden/>
              </w:rPr>
              <w:tab/>
            </w:r>
            <w:r w:rsidR="002F39DE" w:rsidRPr="005779B1">
              <w:rPr>
                <w:rFonts w:cs="Arial"/>
                <w:noProof/>
                <w:webHidden/>
              </w:rPr>
              <w:fldChar w:fldCharType="begin"/>
            </w:r>
            <w:r w:rsidR="002F39DE" w:rsidRPr="005779B1">
              <w:rPr>
                <w:rFonts w:cs="Arial"/>
                <w:noProof/>
                <w:webHidden/>
              </w:rPr>
              <w:instrText xml:space="preserve"> PAGEREF _Toc222994875 \h </w:instrText>
            </w:r>
            <w:r w:rsidR="002F39DE" w:rsidRPr="005779B1">
              <w:rPr>
                <w:rFonts w:cs="Arial"/>
                <w:noProof/>
                <w:webHidden/>
              </w:rPr>
            </w:r>
            <w:r w:rsidR="002F39DE" w:rsidRPr="005779B1">
              <w:rPr>
                <w:rFonts w:cs="Arial"/>
                <w:noProof/>
                <w:webHidden/>
              </w:rPr>
              <w:fldChar w:fldCharType="separate"/>
            </w:r>
            <w:r w:rsidR="002F39DE" w:rsidRPr="005779B1">
              <w:rPr>
                <w:rFonts w:cs="Arial"/>
                <w:noProof/>
                <w:webHidden/>
              </w:rPr>
              <w:t>1</w:t>
            </w:r>
            <w:r w:rsidR="002F39DE" w:rsidRPr="005779B1">
              <w:rPr>
                <w:rFonts w:cs="Arial"/>
                <w:noProof/>
                <w:webHidden/>
              </w:rPr>
              <w:fldChar w:fldCharType="end"/>
            </w:r>
          </w:hyperlink>
        </w:p>
        <w:p w14:paraId="2B781720" w14:textId="4A6D5A0D" w:rsidR="002F39DE" w:rsidRPr="005779B1" w:rsidRDefault="002F39DE">
          <w:pPr>
            <w:pStyle w:val="TOC2"/>
            <w:rPr>
              <w:rFonts w:cs="Arial"/>
              <w:noProof/>
              <w:kern w:val="2"/>
              <w:lang w:eastAsia="en-GB"/>
              <w14:ligatures w14:val="standardContextual"/>
            </w:rPr>
          </w:pPr>
          <w:hyperlink w:anchor="_Toc222994876" w:history="1">
            <w:r w:rsidRPr="005779B1">
              <w:rPr>
                <w:rStyle w:val="Hyperlink"/>
                <w:rFonts w:cs="Arial"/>
                <w:noProof/>
              </w:rPr>
              <w:t>Our Vision and Values</w:t>
            </w:r>
            <w:r w:rsidRPr="005779B1">
              <w:rPr>
                <w:rFonts w:cs="Arial"/>
                <w:noProof/>
                <w:webHidden/>
              </w:rPr>
              <w:tab/>
            </w:r>
            <w:r w:rsidRPr="005779B1">
              <w:rPr>
                <w:rFonts w:cs="Arial"/>
                <w:noProof/>
                <w:webHidden/>
              </w:rPr>
              <w:fldChar w:fldCharType="begin"/>
            </w:r>
            <w:r w:rsidRPr="005779B1">
              <w:rPr>
                <w:rFonts w:cs="Arial"/>
                <w:noProof/>
                <w:webHidden/>
              </w:rPr>
              <w:instrText xml:space="preserve"> PAGEREF _Toc222994876 \h </w:instrText>
            </w:r>
            <w:r w:rsidRPr="005779B1">
              <w:rPr>
                <w:rFonts w:cs="Arial"/>
                <w:noProof/>
                <w:webHidden/>
              </w:rPr>
            </w:r>
            <w:r w:rsidRPr="005779B1">
              <w:rPr>
                <w:rFonts w:cs="Arial"/>
                <w:noProof/>
                <w:webHidden/>
              </w:rPr>
              <w:fldChar w:fldCharType="separate"/>
            </w:r>
            <w:r w:rsidRPr="005779B1">
              <w:rPr>
                <w:rFonts w:cs="Arial"/>
                <w:noProof/>
                <w:webHidden/>
              </w:rPr>
              <w:t>2</w:t>
            </w:r>
            <w:r w:rsidRPr="005779B1">
              <w:rPr>
                <w:rFonts w:cs="Arial"/>
                <w:noProof/>
                <w:webHidden/>
              </w:rPr>
              <w:fldChar w:fldCharType="end"/>
            </w:r>
          </w:hyperlink>
        </w:p>
        <w:p w14:paraId="391BE677" w14:textId="760F09D7" w:rsidR="002F39DE" w:rsidRPr="005779B1" w:rsidRDefault="002F39DE">
          <w:pPr>
            <w:pStyle w:val="TOC2"/>
            <w:rPr>
              <w:rFonts w:cs="Arial"/>
              <w:noProof/>
              <w:kern w:val="2"/>
              <w:lang w:eastAsia="en-GB"/>
              <w14:ligatures w14:val="standardContextual"/>
            </w:rPr>
          </w:pPr>
          <w:hyperlink w:anchor="_Toc222994877" w:history="1">
            <w:r w:rsidRPr="005779B1">
              <w:rPr>
                <w:rStyle w:val="Hyperlink"/>
                <w:rFonts w:cs="Arial"/>
                <w:noProof/>
              </w:rPr>
              <w:t>Our Successes and Key Projects</w:t>
            </w:r>
            <w:r w:rsidRPr="005779B1">
              <w:rPr>
                <w:rFonts w:cs="Arial"/>
                <w:noProof/>
                <w:webHidden/>
              </w:rPr>
              <w:tab/>
            </w:r>
            <w:r w:rsidRPr="005779B1">
              <w:rPr>
                <w:rFonts w:cs="Arial"/>
                <w:noProof/>
                <w:webHidden/>
              </w:rPr>
              <w:fldChar w:fldCharType="begin"/>
            </w:r>
            <w:r w:rsidRPr="005779B1">
              <w:rPr>
                <w:rFonts w:cs="Arial"/>
                <w:noProof/>
                <w:webHidden/>
              </w:rPr>
              <w:instrText xml:space="preserve"> PAGEREF _Toc222994877 \h </w:instrText>
            </w:r>
            <w:r w:rsidRPr="005779B1">
              <w:rPr>
                <w:rFonts w:cs="Arial"/>
                <w:noProof/>
                <w:webHidden/>
              </w:rPr>
            </w:r>
            <w:r w:rsidRPr="005779B1">
              <w:rPr>
                <w:rFonts w:cs="Arial"/>
                <w:noProof/>
                <w:webHidden/>
              </w:rPr>
              <w:fldChar w:fldCharType="separate"/>
            </w:r>
            <w:r w:rsidRPr="005779B1">
              <w:rPr>
                <w:rFonts w:cs="Arial"/>
                <w:noProof/>
                <w:webHidden/>
              </w:rPr>
              <w:t>2</w:t>
            </w:r>
            <w:r w:rsidRPr="005779B1">
              <w:rPr>
                <w:rFonts w:cs="Arial"/>
                <w:noProof/>
                <w:webHidden/>
              </w:rPr>
              <w:fldChar w:fldCharType="end"/>
            </w:r>
          </w:hyperlink>
        </w:p>
        <w:p w14:paraId="7E6533C6" w14:textId="3126EA05" w:rsidR="002F39DE" w:rsidRPr="005779B1" w:rsidRDefault="002F39DE">
          <w:pPr>
            <w:pStyle w:val="TOC2"/>
            <w:rPr>
              <w:rFonts w:cs="Arial"/>
              <w:noProof/>
              <w:kern w:val="2"/>
              <w:lang w:eastAsia="en-GB"/>
              <w14:ligatures w14:val="standardContextual"/>
            </w:rPr>
          </w:pPr>
          <w:hyperlink w:anchor="_Toc222994878" w:history="1">
            <w:r w:rsidRPr="005779B1">
              <w:rPr>
                <w:rStyle w:val="Hyperlink"/>
                <w:rFonts w:cs="Arial"/>
                <w:noProof/>
              </w:rPr>
              <w:t>An Inclusive Workplace</w:t>
            </w:r>
            <w:r w:rsidRPr="005779B1">
              <w:rPr>
                <w:rFonts w:cs="Arial"/>
                <w:noProof/>
                <w:webHidden/>
              </w:rPr>
              <w:tab/>
            </w:r>
            <w:r w:rsidRPr="005779B1">
              <w:rPr>
                <w:rFonts w:cs="Arial"/>
                <w:noProof/>
                <w:webHidden/>
              </w:rPr>
              <w:fldChar w:fldCharType="begin"/>
            </w:r>
            <w:r w:rsidRPr="005779B1">
              <w:rPr>
                <w:rFonts w:cs="Arial"/>
                <w:noProof/>
                <w:webHidden/>
              </w:rPr>
              <w:instrText xml:space="preserve"> PAGEREF _Toc222994878 \h </w:instrText>
            </w:r>
            <w:r w:rsidRPr="005779B1">
              <w:rPr>
                <w:rFonts w:cs="Arial"/>
                <w:noProof/>
                <w:webHidden/>
              </w:rPr>
            </w:r>
            <w:r w:rsidRPr="005779B1">
              <w:rPr>
                <w:rFonts w:cs="Arial"/>
                <w:noProof/>
                <w:webHidden/>
              </w:rPr>
              <w:fldChar w:fldCharType="separate"/>
            </w:r>
            <w:r w:rsidRPr="005779B1">
              <w:rPr>
                <w:rFonts w:cs="Arial"/>
                <w:noProof/>
                <w:webHidden/>
              </w:rPr>
              <w:t>3</w:t>
            </w:r>
            <w:r w:rsidRPr="005779B1">
              <w:rPr>
                <w:rFonts w:cs="Arial"/>
                <w:noProof/>
                <w:webHidden/>
              </w:rPr>
              <w:fldChar w:fldCharType="end"/>
            </w:r>
          </w:hyperlink>
        </w:p>
        <w:p w14:paraId="0B803D40" w14:textId="59B24982" w:rsidR="002F39DE" w:rsidRPr="005779B1" w:rsidRDefault="002F39DE">
          <w:pPr>
            <w:pStyle w:val="TOC2"/>
            <w:rPr>
              <w:rFonts w:cs="Arial"/>
              <w:noProof/>
              <w:kern w:val="2"/>
              <w:lang w:eastAsia="en-GB"/>
              <w14:ligatures w14:val="standardContextual"/>
            </w:rPr>
          </w:pPr>
          <w:hyperlink w:anchor="_Toc222994879" w:history="1">
            <w:r w:rsidRPr="005779B1">
              <w:rPr>
                <w:rStyle w:val="Hyperlink"/>
                <w:rFonts w:cs="Arial"/>
                <w:noProof/>
              </w:rPr>
              <w:t>Liverpool City Region Fair Employment Charter</w:t>
            </w:r>
            <w:r w:rsidRPr="005779B1">
              <w:rPr>
                <w:rFonts w:cs="Arial"/>
                <w:noProof/>
                <w:webHidden/>
              </w:rPr>
              <w:tab/>
            </w:r>
            <w:r w:rsidRPr="005779B1">
              <w:rPr>
                <w:rFonts w:cs="Arial"/>
                <w:noProof/>
                <w:webHidden/>
              </w:rPr>
              <w:fldChar w:fldCharType="begin"/>
            </w:r>
            <w:r w:rsidRPr="005779B1">
              <w:rPr>
                <w:rFonts w:cs="Arial"/>
                <w:noProof/>
                <w:webHidden/>
              </w:rPr>
              <w:instrText xml:space="preserve"> PAGEREF _Toc222994879 \h </w:instrText>
            </w:r>
            <w:r w:rsidRPr="005779B1">
              <w:rPr>
                <w:rFonts w:cs="Arial"/>
                <w:noProof/>
                <w:webHidden/>
              </w:rPr>
            </w:r>
            <w:r w:rsidRPr="005779B1">
              <w:rPr>
                <w:rFonts w:cs="Arial"/>
                <w:noProof/>
                <w:webHidden/>
              </w:rPr>
              <w:fldChar w:fldCharType="separate"/>
            </w:r>
            <w:r w:rsidRPr="005779B1">
              <w:rPr>
                <w:rFonts w:cs="Arial"/>
                <w:noProof/>
                <w:webHidden/>
              </w:rPr>
              <w:t>4</w:t>
            </w:r>
            <w:r w:rsidRPr="005779B1">
              <w:rPr>
                <w:rFonts w:cs="Arial"/>
                <w:noProof/>
                <w:webHidden/>
              </w:rPr>
              <w:fldChar w:fldCharType="end"/>
            </w:r>
          </w:hyperlink>
        </w:p>
        <w:p w14:paraId="51BA7FB7" w14:textId="46C82A49" w:rsidR="002F39DE" w:rsidRPr="005779B1" w:rsidRDefault="002F39DE">
          <w:pPr>
            <w:pStyle w:val="TOC2"/>
            <w:rPr>
              <w:rFonts w:cs="Arial"/>
              <w:noProof/>
              <w:kern w:val="2"/>
              <w:lang w:eastAsia="en-GB"/>
              <w14:ligatures w14:val="standardContextual"/>
            </w:rPr>
          </w:pPr>
          <w:hyperlink w:anchor="_Toc222994880" w:history="1">
            <w:r w:rsidRPr="005779B1">
              <w:rPr>
                <w:rStyle w:val="Hyperlink"/>
                <w:rFonts w:cs="Arial"/>
                <w:noProof/>
              </w:rPr>
              <w:t>What We Can Offer You</w:t>
            </w:r>
            <w:r w:rsidRPr="005779B1">
              <w:rPr>
                <w:rFonts w:cs="Arial"/>
                <w:noProof/>
                <w:webHidden/>
              </w:rPr>
              <w:tab/>
            </w:r>
            <w:r w:rsidRPr="005779B1">
              <w:rPr>
                <w:rFonts w:cs="Arial"/>
                <w:noProof/>
                <w:webHidden/>
              </w:rPr>
              <w:fldChar w:fldCharType="begin"/>
            </w:r>
            <w:r w:rsidRPr="005779B1">
              <w:rPr>
                <w:rFonts w:cs="Arial"/>
                <w:noProof/>
                <w:webHidden/>
              </w:rPr>
              <w:instrText xml:space="preserve"> PAGEREF _Toc222994880 \h </w:instrText>
            </w:r>
            <w:r w:rsidRPr="005779B1">
              <w:rPr>
                <w:rFonts w:cs="Arial"/>
                <w:noProof/>
                <w:webHidden/>
              </w:rPr>
            </w:r>
            <w:r w:rsidRPr="005779B1">
              <w:rPr>
                <w:rFonts w:cs="Arial"/>
                <w:noProof/>
                <w:webHidden/>
              </w:rPr>
              <w:fldChar w:fldCharType="separate"/>
            </w:r>
            <w:r w:rsidRPr="005779B1">
              <w:rPr>
                <w:rFonts w:cs="Arial"/>
                <w:noProof/>
                <w:webHidden/>
              </w:rPr>
              <w:t>4</w:t>
            </w:r>
            <w:r w:rsidRPr="005779B1">
              <w:rPr>
                <w:rFonts w:cs="Arial"/>
                <w:noProof/>
                <w:webHidden/>
              </w:rPr>
              <w:fldChar w:fldCharType="end"/>
            </w:r>
          </w:hyperlink>
        </w:p>
        <w:p w14:paraId="7AC2638C" w14:textId="2D053EA7" w:rsidR="002F39DE" w:rsidRPr="005779B1" w:rsidRDefault="002F39DE">
          <w:pPr>
            <w:pStyle w:val="TOC2"/>
            <w:rPr>
              <w:rFonts w:cs="Arial"/>
              <w:noProof/>
              <w:kern w:val="2"/>
              <w:lang w:eastAsia="en-GB"/>
              <w14:ligatures w14:val="standardContextual"/>
            </w:rPr>
          </w:pPr>
          <w:hyperlink w:anchor="_Toc222994881" w:history="1">
            <w:r w:rsidRPr="005779B1">
              <w:rPr>
                <w:rStyle w:val="Hyperlink"/>
                <w:rFonts w:cs="Arial"/>
                <w:noProof/>
              </w:rPr>
              <w:t>About the Role</w:t>
            </w:r>
            <w:r w:rsidRPr="005779B1">
              <w:rPr>
                <w:rFonts w:cs="Arial"/>
                <w:noProof/>
                <w:webHidden/>
              </w:rPr>
              <w:tab/>
            </w:r>
            <w:r w:rsidRPr="005779B1">
              <w:rPr>
                <w:rFonts w:cs="Arial"/>
                <w:noProof/>
                <w:webHidden/>
              </w:rPr>
              <w:fldChar w:fldCharType="begin"/>
            </w:r>
            <w:r w:rsidRPr="005779B1">
              <w:rPr>
                <w:rFonts w:cs="Arial"/>
                <w:noProof/>
                <w:webHidden/>
              </w:rPr>
              <w:instrText xml:space="preserve"> PAGEREF _Toc222994881 \h </w:instrText>
            </w:r>
            <w:r w:rsidRPr="005779B1">
              <w:rPr>
                <w:rFonts w:cs="Arial"/>
                <w:noProof/>
                <w:webHidden/>
              </w:rPr>
            </w:r>
            <w:r w:rsidRPr="005779B1">
              <w:rPr>
                <w:rFonts w:cs="Arial"/>
                <w:noProof/>
                <w:webHidden/>
              </w:rPr>
              <w:fldChar w:fldCharType="separate"/>
            </w:r>
            <w:r w:rsidRPr="005779B1">
              <w:rPr>
                <w:rFonts w:cs="Arial"/>
                <w:noProof/>
                <w:webHidden/>
              </w:rPr>
              <w:t>6</w:t>
            </w:r>
            <w:r w:rsidRPr="005779B1">
              <w:rPr>
                <w:rFonts w:cs="Arial"/>
                <w:noProof/>
                <w:webHidden/>
              </w:rPr>
              <w:fldChar w:fldCharType="end"/>
            </w:r>
          </w:hyperlink>
        </w:p>
        <w:p w14:paraId="0E71EA6C" w14:textId="0F378FB9" w:rsidR="002F39DE" w:rsidRPr="005779B1" w:rsidRDefault="002F39DE">
          <w:pPr>
            <w:pStyle w:val="TOC2"/>
            <w:rPr>
              <w:rFonts w:cs="Arial"/>
              <w:noProof/>
              <w:kern w:val="2"/>
              <w:lang w:eastAsia="en-GB"/>
              <w14:ligatures w14:val="standardContextual"/>
            </w:rPr>
          </w:pPr>
          <w:hyperlink w:anchor="_Toc222994882" w:history="1">
            <w:r w:rsidRPr="005779B1">
              <w:rPr>
                <w:rStyle w:val="Hyperlink"/>
                <w:rFonts w:cs="Arial"/>
                <w:noProof/>
              </w:rPr>
              <w:t>Top Tips on How to Apply</w:t>
            </w:r>
            <w:r w:rsidRPr="005779B1">
              <w:rPr>
                <w:rFonts w:cs="Arial"/>
                <w:noProof/>
                <w:webHidden/>
              </w:rPr>
              <w:tab/>
            </w:r>
            <w:r w:rsidRPr="005779B1">
              <w:rPr>
                <w:rFonts w:cs="Arial"/>
                <w:noProof/>
                <w:webHidden/>
              </w:rPr>
              <w:fldChar w:fldCharType="begin"/>
            </w:r>
            <w:r w:rsidRPr="005779B1">
              <w:rPr>
                <w:rFonts w:cs="Arial"/>
                <w:noProof/>
                <w:webHidden/>
              </w:rPr>
              <w:instrText xml:space="preserve"> PAGEREF _Toc222994882 \h </w:instrText>
            </w:r>
            <w:r w:rsidRPr="005779B1">
              <w:rPr>
                <w:rFonts w:cs="Arial"/>
                <w:noProof/>
                <w:webHidden/>
              </w:rPr>
            </w:r>
            <w:r w:rsidRPr="005779B1">
              <w:rPr>
                <w:rFonts w:cs="Arial"/>
                <w:noProof/>
                <w:webHidden/>
              </w:rPr>
              <w:fldChar w:fldCharType="separate"/>
            </w:r>
            <w:r w:rsidRPr="005779B1">
              <w:rPr>
                <w:rFonts w:cs="Arial"/>
                <w:noProof/>
                <w:webHidden/>
              </w:rPr>
              <w:t>8</w:t>
            </w:r>
            <w:r w:rsidRPr="005779B1">
              <w:rPr>
                <w:rFonts w:cs="Arial"/>
                <w:noProof/>
                <w:webHidden/>
              </w:rPr>
              <w:fldChar w:fldCharType="end"/>
            </w:r>
          </w:hyperlink>
        </w:p>
        <w:p w14:paraId="433AEEC0" w14:textId="22B15B7F" w:rsidR="002F39DE" w:rsidRPr="005779B1" w:rsidRDefault="002F39DE">
          <w:pPr>
            <w:pStyle w:val="TOC2"/>
            <w:rPr>
              <w:rFonts w:cs="Arial"/>
              <w:noProof/>
              <w:kern w:val="2"/>
              <w:lang w:eastAsia="en-GB"/>
              <w14:ligatures w14:val="standardContextual"/>
            </w:rPr>
          </w:pPr>
          <w:hyperlink w:anchor="_Toc222994883" w:history="1">
            <w:r w:rsidRPr="005779B1">
              <w:rPr>
                <w:rStyle w:val="Hyperlink"/>
                <w:rFonts w:cs="Arial"/>
                <w:noProof/>
              </w:rPr>
              <w:t>Application and Selection Information</w:t>
            </w:r>
            <w:r w:rsidRPr="005779B1">
              <w:rPr>
                <w:rFonts w:cs="Arial"/>
                <w:noProof/>
                <w:webHidden/>
              </w:rPr>
              <w:tab/>
            </w:r>
            <w:r w:rsidRPr="005779B1">
              <w:rPr>
                <w:rFonts w:cs="Arial"/>
                <w:noProof/>
                <w:webHidden/>
              </w:rPr>
              <w:fldChar w:fldCharType="begin"/>
            </w:r>
            <w:r w:rsidRPr="005779B1">
              <w:rPr>
                <w:rFonts w:cs="Arial"/>
                <w:noProof/>
                <w:webHidden/>
              </w:rPr>
              <w:instrText xml:space="preserve"> PAGEREF _Toc222994883 \h </w:instrText>
            </w:r>
            <w:r w:rsidRPr="005779B1">
              <w:rPr>
                <w:rFonts w:cs="Arial"/>
                <w:noProof/>
                <w:webHidden/>
              </w:rPr>
            </w:r>
            <w:r w:rsidRPr="005779B1">
              <w:rPr>
                <w:rFonts w:cs="Arial"/>
                <w:noProof/>
                <w:webHidden/>
              </w:rPr>
              <w:fldChar w:fldCharType="separate"/>
            </w:r>
            <w:r w:rsidRPr="005779B1">
              <w:rPr>
                <w:rFonts w:cs="Arial"/>
                <w:noProof/>
                <w:webHidden/>
              </w:rPr>
              <w:t>9</w:t>
            </w:r>
            <w:r w:rsidRPr="005779B1">
              <w:rPr>
                <w:rFonts w:cs="Arial"/>
                <w:noProof/>
                <w:webHidden/>
              </w:rPr>
              <w:fldChar w:fldCharType="end"/>
            </w:r>
          </w:hyperlink>
        </w:p>
        <w:p w14:paraId="46E61A76" w14:textId="403B3F6B" w:rsidR="002F39DE" w:rsidRPr="005779B1" w:rsidRDefault="002F39DE">
          <w:pPr>
            <w:pStyle w:val="TOC2"/>
            <w:rPr>
              <w:rFonts w:cs="Arial"/>
              <w:noProof/>
              <w:kern w:val="2"/>
              <w:lang w:eastAsia="en-GB"/>
              <w14:ligatures w14:val="standardContextual"/>
            </w:rPr>
          </w:pPr>
          <w:hyperlink w:anchor="_Toc222994884" w:history="1">
            <w:r w:rsidRPr="005779B1">
              <w:rPr>
                <w:rStyle w:val="Hyperlink"/>
                <w:rFonts w:cs="Arial"/>
                <w:noProof/>
              </w:rPr>
              <w:t>Appendix A – Job Description and Person Specification</w:t>
            </w:r>
            <w:r w:rsidRPr="005779B1">
              <w:rPr>
                <w:rFonts w:cs="Arial"/>
                <w:noProof/>
                <w:webHidden/>
              </w:rPr>
              <w:tab/>
            </w:r>
            <w:r w:rsidRPr="005779B1">
              <w:rPr>
                <w:rFonts w:cs="Arial"/>
                <w:noProof/>
                <w:webHidden/>
              </w:rPr>
              <w:fldChar w:fldCharType="begin"/>
            </w:r>
            <w:r w:rsidRPr="005779B1">
              <w:rPr>
                <w:rFonts w:cs="Arial"/>
                <w:noProof/>
                <w:webHidden/>
              </w:rPr>
              <w:instrText xml:space="preserve"> PAGEREF _Toc222994884 \h </w:instrText>
            </w:r>
            <w:r w:rsidRPr="005779B1">
              <w:rPr>
                <w:rFonts w:cs="Arial"/>
                <w:noProof/>
                <w:webHidden/>
              </w:rPr>
            </w:r>
            <w:r w:rsidRPr="005779B1">
              <w:rPr>
                <w:rFonts w:cs="Arial"/>
                <w:noProof/>
                <w:webHidden/>
              </w:rPr>
              <w:fldChar w:fldCharType="separate"/>
            </w:r>
            <w:r w:rsidRPr="005779B1">
              <w:rPr>
                <w:rFonts w:cs="Arial"/>
                <w:noProof/>
                <w:webHidden/>
              </w:rPr>
              <w:t>10</w:t>
            </w:r>
            <w:r w:rsidRPr="005779B1">
              <w:rPr>
                <w:rFonts w:cs="Arial"/>
                <w:noProof/>
                <w:webHidden/>
              </w:rPr>
              <w:fldChar w:fldCharType="end"/>
            </w:r>
          </w:hyperlink>
        </w:p>
        <w:p w14:paraId="11831D48" w14:textId="0491EB20" w:rsidR="00C10C81" w:rsidRPr="005779B1" w:rsidRDefault="00C10C81" w:rsidP="00FB01CC">
          <w:pPr>
            <w:pStyle w:val="TOC2"/>
            <w:rPr>
              <w:rFonts w:cs="Arial"/>
            </w:rPr>
          </w:pPr>
          <w:r w:rsidRPr="005779B1">
            <w:rPr>
              <w:rStyle w:val="Hyperlink"/>
              <w:rFonts w:cs="Arial"/>
              <w:noProof/>
              <w:color w:val="auto"/>
              <w:u w:val="none"/>
            </w:rPr>
            <w:fldChar w:fldCharType="end"/>
          </w:r>
        </w:p>
      </w:sdtContent>
    </w:sdt>
    <w:p w14:paraId="5539B731" w14:textId="77777777" w:rsidR="00F04D83" w:rsidRPr="005779B1" w:rsidRDefault="00F04D83" w:rsidP="004C2FB4">
      <w:pPr>
        <w:rPr>
          <w:rFonts w:cs="Arial"/>
          <w:b/>
          <w:color w:val="007CBB"/>
        </w:rPr>
        <w:sectPr w:rsidR="00F04D83" w:rsidRPr="005779B1" w:rsidSect="00F24918">
          <w:footerReference w:type="default" r:id="rId22"/>
          <w:pgSz w:w="12240" w:h="15840"/>
          <w:pgMar w:top="1440" w:right="1800" w:bottom="1440" w:left="1800" w:header="720" w:footer="720" w:gutter="0"/>
          <w:pgNumType w:start="1"/>
          <w:cols w:space="720"/>
          <w:docGrid w:linePitch="360"/>
        </w:sectPr>
      </w:pPr>
    </w:p>
    <w:p w14:paraId="01663A27" w14:textId="77777777" w:rsidR="003E2B31" w:rsidRPr="005779B1" w:rsidRDefault="003E2B31" w:rsidP="004C2FB4">
      <w:pPr>
        <w:rPr>
          <w:rFonts w:cs="Arial"/>
          <w:b/>
          <w:color w:val="007CBB"/>
        </w:rPr>
      </w:pPr>
    </w:p>
    <w:p w14:paraId="6E2BC6BD" w14:textId="78982F94" w:rsidR="0049316D" w:rsidRPr="005779B1" w:rsidRDefault="0049316D" w:rsidP="00511F96">
      <w:pPr>
        <w:pStyle w:val="Heading2"/>
        <w:rPr>
          <w:rFonts w:ascii="Arial" w:hAnsi="Arial" w:cs="Arial"/>
          <w:color w:val="007CBB"/>
          <w:sz w:val="22"/>
          <w:szCs w:val="22"/>
        </w:rPr>
      </w:pPr>
      <w:bookmarkStart w:id="0" w:name="_Toc222994875"/>
      <w:r w:rsidRPr="005779B1">
        <w:rPr>
          <w:rFonts w:ascii="Arial" w:hAnsi="Arial" w:cs="Arial"/>
          <w:color w:val="007CBB"/>
          <w:sz w:val="22"/>
          <w:szCs w:val="22"/>
        </w:rPr>
        <w:t>About the Borough of Sefton</w:t>
      </w:r>
      <w:bookmarkEnd w:id="0"/>
    </w:p>
    <w:p w14:paraId="57D73D5F" w14:textId="77777777" w:rsidR="00511F96" w:rsidRPr="005779B1" w:rsidRDefault="00511F96" w:rsidP="00511F96">
      <w:pPr>
        <w:spacing w:after="0" w:line="240" w:lineRule="auto"/>
        <w:rPr>
          <w:rFonts w:cs="Arial"/>
        </w:rPr>
      </w:pPr>
    </w:p>
    <w:p w14:paraId="60A6277C" w14:textId="10CD6D5B" w:rsidR="00745BBD" w:rsidRPr="005779B1" w:rsidRDefault="00745BBD" w:rsidP="00745BBD">
      <w:pPr>
        <w:rPr>
          <w:rFonts w:cs="Arial"/>
        </w:rPr>
      </w:pPr>
      <w:r w:rsidRPr="005779B1">
        <w:rPr>
          <w:rFonts w:cs="Arial"/>
        </w:rPr>
        <w:t>Sefton is a confident and well</w:t>
      </w:r>
      <w:r w:rsidRPr="005779B1">
        <w:rPr>
          <w:rFonts w:cs="Arial"/>
        </w:rPr>
        <w:noBreakHyphen/>
        <w:t xml:space="preserve">connected </w:t>
      </w:r>
      <w:r w:rsidR="00FB2749" w:rsidRPr="005779B1">
        <w:rPr>
          <w:rFonts w:cs="Arial"/>
        </w:rPr>
        <w:t>Borough</w:t>
      </w:r>
      <w:r w:rsidRPr="005779B1">
        <w:rPr>
          <w:rFonts w:cs="Arial"/>
        </w:rPr>
        <w:t>, stretching from Bootle in the south to the coastal resort of Southport in the north. Home to more than 275,000 residents, Sefton encompasses a range of vibrant towns and communities, including Bootle, Litherland, Seaforth, Crosby, Formby, Maghull and Southport.</w:t>
      </w:r>
    </w:p>
    <w:p w14:paraId="61459BAF" w14:textId="276A74CE" w:rsidR="00745BBD" w:rsidRPr="005779B1" w:rsidRDefault="00745BBD" w:rsidP="00745BBD">
      <w:pPr>
        <w:rPr>
          <w:rFonts w:cs="Arial"/>
        </w:rPr>
      </w:pPr>
      <w:r w:rsidRPr="005779B1">
        <w:rPr>
          <w:rFonts w:cs="Arial"/>
        </w:rPr>
        <w:t xml:space="preserve">It is a fantastic place to live and work. </w:t>
      </w:r>
      <w:r w:rsidR="007679B6" w:rsidRPr="005779B1">
        <w:rPr>
          <w:rFonts w:cs="Arial"/>
        </w:rPr>
        <w:t xml:space="preserve"> </w:t>
      </w:r>
      <w:r w:rsidRPr="005779B1">
        <w:rPr>
          <w:rFonts w:cs="Arial"/>
        </w:rPr>
        <w:t>As the northern</w:t>
      </w:r>
      <w:r w:rsidRPr="005779B1">
        <w:rPr>
          <w:rFonts w:cs="Arial"/>
        </w:rPr>
        <w:noBreakHyphen/>
        <w:t xml:space="preserve">most </w:t>
      </w:r>
      <w:r w:rsidR="00FB2749" w:rsidRPr="005779B1">
        <w:rPr>
          <w:rFonts w:cs="Arial"/>
        </w:rPr>
        <w:t>Borough</w:t>
      </w:r>
      <w:r w:rsidRPr="005779B1">
        <w:rPr>
          <w:rFonts w:cs="Arial"/>
        </w:rPr>
        <w:t xml:space="preserve"> within the Liverpool City Region, Sefton offers a unique blend of beautiful coastline, countryside, attractive villages, thriving industrial areas and the busy Port of Liverpool.</w:t>
      </w:r>
    </w:p>
    <w:p w14:paraId="46726808" w14:textId="77777777" w:rsidR="00745BBD" w:rsidRPr="005779B1" w:rsidRDefault="00745BBD" w:rsidP="00745BBD">
      <w:pPr>
        <w:rPr>
          <w:rFonts w:cs="Arial"/>
        </w:rPr>
      </w:pPr>
      <w:r w:rsidRPr="005779B1">
        <w:rPr>
          <w:rFonts w:cs="Arial"/>
        </w:rPr>
        <w:t xml:space="preserve">With 22 miles of stunning coastline, Sefton is a leading coastal destination with a growing visitor economy. It is home to the iconic Antony Gormley </w:t>
      </w:r>
      <w:r w:rsidRPr="005779B1">
        <w:rPr>
          <w:rFonts w:cs="Arial"/>
          <w:i/>
          <w:iCs/>
        </w:rPr>
        <w:t>Another Place</w:t>
      </w:r>
      <w:r w:rsidRPr="005779B1">
        <w:rPr>
          <w:rFonts w:cs="Arial"/>
        </w:rPr>
        <w:t xml:space="preserve"> installation, expansive beaches and protected sand dunes that support several rare species.</w:t>
      </w:r>
    </w:p>
    <w:p w14:paraId="2E0DE47B" w14:textId="370B91D2" w:rsidR="00745BBD" w:rsidRPr="005779B1" w:rsidRDefault="00745BBD" w:rsidP="00745BBD">
      <w:pPr>
        <w:rPr>
          <w:rFonts w:cs="Arial"/>
        </w:rPr>
      </w:pPr>
      <w:r w:rsidRPr="005779B1">
        <w:rPr>
          <w:rFonts w:cs="Arial"/>
        </w:rPr>
        <w:t xml:space="preserve">While each town and village has its own distinctive character, it is the people of Sefton who make the </w:t>
      </w:r>
      <w:r w:rsidR="00FB2749" w:rsidRPr="005779B1">
        <w:rPr>
          <w:rFonts w:cs="Arial"/>
        </w:rPr>
        <w:t>Borough</w:t>
      </w:r>
      <w:r w:rsidRPr="005779B1">
        <w:rPr>
          <w:rFonts w:cs="Arial"/>
        </w:rPr>
        <w:t xml:space="preserve"> truly special, creating diverse, welcoming and energetic communities in which to live, work, invest and visit.</w:t>
      </w:r>
    </w:p>
    <w:p w14:paraId="660319E6" w14:textId="7C63E923" w:rsidR="00745BBD" w:rsidRPr="005779B1" w:rsidRDefault="00745BBD" w:rsidP="00745BBD">
      <w:pPr>
        <w:rPr>
          <w:rFonts w:cs="Arial"/>
        </w:rPr>
      </w:pPr>
      <w:r w:rsidRPr="005779B1">
        <w:rPr>
          <w:rFonts w:cs="Arial"/>
        </w:rPr>
        <w:t>Alongside its miles of golden sands, Sefton offers those who work here access to a world</w:t>
      </w:r>
      <w:r w:rsidRPr="005779B1">
        <w:rPr>
          <w:rFonts w:cs="Arial"/>
        </w:rPr>
        <w:noBreakHyphen/>
        <w:t>renowned racecourse, prestigious golf courses, and National Trust nature reserves, ideal places to unwind, explore and enjoy leisure time.</w:t>
      </w:r>
    </w:p>
    <w:p w14:paraId="200576E1" w14:textId="004E1D18" w:rsidR="00745BBD" w:rsidRPr="005779B1" w:rsidRDefault="00745BBD" w:rsidP="00745BBD">
      <w:pPr>
        <w:rPr>
          <w:rFonts w:cs="Arial"/>
        </w:rPr>
      </w:pPr>
      <w:r w:rsidRPr="005779B1">
        <w:rPr>
          <w:rFonts w:cs="Arial"/>
        </w:rPr>
        <w:t xml:space="preserve">The </w:t>
      </w:r>
      <w:r w:rsidR="00FB2749" w:rsidRPr="005779B1">
        <w:rPr>
          <w:rFonts w:cs="Arial"/>
        </w:rPr>
        <w:t>Borough</w:t>
      </w:r>
      <w:r w:rsidRPr="005779B1">
        <w:rPr>
          <w:rFonts w:cs="Arial"/>
        </w:rPr>
        <w:t xml:space="preserve"> benefits from excellent transport links, providing easy access to major </w:t>
      </w:r>
      <w:proofErr w:type="gramStart"/>
      <w:r w:rsidRPr="005779B1">
        <w:rPr>
          <w:rFonts w:cs="Arial"/>
        </w:rPr>
        <w:t>North West</w:t>
      </w:r>
      <w:proofErr w:type="gramEnd"/>
      <w:r w:rsidRPr="005779B1">
        <w:rPr>
          <w:rFonts w:cs="Arial"/>
        </w:rPr>
        <w:t xml:space="preserve"> cities including Liverpool and Manchester, and placing the Lake District and North Wales within reach for weekend breaks.</w:t>
      </w:r>
    </w:p>
    <w:p w14:paraId="0CAE65EA" w14:textId="77777777" w:rsidR="00745BBD" w:rsidRPr="005779B1" w:rsidRDefault="00745BBD" w:rsidP="00745BBD">
      <w:pPr>
        <w:rPr>
          <w:rFonts w:cs="Arial"/>
        </w:rPr>
      </w:pPr>
      <w:r w:rsidRPr="005779B1">
        <w:rPr>
          <w:rFonts w:cs="Arial"/>
        </w:rPr>
        <w:t>Whether you prefer vibrant town centres, friendly commuter towns, picturesque villages or stunning rural and coastal locations, Sefton offers a place to suit everyone. With house prices and rents typically lower than in neighbouring Liverpool and Manchester, you can enjoy coastal living while still being close to the buzz of city life.</w:t>
      </w:r>
    </w:p>
    <w:p w14:paraId="56800234" w14:textId="77777777" w:rsidR="008A2AD1" w:rsidRPr="005779B1" w:rsidRDefault="008A2AD1" w:rsidP="00D019F3">
      <w:pPr>
        <w:pStyle w:val="Heading2"/>
        <w:rPr>
          <w:rFonts w:ascii="Arial" w:hAnsi="Arial" w:cs="Arial"/>
          <w:color w:val="007CBB"/>
          <w:sz w:val="22"/>
          <w:szCs w:val="22"/>
        </w:rPr>
      </w:pPr>
    </w:p>
    <w:p w14:paraId="0F4ECB12" w14:textId="77777777" w:rsidR="001743EB" w:rsidRPr="005779B1" w:rsidRDefault="001743EB">
      <w:pPr>
        <w:rPr>
          <w:rFonts w:eastAsiaTheme="majorEastAsia" w:cs="Arial"/>
          <w:b/>
          <w:bCs/>
          <w:color w:val="007CBB"/>
        </w:rPr>
      </w:pPr>
      <w:r w:rsidRPr="005779B1">
        <w:rPr>
          <w:rFonts w:cs="Arial"/>
          <w:color w:val="007CBB"/>
        </w:rPr>
        <w:br w:type="page"/>
      </w:r>
    </w:p>
    <w:p w14:paraId="250B0304" w14:textId="4F184AC3" w:rsidR="00511F96" w:rsidRPr="005779B1" w:rsidRDefault="00511F96" w:rsidP="00511F96">
      <w:pPr>
        <w:pStyle w:val="Heading2"/>
        <w:rPr>
          <w:rFonts w:ascii="Arial" w:hAnsi="Arial" w:cs="Arial"/>
          <w:color w:val="007CBB"/>
          <w:sz w:val="22"/>
          <w:szCs w:val="22"/>
        </w:rPr>
      </w:pPr>
      <w:bookmarkStart w:id="1" w:name="_Toc222994876"/>
      <w:r w:rsidRPr="005779B1">
        <w:rPr>
          <w:rFonts w:ascii="Arial" w:hAnsi="Arial" w:cs="Arial"/>
          <w:color w:val="007CBB"/>
          <w:sz w:val="22"/>
          <w:szCs w:val="22"/>
        </w:rPr>
        <w:lastRenderedPageBreak/>
        <w:t>Our Vision and Values</w:t>
      </w:r>
      <w:bookmarkEnd w:id="1"/>
    </w:p>
    <w:p w14:paraId="7684CC3E" w14:textId="77777777" w:rsidR="00511F96" w:rsidRPr="005779B1" w:rsidRDefault="00511F96" w:rsidP="00511F96">
      <w:pPr>
        <w:spacing w:after="0" w:line="240" w:lineRule="auto"/>
        <w:rPr>
          <w:rFonts w:cs="Arial"/>
        </w:rPr>
      </w:pPr>
    </w:p>
    <w:p w14:paraId="6CF07501" w14:textId="44239B56" w:rsidR="007679B6" w:rsidRPr="005779B1" w:rsidRDefault="005116C5" w:rsidP="007679B6">
      <w:pPr>
        <w:rPr>
          <w:rFonts w:cs="Arial"/>
        </w:rPr>
      </w:pPr>
      <w:r w:rsidRPr="005779B1">
        <w:rPr>
          <w:rFonts w:cs="Arial"/>
        </w:rPr>
        <w:t>At Sefton Council, our vision is to deliver high-quality services that make a real difference to the lives of our residents, visitors, and communities.</w:t>
      </w:r>
      <w:r w:rsidR="00FB2749" w:rsidRPr="005779B1">
        <w:rPr>
          <w:rFonts w:cs="Arial"/>
        </w:rPr>
        <w:t xml:space="preserve"> </w:t>
      </w:r>
      <w:r w:rsidRPr="005779B1">
        <w:rPr>
          <w:rFonts w:cs="Arial"/>
        </w:rPr>
        <w:t xml:space="preserve"> Everything we do is guided by a strong set of values that shape how we work and interact:</w:t>
      </w:r>
    </w:p>
    <w:p w14:paraId="1407193F" w14:textId="3A31E6A7" w:rsidR="007679B6" w:rsidRPr="005779B1" w:rsidRDefault="007679B6" w:rsidP="007679B6">
      <w:pPr>
        <w:ind w:left="720"/>
        <w:rPr>
          <w:rFonts w:cs="Arial"/>
          <w:highlight w:val="green"/>
        </w:rPr>
      </w:pPr>
      <w:r w:rsidRPr="005779B1">
        <w:rPr>
          <w:rFonts w:cs="Arial"/>
          <w:noProof/>
          <w:highlight w:val="green"/>
        </w:rPr>
        <mc:AlternateContent>
          <mc:Choice Requires="wpg">
            <w:drawing>
              <wp:inline distT="0" distB="0" distL="0" distR="0" wp14:anchorId="582C1344" wp14:editId="0F34021E">
                <wp:extent cx="5210175" cy="2238375"/>
                <wp:effectExtent l="0" t="0" r="9525" b="9525"/>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0175" cy="2238375"/>
                          <a:chOff x="0" y="0"/>
                          <a:chExt cx="5760085" cy="2343785"/>
                        </a:xfrm>
                      </wpg:grpSpPr>
                      <pic:pic xmlns:pic="http://schemas.openxmlformats.org/drawingml/2006/picture">
                        <pic:nvPicPr>
                          <pic:cNvPr id="59" name="Image 59"/>
                          <pic:cNvPicPr/>
                        </pic:nvPicPr>
                        <pic:blipFill>
                          <a:blip r:embed="rId23" cstate="print"/>
                          <a:stretch>
                            <a:fillRect/>
                          </a:stretch>
                        </pic:blipFill>
                        <pic:spPr>
                          <a:xfrm>
                            <a:off x="31748" y="31737"/>
                            <a:ext cx="5696497" cy="2280107"/>
                          </a:xfrm>
                          <a:prstGeom prst="rect">
                            <a:avLst/>
                          </a:prstGeom>
                        </pic:spPr>
                      </pic:pic>
                      <wps:wsp>
                        <wps:cNvPr id="60" name="Graphic 60"/>
                        <wps:cNvSpPr/>
                        <wps:spPr>
                          <a:xfrm>
                            <a:off x="31750" y="31750"/>
                            <a:ext cx="5696585" cy="2280285"/>
                          </a:xfrm>
                          <a:custGeom>
                            <a:avLst/>
                            <a:gdLst/>
                            <a:ahLst/>
                            <a:cxnLst/>
                            <a:rect l="l" t="t" r="r" b="b"/>
                            <a:pathLst>
                              <a:path w="5696585" h="2280285">
                                <a:moveTo>
                                  <a:pt x="0" y="0"/>
                                </a:moveTo>
                                <a:lnTo>
                                  <a:pt x="0" y="1848104"/>
                                </a:lnTo>
                                <a:lnTo>
                                  <a:pt x="2534" y="1895174"/>
                                </a:lnTo>
                                <a:lnTo>
                                  <a:pt x="9963" y="1940776"/>
                                </a:lnTo>
                                <a:lnTo>
                                  <a:pt x="22023" y="1984646"/>
                                </a:lnTo>
                                <a:lnTo>
                                  <a:pt x="38449" y="2026521"/>
                                </a:lnTo>
                                <a:lnTo>
                                  <a:pt x="58979" y="2066138"/>
                                </a:lnTo>
                                <a:lnTo>
                                  <a:pt x="83349" y="2103232"/>
                                </a:lnTo>
                                <a:lnTo>
                                  <a:pt x="111296" y="2137540"/>
                                </a:lnTo>
                                <a:lnTo>
                                  <a:pt x="142555" y="2168799"/>
                                </a:lnTo>
                                <a:lnTo>
                                  <a:pt x="176865" y="2196745"/>
                                </a:lnTo>
                                <a:lnTo>
                                  <a:pt x="213960" y="2221115"/>
                                </a:lnTo>
                                <a:lnTo>
                                  <a:pt x="253577" y="2241645"/>
                                </a:lnTo>
                                <a:lnTo>
                                  <a:pt x="295454" y="2258071"/>
                                </a:lnTo>
                                <a:lnTo>
                                  <a:pt x="339326" y="2270130"/>
                                </a:lnTo>
                                <a:lnTo>
                                  <a:pt x="384930" y="2277559"/>
                                </a:lnTo>
                                <a:lnTo>
                                  <a:pt x="432003" y="2280094"/>
                                </a:lnTo>
                                <a:lnTo>
                                  <a:pt x="5696496" y="2280094"/>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inline>
            </w:drawing>
          </mc:Choice>
          <mc:Fallback>
            <w:pict>
              <v:group w14:anchorId="6AD1188B" id="Group 58" o:spid="_x0000_s1026" style="width:410.25pt;height:176.25pt;mso-position-horizontal-relative:char;mso-position-vertical-relative:line" coordsize="57600,234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">
                <v:shape id="Image 59" o:spid="_x0000_s1027" type="#_x0000_t75" style="position:absolute;left:317;top:317;width:56965;height:22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">
                  <v:imagedata r:id="rId24" o:title=""/>
                </v:shape>
                <v:shape id="Graphic 60" o:spid="_x0000_s1028" style="position:absolute;left:317;top:317;width:56966;height:22803;visibility:visible;mso-wrap-style:square;v-text-anchor:top" coordsize="5696585,2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" path="m,l,1848104r2534,47070l9963,1940776r12060,43870l38449,2026521r20530,39617l83349,2103232r27947,34308l142555,2168799r34310,27946l213960,2221115r39617,20530l295454,2258071r43872,12059l384930,2277559r47073,2535l5696496,2280094r,-1848091l5693961,384930r-7429,-45604l5674472,295454r-16426,-41877l5637516,213960r-24369,-37095l5585201,142555r-31259,-31259l5519633,83349,5482539,58979,5442923,38449,5401048,22023,5357177,9963,5311575,2534,5264505,,,xe" filled="f" strokecolor="#d6e2f3" strokeweight="5pt">
                  <v:path arrowok="t"/>
                </v:shape>
                <w10:anchorlock/>
              </v:group>
            </w:pict>
          </mc:Fallback>
        </mc:AlternateContent>
      </w:r>
    </w:p>
    <w:p w14:paraId="2A8A78D4" w14:textId="60901F21" w:rsidR="005116C5" w:rsidRPr="005779B1" w:rsidRDefault="005116C5" w:rsidP="00BE466B">
      <w:pPr>
        <w:numPr>
          <w:ilvl w:val="0"/>
          <w:numId w:val="16"/>
        </w:numPr>
        <w:rPr>
          <w:rFonts w:cs="Arial"/>
        </w:rPr>
      </w:pPr>
      <w:r w:rsidRPr="005779B1">
        <w:rPr>
          <w:rFonts w:cs="Arial"/>
          <w:b/>
          <w:bCs/>
        </w:rPr>
        <w:t>We put people at the heart of what we do</w:t>
      </w:r>
      <w:r w:rsidRPr="005779B1">
        <w:rPr>
          <w:rFonts w:cs="Arial"/>
        </w:rPr>
        <w:t xml:space="preserve"> </w:t>
      </w:r>
      <w:r w:rsidR="00FB2749" w:rsidRPr="005779B1">
        <w:rPr>
          <w:rFonts w:cs="Arial"/>
        </w:rPr>
        <w:t>–</w:t>
      </w:r>
      <w:r w:rsidRPr="005779B1">
        <w:rPr>
          <w:rFonts w:cs="Arial"/>
        </w:rPr>
        <w:t xml:space="preserve"> ensuring our services are responsive, inclusive, and focused on improving lives.</w:t>
      </w:r>
    </w:p>
    <w:p w14:paraId="1D4A15E3" w14:textId="2EE40FE7" w:rsidR="005116C5" w:rsidRPr="005779B1" w:rsidRDefault="005116C5" w:rsidP="00BE466B">
      <w:pPr>
        <w:numPr>
          <w:ilvl w:val="0"/>
          <w:numId w:val="16"/>
        </w:numPr>
        <w:rPr>
          <w:rFonts w:cs="Arial"/>
        </w:rPr>
      </w:pPr>
      <w:r w:rsidRPr="005779B1">
        <w:rPr>
          <w:rFonts w:cs="Arial"/>
          <w:b/>
          <w:bCs/>
        </w:rPr>
        <w:t>We listen, value, and respect each other’s views</w:t>
      </w:r>
      <w:r w:rsidRPr="005779B1">
        <w:rPr>
          <w:rFonts w:cs="Arial"/>
        </w:rPr>
        <w:t xml:space="preserve"> </w:t>
      </w:r>
      <w:r w:rsidR="00FB2749" w:rsidRPr="005779B1">
        <w:rPr>
          <w:rFonts w:cs="Arial"/>
        </w:rPr>
        <w:t>–</w:t>
      </w:r>
      <w:r w:rsidRPr="005779B1">
        <w:rPr>
          <w:rFonts w:cs="Arial"/>
        </w:rPr>
        <w:t xml:space="preserve"> fostering a culture of collaboration and mutual respect.</w:t>
      </w:r>
    </w:p>
    <w:p w14:paraId="3E367A22" w14:textId="0CD688BA" w:rsidR="005116C5" w:rsidRPr="005779B1" w:rsidRDefault="005116C5" w:rsidP="00BE466B">
      <w:pPr>
        <w:numPr>
          <w:ilvl w:val="0"/>
          <w:numId w:val="16"/>
        </w:numPr>
        <w:rPr>
          <w:rFonts w:cs="Arial"/>
        </w:rPr>
      </w:pPr>
      <w:r w:rsidRPr="005779B1">
        <w:rPr>
          <w:rFonts w:cs="Arial"/>
          <w:b/>
          <w:bCs/>
        </w:rPr>
        <w:t>We develop a culture of challenge, ownership, innovation, and improvement</w:t>
      </w:r>
      <w:r w:rsidRPr="005779B1">
        <w:rPr>
          <w:rFonts w:cs="Arial"/>
        </w:rPr>
        <w:t xml:space="preserve"> </w:t>
      </w:r>
      <w:r w:rsidR="00FB2749" w:rsidRPr="005779B1">
        <w:rPr>
          <w:rFonts w:cs="Arial"/>
        </w:rPr>
        <w:t>–</w:t>
      </w:r>
      <w:r w:rsidRPr="005779B1">
        <w:rPr>
          <w:rFonts w:cs="Arial"/>
        </w:rPr>
        <w:t xml:space="preserve"> encouraging creativity and continuous development.</w:t>
      </w:r>
    </w:p>
    <w:p w14:paraId="4AF84DEE" w14:textId="2831CEFE" w:rsidR="005116C5" w:rsidRPr="005779B1" w:rsidRDefault="005116C5" w:rsidP="00BE466B">
      <w:pPr>
        <w:numPr>
          <w:ilvl w:val="0"/>
          <w:numId w:val="16"/>
        </w:numPr>
        <w:rPr>
          <w:rFonts w:cs="Arial"/>
        </w:rPr>
      </w:pPr>
      <w:r w:rsidRPr="005779B1">
        <w:rPr>
          <w:rFonts w:cs="Arial"/>
          <w:b/>
          <w:bCs/>
        </w:rPr>
        <w:t>We are ambassadors for Sefton</w:t>
      </w:r>
      <w:r w:rsidRPr="005779B1">
        <w:rPr>
          <w:rFonts w:cs="Arial"/>
        </w:rPr>
        <w:t xml:space="preserve"> </w:t>
      </w:r>
      <w:r w:rsidR="00FB2749" w:rsidRPr="005779B1">
        <w:rPr>
          <w:rFonts w:cs="Arial"/>
        </w:rPr>
        <w:t>–</w:t>
      </w:r>
      <w:r w:rsidRPr="005779B1">
        <w:rPr>
          <w:rFonts w:cs="Arial"/>
        </w:rPr>
        <w:t xml:space="preserve"> promoting the </w:t>
      </w:r>
      <w:r w:rsidR="00FB2749" w:rsidRPr="005779B1">
        <w:rPr>
          <w:rFonts w:cs="Arial"/>
        </w:rPr>
        <w:t>Borough</w:t>
      </w:r>
      <w:r w:rsidRPr="005779B1">
        <w:rPr>
          <w:rFonts w:cs="Arial"/>
        </w:rPr>
        <w:t xml:space="preserve"> positively and proudly representing our communities.</w:t>
      </w:r>
    </w:p>
    <w:p w14:paraId="32D28CA9" w14:textId="04099CC7" w:rsidR="005116C5" w:rsidRPr="005779B1" w:rsidRDefault="005116C5" w:rsidP="00BE466B">
      <w:pPr>
        <w:numPr>
          <w:ilvl w:val="0"/>
          <w:numId w:val="16"/>
        </w:numPr>
        <w:rPr>
          <w:rFonts w:cs="Arial"/>
        </w:rPr>
      </w:pPr>
      <w:r w:rsidRPr="005779B1">
        <w:rPr>
          <w:rFonts w:cs="Arial"/>
          <w:b/>
          <w:bCs/>
        </w:rPr>
        <w:t>We are responsive and efficient</w:t>
      </w:r>
      <w:r w:rsidRPr="005779B1">
        <w:rPr>
          <w:rFonts w:cs="Arial"/>
        </w:rPr>
        <w:t xml:space="preserve"> </w:t>
      </w:r>
      <w:r w:rsidR="00FB2749" w:rsidRPr="005779B1">
        <w:rPr>
          <w:rFonts w:cs="Arial"/>
        </w:rPr>
        <w:t>–</w:t>
      </w:r>
      <w:r w:rsidRPr="005779B1">
        <w:rPr>
          <w:rFonts w:cs="Arial"/>
        </w:rPr>
        <w:t xml:space="preserve"> delivering services that are timely, effective, and customer-focused.</w:t>
      </w:r>
    </w:p>
    <w:p w14:paraId="526B0A22" w14:textId="0A9DA0E0" w:rsidR="005116C5" w:rsidRPr="005779B1" w:rsidRDefault="005116C5" w:rsidP="00BE466B">
      <w:pPr>
        <w:numPr>
          <w:ilvl w:val="0"/>
          <w:numId w:val="16"/>
        </w:numPr>
        <w:rPr>
          <w:rFonts w:cs="Arial"/>
        </w:rPr>
      </w:pPr>
      <w:r w:rsidRPr="005779B1">
        <w:rPr>
          <w:rFonts w:cs="Arial"/>
          <w:b/>
          <w:bCs/>
        </w:rPr>
        <w:t>We are clear about what we can and cannot do</w:t>
      </w:r>
      <w:r w:rsidRPr="005779B1">
        <w:rPr>
          <w:rFonts w:cs="Arial"/>
        </w:rPr>
        <w:t xml:space="preserve"> </w:t>
      </w:r>
      <w:r w:rsidR="00FB2749" w:rsidRPr="005779B1">
        <w:rPr>
          <w:rFonts w:cs="Arial"/>
        </w:rPr>
        <w:t>–</w:t>
      </w:r>
      <w:r w:rsidRPr="005779B1">
        <w:rPr>
          <w:rFonts w:cs="Arial"/>
        </w:rPr>
        <w:t xml:space="preserve"> being transparent and honest in all our communications and actions.</w:t>
      </w:r>
    </w:p>
    <w:p w14:paraId="4A119E78" w14:textId="7EFD1B52" w:rsidR="00511F96" w:rsidRPr="005779B1" w:rsidRDefault="005116C5" w:rsidP="00511F96">
      <w:pPr>
        <w:rPr>
          <w:rFonts w:cs="Arial"/>
        </w:rPr>
      </w:pPr>
      <w:r w:rsidRPr="005779B1">
        <w:rPr>
          <w:rFonts w:cs="Arial"/>
        </w:rPr>
        <w:t>These values underpin our commitment to excellence, inclusivity, and innovation, ensuring that Sefton remains a great place to live, work, and visit.</w:t>
      </w:r>
    </w:p>
    <w:p w14:paraId="0D58AC3A" w14:textId="4E77BF60" w:rsidR="00367D28" w:rsidRPr="005779B1" w:rsidRDefault="00367D28" w:rsidP="00D019F3">
      <w:pPr>
        <w:pStyle w:val="Heading2"/>
        <w:rPr>
          <w:rFonts w:ascii="Arial" w:hAnsi="Arial" w:cs="Arial"/>
          <w:color w:val="007CBB"/>
          <w:sz w:val="22"/>
          <w:szCs w:val="22"/>
        </w:rPr>
      </w:pPr>
      <w:bookmarkStart w:id="2" w:name="_Toc222994877"/>
      <w:r w:rsidRPr="005779B1">
        <w:rPr>
          <w:rFonts w:ascii="Arial" w:hAnsi="Arial" w:cs="Arial"/>
          <w:color w:val="007CBB"/>
          <w:sz w:val="22"/>
          <w:szCs w:val="22"/>
        </w:rPr>
        <w:t>Our Successes and Key Projects</w:t>
      </w:r>
      <w:bookmarkEnd w:id="2"/>
    </w:p>
    <w:p w14:paraId="2090DA4D" w14:textId="77777777" w:rsidR="00511F96" w:rsidRPr="005779B1" w:rsidRDefault="00511F96" w:rsidP="00511F96">
      <w:pPr>
        <w:spacing w:after="0" w:line="240" w:lineRule="auto"/>
        <w:rPr>
          <w:rFonts w:cs="Arial"/>
        </w:rPr>
      </w:pPr>
    </w:p>
    <w:p w14:paraId="1DD3EF76" w14:textId="7077D406" w:rsidR="00367D28" w:rsidRPr="005779B1" w:rsidRDefault="00367D28" w:rsidP="00683667">
      <w:pPr>
        <w:spacing w:after="0"/>
        <w:rPr>
          <w:rFonts w:cs="Arial"/>
        </w:rPr>
      </w:pPr>
      <w:r w:rsidRPr="005779B1">
        <w:rPr>
          <w:rFonts w:cs="Arial"/>
        </w:rPr>
        <w:t xml:space="preserve">Sefton Council is proud of its recent achievements and ongoing commitment to delivering high-quality services. </w:t>
      </w:r>
      <w:r w:rsidR="00FB2749" w:rsidRPr="005779B1">
        <w:rPr>
          <w:rFonts w:cs="Arial"/>
        </w:rPr>
        <w:t xml:space="preserve"> </w:t>
      </w:r>
      <w:r w:rsidRPr="005779B1">
        <w:rPr>
          <w:rFonts w:cs="Arial"/>
        </w:rPr>
        <w:t xml:space="preserve">Our Adult Social Care services were recently graded Good by the Care Quality Commission (CQC), and our Children’s Services also </w:t>
      </w:r>
      <w:r w:rsidRPr="005779B1">
        <w:rPr>
          <w:rFonts w:cs="Arial"/>
        </w:rPr>
        <w:lastRenderedPageBreak/>
        <w:t xml:space="preserve">achieved a </w:t>
      </w:r>
      <w:proofErr w:type="gramStart"/>
      <w:r w:rsidRPr="005779B1">
        <w:rPr>
          <w:rFonts w:cs="Arial"/>
        </w:rPr>
        <w:t>Good</w:t>
      </w:r>
      <w:proofErr w:type="gramEnd"/>
      <w:r w:rsidRPr="005779B1">
        <w:rPr>
          <w:rFonts w:cs="Arial"/>
        </w:rPr>
        <w:t xml:space="preserve"> rating from Ofsted. </w:t>
      </w:r>
      <w:r w:rsidR="00FB2749" w:rsidRPr="005779B1">
        <w:rPr>
          <w:rFonts w:cs="Arial"/>
        </w:rPr>
        <w:t xml:space="preserve"> </w:t>
      </w:r>
      <w:r w:rsidRPr="005779B1">
        <w:rPr>
          <w:rFonts w:cs="Arial"/>
        </w:rPr>
        <w:t>These successes reflect the dedication and professionalism of our teams and our focus on continuous improvement.</w:t>
      </w:r>
    </w:p>
    <w:p w14:paraId="1AB77641" w14:textId="77777777" w:rsidR="00FB67D6" w:rsidRPr="005779B1" w:rsidRDefault="00FB67D6" w:rsidP="00683667">
      <w:pPr>
        <w:spacing w:after="0"/>
        <w:rPr>
          <w:rFonts w:cs="Arial"/>
        </w:rPr>
      </w:pPr>
    </w:p>
    <w:p w14:paraId="71166112" w14:textId="5C138548" w:rsidR="00FB2749" w:rsidRPr="005779B1" w:rsidRDefault="00FB67D6" w:rsidP="00402A02">
      <w:pPr>
        <w:rPr>
          <w:rFonts w:cs="Arial"/>
        </w:rPr>
      </w:pPr>
      <w:r w:rsidRPr="005779B1">
        <w:rPr>
          <w:rFonts w:cs="Arial"/>
        </w:rPr>
        <w:t>More recently, we are exceptionally proud to have been nominated and subsequently shortlisted by the Local Government Chronicle for the Most Improved Council 2026.  These successes reflect the dedication and professionalism of our teams and our focus on continuous improvement and our desire to make a difference across the communities within the Borough of Sefton.</w:t>
      </w:r>
    </w:p>
    <w:p w14:paraId="669632CB" w14:textId="7466B31C" w:rsidR="00367D28" w:rsidRPr="005779B1" w:rsidRDefault="00367D28" w:rsidP="00683667">
      <w:pPr>
        <w:spacing w:after="0"/>
        <w:rPr>
          <w:rFonts w:cs="Arial"/>
        </w:rPr>
      </w:pPr>
      <w:r w:rsidRPr="005779B1">
        <w:rPr>
          <w:rFonts w:cs="Arial"/>
        </w:rPr>
        <w:t xml:space="preserve">Alongside these achievements, Sefton Council is actively delivering a range of major capital projects that will transform the </w:t>
      </w:r>
      <w:r w:rsidR="00FB2749" w:rsidRPr="005779B1">
        <w:rPr>
          <w:rFonts w:cs="Arial"/>
        </w:rPr>
        <w:t>Borough</w:t>
      </w:r>
      <w:r w:rsidRPr="005779B1">
        <w:rPr>
          <w:rFonts w:cs="Arial"/>
        </w:rPr>
        <w:t xml:space="preserve"> and stimulate economic growth.</w:t>
      </w:r>
      <w:r w:rsidR="00FB2749" w:rsidRPr="005779B1">
        <w:rPr>
          <w:rFonts w:cs="Arial"/>
        </w:rPr>
        <w:t xml:space="preserve"> </w:t>
      </w:r>
      <w:r w:rsidRPr="005779B1">
        <w:rPr>
          <w:rFonts w:cs="Arial"/>
        </w:rPr>
        <w:t xml:space="preserve"> These include the Marine Lake Events Centre in Southport, the Strand Shopping Centre redevelopment in Bootle, and exciting developments such as the Cove Resort and Enterprise Arcade in Southport. </w:t>
      </w:r>
      <w:r w:rsidR="00FB2749" w:rsidRPr="005779B1">
        <w:rPr>
          <w:rFonts w:cs="Arial"/>
        </w:rPr>
        <w:t xml:space="preserve"> </w:t>
      </w:r>
      <w:r w:rsidRPr="005779B1">
        <w:rPr>
          <w:rFonts w:cs="Arial"/>
        </w:rPr>
        <w:t>We are also proud to support cultural and community initiatives like Salt and Tar, Bootle’s vibrant events space, which hosts live music, comedy, and family-friendly activities, bringing people together and boosting the local economy.</w:t>
      </w:r>
    </w:p>
    <w:p w14:paraId="2D97998A" w14:textId="77777777" w:rsidR="00683667" w:rsidRPr="005779B1" w:rsidRDefault="00683667" w:rsidP="00683667">
      <w:pPr>
        <w:spacing w:after="0"/>
        <w:rPr>
          <w:rFonts w:cs="Arial"/>
        </w:rPr>
      </w:pPr>
    </w:p>
    <w:p w14:paraId="2B27870A" w14:textId="22F223B9" w:rsidR="00367D28" w:rsidRPr="005779B1" w:rsidRDefault="00367D28" w:rsidP="00367D28">
      <w:pPr>
        <w:rPr>
          <w:rFonts w:cs="Arial"/>
        </w:rPr>
      </w:pPr>
      <w:r w:rsidRPr="005779B1">
        <w:rPr>
          <w:rFonts w:cs="Arial"/>
        </w:rPr>
        <w:t xml:space="preserve">These projects form part of our strategic investment programme to attract private sector-led development and create vibrant spaces for residents and visitors. </w:t>
      </w:r>
      <w:r w:rsidR="00FB2749" w:rsidRPr="005779B1">
        <w:rPr>
          <w:rFonts w:cs="Arial"/>
        </w:rPr>
        <w:t xml:space="preserve"> </w:t>
      </w:r>
      <w:r w:rsidRPr="005779B1">
        <w:rPr>
          <w:rFonts w:cs="Arial"/>
        </w:rPr>
        <w:t>We work closely with local communities to ensure these projects reflect their needs and foster a sense of ownership and pride.</w:t>
      </w:r>
    </w:p>
    <w:p w14:paraId="267456B0" w14:textId="77777777" w:rsidR="00367D28" w:rsidRPr="005779B1" w:rsidRDefault="00367D28" w:rsidP="00367D28">
      <w:pPr>
        <w:rPr>
          <w:rFonts w:cs="Arial"/>
        </w:rPr>
      </w:pPr>
      <w:r w:rsidRPr="005779B1">
        <w:rPr>
          <w:rFonts w:cs="Arial"/>
        </w:rPr>
        <w:t xml:space="preserve">For more information on these projects and to stay updated on progress, visit the Sefton Council website at </w:t>
      </w:r>
      <w:hyperlink r:id="rId25" w:history="1">
        <w:r w:rsidRPr="005779B1">
          <w:rPr>
            <w:rStyle w:val="Hyperlink"/>
            <w:rFonts w:cs="Arial"/>
          </w:rPr>
          <w:t>www.sefton.gov.uk</w:t>
        </w:r>
      </w:hyperlink>
      <w:r w:rsidRPr="005779B1">
        <w:rPr>
          <w:rFonts w:cs="Arial"/>
        </w:rPr>
        <w:t xml:space="preserve"> </w:t>
      </w:r>
    </w:p>
    <w:p w14:paraId="366F8038" w14:textId="3B38F9E5" w:rsidR="00454E02" w:rsidRPr="005779B1" w:rsidRDefault="00565B5D" w:rsidP="00511F96">
      <w:pPr>
        <w:pStyle w:val="Heading2"/>
        <w:rPr>
          <w:rFonts w:ascii="Arial" w:hAnsi="Arial" w:cs="Arial"/>
          <w:color w:val="007CBB"/>
          <w:sz w:val="22"/>
          <w:szCs w:val="22"/>
        </w:rPr>
      </w:pPr>
      <w:bookmarkStart w:id="3" w:name="_Toc222994878"/>
      <w:r w:rsidRPr="005779B1">
        <w:rPr>
          <w:rFonts w:ascii="Arial" w:hAnsi="Arial" w:cs="Arial"/>
          <w:color w:val="007CBB"/>
          <w:sz w:val="22"/>
          <w:szCs w:val="22"/>
        </w:rPr>
        <w:t>An Inclusive Workplace</w:t>
      </w:r>
      <w:bookmarkEnd w:id="3"/>
    </w:p>
    <w:p w14:paraId="3332C0B7" w14:textId="77777777" w:rsidR="00511F96" w:rsidRPr="005779B1" w:rsidRDefault="00511F96" w:rsidP="00511F96">
      <w:pPr>
        <w:spacing w:after="0" w:line="240" w:lineRule="auto"/>
        <w:rPr>
          <w:rFonts w:cs="Arial"/>
        </w:rPr>
      </w:pPr>
    </w:p>
    <w:p w14:paraId="09BFB993" w14:textId="38DDF792" w:rsidR="009F37BF" w:rsidRPr="005779B1" w:rsidRDefault="009F37BF" w:rsidP="00683667">
      <w:pPr>
        <w:spacing w:after="0"/>
        <w:rPr>
          <w:rFonts w:eastAsia="Times New Roman" w:cs="Arial"/>
          <w:lang w:eastAsia="en-GB"/>
        </w:rPr>
      </w:pPr>
      <w:r w:rsidRPr="005779B1">
        <w:rPr>
          <w:rFonts w:eastAsia="Times New Roman" w:cs="Arial"/>
          <w:lang w:eastAsia="en-GB"/>
        </w:rPr>
        <w:t xml:space="preserve">We are committed to fostering an inclusive Council that reflects the diverse communities we serve. </w:t>
      </w:r>
      <w:r w:rsidR="00FB2749" w:rsidRPr="005779B1">
        <w:rPr>
          <w:rFonts w:eastAsia="Times New Roman" w:cs="Arial"/>
          <w:lang w:eastAsia="en-GB"/>
        </w:rPr>
        <w:t xml:space="preserve"> </w:t>
      </w:r>
      <w:r w:rsidRPr="005779B1">
        <w:rPr>
          <w:rFonts w:eastAsia="Times New Roman" w:cs="Arial"/>
          <w:lang w:eastAsia="en-GB"/>
        </w:rPr>
        <w:t>Our workforce brings a wide range of experiences and perspectives, and we value an environment where everyone feels respected, supported, and able to reach their full potential.</w:t>
      </w:r>
    </w:p>
    <w:p w14:paraId="42793982" w14:textId="77777777" w:rsidR="00683667" w:rsidRPr="005779B1" w:rsidRDefault="00683667" w:rsidP="00683667">
      <w:pPr>
        <w:spacing w:after="0"/>
        <w:rPr>
          <w:rFonts w:eastAsia="Times New Roman" w:cs="Arial"/>
          <w:lang w:eastAsia="en-GB"/>
        </w:rPr>
      </w:pPr>
    </w:p>
    <w:p w14:paraId="090B95BC" w14:textId="73494AA3" w:rsidR="00CB1FFD" w:rsidRPr="005779B1" w:rsidRDefault="009F37BF" w:rsidP="009F37BF">
      <w:pPr>
        <w:rPr>
          <w:rFonts w:eastAsia="Times New Roman" w:cs="Arial"/>
          <w:lang w:eastAsia="en-GB"/>
        </w:rPr>
      </w:pPr>
      <w:r w:rsidRPr="005779B1">
        <w:rPr>
          <w:rFonts w:eastAsia="Times New Roman" w:cs="Arial"/>
          <w:lang w:eastAsia="en-GB"/>
        </w:rPr>
        <w:t xml:space="preserve">Sefton is proud to be the first local authority in the Liverpool City Region to achieve </w:t>
      </w:r>
      <w:r w:rsidRPr="005779B1">
        <w:rPr>
          <w:rFonts w:eastAsia="Times New Roman" w:cs="Arial"/>
          <w:b/>
          <w:bCs/>
          <w:lang w:eastAsia="en-GB"/>
        </w:rPr>
        <w:t>Navajo</w:t>
      </w:r>
      <w:r w:rsidRPr="005779B1">
        <w:rPr>
          <w:rFonts w:eastAsia="Times New Roman" w:cs="Arial"/>
          <w:lang w:eastAsia="en-GB"/>
        </w:rPr>
        <w:t xml:space="preserve"> accreditation, recognising our commitment to LGBTQ+ inclusion. </w:t>
      </w:r>
      <w:r w:rsidR="00FB2749" w:rsidRPr="005779B1">
        <w:rPr>
          <w:rFonts w:eastAsia="Times New Roman" w:cs="Arial"/>
          <w:lang w:eastAsia="en-GB"/>
        </w:rPr>
        <w:t xml:space="preserve"> </w:t>
      </w:r>
      <w:r w:rsidRPr="005779B1">
        <w:rPr>
          <w:rFonts w:eastAsia="Times New Roman" w:cs="Arial"/>
          <w:lang w:eastAsia="en-GB"/>
        </w:rPr>
        <w:t>We are also a Disability Confident employer and continue to build a workforce that represents our communities.</w:t>
      </w:r>
    </w:p>
    <w:p w14:paraId="4FA20170" w14:textId="39071CCA" w:rsidR="00A91189" w:rsidRPr="005779B1" w:rsidRDefault="009F37BF" w:rsidP="009725F0">
      <w:pPr>
        <w:spacing w:after="0"/>
        <w:rPr>
          <w:rFonts w:eastAsia="Times New Roman" w:cs="Arial"/>
          <w:lang w:eastAsia="en-GB"/>
        </w:rPr>
      </w:pPr>
      <w:r w:rsidRPr="005779B1">
        <w:rPr>
          <w:rFonts w:eastAsia="Times New Roman" w:cs="Arial"/>
          <w:lang w:eastAsia="en-GB"/>
        </w:rPr>
        <w:t>We support several staff networks, including groups for Black and Ethnically Diverse colleagues, LGBTQ+ staff, women, disabled employees, and a Christian Workplace Group.</w:t>
      </w:r>
    </w:p>
    <w:p w14:paraId="32F8FF95" w14:textId="77777777" w:rsidR="009725F0" w:rsidRPr="005779B1" w:rsidRDefault="009725F0" w:rsidP="009725F0">
      <w:pPr>
        <w:spacing w:after="0"/>
        <w:rPr>
          <w:rFonts w:eastAsia="Times New Roman" w:cs="Arial"/>
          <w:lang w:eastAsia="en-GB"/>
        </w:rPr>
      </w:pPr>
    </w:p>
    <w:p w14:paraId="711BCCDE" w14:textId="62A02DD3" w:rsidR="00454E02" w:rsidRPr="005779B1" w:rsidRDefault="009F37BF" w:rsidP="00496E8A">
      <w:pPr>
        <w:spacing w:after="0"/>
        <w:rPr>
          <w:rFonts w:eastAsia="Times New Roman" w:cs="Arial"/>
          <w:lang w:eastAsia="en-GB"/>
        </w:rPr>
      </w:pPr>
      <w:r w:rsidRPr="005779B1">
        <w:rPr>
          <w:rFonts w:eastAsia="Times New Roman" w:cs="Arial"/>
          <w:lang w:eastAsia="en-GB"/>
        </w:rPr>
        <w:t xml:space="preserve">As an Equal Opportunities Employer, we base recruitment solely on skills, experience, and suitability for the role. </w:t>
      </w:r>
      <w:r w:rsidR="00C7120F" w:rsidRPr="005779B1">
        <w:rPr>
          <w:rFonts w:eastAsia="Times New Roman" w:cs="Arial"/>
          <w:lang w:eastAsia="en-GB"/>
        </w:rPr>
        <w:t xml:space="preserve"> </w:t>
      </w:r>
      <w:r w:rsidRPr="005779B1">
        <w:rPr>
          <w:rFonts w:eastAsia="Times New Roman" w:cs="Arial"/>
          <w:lang w:eastAsia="en-GB"/>
        </w:rPr>
        <w:t>All applicants are treated fairly, and we have also recognised ‘care experienced’ as a protected characteristic within Sefton.</w:t>
      </w:r>
    </w:p>
    <w:p w14:paraId="128685BE" w14:textId="01943AB8" w:rsidR="00E4473C" w:rsidRPr="005779B1" w:rsidRDefault="00E4473C" w:rsidP="009F37BF">
      <w:pPr>
        <w:rPr>
          <w:rFonts w:eastAsia="Times New Roman" w:cs="Arial"/>
          <w:lang w:eastAsia="en-GB"/>
        </w:rPr>
      </w:pPr>
    </w:p>
    <w:p w14:paraId="04AC695D" w14:textId="1922AEFF" w:rsidR="00511F96" w:rsidRPr="005779B1" w:rsidRDefault="00511F96" w:rsidP="009F37BF">
      <w:pPr>
        <w:rPr>
          <w:rFonts w:eastAsia="Times New Roman" w:cs="Arial"/>
          <w:highlight w:val="green"/>
          <w:lang w:eastAsia="en-GB"/>
        </w:rPr>
      </w:pPr>
      <w:r w:rsidRPr="005779B1">
        <w:rPr>
          <w:rFonts w:cs="Arial"/>
          <w:noProof/>
        </w:rPr>
        <mc:AlternateContent>
          <mc:Choice Requires="wpg">
            <w:drawing>
              <wp:anchor distT="0" distB="0" distL="114300" distR="114300" simplePos="0" relativeHeight="251670016" behindDoc="0" locked="0" layoutInCell="1" allowOverlap="1" wp14:anchorId="79439861" wp14:editId="583BDEA2">
                <wp:simplePos x="0" y="0"/>
                <wp:positionH relativeFrom="margin">
                  <wp:align>left</wp:align>
                </wp:positionH>
                <wp:positionV relativeFrom="margin">
                  <wp:posOffset>337820</wp:posOffset>
                </wp:positionV>
                <wp:extent cx="4794250" cy="2200275"/>
                <wp:effectExtent l="19050" t="19050" r="44450" b="47625"/>
                <wp:wrapSquare wrapText="bothSides"/>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94250" cy="2200275"/>
                          <a:chOff x="31747" y="18880"/>
                          <a:chExt cx="5696588" cy="2973875"/>
                        </a:xfrm>
                      </wpg:grpSpPr>
                      <pic:pic xmlns:pic="http://schemas.openxmlformats.org/drawingml/2006/picture">
                        <pic:nvPicPr>
                          <pic:cNvPr id="70" name="Image 70"/>
                          <pic:cNvPicPr/>
                        </pic:nvPicPr>
                        <pic:blipFill>
                          <a:blip r:embed="rId26" cstate="print"/>
                          <a:stretch>
                            <a:fillRect/>
                          </a:stretch>
                        </pic:blipFill>
                        <pic:spPr>
                          <a:xfrm>
                            <a:off x="31747" y="18880"/>
                            <a:ext cx="5696498" cy="2960497"/>
                          </a:xfrm>
                          <a:prstGeom prst="rect">
                            <a:avLst/>
                          </a:prstGeom>
                        </pic:spPr>
                      </pic:pic>
                      <wps:wsp>
                        <wps:cNvPr id="71" name="Graphic 71"/>
                        <wps:cNvSpPr/>
                        <wps:spPr>
                          <a:xfrm>
                            <a:off x="31750" y="31750"/>
                            <a:ext cx="5696585" cy="2961005"/>
                          </a:xfrm>
                          <a:custGeom>
                            <a:avLst/>
                            <a:gdLst/>
                            <a:ahLst/>
                            <a:cxnLst/>
                            <a:rect l="l" t="t" r="r" b="b"/>
                            <a:pathLst>
                              <a:path w="5696585" h="2961005">
                                <a:moveTo>
                                  <a:pt x="0" y="0"/>
                                </a:moveTo>
                                <a:lnTo>
                                  <a:pt x="0" y="2528493"/>
                                </a:lnTo>
                                <a:lnTo>
                                  <a:pt x="2534" y="2575566"/>
                                </a:lnTo>
                                <a:lnTo>
                                  <a:pt x="9963" y="2621170"/>
                                </a:lnTo>
                                <a:lnTo>
                                  <a:pt x="22023" y="2665042"/>
                                </a:lnTo>
                                <a:lnTo>
                                  <a:pt x="38449" y="2706919"/>
                                </a:lnTo>
                                <a:lnTo>
                                  <a:pt x="58979" y="2746536"/>
                                </a:lnTo>
                                <a:lnTo>
                                  <a:pt x="83349" y="2783631"/>
                                </a:lnTo>
                                <a:lnTo>
                                  <a:pt x="111296" y="2817941"/>
                                </a:lnTo>
                                <a:lnTo>
                                  <a:pt x="142555" y="2849200"/>
                                </a:lnTo>
                                <a:lnTo>
                                  <a:pt x="176865" y="2877147"/>
                                </a:lnTo>
                                <a:lnTo>
                                  <a:pt x="213960" y="2901517"/>
                                </a:lnTo>
                                <a:lnTo>
                                  <a:pt x="253577" y="2922047"/>
                                </a:lnTo>
                                <a:lnTo>
                                  <a:pt x="295454" y="2938473"/>
                                </a:lnTo>
                                <a:lnTo>
                                  <a:pt x="339326" y="2950533"/>
                                </a:lnTo>
                                <a:lnTo>
                                  <a:pt x="384930" y="2957962"/>
                                </a:lnTo>
                                <a:lnTo>
                                  <a:pt x="432003" y="2960497"/>
                                </a:lnTo>
                                <a:lnTo>
                                  <a:pt x="5696496" y="2960497"/>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063B00F" id="Group 69" o:spid="_x0000_s1026" style="position:absolute;margin-left:0;margin-top:26.6pt;width:377.5pt;height:173.25pt;z-index:251670016;mso-position-horizontal:left;mso-position-horizontal-relative:margin;mso-position-vertical-relative:margin;mso-width-relative:margin;mso-height-relative:margin" coordorigin="317,188" coordsize="56965,297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">
                <v:shape id="Image 70" o:spid="_x0000_s1027" type="#_x0000_t75" style="position:absolute;left:317;top:188;width:56965;height:29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">
                  <v:imagedata r:id="rId27" o:title=""/>
                </v:shape>
                <v:shape id="Graphic 71" o:spid="_x0000_s1028" style="position:absolute;left:317;top:317;width:56966;height:29610;visibility:visible;mso-wrap-style:square;v-text-anchor:top" coordsize="5696585,296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" path="m,l,2528493r2534,47073l9963,2621170r12060,43872l38449,2706919r20530,39617l83349,2783631r27947,34310l142555,2849200r34310,27947l213960,2901517r39617,20530l295454,2938473r43872,12060l384930,2957962r47073,2535l5696496,2960497r,-2528494l5693961,384930r-7429,-45604l5674472,295454r-16426,-41877l5637516,213960r-24369,-37095l5585201,142555r-31259,-31259l5519633,83349,5482539,58979,5442923,38449,5401048,22023,5357177,9963,5311575,2534,5264505,,,xe" filled="f" strokecolor="#d6e2f3" strokeweight="5pt">
                  <v:path arrowok="t"/>
                </v:shape>
                <w10:wrap type="square" anchorx="margin" anchory="margin"/>
              </v:group>
            </w:pict>
          </mc:Fallback>
        </mc:AlternateContent>
      </w:r>
    </w:p>
    <w:p w14:paraId="32135872" w14:textId="72E5D6CC" w:rsidR="00511F96" w:rsidRPr="005779B1" w:rsidRDefault="00511F96" w:rsidP="009F37BF">
      <w:pPr>
        <w:rPr>
          <w:rFonts w:eastAsia="Times New Roman" w:cs="Arial"/>
          <w:highlight w:val="green"/>
          <w:lang w:eastAsia="en-GB"/>
        </w:rPr>
      </w:pPr>
    </w:p>
    <w:p w14:paraId="1E8C663D" w14:textId="40AD9373" w:rsidR="00454E02" w:rsidRPr="005779B1" w:rsidRDefault="00454E02" w:rsidP="009F37BF">
      <w:pPr>
        <w:rPr>
          <w:rFonts w:eastAsia="Times New Roman" w:cs="Arial"/>
          <w:highlight w:val="green"/>
          <w:lang w:eastAsia="en-GB"/>
        </w:rPr>
      </w:pPr>
    </w:p>
    <w:p w14:paraId="70E3E937" w14:textId="6E86C81B" w:rsidR="00454E02" w:rsidRPr="005779B1" w:rsidRDefault="00454E02" w:rsidP="009F37BF">
      <w:pPr>
        <w:rPr>
          <w:rFonts w:eastAsia="Times New Roman" w:cs="Arial"/>
          <w:highlight w:val="green"/>
          <w:lang w:eastAsia="en-GB"/>
        </w:rPr>
      </w:pPr>
    </w:p>
    <w:p w14:paraId="5535BC69" w14:textId="31B2501C" w:rsidR="00454E02" w:rsidRPr="005779B1" w:rsidRDefault="00454E02" w:rsidP="009F37BF">
      <w:pPr>
        <w:rPr>
          <w:rFonts w:eastAsia="Times New Roman" w:cs="Arial"/>
          <w:highlight w:val="green"/>
          <w:lang w:eastAsia="en-GB"/>
        </w:rPr>
      </w:pPr>
    </w:p>
    <w:p w14:paraId="28BF5290" w14:textId="1D5245ED" w:rsidR="00496E8A" w:rsidRPr="005779B1" w:rsidRDefault="00496E8A" w:rsidP="009F37BF">
      <w:pPr>
        <w:rPr>
          <w:rFonts w:eastAsia="Times New Roman" w:cs="Arial"/>
          <w:highlight w:val="green"/>
          <w:lang w:eastAsia="en-GB"/>
        </w:rPr>
      </w:pPr>
    </w:p>
    <w:p w14:paraId="7B5CE7DC" w14:textId="77777777" w:rsidR="00496E8A" w:rsidRPr="005779B1" w:rsidRDefault="00496E8A" w:rsidP="009F37BF">
      <w:pPr>
        <w:rPr>
          <w:rFonts w:eastAsia="Times New Roman" w:cs="Arial"/>
          <w:highlight w:val="green"/>
          <w:lang w:eastAsia="en-GB"/>
        </w:rPr>
      </w:pPr>
    </w:p>
    <w:p w14:paraId="6866F173" w14:textId="7A4DD52F" w:rsidR="00496E8A" w:rsidRPr="005779B1" w:rsidRDefault="00496E8A" w:rsidP="009F37BF">
      <w:pPr>
        <w:rPr>
          <w:rFonts w:eastAsia="Times New Roman" w:cs="Arial"/>
          <w:highlight w:val="green"/>
          <w:lang w:eastAsia="en-GB"/>
        </w:rPr>
      </w:pPr>
    </w:p>
    <w:p w14:paraId="75F0FBED" w14:textId="77777777" w:rsidR="00E4473C" w:rsidRPr="005779B1" w:rsidRDefault="00E4473C" w:rsidP="009F37BF">
      <w:pPr>
        <w:rPr>
          <w:rFonts w:eastAsia="Times New Roman" w:cs="Arial"/>
          <w:highlight w:val="green"/>
          <w:lang w:eastAsia="en-GB"/>
        </w:rPr>
      </w:pPr>
    </w:p>
    <w:p w14:paraId="75C53BB4" w14:textId="3A457AEE" w:rsidR="009F37BF" w:rsidRPr="005779B1" w:rsidRDefault="00C7120F" w:rsidP="00496E8A">
      <w:pPr>
        <w:spacing w:after="0"/>
        <w:rPr>
          <w:rFonts w:eastAsia="Times New Roman" w:cs="Arial"/>
          <w:lang w:eastAsia="en-GB"/>
        </w:rPr>
      </w:pPr>
      <w:r w:rsidRPr="005779B1">
        <w:rPr>
          <w:rFonts w:eastAsia="Times New Roman" w:cs="Arial"/>
          <w:lang w:eastAsia="en-GB"/>
        </w:rPr>
        <w:t xml:space="preserve">For more information, please refer to our </w:t>
      </w:r>
      <w:hyperlink r:id="rId28" w:history="1">
        <w:r w:rsidRPr="005779B1">
          <w:rPr>
            <w:rStyle w:val="Hyperlink"/>
            <w:rFonts w:eastAsia="Times New Roman" w:cs="Arial"/>
            <w:lang w:eastAsia="en-GB"/>
          </w:rPr>
          <w:t>Equality, Diversity and Inclusion Strategy</w:t>
        </w:r>
      </w:hyperlink>
    </w:p>
    <w:p w14:paraId="4250A9BD" w14:textId="77777777" w:rsidR="00511F96" w:rsidRPr="005779B1" w:rsidRDefault="00511F96" w:rsidP="00511F96">
      <w:pPr>
        <w:spacing w:after="0" w:line="240" w:lineRule="auto"/>
        <w:rPr>
          <w:rFonts w:eastAsia="Times New Roman" w:cs="Arial"/>
          <w:lang w:eastAsia="en-GB"/>
        </w:rPr>
      </w:pPr>
    </w:p>
    <w:p w14:paraId="42A3CDA1" w14:textId="58A78FDC" w:rsidR="00511F96" w:rsidRPr="005779B1" w:rsidRDefault="00C16F45" w:rsidP="00511F96">
      <w:pPr>
        <w:pStyle w:val="Heading2"/>
        <w:rPr>
          <w:rFonts w:ascii="Arial" w:hAnsi="Arial" w:cs="Arial"/>
          <w:color w:val="007CBB"/>
          <w:sz w:val="22"/>
          <w:szCs w:val="22"/>
        </w:rPr>
      </w:pPr>
      <w:bookmarkStart w:id="4" w:name="_Toc222994879"/>
      <w:r w:rsidRPr="005779B1">
        <w:rPr>
          <w:rFonts w:ascii="Arial" w:hAnsi="Arial" w:cs="Arial"/>
          <w:color w:val="007CBB"/>
          <w:sz w:val="22"/>
          <w:szCs w:val="22"/>
        </w:rPr>
        <w:t>Liverpool City Region Fair Employment Charter</w:t>
      </w:r>
      <w:bookmarkEnd w:id="4"/>
    </w:p>
    <w:p w14:paraId="1657A6EA" w14:textId="77777777" w:rsidR="00511F96" w:rsidRPr="005779B1" w:rsidRDefault="00511F96" w:rsidP="00511F96">
      <w:pPr>
        <w:spacing w:after="0" w:line="240" w:lineRule="auto"/>
        <w:rPr>
          <w:rFonts w:cs="Arial"/>
          <w:bCs/>
          <w:highlight w:val="green"/>
        </w:rPr>
      </w:pPr>
    </w:p>
    <w:p w14:paraId="08E8C97B" w14:textId="092BC4B6" w:rsidR="004E55FD" w:rsidRPr="005779B1" w:rsidRDefault="00697B51" w:rsidP="00511F96">
      <w:pPr>
        <w:rPr>
          <w:rFonts w:cs="Arial"/>
          <w:bCs/>
        </w:rPr>
      </w:pPr>
      <w:r w:rsidRPr="005779B1">
        <w:rPr>
          <w:rFonts w:cs="Arial"/>
          <w:noProof/>
          <w:color w:val="007CBB"/>
        </w:rPr>
        <w:drawing>
          <wp:anchor distT="0" distB="0" distL="114300" distR="114300" simplePos="0" relativeHeight="251658272" behindDoc="0" locked="0" layoutInCell="1" allowOverlap="1" wp14:anchorId="3A78E4F5" wp14:editId="27A3C85D">
            <wp:simplePos x="0" y="0"/>
            <wp:positionH relativeFrom="margin">
              <wp:posOffset>9525</wp:posOffset>
            </wp:positionH>
            <wp:positionV relativeFrom="paragraph">
              <wp:posOffset>127635</wp:posOffset>
            </wp:positionV>
            <wp:extent cx="1453515" cy="975995"/>
            <wp:effectExtent l="0" t="0" r="0" b="0"/>
            <wp:wrapSquare wrapText="bothSides"/>
            <wp:docPr id="484826292" name="Picture 1" descr="Liverpool Fair Employment Char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erpool Fair Employment Charter ..."/>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453515" cy="975995"/>
                    </a:xfrm>
                    <a:prstGeom prst="rect">
                      <a:avLst/>
                    </a:prstGeom>
                    <a:noFill/>
                    <a:ln>
                      <a:noFill/>
                    </a:ln>
                  </pic:spPr>
                </pic:pic>
              </a:graphicData>
            </a:graphic>
            <wp14:sizeRelH relativeFrom="page">
              <wp14:pctWidth>0</wp14:pctWidth>
            </wp14:sizeRelH>
            <wp14:sizeRelV relativeFrom="page">
              <wp14:pctHeight>0</wp14:pctHeight>
            </wp14:sizeRelV>
          </wp:anchor>
        </w:drawing>
      </w:r>
      <w:r w:rsidR="00C16F45" w:rsidRPr="005779B1">
        <w:rPr>
          <w:rFonts w:cs="Arial"/>
          <w:bCs/>
        </w:rPr>
        <w:t xml:space="preserve">Sefton Council is proud to support the Liverpool City Region Combined Authority Fair Employment Charter, an initiative that promotes fair, healthy, inclusive, and just workplaces across the region. </w:t>
      </w:r>
      <w:r w:rsidR="00C7120F" w:rsidRPr="005779B1">
        <w:rPr>
          <w:rFonts w:cs="Arial"/>
          <w:bCs/>
        </w:rPr>
        <w:t xml:space="preserve"> </w:t>
      </w:r>
      <w:r w:rsidR="00C16F45" w:rsidRPr="005779B1">
        <w:rPr>
          <w:rFonts w:cs="Arial"/>
          <w:bCs/>
        </w:rPr>
        <w:t xml:space="preserve">The Charter celebrates good employers and encourages the highest standards in employment practice, including fair pay, secure work, opportunities for progression, strong employee voice, and a commitment to staff wellbeing. </w:t>
      </w:r>
      <w:r w:rsidR="00C7120F" w:rsidRPr="005779B1">
        <w:rPr>
          <w:rFonts w:cs="Arial"/>
          <w:bCs/>
        </w:rPr>
        <w:t xml:space="preserve"> </w:t>
      </w:r>
      <w:r w:rsidR="00C16F45" w:rsidRPr="005779B1">
        <w:rPr>
          <w:rFonts w:cs="Arial"/>
          <w:bCs/>
        </w:rPr>
        <w:t>By aligning with the Charter, we demonstrate our dedication to providing a fair day’s pay for a fair day’s work and to fostering an equitable and supportive working environment for all colleagues.</w:t>
      </w:r>
    </w:p>
    <w:p w14:paraId="07B23CEF" w14:textId="4B47D7BD" w:rsidR="00187F29" w:rsidRPr="005779B1" w:rsidRDefault="00FA1CF6" w:rsidP="00511F96">
      <w:pPr>
        <w:pStyle w:val="Heading2"/>
        <w:spacing w:before="0" w:line="240" w:lineRule="auto"/>
        <w:rPr>
          <w:rFonts w:ascii="Arial" w:hAnsi="Arial" w:cs="Arial"/>
          <w:color w:val="007CBB"/>
          <w:sz w:val="22"/>
          <w:szCs w:val="22"/>
        </w:rPr>
      </w:pPr>
      <w:bookmarkStart w:id="5" w:name="_Toc222994880"/>
      <w:r w:rsidRPr="005779B1">
        <w:rPr>
          <w:rFonts w:ascii="Arial" w:hAnsi="Arial" w:cs="Arial"/>
          <w:color w:val="007CBB"/>
          <w:sz w:val="22"/>
          <w:szCs w:val="22"/>
        </w:rPr>
        <w:t>What We Can Offer You</w:t>
      </w:r>
      <w:bookmarkEnd w:id="5"/>
    </w:p>
    <w:p w14:paraId="293F5468" w14:textId="77777777" w:rsidR="00511F96" w:rsidRPr="005779B1" w:rsidRDefault="00511F96" w:rsidP="00511F96">
      <w:pPr>
        <w:spacing w:after="0" w:line="240" w:lineRule="auto"/>
        <w:rPr>
          <w:rFonts w:cs="Arial"/>
        </w:rPr>
      </w:pPr>
    </w:p>
    <w:p w14:paraId="514F9940" w14:textId="5632B9DD" w:rsidR="00547C3F" w:rsidRPr="005779B1" w:rsidRDefault="00547C3F" w:rsidP="00187F29">
      <w:pPr>
        <w:numPr>
          <w:ilvl w:val="0"/>
          <w:numId w:val="15"/>
        </w:numPr>
        <w:spacing w:after="0" w:line="240" w:lineRule="auto"/>
        <w:rPr>
          <w:rFonts w:cs="Arial"/>
        </w:rPr>
      </w:pPr>
      <w:r w:rsidRPr="005779B1">
        <w:rPr>
          <w:rFonts w:cs="Arial"/>
        </w:rPr>
        <w:t>A supportive and collaborative working environment</w:t>
      </w:r>
      <w:r w:rsidR="0035256F" w:rsidRPr="005779B1">
        <w:rPr>
          <w:rFonts w:cs="Arial"/>
        </w:rPr>
        <w:t>.</w:t>
      </w:r>
    </w:p>
    <w:p w14:paraId="71D56C25" w14:textId="571624B0" w:rsidR="00F97F83" w:rsidRPr="005779B1" w:rsidRDefault="00F97F83" w:rsidP="00BE466B">
      <w:pPr>
        <w:numPr>
          <w:ilvl w:val="0"/>
          <w:numId w:val="15"/>
        </w:numPr>
        <w:rPr>
          <w:rFonts w:cs="Arial"/>
        </w:rPr>
      </w:pPr>
      <w:r w:rsidRPr="005779B1">
        <w:rPr>
          <w:rFonts w:cs="Arial"/>
        </w:rPr>
        <w:t>An agile approach to working.</w:t>
      </w:r>
    </w:p>
    <w:p w14:paraId="3C859B9B" w14:textId="05F0FD36" w:rsidR="00AE37D0" w:rsidRPr="005779B1" w:rsidRDefault="00547C3F" w:rsidP="00C55123">
      <w:pPr>
        <w:numPr>
          <w:ilvl w:val="0"/>
          <w:numId w:val="15"/>
        </w:numPr>
        <w:rPr>
          <w:rFonts w:cs="Arial"/>
        </w:rPr>
      </w:pPr>
      <w:r w:rsidRPr="005779B1">
        <w:rPr>
          <w:rFonts w:cs="Arial"/>
        </w:rPr>
        <w:t>Opportunities for professional development and career progression</w:t>
      </w:r>
      <w:r w:rsidR="0035256F" w:rsidRPr="005779B1">
        <w:rPr>
          <w:rFonts w:cs="Arial"/>
        </w:rPr>
        <w:t>.</w:t>
      </w:r>
    </w:p>
    <w:p w14:paraId="0A1B0A67" w14:textId="552D0E2C" w:rsidR="00547C3F" w:rsidRPr="005779B1" w:rsidRDefault="00547C3F" w:rsidP="00BE466B">
      <w:pPr>
        <w:numPr>
          <w:ilvl w:val="0"/>
          <w:numId w:val="15"/>
        </w:numPr>
        <w:rPr>
          <w:rFonts w:cs="Arial"/>
        </w:rPr>
      </w:pPr>
      <w:r w:rsidRPr="005779B1">
        <w:rPr>
          <w:rFonts w:cs="Arial"/>
        </w:rPr>
        <w:t>A role where your work makes a real difference across the organisation</w:t>
      </w:r>
      <w:r w:rsidR="0035256F" w:rsidRPr="005779B1">
        <w:rPr>
          <w:rFonts w:cs="Arial"/>
        </w:rPr>
        <w:t>.</w:t>
      </w:r>
    </w:p>
    <w:p w14:paraId="4A6AB78E" w14:textId="62F96920" w:rsidR="00547C3F" w:rsidRPr="005779B1" w:rsidRDefault="00547C3F" w:rsidP="00BE466B">
      <w:pPr>
        <w:numPr>
          <w:ilvl w:val="0"/>
          <w:numId w:val="15"/>
        </w:numPr>
        <w:rPr>
          <w:rFonts w:cs="Arial"/>
        </w:rPr>
      </w:pPr>
      <w:r w:rsidRPr="005779B1">
        <w:rPr>
          <w:rFonts w:cs="Arial"/>
        </w:rPr>
        <w:t>Flexible working arrangements supporting work</w:t>
      </w:r>
      <w:r w:rsidR="00571B76" w:rsidRPr="005779B1">
        <w:rPr>
          <w:rFonts w:cs="Arial"/>
        </w:rPr>
        <w:t>-</w:t>
      </w:r>
      <w:r w:rsidRPr="005779B1">
        <w:rPr>
          <w:rFonts w:cs="Arial"/>
        </w:rPr>
        <w:t>life balance</w:t>
      </w:r>
      <w:r w:rsidR="0035256F" w:rsidRPr="005779B1">
        <w:rPr>
          <w:rFonts w:cs="Arial"/>
        </w:rPr>
        <w:t>.</w:t>
      </w:r>
    </w:p>
    <w:p w14:paraId="5FB8FFD2" w14:textId="3ABAA331" w:rsidR="00547C3F" w:rsidRPr="005779B1" w:rsidRDefault="00547C3F" w:rsidP="00BE466B">
      <w:pPr>
        <w:numPr>
          <w:ilvl w:val="0"/>
          <w:numId w:val="15"/>
        </w:numPr>
        <w:rPr>
          <w:rFonts w:cs="Arial"/>
        </w:rPr>
      </w:pPr>
      <w:r w:rsidRPr="005779B1">
        <w:rPr>
          <w:rFonts w:cs="Arial"/>
        </w:rPr>
        <w:t>A strong commitment to equality, diversity, and inclusion</w:t>
      </w:r>
      <w:r w:rsidR="0035256F" w:rsidRPr="005779B1">
        <w:rPr>
          <w:rFonts w:cs="Arial"/>
        </w:rPr>
        <w:t>.</w:t>
      </w:r>
    </w:p>
    <w:p w14:paraId="1C1AD13F" w14:textId="7060A410" w:rsidR="00FA1CF6" w:rsidRPr="005779B1" w:rsidRDefault="00547C3F" w:rsidP="00FA1CF6">
      <w:pPr>
        <w:rPr>
          <w:rFonts w:cs="Arial"/>
        </w:rPr>
      </w:pPr>
      <w:r w:rsidRPr="005779B1">
        <w:rPr>
          <w:rFonts w:cs="Arial"/>
        </w:rPr>
        <w:lastRenderedPageBreak/>
        <w:t>Y</w:t>
      </w:r>
      <w:r w:rsidR="00FA1CF6" w:rsidRPr="005779B1">
        <w:rPr>
          <w:rFonts w:cs="Arial"/>
        </w:rPr>
        <w:t>ou will benefit from a comprehensive local government employment package</w:t>
      </w:r>
      <w:r w:rsidRPr="005779B1">
        <w:rPr>
          <w:rFonts w:cs="Arial"/>
        </w:rPr>
        <w:t xml:space="preserve"> which includes the following:</w:t>
      </w:r>
    </w:p>
    <w:p w14:paraId="09237F97" w14:textId="3E5E2A6B" w:rsidR="00FA1CF6" w:rsidRPr="005779B1" w:rsidRDefault="00FA1CF6" w:rsidP="00BE466B">
      <w:pPr>
        <w:numPr>
          <w:ilvl w:val="0"/>
          <w:numId w:val="7"/>
        </w:numPr>
        <w:rPr>
          <w:rFonts w:cs="Arial"/>
        </w:rPr>
      </w:pPr>
      <w:r w:rsidRPr="005779B1">
        <w:rPr>
          <w:rFonts w:cs="Arial"/>
        </w:rPr>
        <w:t>Competitive salary in line with NJC Local Government Pay Scales.</w:t>
      </w:r>
    </w:p>
    <w:p w14:paraId="5D01D2A5" w14:textId="6DA5BDB7" w:rsidR="00524633" w:rsidRPr="005779B1" w:rsidRDefault="00FA1CF6" w:rsidP="00BE466B">
      <w:pPr>
        <w:numPr>
          <w:ilvl w:val="0"/>
          <w:numId w:val="7"/>
        </w:numPr>
        <w:rPr>
          <w:rFonts w:cs="Arial"/>
        </w:rPr>
      </w:pPr>
      <w:r w:rsidRPr="005779B1">
        <w:rPr>
          <w:rFonts w:cs="Arial"/>
        </w:rPr>
        <w:t>Membership of the Local Government Pension Scheme (LGPS), providing a secure, defined benefit pension with employer contributions.</w:t>
      </w:r>
    </w:p>
    <w:p w14:paraId="55EF41BC" w14:textId="36CC7719" w:rsidR="00FA1CF6" w:rsidRPr="005779B1" w:rsidRDefault="00FA1CF6" w:rsidP="00FA1CF6">
      <w:pPr>
        <w:rPr>
          <w:rFonts w:cs="Arial"/>
          <w:b/>
          <w:bCs/>
          <w:color w:val="007CBB"/>
        </w:rPr>
      </w:pPr>
      <w:r w:rsidRPr="005779B1">
        <w:rPr>
          <w:rFonts w:cs="Arial"/>
          <w:b/>
          <w:color w:val="007CBB"/>
        </w:rPr>
        <w:t>Annual Leave and Work-Life Balance</w:t>
      </w:r>
    </w:p>
    <w:p w14:paraId="25D2CF9D" w14:textId="77777777" w:rsidR="00D74D8D" w:rsidRPr="005779B1" w:rsidRDefault="00D74D8D" w:rsidP="00BE466B">
      <w:pPr>
        <w:numPr>
          <w:ilvl w:val="0"/>
          <w:numId w:val="8"/>
        </w:numPr>
        <w:rPr>
          <w:rFonts w:eastAsia="Arial" w:cs="Arial"/>
        </w:rPr>
      </w:pPr>
      <w:r w:rsidRPr="005779B1">
        <w:rPr>
          <w:rFonts w:cs="Arial"/>
        </w:rPr>
        <w:t xml:space="preserve">Generous annual leave entitlement, </w:t>
      </w:r>
      <w:r w:rsidRPr="005779B1">
        <w:rPr>
          <w:rFonts w:eastAsia="Arial" w:cs="Arial"/>
        </w:rPr>
        <w:t>28 days annual leave rising to 33 days with 5 years continuous service.</w:t>
      </w:r>
    </w:p>
    <w:p w14:paraId="2B246258" w14:textId="02DB7649" w:rsidR="00FA1CF6" w:rsidRPr="005779B1" w:rsidRDefault="00FA1CF6" w:rsidP="00BE466B">
      <w:pPr>
        <w:numPr>
          <w:ilvl w:val="0"/>
          <w:numId w:val="8"/>
        </w:numPr>
        <w:rPr>
          <w:rFonts w:cs="Arial"/>
        </w:rPr>
      </w:pPr>
      <w:r w:rsidRPr="005779B1">
        <w:rPr>
          <w:rFonts w:cs="Arial"/>
        </w:rPr>
        <w:t>Additional public (bank) holidays.</w:t>
      </w:r>
    </w:p>
    <w:p w14:paraId="2DDD9C17" w14:textId="31F21007" w:rsidR="00FA1CF6" w:rsidRPr="005779B1" w:rsidRDefault="00FA1CF6" w:rsidP="00BE466B">
      <w:pPr>
        <w:numPr>
          <w:ilvl w:val="0"/>
          <w:numId w:val="8"/>
        </w:numPr>
        <w:rPr>
          <w:rFonts w:cs="Arial"/>
        </w:rPr>
      </w:pPr>
      <w:r w:rsidRPr="005779B1">
        <w:rPr>
          <w:rFonts w:cs="Arial"/>
        </w:rPr>
        <w:t>Flexible working options to support a healthy work</w:t>
      </w:r>
      <w:r w:rsidR="00390169" w:rsidRPr="005779B1">
        <w:rPr>
          <w:rFonts w:cs="Arial"/>
        </w:rPr>
        <w:t>-</w:t>
      </w:r>
      <w:r w:rsidRPr="005779B1">
        <w:rPr>
          <w:rFonts w:cs="Arial"/>
        </w:rPr>
        <w:t>life balance, subject to service needs.</w:t>
      </w:r>
    </w:p>
    <w:p w14:paraId="7B7E2274" w14:textId="46D56827" w:rsidR="00866E1F" w:rsidRPr="005779B1" w:rsidRDefault="00866E1F" w:rsidP="00BE466B">
      <w:pPr>
        <w:numPr>
          <w:ilvl w:val="0"/>
          <w:numId w:val="8"/>
        </w:numPr>
        <w:rPr>
          <w:rFonts w:cs="Arial"/>
        </w:rPr>
      </w:pPr>
      <w:r w:rsidRPr="005779B1">
        <w:rPr>
          <w:rFonts w:cs="Arial"/>
        </w:rPr>
        <w:t>Option to purchase additional annual leave</w:t>
      </w:r>
      <w:r w:rsidR="004F4A4E" w:rsidRPr="005779B1">
        <w:rPr>
          <w:rFonts w:cs="Arial"/>
        </w:rPr>
        <w:t>.</w:t>
      </w:r>
    </w:p>
    <w:p w14:paraId="6E4DB64D" w14:textId="1CA7F4E2" w:rsidR="009C6212" w:rsidRPr="005779B1" w:rsidRDefault="009C6212" w:rsidP="00BE466B">
      <w:pPr>
        <w:numPr>
          <w:ilvl w:val="0"/>
          <w:numId w:val="8"/>
        </w:numPr>
        <w:rPr>
          <w:rFonts w:cs="Arial"/>
        </w:rPr>
      </w:pPr>
      <w:r w:rsidRPr="005779B1">
        <w:rPr>
          <w:rFonts w:cs="Arial"/>
        </w:rPr>
        <w:t>Sefton operate a ‘Shut Down’ period over the Christmas period which staff contribute four fifths of a week’s pay over a 12-month period.</w:t>
      </w:r>
    </w:p>
    <w:p w14:paraId="303CA973" w14:textId="77777777" w:rsidR="00FA1CF6" w:rsidRPr="005779B1" w:rsidRDefault="00FA1CF6" w:rsidP="00FA1CF6">
      <w:pPr>
        <w:rPr>
          <w:rFonts w:cs="Arial"/>
          <w:b/>
          <w:color w:val="007CBB"/>
        </w:rPr>
      </w:pPr>
      <w:r w:rsidRPr="005779B1">
        <w:rPr>
          <w:rFonts w:cs="Arial"/>
          <w:b/>
          <w:color w:val="007CBB"/>
        </w:rPr>
        <w:t>Learning, Development and Career Progression</w:t>
      </w:r>
    </w:p>
    <w:p w14:paraId="1548A4CE" w14:textId="00AE3BD8" w:rsidR="00FA1CF6" w:rsidRPr="005779B1" w:rsidRDefault="40497DD4" w:rsidP="00BE466B">
      <w:pPr>
        <w:numPr>
          <w:ilvl w:val="0"/>
          <w:numId w:val="9"/>
        </w:numPr>
        <w:rPr>
          <w:rFonts w:eastAsia="Arial" w:cs="Arial"/>
          <w:color w:val="333333"/>
        </w:rPr>
      </w:pPr>
      <w:r w:rsidRPr="005779B1">
        <w:rPr>
          <w:rFonts w:eastAsia="Arial" w:cs="Arial"/>
          <w:color w:val="333333"/>
        </w:rPr>
        <w:t>A comprehensive induction programme</w:t>
      </w:r>
      <w:r w:rsidR="00B60B4B" w:rsidRPr="005779B1">
        <w:rPr>
          <w:rFonts w:eastAsia="Arial" w:cs="Arial"/>
          <w:color w:val="333333"/>
        </w:rPr>
        <w:t>.</w:t>
      </w:r>
    </w:p>
    <w:p w14:paraId="5EE662A9" w14:textId="0FBD5EDC" w:rsidR="00FA1CF6" w:rsidRPr="005779B1" w:rsidRDefault="00FA1CF6" w:rsidP="00BE466B">
      <w:pPr>
        <w:numPr>
          <w:ilvl w:val="0"/>
          <w:numId w:val="9"/>
        </w:numPr>
        <w:rPr>
          <w:rFonts w:cs="Arial"/>
        </w:rPr>
      </w:pPr>
      <w:r w:rsidRPr="005779B1">
        <w:rPr>
          <w:rFonts w:cs="Arial"/>
        </w:rPr>
        <w:t>Access to a wide range of training,</w:t>
      </w:r>
      <w:r w:rsidR="004A77F9" w:rsidRPr="005779B1">
        <w:rPr>
          <w:rFonts w:cs="Arial"/>
        </w:rPr>
        <w:t xml:space="preserve"> apprenticeships,</w:t>
      </w:r>
      <w:r w:rsidRPr="005779B1">
        <w:rPr>
          <w:rFonts w:cs="Arial"/>
        </w:rPr>
        <w:t xml:space="preserve"> learning</w:t>
      </w:r>
      <w:r w:rsidR="00B60B4B" w:rsidRPr="005779B1">
        <w:rPr>
          <w:rFonts w:cs="Arial"/>
        </w:rPr>
        <w:t xml:space="preserve">, </w:t>
      </w:r>
      <w:r w:rsidRPr="005779B1">
        <w:rPr>
          <w:rFonts w:cs="Arial"/>
        </w:rPr>
        <w:t>and development opportunities.</w:t>
      </w:r>
    </w:p>
    <w:p w14:paraId="4763E1C2" w14:textId="0E576700" w:rsidR="00FA1CF6" w:rsidRPr="005779B1" w:rsidRDefault="00FA1CF6" w:rsidP="00BE466B">
      <w:pPr>
        <w:numPr>
          <w:ilvl w:val="0"/>
          <w:numId w:val="9"/>
        </w:numPr>
        <w:rPr>
          <w:rFonts w:cs="Arial"/>
        </w:rPr>
      </w:pPr>
      <w:r w:rsidRPr="005779B1">
        <w:rPr>
          <w:rFonts w:cs="Arial"/>
        </w:rPr>
        <w:t>Support for professional development and role</w:t>
      </w:r>
      <w:r w:rsidR="1553788F" w:rsidRPr="005779B1">
        <w:rPr>
          <w:rFonts w:cs="Arial"/>
        </w:rPr>
        <w:t xml:space="preserve"> </w:t>
      </w:r>
      <w:r w:rsidRPr="005779B1">
        <w:rPr>
          <w:rFonts w:cs="Arial"/>
        </w:rPr>
        <w:t>related qualifications.</w:t>
      </w:r>
    </w:p>
    <w:p w14:paraId="5DD8ACB0" w14:textId="74D47779" w:rsidR="00FA1CF6" w:rsidRPr="005779B1" w:rsidRDefault="00FA1CF6" w:rsidP="00BE466B">
      <w:pPr>
        <w:numPr>
          <w:ilvl w:val="0"/>
          <w:numId w:val="9"/>
        </w:numPr>
        <w:rPr>
          <w:rFonts w:cs="Arial"/>
        </w:rPr>
      </w:pPr>
      <w:r w:rsidRPr="005779B1">
        <w:rPr>
          <w:rFonts w:cs="Arial"/>
        </w:rPr>
        <w:t>Opportunities to develop your career within a large and diverse local authority.</w:t>
      </w:r>
    </w:p>
    <w:p w14:paraId="223D7766" w14:textId="255CA8CC" w:rsidR="00FA1CF6" w:rsidRPr="005779B1" w:rsidRDefault="00FA1CF6" w:rsidP="00FA1CF6">
      <w:pPr>
        <w:rPr>
          <w:rFonts w:cs="Arial"/>
          <w:b/>
          <w:bCs/>
          <w:color w:val="007CBB"/>
        </w:rPr>
      </w:pPr>
      <w:r w:rsidRPr="005779B1">
        <w:rPr>
          <w:rFonts w:cs="Arial"/>
          <w:b/>
          <w:color w:val="007CBB"/>
        </w:rPr>
        <w:t>Health, Wellbeing and Support</w:t>
      </w:r>
    </w:p>
    <w:p w14:paraId="2606030D" w14:textId="37FB6254" w:rsidR="77853C98" w:rsidRPr="005779B1" w:rsidRDefault="2CAB6C3C" w:rsidP="00BE466B">
      <w:pPr>
        <w:numPr>
          <w:ilvl w:val="0"/>
          <w:numId w:val="10"/>
        </w:numPr>
        <w:rPr>
          <w:rFonts w:cs="Arial"/>
        </w:rPr>
      </w:pPr>
      <w:r w:rsidRPr="005779B1">
        <w:rPr>
          <w:rFonts w:cs="Arial"/>
        </w:rPr>
        <w:t>Enhanced sick pay scheme</w:t>
      </w:r>
      <w:r w:rsidR="002F759F" w:rsidRPr="005779B1">
        <w:rPr>
          <w:rFonts w:cs="Arial"/>
        </w:rPr>
        <w:t>.</w:t>
      </w:r>
      <w:r w:rsidRPr="005779B1">
        <w:rPr>
          <w:rFonts w:cs="Arial"/>
        </w:rPr>
        <w:t xml:space="preserve"> </w:t>
      </w:r>
    </w:p>
    <w:p w14:paraId="44C1E78D" w14:textId="6D39F806" w:rsidR="00FA1CF6" w:rsidRPr="005779B1" w:rsidRDefault="00FA1CF6" w:rsidP="00BE466B">
      <w:pPr>
        <w:numPr>
          <w:ilvl w:val="0"/>
          <w:numId w:val="10"/>
        </w:numPr>
        <w:rPr>
          <w:rFonts w:cs="Arial"/>
        </w:rPr>
      </w:pPr>
      <w:r w:rsidRPr="005779B1">
        <w:rPr>
          <w:rFonts w:cs="Arial"/>
        </w:rPr>
        <w:t>Employee wellbeing initiatives and access to occupational health support</w:t>
      </w:r>
      <w:r w:rsidR="009A71D2" w:rsidRPr="005779B1">
        <w:rPr>
          <w:rFonts w:cs="Arial"/>
        </w:rPr>
        <w:t>.</w:t>
      </w:r>
    </w:p>
    <w:p w14:paraId="38621623" w14:textId="7DB7ACE7" w:rsidR="00F933C1" w:rsidRPr="005779B1" w:rsidRDefault="00FA1CF6" w:rsidP="00713D70">
      <w:pPr>
        <w:numPr>
          <w:ilvl w:val="0"/>
          <w:numId w:val="10"/>
        </w:numPr>
        <w:spacing w:after="0"/>
        <w:rPr>
          <w:rFonts w:cs="Arial"/>
        </w:rPr>
      </w:pPr>
      <w:r w:rsidRPr="005779B1">
        <w:rPr>
          <w:rFonts w:cs="Arial"/>
        </w:rPr>
        <w:t>Policies that promote physical and mental wellbeing in the workplace</w:t>
      </w:r>
      <w:r w:rsidR="009A71D2" w:rsidRPr="005779B1">
        <w:rPr>
          <w:rFonts w:cs="Arial"/>
        </w:rPr>
        <w:t>.</w:t>
      </w:r>
    </w:p>
    <w:p w14:paraId="7EDB2502" w14:textId="77777777" w:rsidR="00475088" w:rsidRPr="005779B1" w:rsidRDefault="00475088" w:rsidP="00713D70">
      <w:pPr>
        <w:spacing w:after="0"/>
        <w:rPr>
          <w:rFonts w:cs="Arial"/>
        </w:rPr>
      </w:pPr>
    </w:p>
    <w:p w14:paraId="388A34D5" w14:textId="56293BB4" w:rsidR="00AE37D0" w:rsidRPr="005779B1" w:rsidRDefault="00FA1CF6" w:rsidP="00463B70">
      <w:pPr>
        <w:rPr>
          <w:rFonts w:cs="Arial"/>
          <w:b/>
          <w:color w:val="007CBB"/>
        </w:rPr>
      </w:pPr>
      <w:r w:rsidRPr="005779B1">
        <w:rPr>
          <w:rFonts w:cs="Arial"/>
          <w:b/>
          <w:color w:val="007CBB"/>
        </w:rPr>
        <w:t>Family-Friendly and Inclusive Policies</w:t>
      </w:r>
    </w:p>
    <w:p w14:paraId="66CEA451" w14:textId="77777777" w:rsidR="00496E8A" w:rsidRPr="005779B1" w:rsidRDefault="00496E8A" w:rsidP="00713D70">
      <w:pPr>
        <w:spacing w:after="0"/>
        <w:rPr>
          <w:rFonts w:eastAsia="Times New Roman" w:cs="Arial"/>
          <w:lang w:eastAsia="en-GB"/>
        </w:rPr>
      </w:pPr>
      <w:r w:rsidRPr="005779B1">
        <w:rPr>
          <w:rFonts w:eastAsia="Times New Roman" w:cs="Arial"/>
          <w:lang w:eastAsia="en-GB"/>
        </w:rPr>
        <w:t>Our family</w:t>
      </w:r>
      <w:r w:rsidRPr="005779B1">
        <w:rPr>
          <w:rFonts w:eastAsia="Times New Roman" w:cs="Arial"/>
          <w:lang w:eastAsia="en-GB"/>
        </w:rPr>
        <w:noBreakHyphen/>
        <w:t>friendly policies and flexible working arrangements help staff maintain a healthy work</w:t>
      </w:r>
      <w:r w:rsidRPr="005779B1">
        <w:rPr>
          <w:rFonts w:eastAsia="Times New Roman" w:cs="Arial"/>
          <w:lang w:eastAsia="en-GB"/>
        </w:rPr>
        <w:noBreakHyphen/>
        <w:t>life balance.</w:t>
      </w:r>
    </w:p>
    <w:p w14:paraId="3885244E" w14:textId="77777777" w:rsidR="00496E8A" w:rsidRPr="005779B1" w:rsidRDefault="00496E8A" w:rsidP="00713D70">
      <w:pPr>
        <w:spacing w:after="0"/>
        <w:rPr>
          <w:rFonts w:cs="Arial"/>
          <w:b/>
          <w:bCs/>
          <w:color w:val="007CBB"/>
        </w:rPr>
      </w:pPr>
    </w:p>
    <w:p w14:paraId="0548282F" w14:textId="26B77CFF" w:rsidR="00FA1CF6" w:rsidRPr="005779B1" w:rsidRDefault="00FA1CF6" w:rsidP="00713D70">
      <w:pPr>
        <w:numPr>
          <w:ilvl w:val="0"/>
          <w:numId w:val="11"/>
        </w:numPr>
        <w:spacing w:after="0"/>
        <w:rPr>
          <w:rFonts w:eastAsia="Arial" w:cs="Arial"/>
        </w:rPr>
      </w:pPr>
      <w:r w:rsidRPr="005779B1">
        <w:rPr>
          <w:rFonts w:cs="Arial"/>
        </w:rPr>
        <w:lastRenderedPageBreak/>
        <w:t>Family</w:t>
      </w:r>
      <w:r w:rsidR="6D5F31B3" w:rsidRPr="005779B1">
        <w:rPr>
          <w:rFonts w:cs="Arial"/>
        </w:rPr>
        <w:t xml:space="preserve"> </w:t>
      </w:r>
      <w:r w:rsidRPr="005779B1">
        <w:rPr>
          <w:rFonts w:cs="Arial"/>
        </w:rPr>
        <w:t xml:space="preserve">friendly policies, including </w:t>
      </w:r>
      <w:r w:rsidR="2D5FFB87" w:rsidRPr="005779B1">
        <w:rPr>
          <w:rFonts w:cs="Arial"/>
        </w:rPr>
        <w:t xml:space="preserve">enhanced </w:t>
      </w:r>
      <w:r w:rsidRPr="005779B1">
        <w:rPr>
          <w:rFonts w:cs="Arial"/>
        </w:rPr>
        <w:t xml:space="preserve">maternity, paternity, adoption, </w:t>
      </w:r>
      <w:r w:rsidR="00382592" w:rsidRPr="005779B1">
        <w:rPr>
          <w:rFonts w:cs="Arial"/>
        </w:rPr>
        <w:t xml:space="preserve">neonatal care </w:t>
      </w:r>
      <w:r w:rsidRPr="005779B1">
        <w:rPr>
          <w:rFonts w:cs="Arial"/>
        </w:rPr>
        <w:t xml:space="preserve">and </w:t>
      </w:r>
      <w:r w:rsidR="5B2B7029" w:rsidRPr="005779B1">
        <w:rPr>
          <w:rFonts w:eastAsia="Helvetica" w:cs="Arial"/>
          <w:color w:val="333333"/>
        </w:rPr>
        <w:t>special</w:t>
      </w:r>
      <w:r w:rsidRPr="005779B1">
        <w:rPr>
          <w:rFonts w:eastAsia="Helvetica" w:cs="Arial"/>
          <w:color w:val="333333"/>
        </w:rPr>
        <w:t xml:space="preserve"> leave</w:t>
      </w:r>
      <w:r w:rsidR="5B2B7029" w:rsidRPr="005779B1">
        <w:rPr>
          <w:rFonts w:eastAsia="Helvetica" w:cs="Arial"/>
          <w:color w:val="333333"/>
        </w:rPr>
        <w:t xml:space="preserve"> </w:t>
      </w:r>
      <w:r w:rsidR="5B2B7029" w:rsidRPr="005779B1">
        <w:rPr>
          <w:rFonts w:eastAsia="Helvetica" w:cs="Arial"/>
        </w:rPr>
        <w:t xml:space="preserve">to support </w:t>
      </w:r>
      <w:r w:rsidR="00CE7343" w:rsidRPr="005779B1">
        <w:rPr>
          <w:rFonts w:eastAsia="Helvetica" w:cs="Arial"/>
        </w:rPr>
        <w:t>with</w:t>
      </w:r>
      <w:r w:rsidR="5B2B7029" w:rsidRPr="005779B1">
        <w:rPr>
          <w:rFonts w:eastAsia="Helvetica" w:cs="Arial"/>
        </w:rPr>
        <w:t xml:space="preserve"> </w:t>
      </w:r>
      <w:r w:rsidR="00FC4661" w:rsidRPr="005779B1">
        <w:rPr>
          <w:rFonts w:eastAsia="Helvetica" w:cs="Arial"/>
        </w:rPr>
        <w:t>time</w:t>
      </w:r>
      <w:r w:rsidR="5B2B7029" w:rsidRPr="005779B1">
        <w:rPr>
          <w:rFonts w:eastAsia="Helvetica" w:cs="Arial"/>
        </w:rPr>
        <w:t xml:space="preserve"> off work to deal with issues</w:t>
      </w:r>
      <w:r w:rsidR="00CE7343" w:rsidRPr="005779B1">
        <w:rPr>
          <w:rFonts w:eastAsia="Helvetica" w:cs="Arial"/>
        </w:rPr>
        <w:t xml:space="preserve"> when</w:t>
      </w:r>
      <w:r w:rsidR="5B2B7029" w:rsidRPr="005779B1">
        <w:rPr>
          <w:rFonts w:eastAsia="Helvetica" w:cs="Arial"/>
        </w:rPr>
        <w:t xml:space="preserve"> </w:t>
      </w:r>
      <w:r w:rsidR="00CE7343" w:rsidRPr="005779B1">
        <w:rPr>
          <w:rFonts w:eastAsia="Helvetica" w:cs="Arial"/>
        </w:rPr>
        <w:t>life events happen</w:t>
      </w:r>
      <w:r w:rsidR="5B2B7029" w:rsidRPr="005779B1">
        <w:rPr>
          <w:rFonts w:eastAsia="Helvetica" w:cs="Arial"/>
        </w:rPr>
        <w:t>.</w:t>
      </w:r>
    </w:p>
    <w:p w14:paraId="6D8C3553" w14:textId="77777777" w:rsidR="00CE7343" w:rsidRPr="005779B1" w:rsidRDefault="00CE7343" w:rsidP="00CE7343">
      <w:pPr>
        <w:spacing w:after="0"/>
        <w:ind w:left="720"/>
        <w:rPr>
          <w:rFonts w:eastAsia="Arial" w:cs="Arial"/>
        </w:rPr>
      </w:pPr>
    </w:p>
    <w:p w14:paraId="3C3A5576" w14:textId="039CFF47" w:rsidR="00FA1CF6" w:rsidRPr="005779B1" w:rsidRDefault="00FA1CF6" w:rsidP="00BE466B">
      <w:pPr>
        <w:numPr>
          <w:ilvl w:val="0"/>
          <w:numId w:val="11"/>
        </w:numPr>
        <w:rPr>
          <w:rFonts w:cs="Arial"/>
        </w:rPr>
      </w:pPr>
      <w:r w:rsidRPr="005779B1">
        <w:rPr>
          <w:rFonts w:cs="Arial"/>
        </w:rPr>
        <w:t>A strong organisational commitment to equality, diversity, and inclusion</w:t>
      </w:r>
      <w:r w:rsidR="009A71D2" w:rsidRPr="005779B1">
        <w:rPr>
          <w:rFonts w:cs="Arial"/>
        </w:rPr>
        <w:t>.</w:t>
      </w:r>
    </w:p>
    <w:p w14:paraId="24ED6729" w14:textId="1AFE8D00" w:rsidR="00FA1CF6" w:rsidRPr="005779B1" w:rsidRDefault="00FA1CF6" w:rsidP="00BE466B">
      <w:pPr>
        <w:numPr>
          <w:ilvl w:val="0"/>
          <w:numId w:val="11"/>
        </w:numPr>
        <w:rPr>
          <w:rFonts w:cs="Arial"/>
        </w:rPr>
      </w:pPr>
      <w:r w:rsidRPr="005779B1">
        <w:rPr>
          <w:rFonts w:cs="Arial"/>
        </w:rPr>
        <w:t>Reasonable adjustments and support to enable disabled employees to thrive</w:t>
      </w:r>
      <w:r w:rsidR="009A71D2" w:rsidRPr="005779B1">
        <w:rPr>
          <w:rFonts w:cs="Arial"/>
        </w:rPr>
        <w:t>.</w:t>
      </w:r>
    </w:p>
    <w:p w14:paraId="04B79371" w14:textId="77777777" w:rsidR="00680CB4" w:rsidRPr="005779B1" w:rsidRDefault="00680CB4" w:rsidP="00680CB4">
      <w:pPr>
        <w:rPr>
          <w:rFonts w:cs="Arial"/>
          <w:b/>
          <w:bCs/>
          <w:color w:val="007CBB"/>
        </w:rPr>
      </w:pPr>
      <w:r w:rsidRPr="005779B1">
        <w:rPr>
          <w:rFonts w:cs="Arial"/>
          <w:b/>
          <w:color w:val="007CBB"/>
        </w:rPr>
        <w:t>Foster Friendly Employer Commitment</w:t>
      </w:r>
    </w:p>
    <w:p w14:paraId="7C81B977" w14:textId="18C0893D" w:rsidR="00C47990" w:rsidRPr="005779B1" w:rsidRDefault="00680CB4" w:rsidP="00C47990">
      <w:pPr>
        <w:spacing w:after="0"/>
        <w:rPr>
          <w:rFonts w:eastAsia="Times New Roman" w:cs="Arial"/>
          <w:lang w:eastAsia="en-GB"/>
        </w:rPr>
      </w:pPr>
      <w:r w:rsidRPr="005779B1">
        <w:rPr>
          <w:rFonts w:eastAsia="Times New Roman" w:cs="Arial"/>
          <w:lang w:eastAsia="en-GB"/>
        </w:rPr>
        <w:t xml:space="preserve">Sefton Council is proud to be a </w:t>
      </w:r>
      <w:r w:rsidRPr="005779B1">
        <w:rPr>
          <w:rFonts w:eastAsia="Times New Roman" w:cs="Arial"/>
          <w:i/>
          <w:iCs/>
          <w:lang w:eastAsia="en-GB"/>
        </w:rPr>
        <w:t>Foster Friendly</w:t>
      </w:r>
      <w:r w:rsidRPr="005779B1">
        <w:rPr>
          <w:rFonts w:eastAsia="Times New Roman" w:cs="Arial"/>
          <w:lang w:eastAsia="en-GB"/>
        </w:rPr>
        <w:t xml:space="preserve"> organisation</w:t>
      </w:r>
      <w:r w:rsidR="00BC737D" w:rsidRPr="005779B1">
        <w:rPr>
          <w:rFonts w:eastAsia="Times New Roman" w:cs="Arial"/>
          <w:lang w:eastAsia="en-GB"/>
        </w:rPr>
        <w:t xml:space="preserve"> as recognised by The Fostering Network</w:t>
      </w:r>
      <w:r w:rsidRPr="005779B1">
        <w:rPr>
          <w:rFonts w:eastAsia="Times New Roman" w:cs="Arial"/>
          <w:lang w:eastAsia="en-GB"/>
        </w:rPr>
        <w:t xml:space="preserve">. </w:t>
      </w:r>
      <w:r w:rsidR="00442354" w:rsidRPr="005779B1">
        <w:rPr>
          <w:rFonts w:eastAsia="Times New Roman" w:cs="Arial"/>
          <w:lang w:eastAsia="en-GB"/>
        </w:rPr>
        <w:t xml:space="preserve"> </w:t>
      </w:r>
      <w:r w:rsidRPr="005779B1">
        <w:rPr>
          <w:rFonts w:eastAsia="Times New Roman" w:cs="Arial"/>
          <w:lang w:eastAsia="en-GB"/>
        </w:rPr>
        <w:t>We actively support employees who are foster carers or who are applying to foster by offering flexible working arrangements, paid time off for fostering</w:t>
      </w:r>
      <w:r w:rsidRPr="005779B1">
        <w:rPr>
          <w:rFonts w:eastAsia="Times New Roman" w:cs="Arial"/>
          <w:lang w:eastAsia="en-GB"/>
        </w:rPr>
        <w:noBreakHyphen/>
        <w:t>related meetings and training, and a workplace culture that recognises the vital role foster carers play in our communities.</w:t>
      </w:r>
    </w:p>
    <w:p w14:paraId="158F37B4" w14:textId="76BD62F2" w:rsidR="00C47990" w:rsidRPr="005779B1" w:rsidRDefault="00680CB4" w:rsidP="00C41AA7">
      <w:pPr>
        <w:spacing w:after="0"/>
        <w:rPr>
          <w:rFonts w:cs="Arial"/>
          <w:b/>
          <w:bCs/>
        </w:rPr>
      </w:pPr>
      <w:r w:rsidRPr="005779B1">
        <w:rPr>
          <w:rFonts w:eastAsia="Times New Roman" w:cs="Arial"/>
          <w:lang w:eastAsia="en-GB"/>
        </w:rPr>
        <w:br/>
        <w:t>This commitment helps ensure carers can balance fostering responsibilities alongside career, and reflects our dedication to supporting children, families, and those who care for them.</w:t>
      </w:r>
    </w:p>
    <w:p w14:paraId="77A4C4D9" w14:textId="77777777" w:rsidR="00C41AA7" w:rsidRPr="005779B1" w:rsidRDefault="00C41AA7" w:rsidP="00C41AA7">
      <w:pPr>
        <w:spacing w:after="0"/>
        <w:rPr>
          <w:rFonts w:cs="Arial"/>
          <w:b/>
          <w:bCs/>
        </w:rPr>
      </w:pPr>
    </w:p>
    <w:p w14:paraId="76F8D629" w14:textId="1A6E53BD" w:rsidR="00FA1CF6" w:rsidRPr="005779B1" w:rsidRDefault="00FA1CF6" w:rsidP="00FA1CF6">
      <w:pPr>
        <w:rPr>
          <w:rFonts w:cs="Arial"/>
          <w:b/>
          <w:bCs/>
          <w:color w:val="007CBB"/>
        </w:rPr>
      </w:pPr>
      <w:r w:rsidRPr="005779B1">
        <w:rPr>
          <w:rFonts w:cs="Arial"/>
          <w:b/>
          <w:color w:val="007CBB"/>
        </w:rPr>
        <w:t xml:space="preserve">Additional Benefits </w:t>
      </w:r>
    </w:p>
    <w:p w14:paraId="5CF81CB4" w14:textId="32740C2C" w:rsidR="00FA1CF6" w:rsidRPr="005779B1" w:rsidRDefault="00FA1CF6" w:rsidP="00BE466B">
      <w:pPr>
        <w:numPr>
          <w:ilvl w:val="0"/>
          <w:numId w:val="12"/>
        </w:numPr>
        <w:rPr>
          <w:rFonts w:cs="Arial"/>
        </w:rPr>
      </w:pPr>
      <w:r w:rsidRPr="005779B1">
        <w:rPr>
          <w:rFonts w:cs="Arial"/>
        </w:rPr>
        <w:t>Access to salary sacrifice and employee benefit schemes (where applicable)</w:t>
      </w:r>
      <w:r w:rsidR="009A71D2" w:rsidRPr="005779B1">
        <w:rPr>
          <w:rFonts w:cs="Arial"/>
        </w:rPr>
        <w:t>.</w:t>
      </w:r>
    </w:p>
    <w:p w14:paraId="35720D3E" w14:textId="2903BF4A" w:rsidR="00FA1CF6" w:rsidRPr="005779B1" w:rsidRDefault="00FA1CF6" w:rsidP="00BE466B">
      <w:pPr>
        <w:numPr>
          <w:ilvl w:val="0"/>
          <w:numId w:val="12"/>
        </w:numPr>
        <w:rPr>
          <w:rFonts w:cs="Arial"/>
        </w:rPr>
      </w:pPr>
      <w:r w:rsidRPr="005779B1">
        <w:rPr>
          <w:rFonts w:cs="Arial"/>
        </w:rPr>
        <w:t>Opportunities to contribute to meaningful work that supports local communities</w:t>
      </w:r>
      <w:r w:rsidR="009A71D2" w:rsidRPr="005779B1">
        <w:rPr>
          <w:rFonts w:cs="Arial"/>
        </w:rPr>
        <w:t>.</w:t>
      </w:r>
    </w:p>
    <w:p w14:paraId="09F959D1" w14:textId="562C695E" w:rsidR="007B5705" w:rsidRPr="005779B1" w:rsidRDefault="00FA1CF6" w:rsidP="00BE466B">
      <w:pPr>
        <w:numPr>
          <w:ilvl w:val="0"/>
          <w:numId w:val="12"/>
        </w:numPr>
        <w:rPr>
          <w:rFonts w:cs="Arial"/>
        </w:rPr>
      </w:pPr>
      <w:r w:rsidRPr="005779B1">
        <w:rPr>
          <w:rFonts w:cs="Arial"/>
        </w:rPr>
        <w:t>A supportive, values</w:t>
      </w:r>
      <w:r w:rsidR="22D06755" w:rsidRPr="005779B1">
        <w:rPr>
          <w:rFonts w:cs="Arial"/>
        </w:rPr>
        <w:t xml:space="preserve"> </w:t>
      </w:r>
      <w:r w:rsidRPr="005779B1">
        <w:rPr>
          <w:rFonts w:cs="Arial"/>
        </w:rPr>
        <w:t>led organisational culture</w:t>
      </w:r>
      <w:r w:rsidR="009A71D2" w:rsidRPr="005779B1">
        <w:rPr>
          <w:rFonts w:cs="Arial"/>
        </w:rPr>
        <w:t>.</w:t>
      </w:r>
    </w:p>
    <w:p w14:paraId="273320BF" w14:textId="036F149C" w:rsidR="001115BF" w:rsidRPr="005779B1" w:rsidRDefault="6324EC2D" w:rsidP="001115BF">
      <w:pPr>
        <w:numPr>
          <w:ilvl w:val="0"/>
          <w:numId w:val="12"/>
        </w:numPr>
        <w:spacing w:line="240" w:lineRule="auto"/>
        <w:rPr>
          <w:rFonts w:cs="Arial"/>
        </w:rPr>
      </w:pPr>
      <w:r w:rsidRPr="005779B1">
        <w:rPr>
          <w:rFonts w:cs="Arial"/>
        </w:rPr>
        <w:t>Free parking at office bases (dependent</w:t>
      </w:r>
      <w:r w:rsidR="004B7AC3" w:rsidRPr="005779B1">
        <w:rPr>
          <w:rFonts w:cs="Arial"/>
        </w:rPr>
        <w:t xml:space="preserve"> upon the work location</w:t>
      </w:r>
      <w:r w:rsidRPr="005779B1">
        <w:rPr>
          <w:rFonts w:cs="Arial"/>
        </w:rPr>
        <w:t>)</w:t>
      </w:r>
      <w:r w:rsidR="002B35AD" w:rsidRPr="005779B1">
        <w:rPr>
          <w:rFonts w:cs="Arial"/>
        </w:rPr>
        <w:t>.</w:t>
      </w:r>
    </w:p>
    <w:p w14:paraId="4B4222BA" w14:textId="1651A9B5" w:rsidR="00E41A4B" w:rsidRPr="005779B1" w:rsidRDefault="00644E3D" w:rsidP="00511F96">
      <w:pPr>
        <w:pStyle w:val="Heading2"/>
        <w:spacing w:before="0"/>
        <w:rPr>
          <w:rFonts w:ascii="Arial" w:hAnsi="Arial" w:cs="Arial"/>
          <w:color w:val="007CBB"/>
          <w:sz w:val="22"/>
          <w:szCs w:val="22"/>
        </w:rPr>
      </w:pPr>
      <w:bookmarkStart w:id="6" w:name="_Toc222994881"/>
      <w:r w:rsidRPr="005779B1">
        <w:rPr>
          <w:rFonts w:ascii="Arial" w:hAnsi="Arial" w:cs="Arial"/>
          <w:color w:val="007CBB"/>
          <w:sz w:val="22"/>
          <w:szCs w:val="22"/>
        </w:rPr>
        <w:t>About the Role</w:t>
      </w:r>
      <w:bookmarkEnd w:id="6"/>
    </w:p>
    <w:p w14:paraId="13882020" w14:textId="77777777" w:rsidR="00511F96" w:rsidRPr="005779B1" w:rsidRDefault="00511F96" w:rsidP="00FE1E81">
      <w:pPr>
        <w:spacing w:after="0"/>
        <w:jc w:val="both"/>
        <w:rPr>
          <w:rFonts w:cs="Arial"/>
        </w:rPr>
      </w:pPr>
    </w:p>
    <w:p w14:paraId="4946759F" w14:textId="021F57FC" w:rsidR="001C060B" w:rsidRDefault="007D4991" w:rsidP="00FE1E81">
      <w:pPr>
        <w:spacing w:after="0"/>
        <w:jc w:val="both"/>
        <w:rPr>
          <w:rFonts w:cs="Arial"/>
        </w:rPr>
      </w:pPr>
      <w:r w:rsidRPr="005779B1">
        <w:rPr>
          <w:rFonts w:cs="Arial"/>
        </w:rPr>
        <w:t xml:space="preserve">As a Deputy Registrar, you will </w:t>
      </w:r>
      <w:r w:rsidR="001E2518">
        <w:rPr>
          <w:rFonts w:cs="Arial"/>
        </w:rPr>
        <w:t xml:space="preserve">be an integral part of the Registration Service, carrying out </w:t>
      </w:r>
      <w:r w:rsidR="00363170" w:rsidRPr="005779B1">
        <w:rPr>
          <w:rFonts w:cs="Arial"/>
        </w:rPr>
        <w:t>a range of statutory duties</w:t>
      </w:r>
      <w:r w:rsidR="001C060B">
        <w:rPr>
          <w:rFonts w:cs="Arial"/>
        </w:rPr>
        <w:t xml:space="preserve"> and providing a high-quality, customer focused service to our residents and visitors.</w:t>
      </w:r>
    </w:p>
    <w:p w14:paraId="40B51D2B" w14:textId="77777777" w:rsidR="001C060B" w:rsidRDefault="001C060B" w:rsidP="00FE1E81">
      <w:pPr>
        <w:spacing w:after="0"/>
        <w:jc w:val="both"/>
        <w:rPr>
          <w:rFonts w:cs="Arial"/>
        </w:rPr>
      </w:pPr>
    </w:p>
    <w:p w14:paraId="559B17E1" w14:textId="4B1E507A" w:rsidR="007E086F" w:rsidRDefault="00187CA4" w:rsidP="00FE1E81">
      <w:pPr>
        <w:spacing w:after="0"/>
        <w:jc w:val="both"/>
        <w:rPr>
          <w:rFonts w:cs="Arial"/>
        </w:rPr>
      </w:pPr>
      <w:r>
        <w:rPr>
          <w:rFonts w:cs="Arial"/>
        </w:rPr>
        <w:t>You will be responsible for registering births, deaths</w:t>
      </w:r>
      <w:r w:rsidR="00363170" w:rsidRPr="005779B1">
        <w:rPr>
          <w:rFonts w:cs="Arial"/>
        </w:rPr>
        <w:t>,</w:t>
      </w:r>
      <w:r w:rsidR="004F6A66" w:rsidRPr="005779B1">
        <w:rPr>
          <w:rFonts w:cs="Arial"/>
        </w:rPr>
        <w:t xml:space="preserve"> marriages and civil partnerships</w:t>
      </w:r>
      <w:r w:rsidR="00DC0785">
        <w:rPr>
          <w:rFonts w:cs="Arial"/>
        </w:rPr>
        <w:t xml:space="preserve"> in accordance with relevant legislation</w:t>
      </w:r>
      <w:r w:rsidR="00B72799">
        <w:rPr>
          <w:rFonts w:cs="Arial"/>
        </w:rPr>
        <w:t xml:space="preserve"> and guidance. You will also conduct marriage</w:t>
      </w:r>
      <w:r w:rsidR="00624CD1">
        <w:rPr>
          <w:rFonts w:cs="Arial"/>
        </w:rPr>
        <w:t>, civil partnership and citizenship ceremonies, creating a welcoming and professional experience for couples and their guests</w:t>
      </w:r>
      <w:r w:rsidR="007E086F">
        <w:rPr>
          <w:rFonts w:cs="Arial"/>
        </w:rPr>
        <w:t>.</w:t>
      </w:r>
    </w:p>
    <w:p w14:paraId="43B2C2AE" w14:textId="77777777" w:rsidR="007E086F" w:rsidRDefault="007E086F" w:rsidP="00FE1E81">
      <w:pPr>
        <w:spacing w:after="0"/>
        <w:jc w:val="both"/>
        <w:rPr>
          <w:rFonts w:cs="Arial"/>
        </w:rPr>
      </w:pPr>
    </w:p>
    <w:p w14:paraId="7B69DFBF" w14:textId="086780AB" w:rsidR="00487059" w:rsidRDefault="007E086F" w:rsidP="00FE1E81">
      <w:pPr>
        <w:spacing w:after="0"/>
        <w:jc w:val="both"/>
        <w:rPr>
          <w:rFonts w:cs="Arial"/>
        </w:rPr>
      </w:pPr>
      <w:r>
        <w:rPr>
          <w:rFonts w:cs="Arial"/>
        </w:rPr>
        <w:t>Working across our Southport and Waterloo Register Offices, you will provide support to the Superintendent Registrar</w:t>
      </w:r>
      <w:r w:rsidR="00995E0B">
        <w:rPr>
          <w:rFonts w:cs="Arial"/>
        </w:rPr>
        <w:t xml:space="preserve"> and deputise for them when required. You will manage a </w:t>
      </w:r>
      <w:r w:rsidR="002250B5">
        <w:rPr>
          <w:rFonts w:cs="Arial"/>
        </w:rPr>
        <w:t>v</w:t>
      </w:r>
      <w:r w:rsidR="00995E0B">
        <w:rPr>
          <w:rFonts w:cs="Arial"/>
        </w:rPr>
        <w:t xml:space="preserve">aried workload, ensuring that all registrations and associated documentation are completed accurately, efficiently </w:t>
      </w:r>
      <w:r w:rsidR="00487059">
        <w:rPr>
          <w:rFonts w:cs="Arial"/>
        </w:rPr>
        <w:t>and in line with statutory requirements.</w:t>
      </w:r>
    </w:p>
    <w:p w14:paraId="18F55D4A" w14:textId="77777777" w:rsidR="00487059" w:rsidRDefault="00487059" w:rsidP="00FE1E81">
      <w:pPr>
        <w:spacing w:after="0"/>
        <w:jc w:val="both"/>
        <w:rPr>
          <w:rFonts w:cs="Arial"/>
        </w:rPr>
      </w:pPr>
    </w:p>
    <w:p w14:paraId="66197718" w14:textId="77777777" w:rsidR="005E1512" w:rsidRDefault="005E1512" w:rsidP="00FE1E81">
      <w:pPr>
        <w:spacing w:after="0"/>
        <w:jc w:val="both"/>
        <w:rPr>
          <w:rFonts w:cs="Arial"/>
        </w:rPr>
      </w:pPr>
    </w:p>
    <w:p w14:paraId="65C31877" w14:textId="498DACB7" w:rsidR="00C22D27" w:rsidRDefault="00DF7C34" w:rsidP="00FE1E81">
      <w:pPr>
        <w:spacing w:after="0"/>
        <w:jc w:val="both"/>
        <w:rPr>
          <w:rFonts w:cs="Arial"/>
        </w:rPr>
      </w:pPr>
      <w:r>
        <w:rPr>
          <w:rFonts w:cs="Arial"/>
        </w:rPr>
        <w:t xml:space="preserve">The </w:t>
      </w:r>
      <w:r w:rsidR="00487059">
        <w:rPr>
          <w:rFonts w:cs="Arial"/>
        </w:rPr>
        <w:t xml:space="preserve">role involves working with people at some of the most significant moments in their lives. You </w:t>
      </w:r>
      <w:r w:rsidR="008C4BD2">
        <w:rPr>
          <w:rFonts w:cs="Arial"/>
        </w:rPr>
        <w:t xml:space="preserve">will therefore need to demonstrate empathy, sensitivity and professionalism, </w:t>
      </w:r>
      <w:r w:rsidR="00BA03E4">
        <w:rPr>
          <w:rFonts w:cs="Arial"/>
        </w:rPr>
        <w:t>particularly</w:t>
      </w:r>
      <w:r w:rsidR="008C4BD2">
        <w:rPr>
          <w:rFonts w:cs="Arial"/>
        </w:rPr>
        <w:t xml:space="preserve"> when supporting customers who may be experiencing difficult </w:t>
      </w:r>
      <w:r w:rsidR="00C22D27">
        <w:rPr>
          <w:rFonts w:cs="Arial"/>
        </w:rPr>
        <w:t xml:space="preserve">or emotional circumstances. </w:t>
      </w:r>
    </w:p>
    <w:p w14:paraId="5DF4A298" w14:textId="77777777" w:rsidR="00C22D27" w:rsidRDefault="00C22D27" w:rsidP="00FE1E81">
      <w:pPr>
        <w:spacing w:after="0"/>
        <w:jc w:val="both"/>
        <w:rPr>
          <w:rFonts w:cs="Arial"/>
        </w:rPr>
      </w:pPr>
    </w:p>
    <w:p w14:paraId="57714E88" w14:textId="77777777" w:rsidR="002A7B06" w:rsidRDefault="00C22D27" w:rsidP="00FE1E81">
      <w:pPr>
        <w:spacing w:after="0"/>
        <w:jc w:val="both"/>
        <w:rPr>
          <w:rFonts w:cs="Arial"/>
        </w:rPr>
      </w:pPr>
      <w:r>
        <w:rPr>
          <w:rFonts w:cs="Arial"/>
        </w:rPr>
        <w:t>You will work closely with colleagues and other partners to ensure the smooth delivery of the Registration Service</w:t>
      </w:r>
      <w:r w:rsidR="007152DA">
        <w:rPr>
          <w:rFonts w:cs="Arial"/>
        </w:rPr>
        <w:t xml:space="preserve">, using excellent </w:t>
      </w:r>
      <w:r w:rsidR="002918F8">
        <w:rPr>
          <w:rFonts w:cs="Arial"/>
        </w:rPr>
        <w:t>organisational skills and attention to detail to manage completing priorities and complex legislative processe</w:t>
      </w:r>
      <w:r w:rsidR="002A7B06">
        <w:rPr>
          <w:rFonts w:cs="Arial"/>
        </w:rPr>
        <w:t xml:space="preserve">s. </w:t>
      </w:r>
    </w:p>
    <w:p w14:paraId="66544599" w14:textId="77777777" w:rsidR="002A7B06" w:rsidRDefault="002A7B06" w:rsidP="00FE1E81">
      <w:pPr>
        <w:spacing w:after="0"/>
        <w:jc w:val="both"/>
        <w:rPr>
          <w:rFonts w:cs="Arial"/>
        </w:rPr>
      </w:pPr>
    </w:p>
    <w:p w14:paraId="5F48ADF3" w14:textId="41E1A57F" w:rsidR="00997F2B" w:rsidRDefault="002A7B06" w:rsidP="00FE1E81">
      <w:pPr>
        <w:spacing w:after="0"/>
        <w:jc w:val="both"/>
        <w:rPr>
          <w:rFonts w:cs="Arial"/>
        </w:rPr>
      </w:pPr>
      <w:r>
        <w:rPr>
          <w:rFonts w:cs="Arial"/>
        </w:rPr>
        <w:t xml:space="preserve">You’ll be part of a dedicated team where collaboration, </w:t>
      </w:r>
      <w:r w:rsidR="00BA03E4">
        <w:rPr>
          <w:rFonts w:cs="Arial"/>
        </w:rPr>
        <w:t>flexibility</w:t>
      </w:r>
      <w:r>
        <w:rPr>
          <w:rFonts w:cs="Arial"/>
        </w:rPr>
        <w:t xml:space="preserve"> and a shared commitment to excellent public service </w:t>
      </w:r>
      <w:r w:rsidR="008C2554">
        <w:rPr>
          <w:rFonts w:cs="Arial"/>
        </w:rPr>
        <w:t xml:space="preserve">are at the heart of everything we do. The role requires </w:t>
      </w:r>
      <w:r w:rsidR="00BA03E4">
        <w:rPr>
          <w:rFonts w:cs="Arial"/>
        </w:rPr>
        <w:t>flexibility to</w:t>
      </w:r>
      <w:r w:rsidR="008C2554">
        <w:rPr>
          <w:rFonts w:cs="Arial"/>
        </w:rPr>
        <w:t xml:space="preserve"> work evenings, weekends and out of hours duties as required</w:t>
      </w:r>
      <w:r w:rsidR="00997F2B">
        <w:rPr>
          <w:rFonts w:cs="Arial"/>
        </w:rPr>
        <w:t xml:space="preserve">. A </w:t>
      </w:r>
      <w:r w:rsidR="002B6A16">
        <w:rPr>
          <w:rFonts w:cs="Arial"/>
        </w:rPr>
        <w:t>f</w:t>
      </w:r>
      <w:r w:rsidR="00997F2B">
        <w:rPr>
          <w:rFonts w:cs="Arial"/>
        </w:rPr>
        <w:t xml:space="preserve">ull and valid driving licence is </w:t>
      </w:r>
      <w:r w:rsidR="00BA03E4">
        <w:rPr>
          <w:rFonts w:cs="Arial"/>
        </w:rPr>
        <w:t>essential,</w:t>
      </w:r>
      <w:r w:rsidR="00997F2B">
        <w:rPr>
          <w:rFonts w:cs="Arial"/>
        </w:rPr>
        <w:t xml:space="preserve"> and you must be willing to </w:t>
      </w:r>
      <w:r w:rsidR="005E1512">
        <w:rPr>
          <w:rFonts w:cs="Arial"/>
        </w:rPr>
        <w:t>travel between</w:t>
      </w:r>
      <w:r w:rsidR="00997F2B">
        <w:rPr>
          <w:rFonts w:cs="Arial"/>
        </w:rPr>
        <w:t xml:space="preserve"> registration offices and other locations across the borough.</w:t>
      </w:r>
    </w:p>
    <w:p w14:paraId="5A3912A4" w14:textId="77777777" w:rsidR="00997F2B" w:rsidRDefault="00997F2B" w:rsidP="00FE1E81">
      <w:pPr>
        <w:spacing w:after="0"/>
        <w:jc w:val="both"/>
        <w:rPr>
          <w:rFonts w:cs="Arial"/>
        </w:rPr>
      </w:pPr>
    </w:p>
    <w:p w14:paraId="70BFA138" w14:textId="2276D7B8" w:rsidR="00997F2B" w:rsidRDefault="006A33EE" w:rsidP="00FE1E81">
      <w:pPr>
        <w:spacing w:after="0"/>
        <w:jc w:val="both"/>
        <w:rPr>
          <w:rFonts w:cs="Arial"/>
        </w:rPr>
      </w:pPr>
      <w:r>
        <w:rPr>
          <w:rFonts w:cs="Arial"/>
        </w:rPr>
        <w:t>This is a varied and rewarding role, offering the opportunity to develop your professional knowledge and make a meaning</w:t>
      </w:r>
      <w:r w:rsidR="005E1512">
        <w:rPr>
          <w:rFonts w:cs="Arial"/>
        </w:rPr>
        <w:t>ful</w:t>
      </w:r>
      <w:r w:rsidR="005256AC">
        <w:rPr>
          <w:rFonts w:cs="Arial"/>
        </w:rPr>
        <w:t xml:space="preserve"> contribution to the experience of our customers.</w:t>
      </w:r>
    </w:p>
    <w:p w14:paraId="1691577F" w14:textId="77777777" w:rsidR="005256AC" w:rsidRDefault="005256AC" w:rsidP="00FE1E81">
      <w:pPr>
        <w:spacing w:after="0"/>
        <w:jc w:val="both"/>
        <w:rPr>
          <w:rFonts w:cs="Arial"/>
        </w:rPr>
      </w:pPr>
    </w:p>
    <w:p w14:paraId="1C6BF830" w14:textId="77777777" w:rsidR="005256AC" w:rsidRDefault="005256AC" w:rsidP="00FE1E81">
      <w:pPr>
        <w:spacing w:after="0"/>
        <w:jc w:val="both"/>
        <w:rPr>
          <w:rFonts w:cs="Arial"/>
        </w:rPr>
      </w:pPr>
    </w:p>
    <w:p w14:paraId="22E741C0" w14:textId="36F4762D" w:rsidR="00032434" w:rsidRPr="005779B1" w:rsidRDefault="004F6A66" w:rsidP="005E1512">
      <w:pPr>
        <w:spacing w:after="0"/>
        <w:jc w:val="both"/>
        <w:rPr>
          <w:rFonts w:eastAsia="Times New Roman" w:cs="Arial"/>
          <w:lang w:eastAsia="en-GB"/>
        </w:rPr>
      </w:pPr>
      <w:r w:rsidRPr="005779B1">
        <w:rPr>
          <w:rFonts w:cs="Arial"/>
        </w:rPr>
        <w:t xml:space="preserve"> </w:t>
      </w:r>
      <w:r w:rsidR="00032434" w:rsidRPr="005779B1">
        <w:rPr>
          <w:rFonts w:eastAsia="Times New Roman" w:cs="Arial"/>
          <w:lang w:eastAsia="en-GB"/>
        </w:rPr>
        <w:t xml:space="preserve">Please see </w:t>
      </w:r>
      <w:r w:rsidR="00032434" w:rsidRPr="005779B1">
        <w:rPr>
          <w:rFonts w:eastAsia="Times New Roman" w:cs="Arial"/>
          <w:b/>
          <w:bCs/>
          <w:lang w:eastAsia="en-GB"/>
        </w:rPr>
        <w:t>Appendix A</w:t>
      </w:r>
      <w:r w:rsidR="006F7222" w:rsidRPr="005779B1">
        <w:rPr>
          <w:rFonts w:eastAsia="Times New Roman" w:cs="Arial"/>
          <w:b/>
          <w:bCs/>
          <w:lang w:eastAsia="en-GB"/>
        </w:rPr>
        <w:t xml:space="preserve"> (page 10)</w:t>
      </w:r>
      <w:r w:rsidR="00032434" w:rsidRPr="005779B1">
        <w:rPr>
          <w:rFonts w:eastAsia="Times New Roman" w:cs="Arial"/>
          <w:lang w:eastAsia="en-GB"/>
        </w:rPr>
        <w:t xml:space="preserve"> for a full copy of the Job Description and Person Specification.</w:t>
      </w:r>
    </w:p>
    <w:p w14:paraId="0D9B8919" w14:textId="77777777" w:rsidR="00032434" w:rsidRPr="005779B1" w:rsidRDefault="00032434" w:rsidP="00032434">
      <w:pPr>
        <w:rPr>
          <w:rFonts w:cs="Arial"/>
        </w:rPr>
      </w:pPr>
    </w:p>
    <w:p w14:paraId="421B1398" w14:textId="77777777" w:rsidR="00F86ADF" w:rsidRPr="005779B1" w:rsidRDefault="00F86ADF">
      <w:pPr>
        <w:rPr>
          <w:rFonts w:eastAsiaTheme="majorEastAsia" w:cs="Arial"/>
          <w:b/>
          <w:bCs/>
          <w:color w:val="007CBB"/>
        </w:rPr>
      </w:pPr>
      <w:r w:rsidRPr="005779B1">
        <w:rPr>
          <w:rFonts w:cs="Arial"/>
          <w:color w:val="007CBB"/>
        </w:rPr>
        <w:br w:type="page"/>
      </w:r>
    </w:p>
    <w:p w14:paraId="4F5839D7" w14:textId="77777777" w:rsidR="00F86ADF" w:rsidRPr="005779B1" w:rsidRDefault="00F86ADF" w:rsidP="00972DD3">
      <w:pPr>
        <w:pStyle w:val="Heading2"/>
        <w:spacing w:before="0" w:line="240" w:lineRule="auto"/>
        <w:rPr>
          <w:rFonts w:ascii="Arial" w:hAnsi="Arial" w:cs="Arial"/>
          <w:color w:val="007CBB"/>
          <w:sz w:val="22"/>
          <w:szCs w:val="22"/>
        </w:rPr>
      </w:pPr>
    </w:p>
    <w:p w14:paraId="41728CBE" w14:textId="23CB751A" w:rsidR="00972DD3" w:rsidRPr="005779B1" w:rsidRDefault="0001246D" w:rsidP="00972DD3">
      <w:pPr>
        <w:pStyle w:val="Heading2"/>
        <w:spacing w:before="0" w:line="240" w:lineRule="auto"/>
        <w:rPr>
          <w:rFonts w:ascii="Arial" w:hAnsi="Arial" w:cs="Arial"/>
          <w:color w:val="007CBB"/>
          <w:sz w:val="22"/>
          <w:szCs w:val="22"/>
        </w:rPr>
      </w:pPr>
      <w:bookmarkStart w:id="7" w:name="_Toc222994882"/>
      <w:r w:rsidRPr="005779B1">
        <w:rPr>
          <w:rFonts w:ascii="Arial" w:hAnsi="Arial" w:cs="Arial"/>
          <w:color w:val="007CBB"/>
          <w:sz w:val="22"/>
          <w:szCs w:val="22"/>
        </w:rPr>
        <w:t xml:space="preserve">Top </w:t>
      </w:r>
      <w:r w:rsidR="0041539A" w:rsidRPr="005779B1">
        <w:rPr>
          <w:rFonts w:ascii="Arial" w:hAnsi="Arial" w:cs="Arial"/>
          <w:color w:val="007CBB"/>
          <w:sz w:val="22"/>
          <w:szCs w:val="22"/>
        </w:rPr>
        <w:t xml:space="preserve">Tips on </w:t>
      </w:r>
      <w:r w:rsidR="00E16F88" w:rsidRPr="005779B1">
        <w:rPr>
          <w:rFonts w:ascii="Arial" w:hAnsi="Arial" w:cs="Arial"/>
          <w:color w:val="007CBB"/>
          <w:sz w:val="22"/>
          <w:szCs w:val="22"/>
        </w:rPr>
        <w:t>How to Apply</w:t>
      </w:r>
      <w:bookmarkEnd w:id="7"/>
    </w:p>
    <w:p w14:paraId="54751EE5" w14:textId="77777777" w:rsidR="00972DD3" w:rsidRPr="005779B1" w:rsidRDefault="00972DD3" w:rsidP="00972DD3">
      <w:pPr>
        <w:spacing w:after="0" w:line="240" w:lineRule="auto"/>
        <w:rPr>
          <w:rFonts w:cs="Arial"/>
        </w:rPr>
      </w:pPr>
    </w:p>
    <w:p w14:paraId="3D8C56CF" w14:textId="5D665721" w:rsidR="005F3F2A" w:rsidRPr="005779B1" w:rsidRDefault="005F3F2A" w:rsidP="00972DD3">
      <w:pPr>
        <w:spacing w:after="0" w:line="240" w:lineRule="auto"/>
        <w:rPr>
          <w:rFonts w:cs="Arial"/>
        </w:rPr>
      </w:pPr>
      <w:r w:rsidRPr="005779B1">
        <w:rPr>
          <w:rFonts w:cs="Arial"/>
        </w:rPr>
        <w:t xml:space="preserve">Submitting a strong application gives you the best chance of progressing to the next stage of the recruitment process. </w:t>
      </w:r>
      <w:r w:rsidR="00C56AA1" w:rsidRPr="005779B1">
        <w:rPr>
          <w:rFonts w:cs="Arial"/>
        </w:rPr>
        <w:t xml:space="preserve"> </w:t>
      </w:r>
      <w:r w:rsidRPr="005779B1">
        <w:rPr>
          <w:rFonts w:cs="Arial"/>
        </w:rPr>
        <w:t>The following guidance applies to all roles and will help you prepare a clear, compelling application:</w:t>
      </w:r>
    </w:p>
    <w:p w14:paraId="71F1570A" w14:textId="77777777" w:rsidR="00972DD3" w:rsidRPr="005779B1" w:rsidRDefault="00972DD3" w:rsidP="00972DD3">
      <w:pPr>
        <w:spacing w:after="0" w:line="240" w:lineRule="auto"/>
        <w:rPr>
          <w:rFonts w:cs="Arial"/>
        </w:rPr>
      </w:pPr>
    </w:p>
    <w:p w14:paraId="4BEB2042" w14:textId="77777777" w:rsidR="005F3F2A" w:rsidRPr="005779B1" w:rsidRDefault="005F3F2A" w:rsidP="005F3F2A">
      <w:pPr>
        <w:rPr>
          <w:rFonts w:cs="Arial"/>
          <w:b/>
          <w:bCs/>
        </w:rPr>
      </w:pPr>
      <w:r w:rsidRPr="005779B1">
        <w:rPr>
          <w:rFonts w:cs="Arial"/>
          <w:b/>
          <w:bCs/>
        </w:rPr>
        <w:t>1. Read the Job Description and Person Specification Thoroughly</w:t>
      </w:r>
    </w:p>
    <w:p w14:paraId="164174BF" w14:textId="77777777" w:rsidR="005F3F2A" w:rsidRPr="005779B1" w:rsidRDefault="005F3F2A" w:rsidP="00BE466B">
      <w:pPr>
        <w:numPr>
          <w:ilvl w:val="0"/>
          <w:numId w:val="31"/>
        </w:numPr>
        <w:rPr>
          <w:rFonts w:cs="Arial"/>
        </w:rPr>
      </w:pPr>
      <w:r w:rsidRPr="005779B1">
        <w:rPr>
          <w:rFonts w:cs="Arial"/>
        </w:rPr>
        <w:t>Make sure you understand the key duties, expectations, and essential criteria.</w:t>
      </w:r>
    </w:p>
    <w:p w14:paraId="28648381" w14:textId="0FCC716F" w:rsidR="00C56AA1" w:rsidRPr="005779B1" w:rsidRDefault="005F3F2A" w:rsidP="00C41AA7">
      <w:pPr>
        <w:numPr>
          <w:ilvl w:val="0"/>
          <w:numId w:val="31"/>
        </w:numPr>
        <w:rPr>
          <w:rFonts w:cs="Arial"/>
        </w:rPr>
      </w:pPr>
      <w:r w:rsidRPr="005779B1">
        <w:rPr>
          <w:rFonts w:cs="Arial"/>
        </w:rPr>
        <w:t>Use the person specification as your guide when writing your application.</w:t>
      </w:r>
    </w:p>
    <w:p w14:paraId="75841583" w14:textId="77777777" w:rsidR="005F3F2A" w:rsidRPr="005779B1" w:rsidRDefault="005F3F2A" w:rsidP="005F3F2A">
      <w:pPr>
        <w:rPr>
          <w:rFonts w:cs="Arial"/>
          <w:b/>
          <w:bCs/>
        </w:rPr>
      </w:pPr>
      <w:r w:rsidRPr="005779B1">
        <w:rPr>
          <w:rFonts w:cs="Arial"/>
          <w:b/>
          <w:bCs/>
        </w:rPr>
        <w:t>2. Provide Clear Evidence of Your Skills and Experience</w:t>
      </w:r>
    </w:p>
    <w:p w14:paraId="673A36BA" w14:textId="77777777" w:rsidR="005F3F2A" w:rsidRPr="005779B1" w:rsidRDefault="005F3F2A" w:rsidP="00BE466B">
      <w:pPr>
        <w:numPr>
          <w:ilvl w:val="0"/>
          <w:numId w:val="32"/>
        </w:numPr>
        <w:rPr>
          <w:rFonts w:cs="Arial"/>
        </w:rPr>
      </w:pPr>
      <w:r w:rsidRPr="005779B1">
        <w:rPr>
          <w:rFonts w:cs="Arial"/>
        </w:rPr>
        <w:t xml:space="preserve">Show </w:t>
      </w:r>
      <w:r w:rsidRPr="005779B1">
        <w:rPr>
          <w:rFonts w:cs="Arial"/>
          <w:i/>
          <w:iCs/>
        </w:rPr>
        <w:t>how</w:t>
      </w:r>
      <w:r w:rsidRPr="005779B1">
        <w:rPr>
          <w:rFonts w:cs="Arial"/>
        </w:rPr>
        <w:t xml:space="preserve"> you meet the criteria using specific, real examples.</w:t>
      </w:r>
    </w:p>
    <w:p w14:paraId="3F526C64" w14:textId="77777777" w:rsidR="005F3F2A" w:rsidRPr="005779B1" w:rsidRDefault="005F3F2A" w:rsidP="00BE466B">
      <w:pPr>
        <w:numPr>
          <w:ilvl w:val="0"/>
          <w:numId w:val="32"/>
        </w:numPr>
        <w:rPr>
          <w:rFonts w:cs="Arial"/>
        </w:rPr>
      </w:pPr>
      <w:r w:rsidRPr="005779B1">
        <w:rPr>
          <w:rFonts w:cs="Arial"/>
        </w:rPr>
        <w:t xml:space="preserve">Consider using the </w:t>
      </w:r>
      <w:r w:rsidRPr="005779B1">
        <w:rPr>
          <w:rFonts w:cs="Arial"/>
          <w:b/>
          <w:bCs/>
        </w:rPr>
        <w:t>STAR method</w:t>
      </w:r>
      <w:r w:rsidRPr="005779B1">
        <w:rPr>
          <w:rFonts w:cs="Arial"/>
        </w:rPr>
        <w:t xml:space="preserve"> (Situation, Task, Action, Result) to structure your responses.</w:t>
      </w:r>
    </w:p>
    <w:p w14:paraId="5815049B" w14:textId="77777777" w:rsidR="005F3F2A" w:rsidRPr="005779B1" w:rsidRDefault="005F3F2A" w:rsidP="005F3F2A">
      <w:pPr>
        <w:rPr>
          <w:rFonts w:cs="Arial"/>
          <w:b/>
          <w:bCs/>
        </w:rPr>
      </w:pPr>
      <w:r w:rsidRPr="005779B1">
        <w:rPr>
          <w:rFonts w:cs="Arial"/>
          <w:b/>
          <w:bCs/>
        </w:rPr>
        <w:t>3. Tailor Your Application</w:t>
      </w:r>
    </w:p>
    <w:p w14:paraId="395E84B4" w14:textId="4DDC7475" w:rsidR="005F3F2A" w:rsidRPr="005779B1" w:rsidRDefault="005F3F2A" w:rsidP="00BE466B">
      <w:pPr>
        <w:numPr>
          <w:ilvl w:val="0"/>
          <w:numId w:val="33"/>
        </w:numPr>
        <w:rPr>
          <w:rFonts w:cs="Arial"/>
        </w:rPr>
      </w:pPr>
      <w:r w:rsidRPr="005779B1">
        <w:rPr>
          <w:rFonts w:cs="Arial"/>
        </w:rPr>
        <w:t xml:space="preserve">Avoid generic statements. </w:t>
      </w:r>
      <w:r w:rsidR="003E54C5" w:rsidRPr="005779B1">
        <w:rPr>
          <w:rFonts w:cs="Arial"/>
        </w:rPr>
        <w:t xml:space="preserve"> </w:t>
      </w:r>
      <w:r w:rsidRPr="005779B1">
        <w:rPr>
          <w:rFonts w:cs="Arial"/>
        </w:rPr>
        <w:t>Focus on experience that directly relates to the role you are applying for.</w:t>
      </w:r>
    </w:p>
    <w:p w14:paraId="7A15B16C" w14:textId="77777777" w:rsidR="005F3F2A" w:rsidRPr="005779B1" w:rsidRDefault="005F3F2A" w:rsidP="00BE466B">
      <w:pPr>
        <w:numPr>
          <w:ilvl w:val="0"/>
          <w:numId w:val="33"/>
        </w:numPr>
        <w:rPr>
          <w:rFonts w:cs="Arial"/>
        </w:rPr>
      </w:pPr>
      <w:r w:rsidRPr="005779B1">
        <w:rPr>
          <w:rFonts w:cs="Arial"/>
        </w:rPr>
        <w:t>Demonstrate how your strengths align with the organisation’s values and priorities.</w:t>
      </w:r>
    </w:p>
    <w:p w14:paraId="2D4479BE" w14:textId="77777777" w:rsidR="005F3F2A" w:rsidRPr="005779B1" w:rsidRDefault="005F3F2A" w:rsidP="005F3F2A">
      <w:pPr>
        <w:rPr>
          <w:rFonts w:cs="Arial"/>
          <w:b/>
          <w:bCs/>
        </w:rPr>
      </w:pPr>
      <w:r w:rsidRPr="005779B1">
        <w:rPr>
          <w:rFonts w:cs="Arial"/>
          <w:b/>
          <w:bCs/>
        </w:rPr>
        <w:t>4. Highlight Your Achievements</w:t>
      </w:r>
    </w:p>
    <w:p w14:paraId="36FF2B17" w14:textId="77777777" w:rsidR="005F3F2A" w:rsidRPr="005779B1" w:rsidRDefault="005F3F2A" w:rsidP="00BE466B">
      <w:pPr>
        <w:numPr>
          <w:ilvl w:val="0"/>
          <w:numId w:val="34"/>
        </w:numPr>
        <w:rPr>
          <w:rFonts w:cs="Arial"/>
        </w:rPr>
      </w:pPr>
      <w:r w:rsidRPr="005779B1">
        <w:rPr>
          <w:rFonts w:cs="Arial"/>
        </w:rPr>
        <w:t>Include examples of work you are proud of or significant contributions you have made in previous roles.</w:t>
      </w:r>
    </w:p>
    <w:p w14:paraId="528CE417" w14:textId="4E1EA777" w:rsidR="00115BE7" w:rsidRPr="005779B1" w:rsidRDefault="005F3F2A" w:rsidP="00115BE7">
      <w:pPr>
        <w:numPr>
          <w:ilvl w:val="0"/>
          <w:numId w:val="34"/>
        </w:numPr>
        <w:rPr>
          <w:rFonts w:cs="Arial"/>
        </w:rPr>
      </w:pPr>
      <w:r w:rsidRPr="005779B1">
        <w:rPr>
          <w:rFonts w:cs="Arial"/>
        </w:rPr>
        <w:t xml:space="preserve">Emphasise impact </w:t>
      </w:r>
      <w:r w:rsidR="003E54C5" w:rsidRPr="005779B1">
        <w:rPr>
          <w:rFonts w:cs="Arial"/>
        </w:rPr>
        <w:t>–</w:t>
      </w:r>
      <w:r w:rsidRPr="005779B1">
        <w:rPr>
          <w:rFonts w:cs="Arial"/>
        </w:rPr>
        <w:t xml:space="preserve"> improvements, efficiencies, positive outcomes, or innovations.</w:t>
      </w:r>
    </w:p>
    <w:p w14:paraId="01964C62" w14:textId="77777777" w:rsidR="005F3F2A" w:rsidRPr="005779B1" w:rsidRDefault="005F3F2A" w:rsidP="005F3F2A">
      <w:pPr>
        <w:rPr>
          <w:rFonts w:cs="Arial"/>
          <w:b/>
          <w:bCs/>
        </w:rPr>
      </w:pPr>
      <w:r w:rsidRPr="005779B1">
        <w:rPr>
          <w:rFonts w:cs="Arial"/>
          <w:b/>
          <w:bCs/>
        </w:rPr>
        <w:t>5. Be Clear About Qualifications and Training</w:t>
      </w:r>
    </w:p>
    <w:p w14:paraId="7DFCFD20" w14:textId="77777777" w:rsidR="005F3F2A" w:rsidRPr="005779B1" w:rsidRDefault="005F3F2A" w:rsidP="00BE466B">
      <w:pPr>
        <w:numPr>
          <w:ilvl w:val="0"/>
          <w:numId w:val="35"/>
        </w:numPr>
        <w:rPr>
          <w:rFonts w:cs="Arial"/>
        </w:rPr>
      </w:pPr>
      <w:r w:rsidRPr="005779B1">
        <w:rPr>
          <w:rFonts w:cs="Arial"/>
        </w:rPr>
        <w:t>List all relevant qualifications and professional training, including dates and awarding bodies.</w:t>
      </w:r>
    </w:p>
    <w:p w14:paraId="6D87B74C" w14:textId="77777777" w:rsidR="005F3F2A" w:rsidRPr="005779B1" w:rsidRDefault="005F3F2A" w:rsidP="00BE466B">
      <w:pPr>
        <w:numPr>
          <w:ilvl w:val="0"/>
          <w:numId w:val="35"/>
        </w:numPr>
        <w:rPr>
          <w:rFonts w:cs="Arial"/>
        </w:rPr>
      </w:pPr>
      <w:r w:rsidRPr="005779B1">
        <w:rPr>
          <w:rFonts w:cs="Arial"/>
        </w:rPr>
        <w:t>If you are working towards a qualification, include expected completion dates.</w:t>
      </w:r>
    </w:p>
    <w:p w14:paraId="0A8FE1F6" w14:textId="77777777" w:rsidR="005F3F2A" w:rsidRPr="005779B1" w:rsidRDefault="005F3F2A" w:rsidP="005F3F2A">
      <w:pPr>
        <w:rPr>
          <w:rFonts w:cs="Arial"/>
          <w:b/>
          <w:bCs/>
        </w:rPr>
      </w:pPr>
      <w:r w:rsidRPr="005779B1">
        <w:rPr>
          <w:rFonts w:cs="Arial"/>
          <w:b/>
          <w:bCs/>
        </w:rPr>
        <w:t>6. Showcase Transferable Skills</w:t>
      </w:r>
    </w:p>
    <w:p w14:paraId="4CDC5DE1" w14:textId="77777777" w:rsidR="005F3F2A" w:rsidRPr="005779B1" w:rsidRDefault="005F3F2A" w:rsidP="00BE466B">
      <w:pPr>
        <w:numPr>
          <w:ilvl w:val="0"/>
          <w:numId w:val="36"/>
        </w:numPr>
        <w:rPr>
          <w:rFonts w:cs="Arial"/>
        </w:rPr>
      </w:pPr>
      <w:r w:rsidRPr="005779B1">
        <w:rPr>
          <w:rFonts w:cs="Arial"/>
        </w:rPr>
        <w:t>Skills such as communication, teamwork, problem-solving, digital literacy, and organisation are valuable across all roles.</w:t>
      </w:r>
    </w:p>
    <w:p w14:paraId="051DCC3F" w14:textId="77777777" w:rsidR="003713DB" w:rsidRPr="005779B1" w:rsidRDefault="003713DB" w:rsidP="003713DB">
      <w:pPr>
        <w:ind w:left="720"/>
        <w:rPr>
          <w:rFonts w:cs="Arial"/>
        </w:rPr>
      </w:pPr>
    </w:p>
    <w:p w14:paraId="51B7113A" w14:textId="77777777" w:rsidR="00C41AA7" w:rsidRPr="005779B1" w:rsidRDefault="00C41AA7" w:rsidP="001115BF">
      <w:pPr>
        <w:rPr>
          <w:rFonts w:cs="Arial"/>
        </w:rPr>
      </w:pPr>
    </w:p>
    <w:p w14:paraId="3D0A4D77" w14:textId="31286EDD" w:rsidR="005F3F2A" w:rsidRPr="005779B1" w:rsidRDefault="005F3F2A" w:rsidP="00BE466B">
      <w:pPr>
        <w:numPr>
          <w:ilvl w:val="0"/>
          <w:numId w:val="36"/>
        </w:numPr>
        <w:rPr>
          <w:rFonts w:cs="Arial"/>
        </w:rPr>
      </w:pPr>
      <w:r w:rsidRPr="005779B1">
        <w:rPr>
          <w:rFonts w:cs="Arial"/>
        </w:rPr>
        <w:t>Provide examples that demonstrate these effectively.</w:t>
      </w:r>
    </w:p>
    <w:p w14:paraId="4F4AA812" w14:textId="77777777" w:rsidR="005F3F2A" w:rsidRPr="005779B1" w:rsidRDefault="005F3F2A" w:rsidP="005F3F2A">
      <w:pPr>
        <w:rPr>
          <w:rFonts w:cs="Arial"/>
          <w:b/>
          <w:bCs/>
        </w:rPr>
      </w:pPr>
      <w:r w:rsidRPr="005779B1">
        <w:rPr>
          <w:rFonts w:cs="Arial"/>
          <w:b/>
          <w:bCs/>
        </w:rPr>
        <w:t>7. Check Your Application Carefully</w:t>
      </w:r>
    </w:p>
    <w:p w14:paraId="7E1E8C35" w14:textId="77777777" w:rsidR="005F3F2A" w:rsidRPr="005779B1" w:rsidRDefault="005F3F2A" w:rsidP="00BE466B">
      <w:pPr>
        <w:numPr>
          <w:ilvl w:val="0"/>
          <w:numId w:val="37"/>
        </w:numPr>
        <w:rPr>
          <w:rFonts w:cs="Arial"/>
        </w:rPr>
      </w:pPr>
      <w:r w:rsidRPr="005779B1">
        <w:rPr>
          <w:rFonts w:cs="Arial"/>
        </w:rPr>
        <w:t>Review your responses for clarity, spelling, and completeness.</w:t>
      </w:r>
    </w:p>
    <w:p w14:paraId="74F5CD01" w14:textId="77777777" w:rsidR="005F3F2A" w:rsidRPr="005779B1" w:rsidRDefault="005F3F2A" w:rsidP="00BE466B">
      <w:pPr>
        <w:numPr>
          <w:ilvl w:val="0"/>
          <w:numId w:val="37"/>
        </w:numPr>
        <w:rPr>
          <w:rFonts w:cs="Arial"/>
        </w:rPr>
      </w:pPr>
      <w:r w:rsidRPr="005779B1">
        <w:rPr>
          <w:rFonts w:cs="Arial"/>
        </w:rPr>
        <w:t>Ensure all sections of the application form have been filled in fully.</w:t>
      </w:r>
    </w:p>
    <w:p w14:paraId="14C69408" w14:textId="77777777" w:rsidR="005F3F2A" w:rsidRPr="005779B1" w:rsidRDefault="005F3F2A" w:rsidP="005F3F2A">
      <w:pPr>
        <w:rPr>
          <w:rFonts w:cs="Arial"/>
          <w:b/>
          <w:bCs/>
        </w:rPr>
      </w:pPr>
      <w:r w:rsidRPr="005779B1">
        <w:rPr>
          <w:rFonts w:cs="Arial"/>
          <w:b/>
          <w:bCs/>
        </w:rPr>
        <w:t>8. Submit Your Application Before the Deadline</w:t>
      </w:r>
    </w:p>
    <w:p w14:paraId="2129A357" w14:textId="77777777" w:rsidR="005F3F2A" w:rsidRPr="005779B1" w:rsidRDefault="005F3F2A" w:rsidP="00BE466B">
      <w:pPr>
        <w:numPr>
          <w:ilvl w:val="0"/>
          <w:numId w:val="38"/>
        </w:numPr>
        <w:rPr>
          <w:rFonts w:cs="Arial"/>
        </w:rPr>
      </w:pPr>
      <w:r w:rsidRPr="005779B1">
        <w:rPr>
          <w:rFonts w:cs="Arial"/>
        </w:rPr>
        <w:t>Note the closing date and allow plenty of time to prepare your application.</w:t>
      </w:r>
    </w:p>
    <w:p w14:paraId="364D3CA1" w14:textId="76FE5D31" w:rsidR="00B37171" w:rsidRPr="005779B1" w:rsidRDefault="005F3F2A" w:rsidP="00BE0E7F">
      <w:pPr>
        <w:numPr>
          <w:ilvl w:val="0"/>
          <w:numId w:val="38"/>
        </w:numPr>
        <w:rPr>
          <w:rFonts w:cs="Arial"/>
        </w:rPr>
      </w:pPr>
      <w:r w:rsidRPr="005779B1">
        <w:rPr>
          <w:rFonts w:cs="Arial"/>
        </w:rPr>
        <w:t>Late submissions usually cannot be considered.</w:t>
      </w:r>
    </w:p>
    <w:p w14:paraId="2D98CC19" w14:textId="77777777" w:rsidR="005F3F2A" w:rsidRPr="005779B1" w:rsidRDefault="005F3F2A" w:rsidP="005F3F2A">
      <w:pPr>
        <w:rPr>
          <w:rFonts w:cs="Arial"/>
          <w:b/>
          <w:bCs/>
        </w:rPr>
      </w:pPr>
      <w:r w:rsidRPr="005779B1">
        <w:rPr>
          <w:rFonts w:cs="Arial"/>
          <w:b/>
          <w:bCs/>
        </w:rPr>
        <w:t>9. Prepare for Potential Next Steps</w:t>
      </w:r>
    </w:p>
    <w:p w14:paraId="59DAAC74" w14:textId="77777777" w:rsidR="005F3F2A" w:rsidRPr="005779B1" w:rsidRDefault="005F3F2A" w:rsidP="00BE466B">
      <w:pPr>
        <w:numPr>
          <w:ilvl w:val="0"/>
          <w:numId w:val="39"/>
        </w:numPr>
        <w:rPr>
          <w:rFonts w:cs="Arial"/>
        </w:rPr>
      </w:pPr>
      <w:r w:rsidRPr="005779B1">
        <w:rPr>
          <w:rFonts w:cs="Arial"/>
        </w:rPr>
        <w:t>If shortlisted, you may be invited to an interview, assessment task, or presentation.</w:t>
      </w:r>
    </w:p>
    <w:p w14:paraId="581B9F28" w14:textId="77777777" w:rsidR="00651D5D" w:rsidRPr="005779B1" w:rsidRDefault="005F3F2A" w:rsidP="00BE466B">
      <w:pPr>
        <w:numPr>
          <w:ilvl w:val="0"/>
          <w:numId w:val="39"/>
        </w:numPr>
        <w:rPr>
          <w:rFonts w:cs="Arial"/>
        </w:rPr>
      </w:pPr>
      <w:r w:rsidRPr="005779B1">
        <w:rPr>
          <w:rFonts w:cs="Arial"/>
        </w:rPr>
        <w:t>Be ready to discuss your experience, approach to work, and examples of how you meet the role’s requirements.</w:t>
      </w:r>
    </w:p>
    <w:p w14:paraId="31B61E72" w14:textId="6C70DD12" w:rsidR="00E4716C" w:rsidRPr="005779B1" w:rsidRDefault="00E4716C" w:rsidP="00317E97">
      <w:pPr>
        <w:pStyle w:val="Heading2"/>
        <w:rPr>
          <w:rFonts w:ascii="Arial" w:hAnsi="Arial" w:cs="Arial"/>
          <w:sz w:val="22"/>
          <w:szCs w:val="22"/>
        </w:rPr>
      </w:pPr>
      <w:bookmarkStart w:id="8" w:name="_Toc222994883"/>
      <w:r w:rsidRPr="005779B1">
        <w:rPr>
          <w:rFonts w:ascii="Arial" w:hAnsi="Arial" w:cs="Arial"/>
          <w:sz w:val="22"/>
          <w:szCs w:val="22"/>
        </w:rPr>
        <w:t>Application and Selection Information</w:t>
      </w:r>
      <w:bookmarkEnd w:id="8"/>
    </w:p>
    <w:p w14:paraId="0F95C9CD" w14:textId="77777777" w:rsidR="00651D5D" w:rsidRPr="005779B1" w:rsidRDefault="00651D5D" w:rsidP="00651D5D">
      <w:pPr>
        <w:spacing w:after="0" w:line="240" w:lineRule="auto"/>
        <w:rPr>
          <w:rFonts w:cs="Arial"/>
        </w:rPr>
      </w:pPr>
    </w:p>
    <w:p w14:paraId="61F5E647" w14:textId="5E0BFCFF" w:rsidR="00B37171" w:rsidRPr="005779B1" w:rsidRDefault="00E4716C" w:rsidP="00651D5D">
      <w:pPr>
        <w:spacing w:after="0" w:line="240" w:lineRule="auto"/>
        <w:rPr>
          <w:rFonts w:cs="Arial"/>
        </w:rPr>
      </w:pPr>
      <w:r w:rsidRPr="005779B1">
        <w:rPr>
          <w:rFonts w:cs="Arial"/>
        </w:rPr>
        <w:t xml:space="preserve">The closing date for this vacancy is </w:t>
      </w:r>
      <w:r w:rsidR="0077437B" w:rsidRPr="005779B1">
        <w:rPr>
          <w:rFonts w:cs="Arial"/>
        </w:rPr>
        <w:t xml:space="preserve">Friday </w:t>
      </w:r>
      <w:r w:rsidR="006F7A45">
        <w:rPr>
          <w:rFonts w:cs="Arial"/>
        </w:rPr>
        <w:t>6</w:t>
      </w:r>
      <w:r w:rsidR="006F7A45" w:rsidRPr="006F7A45">
        <w:rPr>
          <w:rFonts w:cs="Arial"/>
          <w:vertAlign w:val="superscript"/>
        </w:rPr>
        <w:t>th</w:t>
      </w:r>
      <w:r w:rsidR="006F7A45">
        <w:rPr>
          <w:rFonts w:cs="Arial"/>
        </w:rPr>
        <w:t xml:space="preserve"> November</w:t>
      </w:r>
      <w:r w:rsidR="0077437B" w:rsidRPr="005779B1">
        <w:rPr>
          <w:rFonts w:cs="Arial"/>
        </w:rPr>
        <w:t xml:space="preserve"> 2026</w:t>
      </w:r>
      <w:r w:rsidR="00300AAC" w:rsidRPr="005779B1">
        <w:rPr>
          <w:rFonts w:cs="Arial"/>
        </w:rPr>
        <w:t>(or earlier in the event of high volume of applications being received)</w:t>
      </w:r>
      <w:r w:rsidRPr="005779B1">
        <w:rPr>
          <w:rFonts w:cs="Arial"/>
        </w:rPr>
        <w:t>.</w:t>
      </w:r>
      <w:r w:rsidRPr="005779B1">
        <w:rPr>
          <w:rFonts w:cs="Arial"/>
        </w:rPr>
        <w:br/>
      </w:r>
    </w:p>
    <w:p w14:paraId="32BAC8F7" w14:textId="6427900C" w:rsidR="00E4716C" w:rsidRPr="005779B1" w:rsidRDefault="00E4716C" w:rsidP="00651D5D">
      <w:pPr>
        <w:spacing w:after="0" w:line="240" w:lineRule="auto"/>
        <w:rPr>
          <w:rFonts w:cs="Arial"/>
        </w:rPr>
      </w:pPr>
      <w:r w:rsidRPr="005779B1">
        <w:rPr>
          <w:rFonts w:cs="Arial"/>
        </w:rPr>
        <w:t xml:space="preserve">Provisional interview dates are </w:t>
      </w:r>
      <w:r w:rsidR="006F7A45">
        <w:rPr>
          <w:rFonts w:cs="Arial"/>
          <w:b/>
          <w:bCs/>
        </w:rPr>
        <w:t>Monday 23</w:t>
      </w:r>
      <w:r w:rsidR="006F7A45" w:rsidRPr="006F7A45">
        <w:rPr>
          <w:rFonts w:cs="Arial"/>
          <w:b/>
          <w:bCs/>
          <w:vertAlign w:val="superscript"/>
        </w:rPr>
        <w:t>rd</w:t>
      </w:r>
      <w:r w:rsidR="006F7A45">
        <w:rPr>
          <w:rFonts w:cs="Arial"/>
          <w:b/>
          <w:bCs/>
        </w:rPr>
        <w:t xml:space="preserve"> November 2026</w:t>
      </w:r>
    </w:p>
    <w:p w14:paraId="7375E0A7" w14:textId="77777777" w:rsidR="00651D5D" w:rsidRPr="005779B1" w:rsidRDefault="00651D5D" w:rsidP="00651D5D">
      <w:pPr>
        <w:spacing w:after="0" w:line="240" w:lineRule="auto"/>
        <w:rPr>
          <w:rFonts w:cs="Arial"/>
        </w:rPr>
      </w:pPr>
    </w:p>
    <w:p w14:paraId="5758C120" w14:textId="0BDA16DD" w:rsidR="006A52BC" w:rsidRPr="005779B1" w:rsidRDefault="7872E659" w:rsidP="006A52BC">
      <w:pPr>
        <w:rPr>
          <w:rFonts w:eastAsia="Arial" w:cs="Arial"/>
        </w:rPr>
      </w:pPr>
      <w:r w:rsidRPr="005779B1">
        <w:rPr>
          <w:rFonts w:eastAsia="Montserrat" w:cs="Arial"/>
          <w:color w:val="2A2A2A"/>
        </w:rPr>
        <w:t xml:space="preserve">We are an Equal Opportunities Employer; all candidates will receive equal treatment. </w:t>
      </w:r>
      <w:r w:rsidR="76C8ABAD" w:rsidRPr="005779B1">
        <w:rPr>
          <w:rFonts w:eastAsia="Montserrat" w:cs="Arial"/>
          <w:color w:val="2A2A2A"/>
        </w:rPr>
        <w:t xml:space="preserve"> </w:t>
      </w:r>
      <w:r w:rsidRPr="005779B1">
        <w:rPr>
          <w:rFonts w:eastAsia="Montserrat" w:cs="Arial"/>
          <w:color w:val="2A2A2A"/>
        </w:rPr>
        <w:t>Our decision to appoint will be based upon whether an individual’s skills, experience, qualifications, and abilities make them the most suitable candidate for the role.</w:t>
      </w:r>
    </w:p>
    <w:p w14:paraId="7EED794C" w14:textId="03EA43EC" w:rsidR="00BE466B" w:rsidRPr="005779B1" w:rsidRDefault="500CC985" w:rsidP="006A52BC">
      <w:pPr>
        <w:rPr>
          <w:rFonts w:eastAsia="Montserrat" w:cs="Arial"/>
        </w:rPr>
      </w:pPr>
      <w:r w:rsidRPr="005779B1">
        <w:rPr>
          <w:rFonts w:eastAsia="Montserrat" w:cs="Arial"/>
          <w:color w:val="2A2A2A"/>
        </w:rPr>
        <w:t>All disabled and care experienced applicants will be offered an interview where they meet all essential criteria on the person specification.</w:t>
      </w:r>
    </w:p>
    <w:p w14:paraId="4ED4E997" w14:textId="6A8486E2" w:rsidR="00B7578E" w:rsidRPr="005779B1" w:rsidRDefault="006A52BC" w:rsidP="001115BF">
      <w:pPr>
        <w:rPr>
          <w:rFonts w:cs="Arial"/>
          <w:b/>
          <w:bCs/>
        </w:rPr>
      </w:pPr>
      <w:r w:rsidRPr="005779B1">
        <w:rPr>
          <w:rFonts w:cs="Arial"/>
          <w:b/>
          <w:bCs/>
        </w:rPr>
        <w:t xml:space="preserve">Please ensure that you meet </w:t>
      </w:r>
      <w:r w:rsidR="006F7222" w:rsidRPr="005779B1">
        <w:rPr>
          <w:rFonts w:cs="Arial"/>
          <w:b/>
          <w:bCs/>
        </w:rPr>
        <w:t>all</w:t>
      </w:r>
      <w:r w:rsidRPr="005779B1">
        <w:rPr>
          <w:rFonts w:cs="Arial"/>
          <w:b/>
          <w:bCs/>
        </w:rPr>
        <w:t xml:space="preserve"> the essential criteria outlined in the person specification before submitting your application. </w:t>
      </w:r>
      <w:r w:rsidR="00B37171" w:rsidRPr="005779B1">
        <w:rPr>
          <w:rFonts w:cs="Arial"/>
          <w:b/>
          <w:bCs/>
        </w:rPr>
        <w:t xml:space="preserve"> </w:t>
      </w:r>
      <w:r w:rsidRPr="005779B1">
        <w:rPr>
          <w:rFonts w:cs="Arial"/>
          <w:b/>
          <w:bCs/>
        </w:rPr>
        <w:t>Only applicants who demonstrate that they meet all essential criteria will be considered and invited to interview</w:t>
      </w:r>
      <w:r w:rsidR="001115BF" w:rsidRPr="005779B1">
        <w:rPr>
          <w:rFonts w:cs="Arial"/>
          <w:b/>
          <w:bCs/>
        </w:rPr>
        <w:t>.</w:t>
      </w:r>
    </w:p>
    <w:p w14:paraId="78E4E2CB" w14:textId="77777777" w:rsidR="001115BF" w:rsidRPr="005779B1" w:rsidRDefault="001115BF" w:rsidP="001115BF">
      <w:pPr>
        <w:rPr>
          <w:rFonts w:cs="Arial"/>
        </w:rPr>
      </w:pPr>
    </w:p>
    <w:p w14:paraId="7076EC4D" w14:textId="77777777" w:rsidR="001115BF" w:rsidRPr="005779B1" w:rsidRDefault="001115BF" w:rsidP="001115BF">
      <w:pPr>
        <w:rPr>
          <w:rFonts w:cs="Arial"/>
        </w:rPr>
      </w:pPr>
    </w:p>
    <w:p w14:paraId="7E6E0147" w14:textId="793780FD" w:rsidR="00511F96" w:rsidRPr="005779B1" w:rsidRDefault="00E16F88" w:rsidP="00FC5D9A">
      <w:pPr>
        <w:pStyle w:val="Heading2"/>
        <w:rPr>
          <w:rFonts w:ascii="Arial" w:hAnsi="Arial" w:cs="Arial"/>
          <w:color w:val="007CBB"/>
          <w:sz w:val="22"/>
          <w:szCs w:val="22"/>
        </w:rPr>
      </w:pPr>
      <w:bookmarkStart w:id="9" w:name="_Toc222994884"/>
      <w:r w:rsidRPr="005779B1">
        <w:rPr>
          <w:rFonts w:ascii="Arial" w:hAnsi="Arial" w:cs="Arial"/>
          <w:color w:val="007CBB"/>
          <w:sz w:val="22"/>
          <w:szCs w:val="22"/>
        </w:rPr>
        <w:t xml:space="preserve">Appendix A – </w:t>
      </w:r>
      <w:r w:rsidR="00B7578E" w:rsidRPr="005779B1">
        <w:rPr>
          <w:rFonts w:ascii="Arial" w:hAnsi="Arial" w:cs="Arial"/>
          <w:color w:val="007CBB"/>
          <w:sz w:val="22"/>
          <w:szCs w:val="22"/>
        </w:rPr>
        <w:t>Job Description and Person Specification</w:t>
      </w:r>
      <w:bookmarkStart w:id="10" w:name="_Toc221808701"/>
      <w:bookmarkEnd w:id="9"/>
    </w:p>
    <w:p w14:paraId="6A191F27" w14:textId="77777777" w:rsidR="00FC5D9A" w:rsidRPr="005779B1" w:rsidRDefault="00FC5D9A" w:rsidP="00FC5D9A">
      <w:pPr>
        <w:rPr>
          <w:rFonts w:cs="Arial"/>
        </w:rPr>
      </w:pPr>
    </w:p>
    <w:bookmarkEnd w:id="10"/>
    <w:p w14:paraId="59A0D8F9" w14:textId="6D631500" w:rsidR="00B7578E" w:rsidRPr="005779B1" w:rsidRDefault="00FC5D9A" w:rsidP="00B7578E">
      <w:pPr>
        <w:rPr>
          <w:rFonts w:cs="Arial"/>
          <w:b/>
          <w:bCs/>
        </w:rPr>
      </w:pPr>
      <w:r w:rsidRPr="005779B1">
        <w:rPr>
          <w:rFonts w:cs="Arial"/>
          <w:b/>
          <w:bCs/>
        </w:rPr>
        <w:lastRenderedPageBreak/>
        <w:t xml:space="preserve">Post: </w:t>
      </w:r>
      <w:r w:rsidR="00E715A6" w:rsidRPr="005779B1">
        <w:rPr>
          <w:rFonts w:cs="Arial"/>
          <w:b/>
          <w:bCs/>
        </w:rPr>
        <w:t xml:space="preserve">                         Casual Deputy </w:t>
      </w:r>
      <w:r w:rsidR="00411A05" w:rsidRPr="005779B1">
        <w:rPr>
          <w:rFonts w:cs="Arial"/>
          <w:b/>
          <w:bCs/>
        </w:rPr>
        <w:t>Registrar</w:t>
      </w:r>
    </w:p>
    <w:p w14:paraId="1AE77A83" w14:textId="7810638B" w:rsidR="00547C3F" w:rsidRPr="005779B1" w:rsidRDefault="00E16F88">
      <w:pPr>
        <w:rPr>
          <w:rFonts w:cs="Arial"/>
        </w:rPr>
      </w:pPr>
      <w:r w:rsidRPr="005779B1">
        <w:rPr>
          <w:rFonts w:cs="Arial"/>
          <w:b/>
          <w:bCs/>
        </w:rPr>
        <w:t>Directorate:</w:t>
      </w:r>
      <w:r w:rsidRPr="005779B1">
        <w:rPr>
          <w:rFonts w:cs="Arial"/>
        </w:rPr>
        <w:t xml:space="preserve"> </w:t>
      </w:r>
      <w:r w:rsidR="00B7578E" w:rsidRPr="005779B1">
        <w:rPr>
          <w:rFonts w:cs="Arial"/>
        </w:rPr>
        <w:tab/>
      </w:r>
      <w:r w:rsidR="00F044C3" w:rsidRPr="005779B1">
        <w:rPr>
          <w:rFonts w:cs="Arial"/>
        </w:rPr>
        <w:t xml:space="preserve">            Corporate Resources</w:t>
      </w:r>
    </w:p>
    <w:p w14:paraId="4272A21D" w14:textId="0CE8ADB3" w:rsidR="002E7AA9" w:rsidRPr="005779B1" w:rsidRDefault="00E16F88">
      <w:pPr>
        <w:rPr>
          <w:rFonts w:cs="Arial"/>
        </w:rPr>
      </w:pPr>
      <w:r w:rsidRPr="005779B1">
        <w:rPr>
          <w:rFonts w:cs="Arial"/>
          <w:b/>
          <w:bCs/>
        </w:rPr>
        <w:t>Location:</w:t>
      </w:r>
      <w:r w:rsidRPr="005779B1">
        <w:rPr>
          <w:rFonts w:cs="Arial"/>
        </w:rPr>
        <w:t xml:space="preserve"> </w:t>
      </w:r>
      <w:r w:rsidR="00B7578E" w:rsidRPr="005779B1">
        <w:rPr>
          <w:rFonts w:cs="Arial"/>
        </w:rPr>
        <w:tab/>
      </w:r>
      <w:r w:rsidR="00B7578E" w:rsidRPr="005779B1">
        <w:rPr>
          <w:rFonts w:cs="Arial"/>
        </w:rPr>
        <w:tab/>
      </w:r>
      <w:r w:rsidR="00E715A6" w:rsidRPr="005779B1">
        <w:rPr>
          <w:rFonts w:cs="Arial"/>
        </w:rPr>
        <w:t xml:space="preserve">Borough </w:t>
      </w:r>
      <w:r w:rsidR="00F044C3" w:rsidRPr="005779B1">
        <w:rPr>
          <w:rFonts w:cs="Arial"/>
        </w:rPr>
        <w:t>W</w:t>
      </w:r>
      <w:r w:rsidR="00E715A6" w:rsidRPr="005779B1">
        <w:rPr>
          <w:rFonts w:cs="Arial"/>
        </w:rPr>
        <w:t>ide</w:t>
      </w:r>
    </w:p>
    <w:p w14:paraId="49D56F0C" w14:textId="72DDB88A" w:rsidR="00547C3F" w:rsidRPr="005779B1" w:rsidRDefault="00E16F88">
      <w:pPr>
        <w:rPr>
          <w:rFonts w:cs="Arial"/>
        </w:rPr>
      </w:pPr>
      <w:r w:rsidRPr="005779B1">
        <w:rPr>
          <w:rFonts w:cs="Arial"/>
          <w:b/>
          <w:bCs/>
        </w:rPr>
        <w:t>Division:</w:t>
      </w:r>
      <w:r w:rsidRPr="005779B1">
        <w:rPr>
          <w:rFonts w:cs="Arial"/>
        </w:rPr>
        <w:t xml:space="preserve"> </w:t>
      </w:r>
      <w:r w:rsidR="00F1522F" w:rsidRPr="005779B1">
        <w:rPr>
          <w:rFonts w:cs="Arial"/>
        </w:rPr>
        <w:tab/>
      </w:r>
      <w:r w:rsidR="00F1522F" w:rsidRPr="005779B1">
        <w:rPr>
          <w:rFonts w:cs="Arial"/>
        </w:rPr>
        <w:tab/>
      </w:r>
      <w:r w:rsidR="00F044C3" w:rsidRPr="005779B1">
        <w:rPr>
          <w:rFonts w:cs="Arial"/>
        </w:rPr>
        <w:t>Registrars</w:t>
      </w:r>
    </w:p>
    <w:p w14:paraId="5A12CCFB" w14:textId="22ED783F" w:rsidR="002E7AA9" w:rsidRPr="005779B1" w:rsidRDefault="00E16F88">
      <w:pPr>
        <w:rPr>
          <w:rFonts w:cs="Arial"/>
        </w:rPr>
      </w:pPr>
      <w:r w:rsidRPr="005779B1">
        <w:rPr>
          <w:rFonts w:cs="Arial"/>
          <w:b/>
          <w:bCs/>
        </w:rPr>
        <w:t>Post:</w:t>
      </w:r>
      <w:r w:rsidRPr="005779B1">
        <w:rPr>
          <w:rFonts w:cs="Arial"/>
        </w:rPr>
        <w:t xml:space="preserve"> </w:t>
      </w:r>
      <w:r w:rsidR="00A07798" w:rsidRPr="005779B1">
        <w:rPr>
          <w:rFonts w:cs="Arial"/>
        </w:rPr>
        <w:tab/>
      </w:r>
      <w:r w:rsidR="00A07798" w:rsidRPr="005779B1">
        <w:rPr>
          <w:rFonts w:cs="Arial"/>
        </w:rPr>
        <w:tab/>
      </w:r>
      <w:r w:rsidR="00A07798" w:rsidRPr="005779B1">
        <w:rPr>
          <w:rFonts w:cs="Arial"/>
        </w:rPr>
        <w:tab/>
      </w:r>
      <w:r w:rsidR="00E715A6" w:rsidRPr="005779B1">
        <w:rPr>
          <w:rFonts w:cs="Arial"/>
        </w:rPr>
        <w:t>Deputy Registrar</w:t>
      </w:r>
    </w:p>
    <w:p w14:paraId="7C755BFA" w14:textId="5F58E2B5" w:rsidR="00DC74D7" w:rsidRPr="005779B1" w:rsidRDefault="00E16F88">
      <w:pPr>
        <w:rPr>
          <w:rFonts w:cs="Arial"/>
          <w:color w:val="333333"/>
        </w:rPr>
      </w:pPr>
      <w:r w:rsidRPr="005779B1">
        <w:rPr>
          <w:rFonts w:cs="Arial"/>
          <w:b/>
          <w:bCs/>
        </w:rPr>
        <w:t>Grade:</w:t>
      </w:r>
      <w:r w:rsidRPr="005779B1">
        <w:rPr>
          <w:rFonts w:cs="Arial"/>
        </w:rPr>
        <w:t xml:space="preserve"> </w:t>
      </w:r>
      <w:r w:rsidR="00CF74B7" w:rsidRPr="005779B1">
        <w:rPr>
          <w:rFonts w:cs="Arial"/>
        </w:rPr>
        <w:tab/>
      </w:r>
      <w:r w:rsidR="00CF74B7" w:rsidRPr="005779B1">
        <w:rPr>
          <w:rFonts w:cs="Arial"/>
        </w:rPr>
        <w:tab/>
      </w:r>
      <w:r w:rsidR="00A14FEC" w:rsidRPr="005779B1">
        <w:rPr>
          <w:rFonts w:cs="Arial"/>
        </w:rPr>
        <w:t>F</w:t>
      </w:r>
      <w:r w:rsidR="00547C3F" w:rsidRPr="005779B1">
        <w:rPr>
          <w:rFonts w:cs="Arial"/>
        </w:rPr>
        <w:t xml:space="preserve"> </w:t>
      </w:r>
      <w:r w:rsidR="00547C3F" w:rsidRPr="005779B1">
        <w:rPr>
          <w:rFonts w:cs="Arial"/>
          <w:color w:val="333333"/>
        </w:rPr>
        <w:t xml:space="preserve">   </w:t>
      </w:r>
      <w:r w:rsidR="00A07798" w:rsidRPr="005779B1">
        <w:rPr>
          <w:rFonts w:cs="Arial"/>
          <w:color w:val="333333"/>
        </w:rPr>
        <w:tab/>
      </w:r>
    </w:p>
    <w:p w14:paraId="4A0600D9" w14:textId="203ECADA" w:rsidR="002E7AA9" w:rsidRPr="005779B1" w:rsidRDefault="00E16F88">
      <w:pPr>
        <w:rPr>
          <w:rFonts w:cs="Arial"/>
        </w:rPr>
      </w:pPr>
      <w:r w:rsidRPr="005779B1">
        <w:rPr>
          <w:rFonts w:cs="Arial"/>
          <w:b/>
          <w:bCs/>
        </w:rPr>
        <w:t>Reporting to:</w:t>
      </w:r>
      <w:r w:rsidRPr="005779B1">
        <w:rPr>
          <w:rFonts w:cs="Arial"/>
        </w:rPr>
        <w:t xml:space="preserve"> </w:t>
      </w:r>
      <w:r w:rsidR="0062565B" w:rsidRPr="005779B1">
        <w:rPr>
          <w:rFonts w:cs="Arial"/>
        </w:rPr>
        <w:tab/>
      </w:r>
      <w:r w:rsidR="004A7D56" w:rsidRPr="005779B1">
        <w:rPr>
          <w:rFonts w:cs="Arial"/>
        </w:rPr>
        <w:t>Registration Services Manager/Superintendent Registrar</w:t>
      </w:r>
    </w:p>
    <w:p w14:paraId="36F7B0A6" w14:textId="375E2E7E" w:rsidR="00A665FC" w:rsidRPr="005779B1" w:rsidRDefault="00E16F88" w:rsidP="00A665FC">
      <w:pPr>
        <w:rPr>
          <w:rFonts w:cs="Arial"/>
          <w:b/>
          <w:bCs/>
          <w:u w:val="single"/>
        </w:rPr>
      </w:pPr>
      <w:r w:rsidRPr="005779B1">
        <w:rPr>
          <w:rFonts w:cs="Arial"/>
          <w:b/>
          <w:bCs/>
          <w:u w:val="single"/>
        </w:rPr>
        <w:t>Purpose of the Role</w:t>
      </w:r>
    </w:p>
    <w:p w14:paraId="1BC54E87" w14:textId="5107757C" w:rsidR="00C82497" w:rsidRPr="005779B1" w:rsidRDefault="00C82497" w:rsidP="00FC5D9A">
      <w:pPr>
        <w:rPr>
          <w:rFonts w:cs="Arial"/>
          <w:bCs/>
        </w:rPr>
      </w:pPr>
      <w:bookmarkStart w:id="11" w:name="_Toc221808702"/>
      <w:r w:rsidRPr="005779B1">
        <w:rPr>
          <w:rFonts w:cs="Arial"/>
          <w:bCs/>
        </w:rPr>
        <w:t>To assist in the provision of an efficient and effective Registration Service to members of the public and to deputise for the Superintendent Registrar when required</w:t>
      </w:r>
      <w:r w:rsidR="001E32E9">
        <w:rPr>
          <w:rFonts w:cs="Arial"/>
          <w:bCs/>
        </w:rPr>
        <w:t>.</w:t>
      </w:r>
      <w:r w:rsidRPr="005779B1">
        <w:rPr>
          <w:rFonts w:cs="Arial"/>
          <w:bCs/>
        </w:rPr>
        <w:t xml:space="preserve"> </w:t>
      </w:r>
    </w:p>
    <w:p w14:paraId="3B4E9169" w14:textId="1F8D28B0" w:rsidR="00BE409F" w:rsidRPr="005779B1" w:rsidRDefault="00BE409F" w:rsidP="005718CA">
      <w:pPr>
        <w:tabs>
          <w:tab w:val="left" w:pos="2210"/>
        </w:tabs>
        <w:rPr>
          <w:rFonts w:cs="Arial"/>
          <w:b/>
          <w:bCs/>
          <w:u w:val="single"/>
        </w:rPr>
      </w:pPr>
      <w:r w:rsidRPr="005779B1">
        <w:rPr>
          <w:rFonts w:cs="Arial"/>
          <w:b/>
          <w:bCs/>
          <w:u w:val="single"/>
        </w:rPr>
        <w:t>MAIN DUTIES</w:t>
      </w:r>
      <w:bookmarkEnd w:id="11"/>
    </w:p>
    <w:p w14:paraId="473EDD04" w14:textId="77777777" w:rsidR="009A501E" w:rsidRDefault="009A501E" w:rsidP="00BE409F">
      <w:pPr>
        <w:tabs>
          <w:tab w:val="left" w:pos="5760"/>
        </w:tabs>
        <w:spacing w:after="0" w:line="240" w:lineRule="auto"/>
        <w:rPr>
          <w:rFonts w:eastAsia="Times New Roman" w:cs="Arial"/>
        </w:rPr>
      </w:pPr>
    </w:p>
    <w:p w14:paraId="44070E69" w14:textId="77777777" w:rsidR="00AF45A3" w:rsidRPr="00ED1976" w:rsidRDefault="00AF45A3" w:rsidP="00AF45A3">
      <w:pPr>
        <w:numPr>
          <w:ilvl w:val="0"/>
          <w:numId w:val="45"/>
        </w:numPr>
        <w:tabs>
          <w:tab w:val="num" w:pos="600"/>
        </w:tabs>
        <w:spacing w:after="0" w:line="240" w:lineRule="auto"/>
        <w:ind w:left="600" w:hanging="600"/>
        <w:rPr>
          <w:rFonts w:cs="Arial"/>
          <w:sz w:val="24"/>
          <w:szCs w:val="24"/>
        </w:rPr>
      </w:pPr>
      <w:r w:rsidRPr="00ED1976">
        <w:rPr>
          <w:rFonts w:cs="Arial"/>
          <w:sz w:val="24"/>
          <w:szCs w:val="24"/>
        </w:rPr>
        <w:t xml:space="preserve">Register births, deaths, and stillbirths in accordance with the various Acts and Regulations governing the Registration Service, including re-registrations and birth and death declarations, and all other duties when deputising for the Registrar of Births, Deaths, and Marriages. </w:t>
      </w:r>
    </w:p>
    <w:p w14:paraId="5DC0B905" w14:textId="77777777" w:rsidR="00AF45A3" w:rsidRPr="00ED1976" w:rsidRDefault="00AF45A3" w:rsidP="00AF45A3">
      <w:pPr>
        <w:ind w:left="720"/>
        <w:rPr>
          <w:rFonts w:cs="Arial"/>
          <w:sz w:val="24"/>
          <w:szCs w:val="24"/>
        </w:rPr>
      </w:pPr>
    </w:p>
    <w:p w14:paraId="4586DDB7" w14:textId="77777777" w:rsidR="00AF45A3" w:rsidRPr="00ED1976" w:rsidRDefault="00AF45A3" w:rsidP="00AF45A3">
      <w:pPr>
        <w:numPr>
          <w:ilvl w:val="0"/>
          <w:numId w:val="45"/>
        </w:numPr>
        <w:tabs>
          <w:tab w:val="num" w:pos="600"/>
        </w:tabs>
        <w:spacing w:after="0" w:line="240" w:lineRule="auto"/>
        <w:ind w:left="600" w:hanging="600"/>
        <w:rPr>
          <w:rFonts w:cs="Arial"/>
          <w:sz w:val="24"/>
          <w:szCs w:val="24"/>
        </w:rPr>
      </w:pPr>
      <w:r w:rsidRPr="00ED1976">
        <w:rPr>
          <w:rFonts w:cs="Arial"/>
          <w:sz w:val="24"/>
          <w:szCs w:val="24"/>
        </w:rPr>
        <w:t xml:space="preserve">Deliver a high-quality customer focused service dealing with correspondence, telephone enquiries and callers to the Register Office. Provide advice, respond to enquiries, produce reports and </w:t>
      </w:r>
      <w:r>
        <w:rPr>
          <w:rFonts w:cs="Arial"/>
          <w:sz w:val="24"/>
          <w:szCs w:val="24"/>
        </w:rPr>
        <w:t>s</w:t>
      </w:r>
      <w:r w:rsidRPr="00ED1976">
        <w:rPr>
          <w:rFonts w:cs="Arial"/>
          <w:sz w:val="24"/>
          <w:szCs w:val="24"/>
        </w:rPr>
        <w:t>tatutory information relating to the Registration Service as required.</w:t>
      </w:r>
    </w:p>
    <w:p w14:paraId="61F49AB5" w14:textId="77777777" w:rsidR="00AF45A3" w:rsidRPr="00ED1976" w:rsidRDefault="00AF45A3" w:rsidP="00AF45A3">
      <w:pPr>
        <w:ind w:left="720"/>
        <w:rPr>
          <w:rFonts w:cs="Arial"/>
          <w:sz w:val="24"/>
          <w:szCs w:val="24"/>
        </w:rPr>
      </w:pPr>
    </w:p>
    <w:p w14:paraId="7FDFFACD" w14:textId="77777777" w:rsidR="00AF45A3" w:rsidRPr="00ED1976" w:rsidRDefault="00AF45A3" w:rsidP="00AF45A3">
      <w:pPr>
        <w:numPr>
          <w:ilvl w:val="0"/>
          <w:numId w:val="45"/>
        </w:numPr>
        <w:tabs>
          <w:tab w:val="num" w:pos="600"/>
        </w:tabs>
        <w:spacing w:after="0" w:line="240" w:lineRule="auto"/>
        <w:ind w:left="600" w:hanging="600"/>
        <w:rPr>
          <w:rFonts w:cs="Arial"/>
          <w:sz w:val="24"/>
          <w:szCs w:val="24"/>
        </w:rPr>
      </w:pPr>
      <w:r w:rsidRPr="00ED1976">
        <w:rPr>
          <w:rFonts w:cs="Arial"/>
          <w:sz w:val="24"/>
          <w:szCs w:val="24"/>
        </w:rPr>
        <w:t xml:space="preserve">Ensure safe custody of unused certificates, counterfoils, fees collected and other stock items in accordance with Statutory Regulations and the Council’s financial regulations and accounting for fees collected. </w:t>
      </w:r>
    </w:p>
    <w:p w14:paraId="4EA57DA3" w14:textId="77777777" w:rsidR="00AF45A3" w:rsidRPr="00ED1976" w:rsidRDefault="00AF45A3" w:rsidP="00AF45A3">
      <w:pPr>
        <w:rPr>
          <w:rFonts w:cs="Arial"/>
          <w:sz w:val="24"/>
          <w:szCs w:val="24"/>
        </w:rPr>
      </w:pPr>
    </w:p>
    <w:p w14:paraId="3DD1B719" w14:textId="25D558B0" w:rsidR="00AF45A3" w:rsidRDefault="00AF45A3" w:rsidP="00AF45A3">
      <w:pPr>
        <w:numPr>
          <w:ilvl w:val="0"/>
          <w:numId w:val="45"/>
        </w:numPr>
        <w:tabs>
          <w:tab w:val="num" w:pos="600"/>
        </w:tabs>
        <w:spacing w:after="0" w:line="240" w:lineRule="auto"/>
        <w:ind w:left="600" w:hanging="600"/>
        <w:rPr>
          <w:rFonts w:cs="Arial"/>
          <w:sz w:val="24"/>
          <w:szCs w:val="24"/>
        </w:rPr>
      </w:pPr>
      <w:r w:rsidRPr="00ED1976">
        <w:rPr>
          <w:rFonts w:cs="Arial"/>
          <w:sz w:val="24"/>
          <w:szCs w:val="24"/>
        </w:rPr>
        <w:t>Register marriages and civil partnerships at the Register Office, approved premises and registered buildings</w:t>
      </w:r>
      <w:r w:rsidR="001E32E9">
        <w:rPr>
          <w:rFonts w:cs="Arial"/>
          <w:sz w:val="24"/>
          <w:szCs w:val="24"/>
        </w:rPr>
        <w:t xml:space="preserve"> including</w:t>
      </w:r>
      <w:r w:rsidRPr="00ED1976">
        <w:rPr>
          <w:rFonts w:cs="Arial"/>
          <w:sz w:val="24"/>
          <w:szCs w:val="24"/>
        </w:rPr>
        <w:t xml:space="preserve"> </w:t>
      </w:r>
      <w:r w:rsidR="001E32E9">
        <w:rPr>
          <w:rFonts w:cs="Arial"/>
          <w:sz w:val="24"/>
          <w:szCs w:val="24"/>
        </w:rPr>
        <w:t>taking notices of marriage and civil partnerships</w:t>
      </w:r>
      <w:r w:rsidRPr="00ED1976">
        <w:rPr>
          <w:rFonts w:cs="Arial"/>
          <w:sz w:val="24"/>
          <w:szCs w:val="24"/>
        </w:rPr>
        <w:t xml:space="preserve"> </w:t>
      </w:r>
      <w:r w:rsidR="001E32E9">
        <w:rPr>
          <w:rFonts w:cs="Arial"/>
          <w:sz w:val="24"/>
          <w:szCs w:val="24"/>
        </w:rPr>
        <w:t>and i</w:t>
      </w:r>
      <w:r w:rsidRPr="00ED1976">
        <w:rPr>
          <w:rFonts w:cs="Arial"/>
          <w:sz w:val="24"/>
          <w:szCs w:val="24"/>
        </w:rPr>
        <w:t xml:space="preserve">ndexing </w:t>
      </w:r>
      <w:r w:rsidR="001E32E9">
        <w:rPr>
          <w:rFonts w:cs="Arial"/>
          <w:sz w:val="24"/>
          <w:szCs w:val="24"/>
        </w:rPr>
        <w:t>the</w:t>
      </w:r>
      <w:r w:rsidRPr="00ED1976">
        <w:rPr>
          <w:rFonts w:cs="Arial"/>
          <w:sz w:val="24"/>
          <w:szCs w:val="24"/>
        </w:rPr>
        <w:t xml:space="preserve"> registers. </w:t>
      </w:r>
    </w:p>
    <w:p w14:paraId="316A0E9A" w14:textId="77777777" w:rsidR="00AF45A3" w:rsidRDefault="00AF45A3" w:rsidP="00AF45A3">
      <w:pPr>
        <w:pStyle w:val="ListParagraph"/>
        <w:rPr>
          <w:rFonts w:cs="Arial"/>
          <w:sz w:val="24"/>
          <w:szCs w:val="24"/>
        </w:rPr>
      </w:pPr>
    </w:p>
    <w:p w14:paraId="4CBEFF97" w14:textId="77777777" w:rsidR="00AF45A3" w:rsidRPr="00ED1976" w:rsidRDefault="00AF45A3" w:rsidP="00AF45A3">
      <w:pPr>
        <w:numPr>
          <w:ilvl w:val="0"/>
          <w:numId w:val="45"/>
        </w:numPr>
        <w:tabs>
          <w:tab w:val="num" w:pos="600"/>
        </w:tabs>
        <w:spacing w:after="0" w:line="240" w:lineRule="auto"/>
        <w:ind w:left="600" w:hanging="600"/>
        <w:rPr>
          <w:rFonts w:cs="Arial"/>
          <w:sz w:val="24"/>
          <w:szCs w:val="24"/>
        </w:rPr>
      </w:pPr>
      <w:r w:rsidRPr="00ED1976">
        <w:rPr>
          <w:rFonts w:cs="Arial"/>
          <w:sz w:val="24"/>
          <w:szCs w:val="24"/>
        </w:rPr>
        <w:t>Sign and authenticate certificates prior to issue to the public.</w:t>
      </w:r>
    </w:p>
    <w:p w14:paraId="56600EEF" w14:textId="77777777" w:rsidR="00AF45A3" w:rsidRPr="00ED1976" w:rsidRDefault="00AF45A3" w:rsidP="00AF45A3">
      <w:pPr>
        <w:ind w:left="720"/>
        <w:rPr>
          <w:rFonts w:cs="Arial"/>
          <w:sz w:val="24"/>
          <w:szCs w:val="24"/>
        </w:rPr>
      </w:pPr>
    </w:p>
    <w:p w14:paraId="3E29C0D0" w14:textId="0FB74BFA" w:rsidR="00AF45A3" w:rsidRPr="00ED1976" w:rsidRDefault="00AF45A3" w:rsidP="00AF45A3">
      <w:pPr>
        <w:numPr>
          <w:ilvl w:val="0"/>
          <w:numId w:val="45"/>
        </w:numPr>
        <w:tabs>
          <w:tab w:val="num" w:pos="600"/>
        </w:tabs>
        <w:spacing w:after="0" w:line="240" w:lineRule="auto"/>
        <w:ind w:left="600" w:hanging="600"/>
        <w:rPr>
          <w:rFonts w:cs="Arial"/>
          <w:sz w:val="24"/>
          <w:szCs w:val="24"/>
        </w:rPr>
      </w:pPr>
      <w:r w:rsidRPr="00ED1976">
        <w:rPr>
          <w:rFonts w:cs="Arial"/>
          <w:sz w:val="24"/>
          <w:szCs w:val="24"/>
        </w:rPr>
        <w:lastRenderedPageBreak/>
        <w:t>Conduct marriage and civil partnership and other civil ceremonies (e.g. naming, renewal of vows</w:t>
      </w:r>
      <w:r w:rsidR="00144F48">
        <w:rPr>
          <w:rFonts w:cs="Arial"/>
          <w:sz w:val="24"/>
          <w:szCs w:val="24"/>
        </w:rPr>
        <w:t>)</w:t>
      </w:r>
      <w:r w:rsidRPr="00ED1976">
        <w:rPr>
          <w:rFonts w:cs="Arial"/>
          <w:sz w:val="24"/>
          <w:szCs w:val="24"/>
        </w:rPr>
        <w:t xml:space="preserve"> at the Register Office and other approved premises. </w:t>
      </w:r>
    </w:p>
    <w:p w14:paraId="62D6CB2B" w14:textId="77777777" w:rsidR="00AF45A3" w:rsidRPr="00ED1976" w:rsidRDefault="00AF45A3" w:rsidP="00AF45A3">
      <w:pPr>
        <w:ind w:left="720"/>
        <w:rPr>
          <w:rFonts w:cs="Arial"/>
          <w:sz w:val="24"/>
          <w:szCs w:val="24"/>
        </w:rPr>
      </w:pPr>
    </w:p>
    <w:p w14:paraId="653D2821" w14:textId="77777777" w:rsidR="00AF45A3" w:rsidRPr="00ED1976" w:rsidRDefault="00AF45A3" w:rsidP="00AF45A3">
      <w:pPr>
        <w:numPr>
          <w:ilvl w:val="0"/>
          <w:numId w:val="45"/>
        </w:numPr>
        <w:tabs>
          <w:tab w:val="num" w:pos="600"/>
        </w:tabs>
        <w:spacing w:after="0" w:line="240" w:lineRule="auto"/>
        <w:ind w:left="600" w:hanging="600"/>
        <w:rPr>
          <w:rFonts w:cs="Arial"/>
          <w:sz w:val="24"/>
          <w:szCs w:val="24"/>
        </w:rPr>
      </w:pPr>
      <w:r w:rsidRPr="00ED1976">
        <w:rPr>
          <w:rFonts w:cs="Arial"/>
          <w:sz w:val="24"/>
          <w:szCs w:val="24"/>
        </w:rPr>
        <w:t xml:space="preserve">Liaise with successful citizenship applicants </w:t>
      </w:r>
      <w:proofErr w:type="gramStart"/>
      <w:r w:rsidRPr="00ED1976">
        <w:rPr>
          <w:rFonts w:cs="Arial"/>
          <w:sz w:val="24"/>
          <w:szCs w:val="24"/>
        </w:rPr>
        <w:t>with regard to</w:t>
      </w:r>
      <w:proofErr w:type="gramEnd"/>
      <w:r w:rsidRPr="00ED1976">
        <w:rPr>
          <w:rFonts w:cs="Arial"/>
          <w:sz w:val="24"/>
          <w:szCs w:val="24"/>
        </w:rPr>
        <w:t xml:space="preserve"> arranging their citizen ceremony and conduct citizenship ceremonies. </w:t>
      </w:r>
    </w:p>
    <w:p w14:paraId="76396F53" w14:textId="77777777" w:rsidR="00AF45A3" w:rsidRPr="00ED1976" w:rsidRDefault="00AF45A3" w:rsidP="00AF45A3">
      <w:pPr>
        <w:rPr>
          <w:rFonts w:cs="Arial"/>
          <w:sz w:val="24"/>
          <w:szCs w:val="24"/>
        </w:rPr>
      </w:pPr>
    </w:p>
    <w:p w14:paraId="1470AE3A" w14:textId="77777777" w:rsidR="00AF45A3" w:rsidRPr="00ED1976" w:rsidRDefault="00AF45A3" w:rsidP="00AF45A3">
      <w:pPr>
        <w:numPr>
          <w:ilvl w:val="0"/>
          <w:numId w:val="45"/>
        </w:numPr>
        <w:tabs>
          <w:tab w:val="num" w:pos="600"/>
        </w:tabs>
        <w:spacing w:after="0" w:line="240" w:lineRule="auto"/>
        <w:ind w:left="600" w:hanging="600"/>
        <w:rPr>
          <w:rFonts w:cs="Arial"/>
          <w:sz w:val="24"/>
          <w:szCs w:val="24"/>
        </w:rPr>
      </w:pPr>
      <w:r w:rsidRPr="00ED1976">
        <w:rPr>
          <w:rFonts w:cs="Arial"/>
          <w:sz w:val="24"/>
          <w:szCs w:val="24"/>
        </w:rPr>
        <w:t xml:space="preserve">Study and interpret accurately Acts, Regulations, Circulars and Handbooks relating to the Registration Service and to keep up to date with changes, ensuring that all staff are similarly keep informed. </w:t>
      </w:r>
    </w:p>
    <w:p w14:paraId="41D8B047" w14:textId="77777777" w:rsidR="00AF45A3" w:rsidRPr="00ED1976" w:rsidRDefault="00AF45A3" w:rsidP="00AF45A3">
      <w:pPr>
        <w:ind w:left="720"/>
        <w:rPr>
          <w:rFonts w:cs="Arial"/>
          <w:sz w:val="24"/>
          <w:szCs w:val="24"/>
        </w:rPr>
      </w:pPr>
    </w:p>
    <w:p w14:paraId="30EF5907" w14:textId="77777777" w:rsidR="00AF45A3" w:rsidRPr="00ED1976" w:rsidRDefault="00AF45A3" w:rsidP="00AF45A3">
      <w:pPr>
        <w:numPr>
          <w:ilvl w:val="0"/>
          <w:numId w:val="45"/>
        </w:numPr>
        <w:tabs>
          <w:tab w:val="num" w:pos="600"/>
        </w:tabs>
        <w:spacing w:after="0" w:line="240" w:lineRule="auto"/>
        <w:ind w:left="600" w:hanging="600"/>
        <w:rPr>
          <w:rFonts w:cs="Arial"/>
          <w:sz w:val="24"/>
          <w:szCs w:val="24"/>
        </w:rPr>
      </w:pPr>
      <w:r w:rsidRPr="00ED1976">
        <w:rPr>
          <w:rFonts w:cs="Arial"/>
          <w:sz w:val="24"/>
          <w:szCs w:val="24"/>
        </w:rPr>
        <w:t>Responsibility for continuing self-development and undertake training as required.</w:t>
      </w:r>
    </w:p>
    <w:p w14:paraId="69373516" w14:textId="77777777" w:rsidR="00AF45A3" w:rsidRPr="00ED1976" w:rsidRDefault="00AF45A3" w:rsidP="00AF45A3">
      <w:pPr>
        <w:rPr>
          <w:rFonts w:cs="Arial"/>
          <w:sz w:val="24"/>
          <w:szCs w:val="24"/>
        </w:rPr>
      </w:pPr>
    </w:p>
    <w:p w14:paraId="05FC7B24" w14:textId="77777777" w:rsidR="00AF45A3" w:rsidRPr="00ED1976" w:rsidRDefault="00AF45A3" w:rsidP="00AF45A3">
      <w:pPr>
        <w:numPr>
          <w:ilvl w:val="0"/>
          <w:numId w:val="45"/>
        </w:numPr>
        <w:tabs>
          <w:tab w:val="num" w:pos="600"/>
        </w:tabs>
        <w:spacing w:after="0" w:line="240" w:lineRule="auto"/>
        <w:ind w:left="600" w:hanging="600"/>
        <w:rPr>
          <w:rFonts w:cs="Arial"/>
          <w:sz w:val="24"/>
          <w:szCs w:val="24"/>
        </w:rPr>
      </w:pPr>
      <w:r w:rsidRPr="00ED1976">
        <w:rPr>
          <w:rFonts w:cs="Arial"/>
          <w:sz w:val="24"/>
          <w:szCs w:val="24"/>
        </w:rPr>
        <w:t>Remain fully conversant wi</w:t>
      </w:r>
      <w:r>
        <w:rPr>
          <w:rFonts w:cs="Arial"/>
          <w:sz w:val="24"/>
          <w:szCs w:val="24"/>
        </w:rPr>
        <w:t xml:space="preserve">th all databases and other I.T. </w:t>
      </w:r>
      <w:r w:rsidRPr="00ED1976">
        <w:rPr>
          <w:rFonts w:cs="Arial"/>
          <w:sz w:val="24"/>
          <w:szCs w:val="24"/>
        </w:rPr>
        <w:t>applications within the Register Office and be prepared to undertake refresher courses or training for new elements as the</w:t>
      </w:r>
      <w:r>
        <w:rPr>
          <w:rFonts w:cs="Arial"/>
          <w:sz w:val="24"/>
          <w:szCs w:val="24"/>
        </w:rPr>
        <w:t>y</w:t>
      </w:r>
      <w:r w:rsidRPr="00ED1976">
        <w:rPr>
          <w:rFonts w:cs="Arial"/>
          <w:sz w:val="24"/>
          <w:szCs w:val="24"/>
        </w:rPr>
        <w:t xml:space="preserve"> become available.</w:t>
      </w:r>
    </w:p>
    <w:p w14:paraId="420CC801" w14:textId="77777777" w:rsidR="00AF45A3" w:rsidRPr="00ED1976" w:rsidRDefault="00AF45A3" w:rsidP="00AF45A3">
      <w:pPr>
        <w:rPr>
          <w:rFonts w:cs="Arial"/>
          <w:sz w:val="24"/>
          <w:szCs w:val="24"/>
        </w:rPr>
      </w:pPr>
    </w:p>
    <w:p w14:paraId="7F61A37A" w14:textId="77777777" w:rsidR="00AF45A3" w:rsidRPr="00ED1976" w:rsidRDefault="00AF45A3" w:rsidP="00AF45A3">
      <w:pPr>
        <w:numPr>
          <w:ilvl w:val="0"/>
          <w:numId w:val="45"/>
        </w:numPr>
        <w:tabs>
          <w:tab w:val="num" w:pos="600"/>
        </w:tabs>
        <w:spacing w:after="0" w:line="240" w:lineRule="auto"/>
        <w:ind w:left="600" w:hanging="600"/>
        <w:rPr>
          <w:rFonts w:cs="Arial"/>
          <w:sz w:val="24"/>
          <w:szCs w:val="24"/>
        </w:rPr>
      </w:pPr>
      <w:r w:rsidRPr="00ED1976">
        <w:rPr>
          <w:rFonts w:cs="Arial"/>
          <w:sz w:val="24"/>
          <w:szCs w:val="24"/>
        </w:rPr>
        <w:t xml:space="preserve">Issue returns and statistical information to Central Government departments and undertake other administrative duties as required. </w:t>
      </w:r>
    </w:p>
    <w:p w14:paraId="5FC98CB5" w14:textId="77777777" w:rsidR="00AF45A3" w:rsidRPr="00ED1976" w:rsidRDefault="00AF45A3" w:rsidP="00AF45A3">
      <w:pPr>
        <w:rPr>
          <w:rFonts w:cs="Arial"/>
          <w:sz w:val="24"/>
          <w:szCs w:val="24"/>
        </w:rPr>
      </w:pPr>
    </w:p>
    <w:p w14:paraId="5227F2AA" w14:textId="77777777" w:rsidR="00AF45A3" w:rsidRPr="00ED1976" w:rsidRDefault="00AF45A3" w:rsidP="00AF45A3">
      <w:pPr>
        <w:numPr>
          <w:ilvl w:val="0"/>
          <w:numId w:val="45"/>
        </w:numPr>
        <w:tabs>
          <w:tab w:val="num" w:pos="600"/>
        </w:tabs>
        <w:spacing w:after="0" w:line="240" w:lineRule="auto"/>
        <w:ind w:left="600" w:hanging="600"/>
        <w:rPr>
          <w:rFonts w:cs="Arial"/>
          <w:sz w:val="24"/>
          <w:szCs w:val="24"/>
        </w:rPr>
      </w:pPr>
      <w:r w:rsidRPr="00ED1976">
        <w:rPr>
          <w:rFonts w:cs="Arial"/>
          <w:sz w:val="24"/>
          <w:szCs w:val="24"/>
        </w:rPr>
        <w:t xml:space="preserve">Be aware of and adhere to any applicable rules, regulations and procedures implemented by the Authority and of National Legislation. </w:t>
      </w:r>
    </w:p>
    <w:p w14:paraId="619547B6" w14:textId="77777777" w:rsidR="00AF45A3" w:rsidRPr="00CC552E" w:rsidRDefault="00AF45A3" w:rsidP="00AF45A3">
      <w:pPr>
        <w:pStyle w:val="ListParagraph"/>
      </w:pPr>
    </w:p>
    <w:p w14:paraId="36ECF6CC" w14:textId="77777777" w:rsidR="00AF45A3" w:rsidRDefault="00AF45A3" w:rsidP="00AF45A3">
      <w:pPr>
        <w:numPr>
          <w:ilvl w:val="0"/>
          <w:numId w:val="45"/>
        </w:numPr>
        <w:tabs>
          <w:tab w:val="num" w:pos="600"/>
        </w:tabs>
        <w:spacing w:after="0" w:line="240" w:lineRule="auto"/>
        <w:ind w:left="600" w:hanging="600"/>
        <w:rPr>
          <w:rFonts w:cs="Arial"/>
          <w:sz w:val="24"/>
          <w:szCs w:val="24"/>
        </w:rPr>
      </w:pPr>
      <w:r w:rsidRPr="00ED1976">
        <w:rPr>
          <w:rFonts w:cs="Arial"/>
          <w:sz w:val="24"/>
          <w:szCs w:val="24"/>
        </w:rPr>
        <w:t xml:space="preserve">Promote and develop the Authority’s Policy on Equality. </w:t>
      </w:r>
    </w:p>
    <w:p w14:paraId="2901CCE5" w14:textId="77777777" w:rsidR="009A501E" w:rsidRDefault="009A501E" w:rsidP="00BE409F">
      <w:pPr>
        <w:tabs>
          <w:tab w:val="left" w:pos="5760"/>
        </w:tabs>
        <w:spacing w:after="0" w:line="240" w:lineRule="auto"/>
        <w:rPr>
          <w:rFonts w:eastAsia="Times New Roman" w:cs="Arial"/>
        </w:rPr>
      </w:pPr>
    </w:p>
    <w:p w14:paraId="3521F4E2" w14:textId="77777777" w:rsidR="009A501E" w:rsidRDefault="009A501E" w:rsidP="00BE409F">
      <w:pPr>
        <w:tabs>
          <w:tab w:val="left" w:pos="5760"/>
        </w:tabs>
        <w:spacing w:after="0" w:line="240" w:lineRule="auto"/>
        <w:rPr>
          <w:rFonts w:eastAsia="Times New Roman" w:cs="Arial"/>
        </w:rPr>
      </w:pPr>
    </w:p>
    <w:p w14:paraId="3BA20672" w14:textId="77777777" w:rsidR="009A501E" w:rsidRDefault="009A501E" w:rsidP="00BE409F">
      <w:pPr>
        <w:tabs>
          <w:tab w:val="left" w:pos="5760"/>
        </w:tabs>
        <w:spacing w:after="0" w:line="240" w:lineRule="auto"/>
        <w:rPr>
          <w:rFonts w:eastAsia="Times New Roman" w:cs="Arial"/>
        </w:rPr>
      </w:pPr>
    </w:p>
    <w:p w14:paraId="5B1E8BB6" w14:textId="77777777" w:rsidR="00655BDC" w:rsidRPr="00ED1976" w:rsidRDefault="00655BDC" w:rsidP="00655BDC">
      <w:pPr>
        <w:tabs>
          <w:tab w:val="left" w:pos="5760"/>
        </w:tabs>
        <w:rPr>
          <w:b/>
          <w:sz w:val="24"/>
          <w:szCs w:val="24"/>
          <w:u w:val="single"/>
        </w:rPr>
      </w:pPr>
      <w:r w:rsidRPr="00ED1976">
        <w:rPr>
          <w:b/>
          <w:sz w:val="24"/>
          <w:szCs w:val="24"/>
          <w:u w:val="single"/>
        </w:rPr>
        <w:t xml:space="preserve">SPECIAL CONDITIONS </w:t>
      </w:r>
    </w:p>
    <w:p w14:paraId="3DE29D02" w14:textId="77777777" w:rsidR="00655BDC" w:rsidRPr="00ED1976" w:rsidRDefault="00655BDC" w:rsidP="00655BDC">
      <w:pPr>
        <w:tabs>
          <w:tab w:val="left" w:pos="5760"/>
        </w:tabs>
        <w:rPr>
          <w:b/>
          <w:sz w:val="24"/>
          <w:szCs w:val="24"/>
          <w:u w:val="single"/>
        </w:rPr>
      </w:pPr>
    </w:p>
    <w:p w14:paraId="39AE320A" w14:textId="77777777" w:rsidR="00655BDC" w:rsidRPr="00ED1976" w:rsidRDefault="00655BDC" w:rsidP="00655BDC">
      <w:pPr>
        <w:pStyle w:val="ListParagraph"/>
        <w:numPr>
          <w:ilvl w:val="0"/>
          <w:numId w:val="44"/>
        </w:numPr>
        <w:spacing w:after="0" w:line="240" w:lineRule="auto"/>
        <w:rPr>
          <w:rFonts w:cs="Arial"/>
          <w:sz w:val="24"/>
          <w:szCs w:val="24"/>
        </w:rPr>
      </w:pPr>
      <w:r w:rsidRPr="00ED1976">
        <w:rPr>
          <w:rFonts w:cs="Arial"/>
          <w:sz w:val="24"/>
          <w:szCs w:val="24"/>
        </w:rPr>
        <w:t>Weekend work where required.</w:t>
      </w:r>
    </w:p>
    <w:p w14:paraId="4D9FC01E" w14:textId="77777777" w:rsidR="009A501E" w:rsidRDefault="009A501E" w:rsidP="00BE409F">
      <w:pPr>
        <w:tabs>
          <w:tab w:val="left" w:pos="5760"/>
        </w:tabs>
        <w:spacing w:after="0" w:line="240" w:lineRule="auto"/>
        <w:rPr>
          <w:rFonts w:eastAsia="Times New Roman" w:cs="Arial"/>
        </w:rPr>
      </w:pPr>
    </w:p>
    <w:p w14:paraId="2721176B" w14:textId="77777777" w:rsidR="009A501E" w:rsidRDefault="009A501E" w:rsidP="00BE409F">
      <w:pPr>
        <w:tabs>
          <w:tab w:val="left" w:pos="5760"/>
        </w:tabs>
        <w:spacing w:after="0" w:line="240" w:lineRule="auto"/>
        <w:rPr>
          <w:rFonts w:eastAsia="Times New Roman" w:cs="Arial"/>
        </w:rPr>
      </w:pPr>
    </w:p>
    <w:p w14:paraId="0D9E4700" w14:textId="77777777" w:rsidR="009A501E" w:rsidRDefault="009A501E" w:rsidP="00BE409F">
      <w:pPr>
        <w:tabs>
          <w:tab w:val="left" w:pos="5760"/>
        </w:tabs>
        <w:spacing w:after="0" w:line="240" w:lineRule="auto"/>
        <w:rPr>
          <w:rFonts w:eastAsia="Times New Roman" w:cs="Arial"/>
        </w:rPr>
      </w:pPr>
    </w:p>
    <w:p w14:paraId="56D3966C" w14:textId="77777777" w:rsidR="009A501E" w:rsidRDefault="009A501E" w:rsidP="00BE409F">
      <w:pPr>
        <w:tabs>
          <w:tab w:val="left" w:pos="5760"/>
        </w:tabs>
        <w:spacing w:after="0" w:line="240" w:lineRule="auto"/>
        <w:rPr>
          <w:rFonts w:eastAsia="Times New Roman" w:cs="Arial"/>
        </w:rPr>
      </w:pPr>
    </w:p>
    <w:p w14:paraId="100A32FE" w14:textId="77777777" w:rsidR="009A501E" w:rsidRDefault="009A501E" w:rsidP="00BE409F">
      <w:pPr>
        <w:tabs>
          <w:tab w:val="left" w:pos="5760"/>
        </w:tabs>
        <w:spacing w:after="0" w:line="240" w:lineRule="auto"/>
        <w:rPr>
          <w:rFonts w:eastAsia="Times New Roman" w:cs="Arial"/>
        </w:rPr>
      </w:pPr>
    </w:p>
    <w:p w14:paraId="718BFB06" w14:textId="77777777" w:rsidR="009A501E" w:rsidRDefault="009A501E" w:rsidP="00BE409F">
      <w:pPr>
        <w:tabs>
          <w:tab w:val="left" w:pos="5760"/>
        </w:tabs>
        <w:spacing w:after="0" w:line="240" w:lineRule="auto"/>
        <w:rPr>
          <w:rFonts w:eastAsia="Times New Roman" w:cs="Arial"/>
        </w:rPr>
      </w:pPr>
    </w:p>
    <w:p w14:paraId="42582FCC" w14:textId="77777777" w:rsidR="009A501E" w:rsidRDefault="009A501E" w:rsidP="00BE409F">
      <w:pPr>
        <w:tabs>
          <w:tab w:val="left" w:pos="5760"/>
        </w:tabs>
        <w:spacing w:after="0" w:line="240" w:lineRule="auto"/>
        <w:rPr>
          <w:rFonts w:eastAsia="Times New Roman" w:cs="Arial"/>
        </w:rPr>
      </w:pPr>
    </w:p>
    <w:p w14:paraId="17F4E652" w14:textId="77777777" w:rsidR="003A7D2B" w:rsidRPr="00ED1976" w:rsidRDefault="003A7D2B" w:rsidP="003A7D2B">
      <w:pPr>
        <w:tabs>
          <w:tab w:val="left" w:pos="720"/>
          <w:tab w:val="left" w:pos="5760"/>
        </w:tabs>
        <w:ind w:left="720" w:hanging="720"/>
        <w:rPr>
          <w:sz w:val="24"/>
          <w:szCs w:val="24"/>
        </w:rPr>
      </w:pPr>
    </w:p>
    <w:p w14:paraId="2934A724" w14:textId="77777777" w:rsidR="003A7D2B" w:rsidRPr="00ED1976" w:rsidRDefault="003A7D2B" w:rsidP="003A7D2B">
      <w:pPr>
        <w:tabs>
          <w:tab w:val="left" w:pos="5760"/>
        </w:tabs>
        <w:rPr>
          <w:b/>
          <w:sz w:val="24"/>
          <w:szCs w:val="24"/>
          <w:u w:val="single"/>
        </w:rPr>
      </w:pPr>
      <w:r w:rsidRPr="00ED1976">
        <w:rPr>
          <w:b/>
          <w:sz w:val="24"/>
          <w:szCs w:val="24"/>
          <w:u w:val="single"/>
        </w:rPr>
        <w:t>GENERAL:</w:t>
      </w:r>
    </w:p>
    <w:p w14:paraId="74F4F897" w14:textId="4369C5A9" w:rsidR="003A7D2B" w:rsidRPr="00ED1976" w:rsidRDefault="003A7D2B" w:rsidP="003A7D2B">
      <w:pPr>
        <w:tabs>
          <w:tab w:val="left" w:pos="720"/>
          <w:tab w:val="left" w:pos="5760"/>
        </w:tabs>
        <w:ind w:left="720" w:hanging="720"/>
        <w:rPr>
          <w:sz w:val="24"/>
          <w:szCs w:val="24"/>
        </w:rPr>
      </w:pPr>
    </w:p>
    <w:p w14:paraId="74F19F5B" w14:textId="77777777" w:rsidR="003A7D2B" w:rsidRPr="00ED1976" w:rsidRDefault="003A7D2B" w:rsidP="003A7D2B">
      <w:pPr>
        <w:pStyle w:val="ListParagraph"/>
        <w:numPr>
          <w:ilvl w:val="0"/>
          <w:numId w:val="44"/>
        </w:numPr>
        <w:tabs>
          <w:tab w:val="left" w:pos="720"/>
          <w:tab w:val="left" w:pos="5760"/>
        </w:tabs>
        <w:spacing w:after="0" w:line="240" w:lineRule="auto"/>
        <w:rPr>
          <w:sz w:val="24"/>
          <w:szCs w:val="24"/>
        </w:rPr>
      </w:pPr>
      <w:r w:rsidRPr="00ED1976">
        <w:rPr>
          <w:sz w:val="24"/>
          <w:szCs w:val="24"/>
        </w:rPr>
        <w:t>This job description is a representative document. Other reasonably similar duties may be allocated from time to time commensurate with the general character of the post and its grading.</w:t>
      </w:r>
    </w:p>
    <w:p w14:paraId="747B527A" w14:textId="77777777" w:rsidR="003A7D2B" w:rsidRPr="00ED1976" w:rsidRDefault="003A7D2B" w:rsidP="003A7D2B">
      <w:pPr>
        <w:tabs>
          <w:tab w:val="left" w:pos="720"/>
          <w:tab w:val="left" w:pos="5760"/>
        </w:tabs>
        <w:ind w:left="720" w:hanging="720"/>
        <w:rPr>
          <w:sz w:val="24"/>
          <w:szCs w:val="24"/>
        </w:rPr>
      </w:pPr>
    </w:p>
    <w:p w14:paraId="3A180C3B" w14:textId="77777777" w:rsidR="003A7D2B" w:rsidRPr="00ED1976" w:rsidRDefault="003A7D2B" w:rsidP="003A7D2B">
      <w:pPr>
        <w:pStyle w:val="ListParagraph"/>
        <w:numPr>
          <w:ilvl w:val="0"/>
          <w:numId w:val="44"/>
        </w:numPr>
        <w:tabs>
          <w:tab w:val="left" w:pos="720"/>
          <w:tab w:val="left" w:pos="5760"/>
        </w:tabs>
        <w:spacing w:after="0" w:line="240" w:lineRule="auto"/>
        <w:rPr>
          <w:sz w:val="24"/>
          <w:szCs w:val="24"/>
        </w:rPr>
      </w:pPr>
      <w:r w:rsidRPr="00ED1976">
        <w:rPr>
          <w:sz w:val="24"/>
          <w:szCs w:val="24"/>
        </w:rPr>
        <w:t>All staff have a duty to take care of their own health and safety and that of others who may be affected by your actions at work. Staff must co-operate with employers and co-workers to help everyone meet their legal requirements.</w:t>
      </w:r>
    </w:p>
    <w:p w14:paraId="4799FB4A" w14:textId="77777777" w:rsidR="003A7D2B" w:rsidRPr="00ED1976" w:rsidRDefault="003A7D2B" w:rsidP="003A7D2B">
      <w:pPr>
        <w:tabs>
          <w:tab w:val="left" w:pos="720"/>
          <w:tab w:val="left" w:pos="5760"/>
        </w:tabs>
        <w:ind w:left="720" w:hanging="720"/>
        <w:rPr>
          <w:sz w:val="24"/>
          <w:szCs w:val="24"/>
        </w:rPr>
      </w:pPr>
    </w:p>
    <w:p w14:paraId="794A2723" w14:textId="77777777" w:rsidR="003A7D2B" w:rsidRPr="00ED1976" w:rsidRDefault="003A7D2B" w:rsidP="003A7D2B">
      <w:pPr>
        <w:pStyle w:val="ListParagraph"/>
        <w:numPr>
          <w:ilvl w:val="0"/>
          <w:numId w:val="44"/>
        </w:numPr>
        <w:tabs>
          <w:tab w:val="left" w:pos="720"/>
          <w:tab w:val="left" w:pos="5760"/>
        </w:tabs>
        <w:spacing w:after="0" w:line="240" w:lineRule="auto"/>
        <w:rPr>
          <w:sz w:val="24"/>
          <w:szCs w:val="24"/>
        </w:rPr>
      </w:pPr>
      <w:r w:rsidRPr="00ED1976">
        <w:rPr>
          <w:sz w:val="24"/>
          <w:szCs w:val="24"/>
        </w:rPr>
        <w:t>The Authority has an approved equality policy in employment and copies are available to all employees. The post holder will be expected to comply with, observe and promote the equality policies of the Council.</w:t>
      </w:r>
    </w:p>
    <w:p w14:paraId="2CCC6114" w14:textId="77777777" w:rsidR="003A7D2B" w:rsidRPr="00ED1976" w:rsidRDefault="003A7D2B" w:rsidP="003A7D2B">
      <w:pPr>
        <w:tabs>
          <w:tab w:val="left" w:pos="720"/>
          <w:tab w:val="left" w:pos="5760"/>
        </w:tabs>
        <w:ind w:left="720" w:hanging="720"/>
        <w:rPr>
          <w:sz w:val="24"/>
          <w:szCs w:val="24"/>
        </w:rPr>
      </w:pPr>
    </w:p>
    <w:p w14:paraId="37B4FD61" w14:textId="77777777" w:rsidR="003A7D2B" w:rsidRPr="00ED1976" w:rsidRDefault="003A7D2B" w:rsidP="003A7D2B">
      <w:pPr>
        <w:pStyle w:val="ListParagraph"/>
        <w:numPr>
          <w:ilvl w:val="0"/>
          <w:numId w:val="44"/>
        </w:numPr>
        <w:tabs>
          <w:tab w:val="left" w:pos="5760"/>
        </w:tabs>
        <w:spacing w:after="0" w:line="240" w:lineRule="auto"/>
        <w:rPr>
          <w:sz w:val="24"/>
          <w:szCs w:val="24"/>
        </w:rPr>
      </w:pPr>
      <w:r w:rsidRPr="00ED1976">
        <w:rPr>
          <w:sz w:val="24"/>
          <w:szCs w:val="24"/>
        </w:rPr>
        <w:t>Since confidential information is involved with the duties of this post, the postholder will be required to always exercise discretion and to observe relevant codes of practice and legislation in relation to data protection and personal information.</w:t>
      </w:r>
    </w:p>
    <w:p w14:paraId="35694629" w14:textId="77777777" w:rsidR="003A7D2B" w:rsidRPr="00ED1976" w:rsidRDefault="003A7D2B" w:rsidP="003A7D2B">
      <w:pPr>
        <w:tabs>
          <w:tab w:val="left" w:pos="5760"/>
        </w:tabs>
        <w:rPr>
          <w:sz w:val="24"/>
          <w:szCs w:val="24"/>
        </w:rPr>
      </w:pPr>
    </w:p>
    <w:p w14:paraId="22B55728" w14:textId="77777777" w:rsidR="003A7D2B" w:rsidRPr="00ED1976" w:rsidRDefault="003A7D2B" w:rsidP="003A7D2B">
      <w:pPr>
        <w:pStyle w:val="ListParagraph"/>
        <w:numPr>
          <w:ilvl w:val="0"/>
          <w:numId w:val="44"/>
        </w:numPr>
        <w:tabs>
          <w:tab w:val="left" w:pos="5760"/>
        </w:tabs>
        <w:spacing w:after="0" w:line="240" w:lineRule="auto"/>
        <w:rPr>
          <w:sz w:val="24"/>
          <w:szCs w:val="24"/>
        </w:rPr>
      </w:pPr>
      <w:r w:rsidRPr="00ED1976">
        <w:rPr>
          <w:sz w:val="24"/>
          <w:szCs w:val="24"/>
        </w:rPr>
        <w:t>Undertake, and participate in training, coaching and development activities, as appropriate.</w:t>
      </w:r>
    </w:p>
    <w:p w14:paraId="21DD5F37" w14:textId="77777777" w:rsidR="003A7D2B" w:rsidRPr="00ED1976" w:rsidRDefault="003A7D2B" w:rsidP="003A7D2B">
      <w:pPr>
        <w:tabs>
          <w:tab w:val="left" w:pos="5760"/>
        </w:tabs>
        <w:rPr>
          <w:sz w:val="24"/>
          <w:szCs w:val="24"/>
        </w:rPr>
      </w:pPr>
    </w:p>
    <w:p w14:paraId="449A97F9" w14:textId="77777777" w:rsidR="003A7D2B" w:rsidRPr="00ED1976" w:rsidRDefault="003A7D2B" w:rsidP="003A7D2B">
      <w:pPr>
        <w:pStyle w:val="ListParagraph"/>
        <w:numPr>
          <w:ilvl w:val="0"/>
          <w:numId w:val="44"/>
        </w:numPr>
        <w:tabs>
          <w:tab w:val="left" w:pos="5760"/>
        </w:tabs>
        <w:spacing w:after="0" w:line="240" w:lineRule="auto"/>
        <w:rPr>
          <w:sz w:val="24"/>
          <w:szCs w:val="24"/>
        </w:rPr>
      </w:pPr>
      <w:r w:rsidRPr="00ED1976">
        <w:rPr>
          <w:sz w:val="24"/>
          <w:szCs w:val="24"/>
        </w:rPr>
        <w:t>The person appointed will be expected to work flexibly and the exact nature of the duties described above is subject to periodic review and is liable to change.</w:t>
      </w:r>
    </w:p>
    <w:p w14:paraId="79C500DF" w14:textId="77777777" w:rsidR="003A7D2B" w:rsidRPr="00ED1976" w:rsidRDefault="003A7D2B" w:rsidP="003A7D2B">
      <w:pPr>
        <w:tabs>
          <w:tab w:val="left" w:pos="720"/>
          <w:tab w:val="left" w:pos="5760"/>
        </w:tabs>
        <w:ind w:left="720" w:hanging="720"/>
        <w:rPr>
          <w:sz w:val="24"/>
          <w:szCs w:val="24"/>
        </w:rPr>
      </w:pPr>
    </w:p>
    <w:p w14:paraId="15BF6DEA" w14:textId="77777777" w:rsidR="003A7D2B" w:rsidRPr="00ED1976" w:rsidRDefault="003A7D2B" w:rsidP="003A7D2B">
      <w:pPr>
        <w:tabs>
          <w:tab w:val="left" w:pos="720"/>
          <w:tab w:val="left" w:pos="5760"/>
        </w:tabs>
        <w:ind w:left="720" w:hanging="72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18"/>
      </w:tblGrid>
      <w:tr w:rsidR="003A7D2B" w:rsidRPr="00ED1976" w14:paraId="4E3A19FE" w14:textId="77777777" w:rsidTr="00525232">
        <w:tc>
          <w:tcPr>
            <w:tcW w:w="9818" w:type="dxa"/>
          </w:tcPr>
          <w:p w14:paraId="6BE86A12" w14:textId="77777777" w:rsidR="003A7D2B" w:rsidRPr="00ED1976" w:rsidRDefault="003A7D2B" w:rsidP="00525232">
            <w:pPr>
              <w:tabs>
                <w:tab w:val="left" w:pos="720"/>
                <w:tab w:val="left" w:pos="5760"/>
              </w:tabs>
              <w:jc w:val="center"/>
              <w:rPr>
                <w:sz w:val="24"/>
                <w:szCs w:val="24"/>
              </w:rPr>
            </w:pPr>
            <w:r w:rsidRPr="00ED1976">
              <w:rPr>
                <w:b/>
                <w:sz w:val="24"/>
                <w:szCs w:val="24"/>
              </w:rPr>
              <w:t>Note:</w:t>
            </w:r>
            <w:r w:rsidRPr="00ED1976">
              <w:rPr>
                <w:sz w:val="24"/>
                <w:szCs w:val="24"/>
              </w:rPr>
              <w:t xml:space="preserve"> </w:t>
            </w:r>
            <w:r w:rsidRPr="00ED1976">
              <w:rPr>
                <w:sz w:val="24"/>
                <w:szCs w:val="24"/>
              </w:rPr>
              <w:tab/>
              <w:t xml:space="preserve">Where the postholder is disabled, every effort will be made to support all necessary aids, adaptations, or equipment to allow them to carry out all the duties of the job. </w:t>
            </w:r>
          </w:p>
        </w:tc>
      </w:tr>
    </w:tbl>
    <w:p w14:paraId="2603FD04" w14:textId="77777777" w:rsidR="003A7D2B" w:rsidRDefault="003A7D2B" w:rsidP="003A7D2B">
      <w:pPr>
        <w:tabs>
          <w:tab w:val="left" w:pos="720"/>
          <w:tab w:val="left" w:pos="5760"/>
        </w:tabs>
        <w:ind w:left="720" w:hanging="720"/>
      </w:pPr>
    </w:p>
    <w:p w14:paraId="30C00B52" w14:textId="77777777" w:rsidR="009A501E" w:rsidRDefault="009A501E" w:rsidP="00BE409F">
      <w:pPr>
        <w:tabs>
          <w:tab w:val="left" w:pos="5760"/>
        </w:tabs>
        <w:spacing w:after="0" w:line="240" w:lineRule="auto"/>
        <w:rPr>
          <w:rFonts w:eastAsia="Times New Roman" w:cs="Arial"/>
        </w:rPr>
      </w:pPr>
    </w:p>
    <w:p w14:paraId="6DB761D4" w14:textId="77777777" w:rsidR="009A501E" w:rsidRDefault="009A501E" w:rsidP="00BE409F">
      <w:pPr>
        <w:tabs>
          <w:tab w:val="left" w:pos="5760"/>
        </w:tabs>
        <w:spacing w:after="0" w:line="240" w:lineRule="auto"/>
        <w:rPr>
          <w:rFonts w:eastAsia="Times New Roman" w:cs="Arial"/>
        </w:rPr>
      </w:pPr>
    </w:p>
    <w:p w14:paraId="03B3ACC0" w14:textId="77777777" w:rsidR="009A501E" w:rsidRDefault="009A501E" w:rsidP="00BE409F">
      <w:pPr>
        <w:tabs>
          <w:tab w:val="left" w:pos="5760"/>
        </w:tabs>
        <w:spacing w:after="0" w:line="240" w:lineRule="auto"/>
        <w:rPr>
          <w:rFonts w:eastAsia="Times New Roman" w:cs="Arial"/>
        </w:rPr>
      </w:pPr>
    </w:p>
    <w:p w14:paraId="03B19DAB" w14:textId="77777777" w:rsidR="009A501E" w:rsidRDefault="009A501E" w:rsidP="00BE409F">
      <w:pPr>
        <w:tabs>
          <w:tab w:val="left" w:pos="5760"/>
        </w:tabs>
        <w:spacing w:after="0" w:line="240" w:lineRule="auto"/>
        <w:rPr>
          <w:rFonts w:eastAsia="Times New Roman" w:cs="Arial"/>
        </w:rPr>
      </w:pPr>
    </w:p>
    <w:p w14:paraId="5490E6E7" w14:textId="00C5370B" w:rsidR="00BE409F" w:rsidRPr="005779B1" w:rsidRDefault="00BE409F" w:rsidP="009773AD">
      <w:pPr>
        <w:spacing w:after="0" w:line="240" w:lineRule="auto"/>
        <w:jc w:val="center"/>
        <w:rPr>
          <w:rFonts w:eastAsia="Times New Roman" w:cs="Arial"/>
          <w:b/>
        </w:rPr>
      </w:pPr>
      <w:r w:rsidRPr="005779B1">
        <w:rPr>
          <w:rFonts w:eastAsia="Times New Roman" w:cs="Arial"/>
          <w:b/>
        </w:rPr>
        <w:t>PERSON SPECIFICATION</w:t>
      </w:r>
    </w:p>
    <w:p w14:paraId="4DED3868" w14:textId="77777777" w:rsidR="009773AD" w:rsidRPr="005779B1" w:rsidRDefault="009773AD" w:rsidP="009773AD">
      <w:pPr>
        <w:spacing w:after="0" w:line="240" w:lineRule="auto"/>
        <w:jc w:val="center"/>
        <w:rPr>
          <w:rFonts w:eastAsia="Times New Roman" w:cs="Arial"/>
          <w:b/>
        </w:rPr>
      </w:pPr>
    </w:p>
    <w:p w14:paraId="08215B09" w14:textId="77777777" w:rsidR="00A8421B" w:rsidRDefault="009773AD" w:rsidP="009773AD">
      <w:pPr>
        <w:rPr>
          <w:rFonts w:cs="Arial"/>
        </w:rPr>
      </w:pPr>
      <w:r w:rsidRPr="005779B1">
        <w:rPr>
          <w:rFonts w:cs="Arial"/>
          <w:b/>
          <w:bCs/>
        </w:rPr>
        <w:t>Post:</w:t>
      </w:r>
      <w:r w:rsidRPr="005779B1">
        <w:rPr>
          <w:rFonts w:cs="Arial"/>
        </w:rPr>
        <w:tab/>
      </w:r>
      <w:r w:rsidRPr="005779B1">
        <w:rPr>
          <w:rFonts w:cs="Arial"/>
        </w:rPr>
        <w:tab/>
      </w:r>
      <w:r w:rsidR="00481A10" w:rsidRPr="005779B1">
        <w:rPr>
          <w:rFonts w:cs="Arial"/>
        </w:rPr>
        <w:t>Deputy Registrar</w:t>
      </w:r>
      <w:r w:rsidR="00A85280">
        <w:rPr>
          <w:rFonts w:cs="Arial"/>
        </w:rPr>
        <w:t>, Births, Deaths and Marriages</w:t>
      </w:r>
    </w:p>
    <w:p w14:paraId="773C4C15" w14:textId="356D2B8A" w:rsidR="009773AD" w:rsidRPr="005779B1" w:rsidRDefault="009773AD" w:rsidP="009773AD">
      <w:pPr>
        <w:rPr>
          <w:rFonts w:cs="Arial"/>
        </w:rPr>
      </w:pPr>
      <w:r w:rsidRPr="005779B1">
        <w:rPr>
          <w:rFonts w:cs="Arial"/>
          <w:b/>
          <w:bCs/>
        </w:rPr>
        <w:t>Department:</w:t>
      </w:r>
      <w:r w:rsidRPr="005779B1">
        <w:rPr>
          <w:rFonts w:cs="Arial"/>
        </w:rPr>
        <w:tab/>
        <w:t>Corporate Resources</w:t>
      </w:r>
      <w:r w:rsidR="00A8421B">
        <w:rPr>
          <w:rFonts w:cs="Arial"/>
        </w:rPr>
        <w:t xml:space="preserve"> - Registrars</w:t>
      </w:r>
    </w:p>
    <w:tbl>
      <w:tblPr>
        <w:tblStyle w:val="TableGrid"/>
        <w:tblW w:w="8784" w:type="dxa"/>
        <w:tblLook w:val="04A0" w:firstRow="1" w:lastRow="0" w:firstColumn="1" w:lastColumn="0" w:noHBand="0" w:noVBand="1"/>
      </w:tblPr>
      <w:tblGrid>
        <w:gridCol w:w="5524"/>
        <w:gridCol w:w="1559"/>
        <w:gridCol w:w="1701"/>
      </w:tblGrid>
      <w:tr w:rsidR="009773AD" w:rsidRPr="005779B1" w14:paraId="385921F6" w14:textId="77777777" w:rsidTr="009773AD">
        <w:tc>
          <w:tcPr>
            <w:tcW w:w="5524" w:type="dxa"/>
            <w:tcBorders>
              <w:bottom w:val="single" w:sz="4" w:space="0" w:color="auto"/>
            </w:tcBorders>
            <w:vAlign w:val="center"/>
          </w:tcPr>
          <w:p w14:paraId="5F3FBB9C" w14:textId="77777777" w:rsidR="009773AD" w:rsidRPr="005779B1" w:rsidRDefault="009773AD" w:rsidP="007F1829">
            <w:pPr>
              <w:jc w:val="center"/>
              <w:rPr>
                <w:rFonts w:cs="Arial"/>
              </w:rPr>
            </w:pPr>
            <w:r w:rsidRPr="005779B1">
              <w:rPr>
                <w:rFonts w:eastAsia="Times New Roman" w:cs="Arial"/>
                <w:b/>
              </w:rPr>
              <w:t>Personal Attributes Required</w:t>
            </w:r>
          </w:p>
        </w:tc>
        <w:tc>
          <w:tcPr>
            <w:tcW w:w="1559" w:type="dxa"/>
            <w:tcBorders>
              <w:bottom w:val="single" w:sz="4" w:space="0" w:color="auto"/>
            </w:tcBorders>
            <w:vAlign w:val="center"/>
          </w:tcPr>
          <w:p w14:paraId="2B0D44C9" w14:textId="77777777" w:rsidR="009773AD" w:rsidRPr="005779B1" w:rsidRDefault="009773AD" w:rsidP="007F1829">
            <w:pPr>
              <w:jc w:val="center"/>
              <w:rPr>
                <w:rFonts w:eastAsia="Times New Roman" w:cs="Arial"/>
                <w:b/>
              </w:rPr>
            </w:pPr>
            <w:r w:rsidRPr="005779B1">
              <w:rPr>
                <w:rFonts w:eastAsia="Times New Roman" w:cs="Arial"/>
                <w:b/>
              </w:rPr>
              <w:t>Essential (E)</w:t>
            </w:r>
          </w:p>
          <w:p w14:paraId="3714A930" w14:textId="77777777" w:rsidR="009773AD" w:rsidRPr="005779B1" w:rsidRDefault="009773AD" w:rsidP="007F1829">
            <w:pPr>
              <w:jc w:val="center"/>
              <w:rPr>
                <w:rFonts w:eastAsia="Times New Roman" w:cs="Arial"/>
                <w:b/>
              </w:rPr>
            </w:pPr>
            <w:r w:rsidRPr="005779B1">
              <w:rPr>
                <w:rFonts w:eastAsia="Times New Roman" w:cs="Arial"/>
                <w:b/>
              </w:rPr>
              <w:t>or</w:t>
            </w:r>
          </w:p>
          <w:p w14:paraId="2EAB6BEF" w14:textId="77777777" w:rsidR="009773AD" w:rsidRPr="005779B1" w:rsidRDefault="009773AD" w:rsidP="007F1829">
            <w:pPr>
              <w:jc w:val="center"/>
              <w:rPr>
                <w:rFonts w:cs="Arial"/>
              </w:rPr>
            </w:pPr>
            <w:r w:rsidRPr="005779B1">
              <w:rPr>
                <w:rFonts w:eastAsia="Times New Roman" w:cs="Arial"/>
                <w:b/>
              </w:rPr>
              <w:t>Desirable (D)</w:t>
            </w:r>
          </w:p>
        </w:tc>
        <w:tc>
          <w:tcPr>
            <w:tcW w:w="1701" w:type="dxa"/>
            <w:tcBorders>
              <w:bottom w:val="single" w:sz="4" w:space="0" w:color="auto"/>
            </w:tcBorders>
            <w:vAlign w:val="center"/>
          </w:tcPr>
          <w:p w14:paraId="01586CF8" w14:textId="77777777" w:rsidR="009773AD" w:rsidRPr="005779B1" w:rsidRDefault="009773AD" w:rsidP="007F1829">
            <w:pPr>
              <w:jc w:val="center"/>
              <w:rPr>
                <w:rFonts w:cs="Arial"/>
              </w:rPr>
            </w:pPr>
            <w:r w:rsidRPr="005779B1">
              <w:rPr>
                <w:rFonts w:eastAsia="Times New Roman" w:cs="Arial"/>
                <w:b/>
              </w:rPr>
              <w:t>Method of Assessment</w:t>
            </w:r>
          </w:p>
        </w:tc>
      </w:tr>
      <w:tr w:rsidR="009773AD" w:rsidRPr="005779B1" w14:paraId="0866C9BB" w14:textId="77777777" w:rsidTr="009773AD">
        <w:tc>
          <w:tcPr>
            <w:tcW w:w="8784" w:type="dxa"/>
            <w:gridSpan w:val="3"/>
            <w:shd w:val="pct10" w:color="auto" w:fill="auto"/>
            <w:vAlign w:val="center"/>
          </w:tcPr>
          <w:p w14:paraId="4E78B93A" w14:textId="77777777" w:rsidR="009773AD" w:rsidRPr="005779B1" w:rsidRDefault="009773AD" w:rsidP="007F1829">
            <w:pPr>
              <w:rPr>
                <w:rFonts w:eastAsia="Times New Roman" w:cs="Arial"/>
                <w:b/>
              </w:rPr>
            </w:pPr>
            <w:r w:rsidRPr="005779B1">
              <w:rPr>
                <w:rFonts w:eastAsia="Times New Roman" w:cs="Arial"/>
                <w:b/>
                <w:u w:val="single"/>
              </w:rPr>
              <w:t>Qualifications</w:t>
            </w:r>
          </w:p>
        </w:tc>
      </w:tr>
      <w:tr w:rsidR="009773AD" w:rsidRPr="005779B1" w14:paraId="015BF057" w14:textId="77777777" w:rsidTr="009773AD">
        <w:tc>
          <w:tcPr>
            <w:tcW w:w="5524" w:type="dxa"/>
            <w:vAlign w:val="center"/>
          </w:tcPr>
          <w:p w14:paraId="6A55AE5F" w14:textId="7F0E4820" w:rsidR="009773AD" w:rsidRPr="005779B1" w:rsidRDefault="008F0FAB" w:rsidP="007F1829">
            <w:pPr>
              <w:rPr>
                <w:rFonts w:eastAsia="Times New Roman" w:cs="Arial"/>
              </w:rPr>
            </w:pPr>
            <w:r>
              <w:rPr>
                <w:rFonts w:cs="Arial"/>
              </w:rPr>
              <w:t>Educated up to GCSE</w:t>
            </w:r>
            <w:r w:rsidR="001306EF">
              <w:rPr>
                <w:rFonts w:cs="Arial"/>
              </w:rPr>
              <w:t>, including Maths and English, or equivalent.</w:t>
            </w:r>
          </w:p>
        </w:tc>
        <w:tc>
          <w:tcPr>
            <w:tcW w:w="1559" w:type="dxa"/>
            <w:vAlign w:val="center"/>
          </w:tcPr>
          <w:p w14:paraId="740F6F7D" w14:textId="04480CE6" w:rsidR="009773AD" w:rsidRPr="005779B1" w:rsidRDefault="00D04816" w:rsidP="009773AD">
            <w:pPr>
              <w:jc w:val="center"/>
              <w:rPr>
                <w:rFonts w:eastAsia="Times New Roman" w:cs="Arial"/>
                <w:bCs/>
              </w:rPr>
            </w:pPr>
            <w:r>
              <w:rPr>
                <w:rFonts w:eastAsia="Times New Roman" w:cs="Arial"/>
                <w:bCs/>
              </w:rPr>
              <w:t>E</w:t>
            </w:r>
          </w:p>
        </w:tc>
        <w:tc>
          <w:tcPr>
            <w:tcW w:w="1701" w:type="dxa"/>
            <w:vAlign w:val="center"/>
          </w:tcPr>
          <w:p w14:paraId="0F350DB7" w14:textId="42905673" w:rsidR="009773AD" w:rsidRPr="005779B1" w:rsidRDefault="009773AD" w:rsidP="009773AD">
            <w:pPr>
              <w:jc w:val="center"/>
              <w:rPr>
                <w:rFonts w:eastAsia="Times New Roman" w:cs="Arial"/>
                <w:bCs/>
              </w:rPr>
            </w:pPr>
            <w:r w:rsidRPr="005779B1">
              <w:rPr>
                <w:rFonts w:eastAsia="Times New Roman" w:cs="Arial"/>
                <w:bCs/>
              </w:rPr>
              <w:t>AF/</w:t>
            </w:r>
            <w:r w:rsidR="00C50B03" w:rsidRPr="005779B1">
              <w:rPr>
                <w:rFonts w:eastAsia="Times New Roman" w:cs="Arial"/>
                <w:bCs/>
              </w:rPr>
              <w:t>I/</w:t>
            </w:r>
            <w:r w:rsidRPr="005779B1">
              <w:rPr>
                <w:rFonts w:eastAsia="Times New Roman" w:cs="Arial"/>
                <w:bCs/>
              </w:rPr>
              <w:t>C</w:t>
            </w:r>
          </w:p>
        </w:tc>
      </w:tr>
      <w:tr w:rsidR="001306EF" w:rsidRPr="005779B1" w14:paraId="11780BBD" w14:textId="77777777" w:rsidTr="009773AD">
        <w:tc>
          <w:tcPr>
            <w:tcW w:w="5524" w:type="dxa"/>
            <w:vAlign w:val="center"/>
          </w:tcPr>
          <w:p w14:paraId="68CC0CBF" w14:textId="55781C85" w:rsidR="001306EF" w:rsidRDefault="00845999" w:rsidP="007F1829">
            <w:pPr>
              <w:rPr>
                <w:rFonts w:cs="Arial"/>
              </w:rPr>
            </w:pPr>
            <w:r>
              <w:rPr>
                <w:rFonts w:cs="Arial"/>
              </w:rPr>
              <w:t>Willingness to undertake required statutory registration training and assessments</w:t>
            </w:r>
            <w:r w:rsidR="003A1C5C">
              <w:rPr>
                <w:rFonts w:cs="Arial"/>
              </w:rPr>
              <w:t>.</w:t>
            </w:r>
          </w:p>
        </w:tc>
        <w:tc>
          <w:tcPr>
            <w:tcW w:w="1559" w:type="dxa"/>
            <w:vAlign w:val="center"/>
          </w:tcPr>
          <w:p w14:paraId="7711EDB9" w14:textId="5B2392B8" w:rsidR="001306EF" w:rsidRPr="005779B1" w:rsidRDefault="00D04816" w:rsidP="009773AD">
            <w:pPr>
              <w:jc w:val="center"/>
              <w:rPr>
                <w:rFonts w:eastAsia="Times New Roman" w:cs="Arial"/>
                <w:bCs/>
              </w:rPr>
            </w:pPr>
            <w:r>
              <w:rPr>
                <w:rFonts w:eastAsia="Times New Roman" w:cs="Arial"/>
                <w:bCs/>
              </w:rPr>
              <w:t>E</w:t>
            </w:r>
          </w:p>
        </w:tc>
        <w:tc>
          <w:tcPr>
            <w:tcW w:w="1701" w:type="dxa"/>
            <w:vAlign w:val="center"/>
          </w:tcPr>
          <w:p w14:paraId="05D9D975" w14:textId="62BBC632" w:rsidR="001306EF" w:rsidRPr="005779B1" w:rsidRDefault="00E323DF" w:rsidP="009773AD">
            <w:pPr>
              <w:jc w:val="center"/>
              <w:rPr>
                <w:rFonts w:eastAsia="Times New Roman" w:cs="Arial"/>
                <w:bCs/>
              </w:rPr>
            </w:pPr>
            <w:r w:rsidRPr="005779B1">
              <w:rPr>
                <w:rFonts w:eastAsia="Times New Roman" w:cs="Arial"/>
                <w:bCs/>
              </w:rPr>
              <w:t>AF/I</w:t>
            </w:r>
          </w:p>
        </w:tc>
      </w:tr>
      <w:tr w:rsidR="009773AD" w:rsidRPr="005779B1" w14:paraId="31AAA97A" w14:textId="77777777" w:rsidTr="009773AD">
        <w:tc>
          <w:tcPr>
            <w:tcW w:w="8784" w:type="dxa"/>
            <w:gridSpan w:val="3"/>
            <w:shd w:val="pct10" w:color="auto" w:fill="auto"/>
            <w:vAlign w:val="center"/>
          </w:tcPr>
          <w:p w14:paraId="3B57C844" w14:textId="77777777" w:rsidR="009773AD" w:rsidRPr="005779B1" w:rsidRDefault="009773AD" w:rsidP="009773AD">
            <w:pPr>
              <w:rPr>
                <w:rFonts w:eastAsia="Times New Roman" w:cs="Arial"/>
                <w:b/>
              </w:rPr>
            </w:pPr>
            <w:r w:rsidRPr="005779B1">
              <w:rPr>
                <w:rFonts w:eastAsia="Times New Roman" w:cs="Arial"/>
                <w:b/>
                <w:bCs/>
                <w:u w:val="single"/>
              </w:rPr>
              <w:t>Experience</w:t>
            </w:r>
          </w:p>
        </w:tc>
      </w:tr>
      <w:tr w:rsidR="009773AD" w:rsidRPr="005779B1" w14:paraId="5E4DB482" w14:textId="77777777" w:rsidTr="009773AD">
        <w:tc>
          <w:tcPr>
            <w:tcW w:w="5524" w:type="dxa"/>
            <w:vAlign w:val="center"/>
          </w:tcPr>
          <w:p w14:paraId="2F58362F" w14:textId="67D59E9D" w:rsidR="009773AD" w:rsidRPr="005779B1" w:rsidRDefault="00EA1BEC" w:rsidP="00EA1BEC">
            <w:pPr>
              <w:rPr>
                <w:rFonts w:eastAsia="Times New Roman" w:cs="Arial"/>
              </w:rPr>
            </w:pPr>
            <w:r w:rsidRPr="005779B1">
              <w:rPr>
                <w:rFonts w:cs="Arial"/>
              </w:rPr>
              <w:t xml:space="preserve">Experience of </w:t>
            </w:r>
            <w:r w:rsidR="0022453C">
              <w:rPr>
                <w:rFonts w:cs="Arial"/>
              </w:rPr>
              <w:t xml:space="preserve">providing </w:t>
            </w:r>
            <w:r w:rsidR="00527588">
              <w:rPr>
                <w:rFonts w:cs="Arial"/>
              </w:rPr>
              <w:t>high-quality</w:t>
            </w:r>
            <w:r w:rsidR="0022453C">
              <w:rPr>
                <w:rFonts w:cs="Arial"/>
              </w:rPr>
              <w:t xml:space="preserve"> customer service in a public facing environment</w:t>
            </w:r>
            <w:r w:rsidR="00527588">
              <w:rPr>
                <w:rFonts w:cs="Arial"/>
              </w:rPr>
              <w:t>.</w:t>
            </w:r>
            <w:r w:rsidRPr="005779B1">
              <w:rPr>
                <w:rFonts w:cs="Arial"/>
              </w:rPr>
              <w:t xml:space="preserve"> </w:t>
            </w:r>
          </w:p>
        </w:tc>
        <w:tc>
          <w:tcPr>
            <w:tcW w:w="1559" w:type="dxa"/>
            <w:vAlign w:val="center"/>
          </w:tcPr>
          <w:p w14:paraId="66238875" w14:textId="5AAB6B8A" w:rsidR="009773AD" w:rsidRPr="005779B1" w:rsidRDefault="00D04816" w:rsidP="009773AD">
            <w:pPr>
              <w:jc w:val="center"/>
              <w:rPr>
                <w:rFonts w:eastAsia="Times New Roman" w:cs="Arial"/>
                <w:bCs/>
              </w:rPr>
            </w:pPr>
            <w:r>
              <w:rPr>
                <w:rFonts w:eastAsia="Times New Roman" w:cs="Arial"/>
                <w:bCs/>
              </w:rPr>
              <w:t>E</w:t>
            </w:r>
          </w:p>
        </w:tc>
        <w:tc>
          <w:tcPr>
            <w:tcW w:w="1701" w:type="dxa"/>
            <w:vAlign w:val="center"/>
          </w:tcPr>
          <w:p w14:paraId="7C36D31B" w14:textId="77777777" w:rsidR="009773AD" w:rsidRPr="005779B1" w:rsidRDefault="009773AD" w:rsidP="009773AD">
            <w:pPr>
              <w:jc w:val="center"/>
              <w:rPr>
                <w:rFonts w:eastAsia="Times New Roman" w:cs="Arial"/>
                <w:bCs/>
              </w:rPr>
            </w:pPr>
            <w:r w:rsidRPr="005779B1">
              <w:rPr>
                <w:rFonts w:eastAsia="Times New Roman" w:cs="Arial"/>
                <w:bCs/>
              </w:rPr>
              <w:t>AF/I</w:t>
            </w:r>
          </w:p>
        </w:tc>
      </w:tr>
      <w:tr w:rsidR="00527588" w:rsidRPr="005779B1" w14:paraId="2A1DEC7C" w14:textId="77777777" w:rsidTr="009773AD">
        <w:tc>
          <w:tcPr>
            <w:tcW w:w="5524" w:type="dxa"/>
            <w:vAlign w:val="center"/>
          </w:tcPr>
          <w:p w14:paraId="73AB92C4" w14:textId="7BEAF14E" w:rsidR="00527588" w:rsidRPr="005779B1" w:rsidRDefault="00527588" w:rsidP="00EA1BEC">
            <w:pPr>
              <w:rPr>
                <w:rFonts w:cs="Arial"/>
              </w:rPr>
            </w:pPr>
            <w:r>
              <w:rPr>
                <w:rFonts w:cs="Arial"/>
              </w:rPr>
              <w:t xml:space="preserve">Experience of handling sensitive or confidential </w:t>
            </w:r>
            <w:r w:rsidR="006A4544">
              <w:rPr>
                <w:rFonts w:cs="Arial"/>
              </w:rPr>
              <w:t xml:space="preserve">information </w:t>
            </w:r>
            <w:r w:rsidR="00E214BF">
              <w:rPr>
                <w:rFonts w:cs="Arial"/>
              </w:rPr>
              <w:t>and maintaining appropriate records</w:t>
            </w:r>
            <w:r w:rsidR="003A1C5C">
              <w:rPr>
                <w:rFonts w:cs="Arial"/>
              </w:rPr>
              <w:t>.</w:t>
            </w:r>
          </w:p>
        </w:tc>
        <w:tc>
          <w:tcPr>
            <w:tcW w:w="1559" w:type="dxa"/>
            <w:vAlign w:val="center"/>
          </w:tcPr>
          <w:p w14:paraId="182A6763" w14:textId="7EC07B66" w:rsidR="00527588" w:rsidRDefault="00D04816" w:rsidP="009773AD">
            <w:pPr>
              <w:jc w:val="center"/>
              <w:rPr>
                <w:rFonts w:eastAsia="Times New Roman" w:cs="Arial"/>
                <w:bCs/>
              </w:rPr>
            </w:pPr>
            <w:r>
              <w:rPr>
                <w:rFonts w:eastAsia="Times New Roman" w:cs="Arial"/>
                <w:bCs/>
              </w:rPr>
              <w:t>E</w:t>
            </w:r>
          </w:p>
        </w:tc>
        <w:tc>
          <w:tcPr>
            <w:tcW w:w="1701" w:type="dxa"/>
            <w:vAlign w:val="center"/>
          </w:tcPr>
          <w:p w14:paraId="2DCCEFF2" w14:textId="58AF5570" w:rsidR="00527588" w:rsidRPr="005779B1" w:rsidRDefault="00E323DF" w:rsidP="009773AD">
            <w:pPr>
              <w:jc w:val="center"/>
              <w:rPr>
                <w:rFonts w:eastAsia="Times New Roman" w:cs="Arial"/>
                <w:bCs/>
              </w:rPr>
            </w:pPr>
            <w:r w:rsidRPr="005779B1">
              <w:rPr>
                <w:rFonts w:eastAsia="Times New Roman" w:cs="Arial"/>
                <w:bCs/>
              </w:rPr>
              <w:t>AF/I</w:t>
            </w:r>
          </w:p>
        </w:tc>
      </w:tr>
      <w:tr w:rsidR="00D4608F" w:rsidRPr="005779B1" w14:paraId="319E0198" w14:textId="77777777" w:rsidTr="009773AD">
        <w:tc>
          <w:tcPr>
            <w:tcW w:w="5524" w:type="dxa"/>
            <w:vAlign w:val="center"/>
          </w:tcPr>
          <w:p w14:paraId="06F65BCB" w14:textId="29EC9728" w:rsidR="00D4608F" w:rsidRDefault="00D4608F" w:rsidP="00EA1BEC">
            <w:pPr>
              <w:rPr>
                <w:rFonts w:cs="Arial"/>
              </w:rPr>
            </w:pPr>
            <w:r>
              <w:rPr>
                <w:rFonts w:cs="Arial"/>
              </w:rPr>
              <w:t>Experience of using IT systems and undertaking administrative duties.</w:t>
            </w:r>
          </w:p>
        </w:tc>
        <w:tc>
          <w:tcPr>
            <w:tcW w:w="1559" w:type="dxa"/>
            <w:vAlign w:val="center"/>
          </w:tcPr>
          <w:p w14:paraId="342C2814" w14:textId="394B0119" w:rsidR="00D4608F" w:rsidRDefault="00D04816" w:rsidP="009773AD">
            <w:pPr>
              <w:jc w:val="center"/>
              <w:rPr>
                <w:rFonts w:eastAsia="Times New Roman" w:cs="Arial"/>
                <w:bCs/>
              </w:rPr>
            </w:pPr>
            <w:r>
              <w:rPr>
                <w:rFonts w:eastAsia="Times New Roman" w:cs="Arial"/>
                <w:bCs/>
              </w:rPr>
              <w:t>E</w:t>
            </w:r>
          </w:p>
        </w:tc>
        <w:tc>
          <w:tcPr>
            <w:tcW w:w="1701" w:type="dxa"/>
            <w:vAlign w:val="center"/>
          </w:tcPr>
          <w:p w14:paraId="1D0A5CFC" w14:textId="596D8B65" w:rsidR="00D4608F" w:rsidRPr="005779B1" w:rsidRDefault="00E323DF" w:rsidP="009773AD">
            <w:pPr>
              <w:jc w:val="center"/>
              <w:rPr>
                <w:rFonts w:eastAsia="Times New Roman" w:cs="Arial"/>
                <w:bCs/>
              </w:rPr>
            </w:pPr>
            <w:r w:rsidRPr="005779B1">
              <w:rPr>
                <w:rFonts w:eastAsia="Times New Roman" w:cs="Arial"/>
                <w:bCs/>
              </w:rPr>
              <w:t>AF/I</w:t>
            </w:r>
          </w:p>
        </w:tc>
      </w:tr>
      <w:tr w:rsidR="00701E6D" w:rsidRPr="005779B1" w14:paraId="01044506" w14:textId="77777777" w:rsidTr="009773AD">
        <w:tc>
          <w:tcPr>
            <w:tcW w:w="5524" w:type="dxa"/>
            <w:vAlign w:val="center"/>
          </w:tcPr>
          <w:p w14:paraId="7B65203E" w14:textId="7F38391D" w:rsidR="00701E6D" w:rsidRDefault="00701E6D" w:rsidP="00EA1BEC">
            <w:pPr>
              <w:rPr>
                <w:rFonts w:cs="Arial"/>
              </w:rPr>
            </w:pPr>
            <w:r>
              <w:rPr>
                <w:rFonts w:cs="Arial"/>
              </w:rPr>
              <w:t xml:space="preserve">Experience of working in a Register Office </w:t>
            </w:r>
            <w:r w:rsidR="004B3D98">
              <w:rPr>
                <w:rFonts w:cs="Arial"/>
              </w:rPr>
              <w:t>or conducting ceremonies</w:t>
            </w:r>
            <w:r w:rsidR="003A1C5C">
              <w:rPr>
                <w:rFonts w:cs="Arial"/>
              </w:rPr>
              <w:t>.</w:t>
            </w:r>
          </w:p>
        </w:tc>
        <w:tc>
          <w:tcPr>
            <w:tcW w:w="1559" w:type="dxa"/>
            <w:vAlign w:val="center"/>
          </w:tcPr>
          <w:p w14:paraId="7192F177" w14:textId="62AA5F1A" w:rsidR="00701E6D" w:rsidRDefault="004B3D98" w:rsidP="009773AD">
            <w:pPr>
              <w:jc w:val="center"/>
              <w:rPr>
                <w:rFonts w:eastAsia="Times New Roman" w:cs="Arial"/>
                <w:bCs/>
              </w:rPr>
            </w:pPr>
            <w:r>
              <w:rPr>
                <w:rFonts w:eastAsia="Times New Roman" w:cs="Arial"/>
                <w:bCs/>
              </w:rPr>
              <w:t>D</w:t>
            </w:r>
          </w:p>
        </w:tc>
        <w:tc>
          <w:tcPr>
            <w:tcW w:w="1701" w:type="dxa"/>
            <w:vAlign w:val="center"/>
          </w:tcPr>
          <w:p w14:paraId="2D4667AE" w14:textId="27539D71" w:rsidR="00701E6D" w:rsidRPr="005779B1" w:rsidRDefault="00E323DF" w:rsidP="009773AD">
            <w:pPr>
              <w:jc w:val="center"/>
              <w:rPr>
                <w:rFonts w:eastAsia="Times New Roman" w:cs="Arial"/>
                <w:bCs/>
              </w:rPr>
            </w:pPr>
            <w:r w:rsidRPr="005779B1">
              <w:rPr>
                <w:rFonts w:eastAsia="Times New Roman" w:cs="Arial"/>
                <w:bCs/>
              </w:rPr>
              <w:t>AF/I</w:t>
            </w:r>
          </w:p>
        </w:tc>
      </w:tr>
      <w:tr w:rsidR="009773AD" w:rsidRPr="005779B1" w14:paraId="6A9C1746" w14:textId="77777777" w:rsidTr="009773AD">
        <w:tc>
          <w:tcPr>
            <w:tcW w:w="8784" w:type="dxa"/>
            <w:gridSpan w:val="3"/>
            <w:shd w:val="pct10" w:color="auto" w:fill="auto"/>
            <w:vAlign w:val="center"/>
          </w:tcPr>
          <w:p w14:paraId="6BD52291" w14:textId="77777777" w:rsidR="009773AD" w:rsidRPr="005779B1" w:rsidRDefault="009773AD" w:rsidP="009773AD">
            <w:pPr>
              <w:rPr>
                <w:rFonts w:eastAsia="Times New Roman" w:cs="Arial"/>
                <w:b/>
              </w:rPr>
            </w:pPr>
            <w:r w:rsidRPr="005779B1">
              <w:rPr>
                <w:rFonts w:eastAsia="Times New Roman" w:cs="Arial"/>
                <w:b/>
                <w:u w:val="single"/>
              </w:rPr>
              <w:t>Skills &amp; Knowledge</w:t>
            </w:r>
          </w:p>
        </w:tc>
      </w:tr>
      <w:tr w:rsidR="009773AD" w:rsidRPr="005779B1" w14:paraId="722F28E6" w14:textId="77777777" w:rsidTr="009773AD">
        <w:tc>
          <w:tcPr>
            <w:tcW w:w="5524" w:type="dxa"/>
            <w:vAlign w:val="center"/>
          </w:tcPr>
          <w:p w14:paraId="0135C95A" w14:textId="41E33F92" w:rsidR="009773AD" w:rsidRPr="005779B1" w:rsidRDefault="00B07BCB" w:rsidP="00B07BCB">
            <w:pPr>
              <w:rPr>
                <w:rFonts w:eastAsia="Times New Roman" w:cs="Arial"/>
              </w:rPr>
            </w:pPr>
            <w:r w:rsidRPr="005779B1">
              <w:rPr>
                <w:rFonts w:cs="Arial"/>
              </w:rPr>
              <w:t>Excellent communication skills, written and verbal and the ability to communicate effectively with a wide range of people from different backgrounds/cultures.</w:t>
            </w:r>
          </w:p>
        </w:tc>
        <w:tc>
          <w:tcPr>
            <w:tcW w:w="1559" w:type="dxa"/>
            <w:vAlign w:val="center"/>
          </w:tcPr>
          <w:p w14:paraId="077A2AE9" w14:textId="77777777" w:rsidR="009773AD" w:rsidRPr="005779B1" w:rsidRDefault="009773AD" w:rsidP="009773AD">
            <w:pPr>
              <w:jc w:val="center"/>
              <w:rPr>
                <w:rFonts w:eastAsia="Times New Roman" w:cs="Arial"/>
                <w:bCs/>
              </w:rPr>
            </w:pPr>
            <w:r w:rsidRPr="005779B1">
              <w:rPr>
                <w:rFonts w:eastAsia="Times New Roman" w:cs="Arial"/>
                <w:bCs/>
              </w:rPr>
              <w:t>E</w:t>
            </w:r>
          </w:p>
        </w:tc>
        <w:tc>
          <w:tcPr>
            <w:tcW w:w="1701" w:type="dxa"/>
            <w:vAlign w:val="center"/>
          </w:tcPr>
          <w:p w14:paraId="74CCDC5F" w14:textId="77777777" w:rsidR="009773AD" w:rsidRPr="005779B1" w:rsidRDefault="009773AD" w:rsidP="009773AD">
            <w:pPr>
              <w:jc w:val="center"/>
              <w:rPr>
                <w:rFonts w:eastAsia="Times New Roman" w:cs="Arial"/>
                <w:bCs/>
              </w:rPr>
            </w:pPr>
            <w:r w:rsidRPr="005779B1">
              <w:rPr>
                <w:rFonts w:eastAsia="Times New Roman" w:cs="Arial"/>
                <w:bCs/>
              </w:rPr>
              <w:t>AF/I</w:t>
            </w:r>
          </w:p>
        </w:tc>
      </w:tr>
      <w:tr w:rsidR="009773AD" w:rsidRPr="005779B1" w14:paraId="2D14D984" w14:textId="77777777" w:rsidTr="009773AD">
        <w:tc>
          <w:tcPr>
            <w:tcW w:w="5524" w:type="dxa"/>
            <w:vAlign w:val="center"/>
          </w:tcPr>
          <w:p w14:paraId="1640F5DF" w14:textId="07508485" w:rsidR="009773AD" w:rsidRPr="005779B1" w:rsidRDefault="004D3A4C" w:rsidP="007F1829">
            <w:pPr>
              <w:ind w:right="539"/>
              <w:rPr>
                <w:rFonts w:eastAsia="Times New Roman" w:cs="Arial"/>
              </w:rPr>
            </w:pPr>
            <w:r w:rsidRPr="005779B1">
              <w:rPr>
                <w:rFonts w:cs="Arial"/>
              </w:rPr>
              <w:t>Tact and diplomacy skills.</w:t>
            </w:r>
          </w:p>
        </w:tc>
        <w:tc>
          <w:tcPr>
            <w:tcW w:w="1559" w:type="dxa"/>
            <w:vAlign w:val="center"/>
          </w:tcPr>
          <w:p w14:paraId="5525184B" w14:textId="77777777" w:rsidR="009773AD" w:rsidRPr="005779B1" w:rsidRDefault="009773AD" w:rsidP="009773AD">
            <w:pPr>
              <w:jc w:val="center"/>
              <w:rPr>
                <w:rFonts w:eastAsia="Times New Roman" w:cs="Arial"/>
                <w:b/>
              </w:rPr>
            </w:pPr>
            <w:r w:rsidRPr="005779B1">
              <w:rPr>
                <w:rFonts w:eastAsia="Times New Roman" w:cs="Arial"/>
                <w:bCs/>
              </w:rPr>
              <w:t>E</w:t>
            </w:r>
          </w:p>
        </w:tc>
        <w:tc>
          <w:tcPr>
            <w:tcW w:w="1701" w:type="dxa"/>
            <w:vAlign w:val="center"/>
          </w:tcPr>
          <w:p w14:paraId="0B21DC80" w14:textId="77777777" w:rsidR="009773AD" w:rsidRPr="005779B1" w:rsidRDefault="009773AD" w:rsidP="009773AD">
            <w:pPr>
              <w:jc w:val="center"/>
              <w:rPr>
                <w:rFonts w:eastAsia="Times New Roman" w:cs="Arial"/>
                <w:bCs/>
              </w:rPr>
            </w:pPr>
            <w:r w:rsidRPr="005779B1">
              <w:rPr>
                <w:rFonts w:eastAsia="Times New Roman" w:cs="Arial"/>
                <w:bCs/>
              </w:rPr>
              <w:t>AF/I</w:t>
            </w:r>
          </w:p>
        </w:tc>
      </w:tr>
      <w:tr w:rsidR="009773AD" w:rsidRPr="005779B1" w14:paraId="76319CC6" w14:textId="77777777" w:rsidTr="009773AD">
        <w:tc>
          <w:tcPr>
            <w:tcW w:w="5524" w:type="dxa"/>
            <w:vAlign w:val="center"/>
          </w:tcPr>
          <w:p w14:paraId="13E96D94" w14:textId="7101FFD3" w:rsidR="009773AD" w:rsidRPr="005779B1" w:rsidRDefault="00382C8E" w:rsidP="00382C8E">
            <w:pPr>
              <w:rPr>
                <w:rFonts w:eastAsia="Times New Roman" w:cs="Arial"/>
              </w:rPr>
            </w:pPr>
            <w:r w:rsidRPr="005779B1">
              <w:rPr>
                <w:rFonts w:cs="Arial"/>
              </w:rPr>
              <w:t>Excellent customer care skills</w:t>
            </w:r>
            <w:r w:rsidR="0093338C">
              <w:rPr>
                <w:rFonts w:cs="Arial"/>
              </w:rPr>
              <w:t xml:space="preserve"> and problem solving.</w:t>
            </w:r>
          </w:p>
        </w:tc>
        <w:tc>
          <w:tcPr>
            <w:tcW w:w="1559" w:type="dxa"/>
            <w:vAlign w:val="center"/>
          </w:tcPr>
          <w:p w14:paraId="7D1D8B52" w14:textId="77777777" w:rsidR="009773AD" w:rsidRPr="005779B1" w:rsidRDefault="009773AD" w:rsidP="009773AD">
            <w:pPr>
              <w:jc w:val="center"/>
              <w:rPr>
                <w:rFonts w:eastAsia="Times New Roman" w:cs="Arial"/>
                <w:b/>
              </w:rPr>
            </w:pPr>
            <w:r w:rsidRPr="005779B1">
              <w:rPr>
                <w:rFonts w:eastAsia="Times New Roman" w:cs="Arial"/>
                <w:bCs/>
              </w:rPr>
              <w:t>E</w:t>
            </w:r>
          </w:p>
        </w:tc>
        <w:tc>
          <w:tcPr>
            <w:tcW w:w="1701" w:type="dxa"/>
            <w:vAlign w:val="center"/>
          </w:tcPr>
          <w:p w14:paraId="7176D0B5" w14:textId="77777777" w:rsidR="009773AD" w:rsidRPr="005779B1" w:rsidRDefault="009773AD" w:rsidP="009773AD">
            <w:pPr>
              <w:jc w:val="center"/>
              <w:rPr>
                <w:rFonts w:eastAsia="Times New Roman" w:cs="Arial"/>
                <w:bCs/>
              </w:rPr>
            </w:pPr>
            <w:r w:rsidRPr="005779B1">
              <w:rPr>
                <w:rFonts w:eastAsia="Times New Roman" w:cs="Arial"/>
                <w:bCs/>
              </w:rPr>
              <w:t>AF/I</w:t>
            </w:r>
          </w:p>
        </w:tc>
      </w:tr>
      <w:tr w:rsidR="00DF6CB7" w:rsidRPr="005779B1" w14:paraId="4044474D" w14:textId="77777777" w:rsidTr="009773AD">
        <w:tc>
          <w:tcPr>
            <w:tcW w:w="5524" w:type="dxa"/>
            <w:vAlign w:val="center"/>
          </w:tcPr>
          <w:p w14:paraId="4142CC98" w14:textId="37A28882" w:rsidR="00DF6CB7" w:rsidRPr="005779B1" w:rsidRDefault="00B945A6" w:rsidP="00382C8E">
            <w:pPr>
              <w:rPr>
                <w:rFonts w:cs="Arial"/>
              </w:rPr>
            </w:pPr>
            <w:r>
              <w:rPr>
                <w:rFonts w:cs="Arial"/>
              </w:rPr>
              <w:t>High levels of accuracy and attention to detail</w:t>
            </w:r>
            <w:r w:rsidR="00E525CC">
              <w:rPr>
                <w:rFonts w:cs="Arial"/>
              </w:rPr>
              <w:t>.</w:t>
            </w:r>
          </w:p>
        </w:tc>
        <w:tc>
          <w:tcPr>
            <w:tcW w:w="1559" w:type="dxa"/>
            <w:vAlign w:val="center"/>
          </w:tcPr>
          <w:p w14:paraId="3AAFCA52" w14:textId="375187E6" w:rsidR="00DF6CB7" w:rsidRPr="005779B1" w:rsidRDefault="00B45EB9" w:rsidP="009773AD">
            <w:pPr>
              <w:jc w:val="center"/>
              <w:rPr>
                <w:rFonts w:eastAsia="Times New Roman" w:cs="Arial"/>
                <w:bCs/>
              </w:rPr>
            </w:pPr>
            <w:r>
              <w:rPr>
                <w:rFonts w:eastAsia="Times New Roman" w:cs="Arial"/>
                <w:bCs/>
              </w:rPr>
              <w:t>E</w:t>
            </w:r>
          </w:p>
        </w:tc>
        <w:tc>
          <w:tcPr>
            <w:tcW w:w="1701" w:type="dxa"/>
            <w:vAlign w:val="center"/>
          </w:tcPr>
          <w:p w14:paraId="04F1833C" w14:textId="4DCBBE8F" w:rsidR="00DF6CB7" w:rsidRPr="005779B1" w:rsidRDefault="00E323DF" w:rsidP="009773AD">
            <w:pPr>
              <w:jc w:val="center"/>
              <w:rPr>
                <w:rFonts w:eastAsia="Times New Roman" w:cs="Arial"/>
                <w:bCs/>
              </w:rPr>
            </w:pPr>
            <w:r w:rsidRPr="005779B1">
              <w:rPr>
                <w:rFonts w:eastAsia="Times New Roman" w:cs="Arial"/>
                <w:bCs/>
              </w:rPr>
              <w:t>AF/I</w:t>
            </w:r>
          </w:p>
        </w:tc>
      </w:tr>
      <w:tr w:rsidR="00B945A6" w:rsidRPr="005779B1" w14:paraId="5B9EACE9" w14:textId="77777777" w:rsidTr="009773AD">
        <w:tc>
          <w:tcPr>
            <w:tcW w:w="5524" w:type="dxa"/>
            <w:vAlign w:val="center"/>
          </w:tcPr>
          <w:p w14:paraId="0BF9E83D" w14:textId="29795B84" w:rsidR="00B945A6" w:rsidRDefault="00CE2D2C" w:rsidP="00382C8E">
            <w:pPr>
              <w:rPr>
                <w:rFonts w:cs="Arial"/>
              </w:rPr>
            </w:pPr>
            <w:r>
              <w:rPr>
                <w:rFonts w:cs="Arial"/>
              </w:rPr>
              <w:t xml:space="preserve">Ability to follow legislation, procedures and statutory </w:t>
            </w:r>
            <w:r w:rsidR="00CA599D">
              <w:rPr>
                <w:rFonts w:cs="Arial"/>
              </w:rPr>
              <w:t>requirements</w:t>
            </w:r>
            <w:r>
              <w:rPr>
                <w:rFonts w:cs="Arial"/>
              </w:rPr>
              <w:t>.</w:t>
            </w:r>
          </w:p>
        </w:tc>
        <w:tc>
          <w:tcPr>
            <w:tcW w:w="1559" w:type="dxa"/>
            <w:vAlign w:val="center"/>
          </w:tcPr>
          <w:p w14:paraId="0D4F18BF" w14:textId="4DD749F6" w:rsidR="00B945A6" w:rsidRPr="005779B1" w:rsidRDefault="00B45EB9" w:rsidP="009773AD">
            <w:pPr>
              <w:jc w:val="center"/>
              <w:rPr>
                <w:rFonts w:eastAsia="Times New Roman" w:cs="Arial"/>
                <w:bCs/>
              </w:rPr>
            </w:pPr>
            <w:r>
              <w:rPr>
                <w:rFonts w:eastAsia="Times New Roman" w:cs="Arial"/>
                <w:bCs/>
              </w:rPr>
              <w:t>E</w:t>
            </w:r>
          </w:p>
        </w:tc>
        <w:tc>
          <w:tcPr>
            <w:tcW w:w="1701" w:type="dxa"/>
            <w:vAlign w:val="center"/>
          </w:tcPr>
          <w:p w14:paraId="2E750DC9" w14:textId="26203EAE" w:rsidR="00B945A6" w:rsidRPr="005779B1" w:rsidRDefault="00E323DF" w:rsidP="009773AD">
            <w:pPr>
              <w:jc w:val="center"/>
              <w:rPr>
                <w:rFonts w:eastAsia="Times New Roman" w:cs="Arial"/>
                <w:bCs/>
              </w:rPr>
            </w:pPr>
            <w:r w:rsidRPr="005779B1">
              <w:rPr>
                <w:rFonts w:eastAsia="Times New Roman" w:cs="Arial"/>
                <w:bCs/>
              </w:rPr>
              <w:t>AF/I</w:t>
            </w:r>
          </w:p>
        </w:tc>
      </w:tr>
      <w:tr w:rsidR="009773AD" w:rsidRPr="005779B1" w14:paraId="702CC67D" w14:textId="77777777" w:rsidTr="009773AD">
        <w:tc>
          <w:tcPr>
            <w:tcW w:w="5524" w:type="dxa"/>
            <w:vAlign w:val="center"/>
          </w:tcPr>
          <w:p w14:paraId="37C40658" w14:textId="29550631" w:rsidR="009773AD" w:rsidRPr="005779B1" w:rsidRDefault="00F315A8" w:rsidP="00F315A8">
            <w:pPr>
              <w:rPr>
                <w:rFonts w:eastAsia="Times New Roman" w:cs="Arial"/>
              </w:rPr>
            </w:pPr>
            <w:r w:rsidRPr="005779B1">
              <w:rPr>
                <w:rFonts w:cs="Arial"/>
              </w:rPr>
              <w:t>Commitment to equal opportunities and ability to promote non-discriminatory practices.</w:t>
            </w:r>
          </w:p>
        </w:tc>
        <w:tc>
          <w:tcPr>
            <w:tcW w:w="1559" w:type="dxa"/>
            <w:vAlign w:val="center"/>
          </w:tcPr>
          <w:p w14:paraId="763439E7" w14:textId="77777777" w:rsidR="009773AD" w:rsidRPr="005779B1" w:rsidRDefault="009773AD" w:rsidP="009773AD">
            <w:pPr>
              <w:jc w:val="center"/>
              <w:rPr>
                <w:rFonts w:eastAsia="Times New Roman" w:cs="Arial"/>
                <w:b/>
              </w:rPr>
            </w:pPr>
            <w:r w:rsidRPr="005779B1">
              <w:rPr>
                <w:rFonts w:eastAsia="Times New Roman" w:cs="Arial"/>
                <w:bCs/>
              </w:rPr>
              <w:t>E</w:t>
            </w:r>
          </w:p>
        </w:tc>
        <w:tc>
          <w:tcPr>
            <w:tcW w:w="1701" w:type="dxa"/>
            <w:vAlign w:val="center"/>
          </w:tcPr>
          <w:p w14:paraId="4C9E4E40" w14:textId="77777777" w:rsidR="009773AD" w:rsidRPr="005779B1" w:rsidRDefault="009773AD" w:rsidP="009773AD">
            <w:pPr>
              <w:jc w:val="center"/>
              <w:rPr>
                <w:rFonts w:eastAsia="Times New Roman" w:cs="Arial"/>
                <w:bCs/>
              </w:rPr>
            </w:pPr>
            <w:r w:rsidRPr="005779B1">
              <w:rPr>
                <w:rFonts w:eastAsia="Times New Roman" w:cs="Arial"/>
                <w:bCs/>
              </w:rPr>
              <w:t>AF/I</w:t>
            </w:r>
          </w:p>
        </w:tc>
      </w:tr>
      <w:tr w:rsidR="009773AD" w:rsidRPr="005779B1" w14:paraId="76E33DCD" w14:textId="77777777" w:rsidTr="009773AD">
        <w:tc>
          <w:tcPr>
            <w:tcW w:w="5524" w:type="dxa"/>
            <w:vAlign w:val="center"/>
          </w:tcPr>
          <w:p w14:paraId="00C79011" w14:textId="179FD940" w:rsidR="009773AD" w:rsidRPr="005779B1" w:rsidRDefault="003D20E6" w:rsidP="003D20E6">
            <w:pPr>
              <w:rPr>
                <w:rFonts w:eastAsia="Times New Roman" w:cs="Arial"/>
              </w:rPr>
            </w:pPr>
            <w:r w:rsidRPr="005779B1">
              <w:rPr>
                <w:rFonts w:cs="Arial"/>
              </w:rPr>
              <w:t>Relevant knowledge and understanding of the Financial Regulations of the Council.</w:t>
            </w:r>
          </w:p>
        </w:tc>
        <w:tc>
          <w:tcPr>
            <w:tcW w:w="1559" w:type="dxa"/>
            <w:vAlign w:val="center"/>
          </w:tcPr>
          <w:p w14:paraId="02EE89F6" w14:textId="37C5F650" w:rsidR="009773AD" w:rsidRPr="005779B1" w:rsidRDefault="003D20E6" w:rsidP="009773AD">
            <w:pPr>
              <w:jc w:val="center"/>
              <w:rPr>
                <w:rFonts w:eastAsia="Times New Roman" w:cs="Arial"/>
                <w:bCs/>
              </w:rPr>
            </w:pPr>
            <w:r w:rsidRPr="005779B1">
              <w:rPr>
                <w:rFonts w:eastAsia="Times New Roman" w:cs="Arial"/>
                <w:bCs/>
              </w:rPr>
              <w:t>D</w:t>
            </w:r>
          </w:p>
        </w:tc>
        <w:tc>
          <w:tcPr>
            <w:tcW w:w="1701" w:type="dxa"/>
            <w:vAlign w:val="center"/>
          </w:tcPr>
          <w:p w14:paraId="142F552C" w14:textId="77777777" w:rsidR="009773AD" w:rsidRPr="005779B1" w:rsidRDefault="009773AD" w:rsidP="009773AD">
            <w:pPr>
              <w:jc w:val="center"/>
              <w:rPr>
                <w:rFonts w:eastAsia="Times New Roman" w:cs="Arial"/>
                <w:bCs/>
              </w:rPr>
            </w:pPr>
            <w:r w:rsidRPr="005779B1">
              <w:rPr>
                <w:rFonts w:eastAsia="Times New Roman" w:cs="Arial"/>
                <w:bCs/>
              </w:rPr>
              <w:t>AF/I</w:t>
            </w:r>
          </w:p>
        </w:tc>
      </w:tr>
      <w:tr w:rsidR="009773AD" w:rsidRPr="005779B1" w14:paraId="1FC7478C" w14:textId="77777777" w:rsidTr="009773AD">
        <w:tc>
          <w:tcPr>
            <w:tcW w:w="5524" w:type="dxa"/>
            <w:vAlign w:val="center"/>
          </w:tcPr>
          <w:p w14:paraId="06C6D79A" w14:textId="1F1C81A3" w:rsidR="009773AD" w:rsidRPr="005779B1" w:rsidRDefault="00B75500" w:rsidP="007F1829">
            <w:pPr>
              <w:rPr>
                <w:rFonts w:eastAsia="Times New Roman" w:cs="Arial"/>
              </w:rPr>
            </w:pPr>
            <w:r w:rsidRPr="005779B1">
              <w:rPr>
                <w:rFonts w:cs="Arial"/>
              </w:rPr>
              <w:t>Good I</w:t>
            </w:r>
            <w:r w:rsidR="00EC66C2" w:rsidRPr="005779B1">
              <w:rPr>
                <w:rFonts w:cs="Arial"/>
              </w:rPr>
              <w:t>T Skills</w:t>
            </w:r>
            <w:r w:rsidR="00CA599D">
              <w:rPr>
                <w:rFonts w:cs="Arial"/>
              </w:rPr>
              <w:t xml:space="preserve"> and the ability to manage appointments and competing priorities.</w:t>
            </w:r>
          </w:p>
        </w:tc>
        <w:tc>
          <w:tcPr>
            <w:tcW w:w="1559" w:type="dxa"/>
            <w:vAlign w:val="center"/>
          </w:tcPr>
          <w:p w14:paraId="1549DD07" w14:textId="63D3E812" w:rsidR="009773AD" w:rsidRPr="005779B1" w:rsidRDefault="00B45EB9" w:rsidP="009773AD">
            <w:pPr>
              <w:jc w:val="center"/>
              <w:rPr>
                <w:rFonts w:eastAsia="Times New Roman" w:cs="Arial"/>
                <w:bCs/>
              </w:rPr>
            </w:pPr>
            <w:r>
              <w:rPr>
                <w:rFonts w:eastAsia="Times New Roman" w:cs="Arial"/>
                <w:bCs/>
              </w:rPr>
              <w:t>E</w:t>
            </w:r>
          </w:p>
        </w:tc>
        <w:tc>
          <w:tcPr>
            <w:tcW w:w="1701" w:type="dxa"/>
            <w:vAlign w:val="center"/>
          </w:tcPr>
          <w:p w14:paraId="4DB12438" w14:textId="77777777" w:rsidR="009773AD" w:rsidRPr="005779B1" w:rsidRDefault="009773AD" w:rsidP="009773AD">
            <w:pPr>
              <w:jc w:val="center"/>
              <w:rPr>
                <w:rFonts w:eastAsia="Times New Roman" w:cs="Arial"/>
                <w:bCs/>
              </w:rPr>
            </w:pPr>
            <w:r w:rsidRPr="005779B1">
              <w:rPr>
                <w:rFonts w:eastAsia="Times New Roman" w:cs="Arial"/>
                <w:bCs/>
              </w:rPr>
              <w:t>AF/I</w:t>
            </w:r>
          </w:p>
        </w:tc>
      </w:tr>
      <w:tr w:rsidR="008C0492" w:rsidRPr="005779B1" w14:paraId="14B3DC6B" w14:textId="77777777" w:rsidTr="009773AD">
        <w:tc>
          <w:tcPr>
            <w:tcW w:w="5524" w:type="dxa"/>
            <w:vAlign w:val="center"/>
          </w:tcPr>
          <w:p w14:paraId="34F235FE" w14:textId="6B81FABB" w:rsidR="008C0492" w:rsidRPr="005779B1" w:rsidRDefault="008C0492" w:rsidP="007F1829">
            <w:pPr>
              <w:rPr>
                <w:rFonts w:cs="Arial"/>
              </w:rPr>
            </w:pPr>
            <w:r>
              <w:rPr>
                <w:rFonts w:cs="Arial"/>
              </w:rPr>
              <w:t xml:space="preserve">Understanding of confidentiality, data </w:t>
            </w:r>
            <w:r w:rsidR="00420323">
              <w:rPr>
                <w:rFonts w:cs="Arial"/>
              </w:rPr>
              <w:t>protection</w:t>
            </w:r>
            <w:r>
              <w:rPr>
                <w:rFonts w:cs="Arial"/>
              </w:rPr>
              <w:t xml:space="preserve"> and </w:t>
            </w:r>
            <w:r w:rsidR="00420323">
              <w:rPr>
                <w:rFonts w:cs="Arial"/>
              </w:rPr>
              <w:t>equality requirements</w:t>
            </w:r>
            <w:r w:rsidR="00092707">
              <w:rPr>
                <w:rFonts w:cs="Arial"/>
              </w:rPr>
              <w:t>.</w:t>
            </w:r>
          </w:p>
        </w:tc>
        <w:tc>
          <w:tcPr>
            <w:tcW w:w="1559" w:type="dxa"/>
            <w:vAlign w:val="center"/>
          </w:tcPr>
          <w:p w14:paraId="4B0E342E" w14:textId="537ADFB1" w:rsidR="008C0492" w:rsidRPr="005779B1" w:rsidRDefault="00B45EB9" w:rsidP="009773AD">
            <w:pPr>
              <w:jc w:val="center"/>
              <w:rPr>
                <w:rFonts w:eastAsia="Times New Roman" w:cs="Arial"/>
                <w:bCs/>
              </w:rPr>
            </w:pPr>
            <w:r>
              <w:rPr>
                <w:rFonts w:eastAsia="Times New Roman" w:cs="Arial"/>
                <w:bCs/>
              </w:rPr>
              <w:t>E</w:t>
            </w:r>
          </w:p>
        </w:tc>
        <w:tc>
          <w:tcPr>
            <w:tcW w:w="1701" w:type="dxa"/>
            <w:vAlign w:val="center"/>
          </w:tcPr>
          <w:p w14:paraId="7AF4998E" w14:textId="3E11505C" w:rsidR="008C0492" w:rsidRPr="005779B1" w:rsidRDefault="00E323DF" w:rsidP="009773AD">
            <w:pPr>
              <w:jc w:val="center"/>
              <w:rPr>
                <w:rFonts w:eastAsia="Times New Roman" w:cs="Arial"/>
                <w:bCs/>
              </w:rPr>
            </w:pPr>
            <w:r w:rsidRPr="005779B1">
              <w:rPr>
                <w:rFonts w:eastAsia="Times New Roman" w:cs="Arial"/>
                <w:bCs/>
              </w:rPr>
              <w:t>AF/I</w:t>
            </w:r>
          </w:p>
        </w:tc>
      </w:tr>
      <w:tr w:rsidR="009773AD" w:rsidRPr="005779B1" w14:paraId="0A0369DD" w14:textId="77777777" w:rsidTr="009773AD">
        <w:tc>
          <w:tcPr>
            <w:tcW w:w="8784" w:type="dxa"/>
            <w:gridSpan w:val="3"/>
            <w:tcBorders>
              <w:bottom w:val="single" w:sz="4" w:space="0" w:color="auto"/>
            </w:tcBorders>
            <w:shd w:val="pct10" w:color="auto" w:fill="auto"/>
            <w:vAlign w:val="center"/>
          </w:tcPr>
          <w:p w14:paraId="0E3E605C" w14:textId="77777777" w:rsidR="009773AD" w:rsidRPr="005779B1" w:rsidRDefault="009773AD" w:rsidP="007F1829">
            <w:pPr>
              <w:rPr>
                <w:rFonts w:eastAsia="Times New Roman" w:cs="Arial"/>
                <w:bCs/>
              </w:rPr>
            </w:pPr>
            <w:r w:rsidRPr="005779B1">
              <w:rPr>
                <w:rFonts w:eastAsia="Times New Roman" w:cs="Arial"/>
                <w:b/>
                <w:u w:val="single"/>
              </w:rPr>
              <w:t>Behaviours and Attributes</w:t>
            </w:r>
          </w:p>
        </w:tc>
      </w:tr>
      <w:tr w:rsidR="008E0F6C" w:rsidRPr="005779B1" w14:paraId="2B0351C0" w14:textId="77777777" w:rsidTr="009773AD">
        <w:tc>
          <w:tcPr>
            <w:tcW w:w="5524" w:type="dxa"/>
            <w:vAlign w:val="center"/>
          </w:tcPr>
          <w:p w14:paraId="541DA77D" w14:textId="715BBA24" w:rsidR="008E0F6C" w:rsidRPr="005779B1" w:rsidRDefault="008E0F6C" w:rsidP="00692E0E">
            <w:pPr>
              <w:rPr>
                <w:rFonts w:cs="Arial"/>
              </w:rPr>
            </w:pPr>
            <w:r>
              <w:rPr>
                <w:rFonts w:cs="Arial"/>
              </w:rPr>
              <w:t>Professional, approachable and courteous manner</w:t>
            </w:r>
            <w:r w:rsidR="00E525CC">
              <w:rPr>
                <w:rFonts w:cs="Arial"/>
              </w:rPr>
              <w:t>.</w:t>
            </w:r>
          </w:p>
        </w:tc>
        <w:tc>
          <w:tcPr>
            <w:tcW w:w="1559" w:type="dxa"/>
            <w:vAlign w:val="center"/>
          </w:tcPr>
          <w:p w14:paraId="10AF3E74" w14:textId="55DEDA07" w:rsidR="008E0F6C" w:rsidRPr="005779B1" w:rsidRDefault="00BA7D9A" w:rsidP="009773AD">
            <w:pPr>
              <w:jc w:val="center"/>
              <w:rPr>
                <w:rFonts w:eastAsia="Times New Roman" w:cs="Arial"/>
                <w:bCs/>
              </w:rPr>
            </w:pPr>
            <w:r>
              <w:rPr>
                <w:rFonts w:eastAsia="Times New Roman" w:cs="Arial"/>
                <w:bCs/>
              </w:rPr>
              <w:t>E</w:t>
            </w:r>
          </w:p>
        </w:tc>
        <w:tc>
          <w:tcPr>
            <w:tcW w:w="1701" w:type="dxa"/>
            <w:vAlign w:val="center"/>
          </w:tcPr>
          <w:p w14:paraId="2DFBAC07" w14:textId="3944A746" w:rsidR="008E0F6C" w:rsidRPr="005779B1" w:rsidRDefault="00E323DF" w:rsidP="009773AD">
            <w:pPr>
              <w:jc w:val="center"/>
              <w:rPr>
                <w:rFonts w:eastAsia="Times New Roman" w:cs="Arial"/>
                <w:bCs/>
              </w:rPr>
            </w:pPr>
            <w:r w:rsidRPr="005779B1">
              <w:rPr>
                <w:rFonts w:eastAsia="Times New Roman" w:cs="Arial"/>
                <w:bCs/>
              </w:rPr>
              <w:t>AF/I</w:t>
            </w:r>
          </w:p>
        </w:tc>
      </w:tr>
      <w:tr w:rsidR="008E0F6C" w:rsidRPr="005779B1" w14:paraId="6407845A" w14:textId="77777777" w:rsidTr="009773AD">
        <w:tc>
          <w:tcPr>
            <w:tcW w:w="5524" w:type="dxa"/>
            <w:vAlign w:val="center"/>
          </w:tcPr>
          <w:p w14:paraId="311AA44C" w14:textId="36ACB5BC" w:rsidR="008E0F6C" w:rsidRPr="005779B1" w:rsidRDefault="008E0F6C" w:rsidP="00692E0E">
            <w:pPr>
              <w:rPr>
                <w:rFonts w:cs="Arial"/>
              </w:rPr>
            </w:pPr>
            <w:r>
              <w:rPr>
                <w:rFonts w:cs="Arial"/>
              </w:rPr>
              <w:t>Empathetic, patient and respectful when dealing with members of the public</w:t>
            </w:r>
            <w:r w:rsidR="00020EC1">
              <w:rPr>
                <w:rFonts w:cs="Arial"/>
              </w:rPr>
              <w:t>.</w:t>
            </w:r>
          </w:p>
        </w:tc>
        <w:tc>
          <w:tcPr>
            <w:tcW w:w="1559" w:type="dxa"/>
            <w:vAlign w:val="center"/>
          </w:tcPr>
          <w:p w14:paraId="661DB3DA" w14:textId="615F3168" w:rsidR="008E0F6C" w:rsidRPr="005779B1" w:rsidRDefault="00BA7D9A" w:rsidP="009773AD">
            <w:pPr>
              <w:jc w:val="center"/>
              <w:rPr>
                <w:rFonts w:eastAsia="Times New Roman" w:cs="Arial"/>
                <w:bCs/>
              </w:rPr>
            </w:pPr>
            <w:r>
              <w:rPr>
                <w:rFonts w:eastAsia="Times New Roman" w:cs="Arial"/>
                <w:bCs/>
              </w:rPr>
              <w:t>E</w:t>
            </w:r>
          </w:p>
        </w:tc>
        <w:tc>
          <w:tcPr>
            <w:tcW w:w="1701" w:type="dxa"/>
            <w:vAlign w:val="center"/>
          </w:tcPr>
          <w:p w14:paraId="1C898D89" w14:textId="66002B1C" w:rsidR="008E0F6C" w:rsidRPr="005779B1" w:rsidRDefault="00E323DF" w:rsidP="009773AD">
            <w:pPr>
              <w:jc w:val="center"/>
              <w:rPr>
                <w:rFonts w:eastAsia="Times New Roman" w:cs="Arial"/>
                <w:bCs/>
              </w:rPr>
            </w:pPr>
            <w:r w:rsidRPr="005779B1">
              <w:rPr>
                <w:rFonts w:eastAsia="Times New Roman" w:cs="Arial"/>
                <w:bCs/>
              </w:rPr>
              <w:t>AF/I</w:t>
            </w:r>
          </w:p>
        </w:tc>
      </w:tr>
      <w:tr w:rsidR="00020EC1" w:rsidRPr="005779B1" w14:paraId="79F862F0" w14:textId="77777777" w:rsidTr="009773AD">
        <w:tc>
          <w:tcPr>
            <w:tcW w:w="5524" w:type="dxa"/>
            <w:vAlign w:val="center"/>
          </w:tcPr>
          <w:p w14:paraId="3889CD25" w14:textId="6700EBE4" w:rsidR="00020EC1" w:rsidRDefault="00020EC1" w:rsidP="00692E0E">
            <w:pPr>
              <w:rPr>
                <w:rFonts w:cs="Arial"/>
              </w:rPr>
            </w:pPr>
            <w:r>
              <w:rPr>
                <w:rFonts w:cs="Arial"/>
              </w:rPr>
              <w:t>Honest, impartial and committed to maintaining confidentiality</w:t>
            </w:r>
            <w:r w:rsidR="00E525CC">
              <w:rPr>
                <w:rFonts w:cs="Arial"/>
              </w:rPr>
              <w:t>.</w:t>
            </w:r>
          </w:p>
        </w:tc>
        <w:tc>
          <w:tcPr>
            <w:tcW w:w="1559" w:type="dxa"/>
            <w:vAlign w:val="center"/>
          </w:tcPr>
          <w:p w14:paraId="198FE6D3" w14:textId="1BF74E15" w:rsidR="00020EC1" w:rsidRPr="005779B1" w:rsidRDefault="00BA7D9A" w:rsidP="009773AD">
            <w:pPr>
              <w:jc w:val="center"/>
              <w:rPr>
                <w:rFonts w:eastAsia="Times New Roman" w:cs="Arial"/>
                <w:bCs/>
              </w:rPr>
            </w:pPr>
            <w:r>
              <w:rPr>
                <w:rFonts w:eastAsia="Times New Roman" w:cs="Arial"/>
                <w:bCs/>
              </w:rPr>
              <w:t>E</w:t>
            </w:r>
          </w:p>
        </w:tc>
        <w:tc>
          <w:tcPr>
            <w:tcW w:w="1701" w:type="dxa"/>
            <w:vAlign w:val="center"/>
          </w:tcPr>
          <w:p w14:paraId="4096F316" w14:textId="2F82C34A" w:rsidR="00020EC1" w:rsidRPr="005779B1" w:rsidRDefault="00E323DF" w:rsidP="009773AD">
            <w:pPr>
              <w:jc w:val="center"/>
              <w:rPr>
                <w:rFonts w:eastAsia="Times New Roman" w:cs="Arial"/>
                <w:bCs/>
              </w:rPr>
            </w:pPr>
            <w:r w:rsidRPr="005779B1">
              <w:rPr>
                <w:rFonts w:eastAsia="Times New Roman" w:cs="Arial"/>
                <w:bCs/>
              </w:rPr>
              <w:t>AF/I</w:t>
            </w:r>
          </w:p>
        </w:tc>
      </w:tr>
      <w:tr w:rsidR="00020EC1" w:rsidRPr="005779B1" w14:paraId="278F2E6D" w14:textId="77777777" w:rsidTr="009773AD">
        <w:tc>
          <w:tcPr>
            <w:tcW w:w="5524" w:type="dxa"/>
            <w:vAlign w:val="center"/>
          </w:tcPr>
          <w:p w14:paraId="16ACA2AC" w14:textId="29666A90" w:rsidR="00020EC1" w:rsidRDefault="008F7085" w:rsidP="00692E0E">
            <w:pPr>
              <w:rPr>
                <w:rFonts w:cs="Arial"/>
              </w:rPr>
            </w:pPr>
            <w:r>
              <w:rPr>
                <w:rFonts w:cs="Arial"/>
              </w:rPr>
              <w:lastRenderedPageBreak/>
              <w:t>Reliable, flexible and able to work effectively as part of a team</w:t>
            </w:r>
            <w:r w:rsidR="00E525CC">
              <w:rPr>
                <w:rFonts w:cs="Arial"/>
              </w:rPr>
              <w:t>.</w:t>
            </w:r>
          </w:p>
        </w:tc>
        <w:tc>
          <w:tcPr>
            <w:tcW w:w="1559" w:type="dxa"/>
            <w:vAlign w:val="center"/>
          </w:tcPr>
          <w:p w14:paraId="77E959F4" w14:textId="797B334C" w:rsidR="00020EC1" w:rsidRPr="005779B1" w:rsidRDefault="00BA7D9A" w:rsidP="009773AD">
            <w:pPr>
              <w:jc w:val="center"/>
              <w:rPr>
                <w:rFonts w:eastAsia="Times New Roman" w:cs="Arial"/>
                <w:bCs/>
              </w:rPr>
            </w:pPr>
            <w:r>
              <w:rPr>
                <w:rFonts w:eastAsia="Times New Roman" w:cs="Arial"/>
                <w:bCs/>
              </w:rPr>
              <w:t>E</w:t>
            </w:r>
          </w:p>
        </w:tc>
        <w:tc>
          <w:tcPr>
            <w:tcW w:w="1701" w:type="dxa"/>
            <w:vAlign w:val="center"/>
          </w:tcPr>
          <w:p w14:paraId="4E2CCBB1" w14:textId="1BFCA807" w:rsidR="00020EC1" w:rsidRPr="005779B1" w:rsidRDefault="003A1C5C" w:rsidP="009773AD">
            <w:pPr>
              <w:jc w:val="center"/>
              <w:rPr>
                <w:rFonts w:eastAsia="Times New Roman" w:cs="Arial"/>
                <w:bCs/>
              </w:rPr>
            </w:pPr>
            <w:r w:rsidRPr="005779B1">
              <w:rPr>
                <w:rFonts w:eastAsia="Times New Roman" w:cs="Arial"/>
                <w:bCs/>
              </w:rPr>
              <w:t>AF/I</w:t>
            </w:r>
          </w:p>
        </w:tc>
      </w:tr>
      <w:tr w:rsidR="00513D75" w:rsidRPr="005779B1" w14:paraId="1424076B" w14:textId="77777777" w:rsidTr="009773AD">
        <w:tc>
          <w:tcPr>
            <w:tcW w:w="5524" w:type="dxa"/>
            <w:vAlign w:val="center"/>
          </w:tcPr>
          <w:p w14:paraId="13E64258" w14:textId="5912DCE5" w:rsidR="00513D75" w:rsidRDefault="00513D75" w:rsidP="00692E0E">
            <w:pPr>
              <w:rPr>
                <w:rFonts w:cs="Arial"/>
              </w:rPr>
            </w:pPr>
            <w:r>
              <w:rPr>
                <w:rFonts w:cs="Arial"/>
              </w:rPr>
              <w:t>Calm and composed when dealing with challengin</w:t>
            </w:r>
            <w:r w:rsidR="00501FBC">
              <w:rPr>
                <w:rFonts w:cs="Arial"/>
              </w:rPr>
              <w:t xml:space="preserve">g </w:t>
            </w:r>
            <w:r>
              <w:rPr>
                <w:rFonts w:cs="Arial"/>
              </w:rPr>
              <w:t>situations</w:t>
            </w:r>
            <w:r w:rsidR="00E525CC">
              <w:rPr>
                <w:rFonts w:cs="Arial"/>
              </w:rPr>
              <w:t>.</w:t>
            </w:r>
          </w:p>
        </w:tc>
        <w:tc>
          <w:tcPr>
            <w:tcW w:w="1559" w:type="dxa"/>
            <w:vAlign w:val="center"/>
          </w:tcPr>
          <w:p w14:paraId="038BDECC" w14:textId="066BE93E" w:rsidR="00513D75" w:rsidRPr="005779B1" w:rsidRDefault="00BA7D9A" w:rsidP="009773AD">
            <w:pPr>
              <w:jc w:val="center"/>
              <w:rPr>
                <w:rFonts w:eastAsia="Times New Roman" w:cs="Arial"/>
                <w:bCs/>
              </w:rPr>
            </w:pPr>
            <w:r>
              <w:rPr>
                <w:rFonts w:eastAsia="Times New Roman" w:cs="Arial"/>
                <w:bCs/>
              </w:rPr>
              <w:t>E</w:t>
            </w:r>
          </w:p>
        </w:tc>
        <w:tc>
          <w:tcPr>
            <w:tcW w:w="1701" w:type="dxa"/>
            <w:vAlign w:val="center"/>
          </w:tcPr>
          <w:p w14:paraId="27EEEDC3" w14:textId="46C6D8CD" w:rsidR="00513D75" w:rsidRPr="005779B1" w:rsidRDefault="003A1C5C" w:rsidP="009773AD">
            <w:pPr>
              <w:jc w:val="center"/>
              <w:rPr>
                <w:rFonts w:eastAsia="Times New Roman" w:cs="Arial"/>
                <w:bCs/>
              </w:rPr>
            </w:pPr>
            <w:r w:rsidRPr="005779B1">
              <w:rPr>
                <w:rFonts w:eastAsia="Times New Roman" w:cs="Arial"/>
                <w:bCs/>
              </w:rPr>
              <w:t>AF/I</w:t>
            </w:r>
          </w:p>
        </w:tc>
      </w:tr>
      <w:tr w:rsidR="009773AD" w:rsidRPr="005779B1" w14:paraId="41E53B4F" w14:textId="77777777" w:rsidTr="009773AD">
        <w:tc>
          <w:tcPr>
            <w:tcW w:w="5524" w:type="dxa"/>
            <w:vAlign w:val="center"/>
          </w:tcPr>
          <w:p w14:paraId="4000FEDA" w14:textId="32F6185B" w:rsidR="009773AD" w:rsidRPr="005779B1" w:rsidRDefault="00692E0E" w:rsidP="00692E0E">
            <w:pPr>
              <w:rPr>
                <w:rFonts w:eastAsia="Times New Roman" w:cs="Arial"/>
              </w:rPr>
            </w:pPr>
            <w:r w:rsidRPr="005779B1">
              <w:rPr>
                <w:rFonts w:cs="Arial"/>
              </w:rPr>
              <w:t xml:space="preserve">Weekend working as required, and flexible working arrangements with other team members. </w:t>
            </w:r>
          </w:p>
        </w:tc>
        <w:tc>
          <w:tcPr>
            <w:tcW w:w="1559" w:type="dxa"/>
            <w:vAlign w:val="center"/>
          </w:tcPr>
          <w:p w14:paraId="013DDA8C" w14:textId="77777777" w:rsidR="009773AD" w:rsidRPr="005779B1" w:rsidRDefault="009773AD" w:rsidP="009773AD">
            <w:pPr>
              <w:jc w:val="center"/>
              <w:rPr>
                <w:rFonts w:eastAsia="Times New Roman" w:cs="Arial"/>
                <w:bCs/>
              </w:rPr>
            </w:pPr>
            <w:r w:rsidRPr="005779B1">
              <w:rPr>
                <w:rFonts w:eastAsia="Times New Roman" w:cs="Arial"/>
                <w:bCs/>
              </w:rPr>
              <w:t>E</w:t>
            </w:r>
          </w:p>
        </w:tc>
        <w:tc>
          <w:tcPr>
            <w:tcW w:w="1701" w:type="dxa"/>
            <w:vAlign w:val="center"/>
          </w:tcPr>
          <w:p w14:paraId="3CF5EF2C" w14:textId="77777777" w:rsidR="009773AD" w:rsidRPr="005779B1" w:rsidRDefault="009773AD" w:rsidP="009773AD">
            <w:pPr>
              <w:jc w:val="center"/>
              <w:rPr>
                <w:rFonts w:eastAsia="Times New Roman" w:cs="Arial"/>
                <w:bCs/>
              </w:rPr>
            </w:pPr>
            <w:r w:rsidRPr="005779B1">
              <w:rPr>
                <w:rFonts w:eastAsia="Times New Roman" w:cs="Arial"/>
                <w:bCs/>
              </w:rPr>
              <w:t>AF/I</w:t>
            </w:r>
          </w:p>
        </w:tc>
      </w:tr>
      <w:tr w:rsidR="009773AD" w:rsidRPr="005779B1" w14:paraId="25E37B1F" w14:textId="77777777" w:rsidTr="009773AD">
        <w:tc>
          <w:tcPr>
            <w:tcW w:w="5524" w:type="dxa"/>
            <w:vAlign w:val="center"/>
          </w:tcPr>
          <w:p w14:paraId="12212037" w14:textId="77DFC14F" w:rsidR="009773AD" w:rsidRPr="005779B1" w:rsidRDefault="00C35AC0" w:rsidP="00C35AC0">
            <w:pPr>
              <w:rPr>
                <w:rFonts w:eastAsia="Times New Roman" w:cs="Arial"/>
              </w:rPr>
            </w:pPr>
            <w:r w:rsidRPr="005779B1">
              <w:rPr>
                <w:rFonts w:cs="Arial"/>
              </w:rPr>
              <w:t xml:space="preserve">Working at various sites/licenced venues.  </w:t>
            </w:r>
          </w:p>
        </w:tc>
        <w:tc>
          <w:tcPr>
            <w:tcW w:w="1559" w:type="dxa"/>
            <w:vAlign w:val="center"/>
          </w:tcPr>
          <w:p w14:paraId="1BDDA1A5" w14:textId="77777777" w:rsidR="009773AD" w:rsidRPr="005779B1" w:rsidRDefault="009773AD" w:rsidP="009773AD">
            <w:pPr>
              <w:jc w:val="center"/>
              <w:rPr>
                <w:rFonts w:eastAsia="Times New Roman" w:cs="Arial"/>
                <w:bCs/>
              </w:rPr>
            </w:pPr>
            <w:r w:rsidRPr="005779B1">
              <w:rPr>
                <w:rFonts w:eastAsia="Times New Roman" w:cs="Arial"/>
                <w:bCs/>
              </w:rPr>
              <w:t>E</w:t>
            </w:r>
          </w:p>
        </w:tc>
        <w:tc>
          <w:tcPr>
            <w:tcW w:w="1701" w:type="dxa"/>
            <w:vAlign w:val="center"/>
          </w:tcPr>
          <w:p w14:paraId="208EEB3E" w14:textId="77777777" w:rsidR="009773AD" w:rsidRPr="005779B1" w:rsidRDefault="009773AD" w:rsidP="009773AD">
            <w:pPr>
              <w:jc w:val="center"/>
              <w:rPr>
                <w:rFonts w:eastAsia="Times New Roman" w:cs="Arial"/>
                <w:bCs/>
              </w:rPr>
            </w:pPr>
            <w:r w:rsidRPr="005779B1">
              <w:rPr>
                <w:rFonts w:eastAsia="Times New Roman" w:cs="Arial"/>
                <w:bCs/>
              </w:rPr>
              <w:t>AF/I</w:t>
            </w:r>
          </w:p>
        </w:tc>
      </w:tr>
      <w:tr w:rsidR="009773AD" w:rsidRPr="005779B1" w14:paraId="11F06E30" w14:textId="77777777" w:rsidTr="009773AD">
        <w:tc>
          <w:tcPr>
            <w:tcW w:w="5524" w:type="dxa"/>
            <w:vAlign w:val="center"/>
          </w:tcPr>
          <w:p w14:paraId="22F726AF" w14:textId="777321F1" w:rsidR="009773AD" w:rsidRPr="005779B1" w:rsidRDefault="003C6A4C" w:rsidP="003C6A4C">
            <w:pPr>
              <w:rPr>
                <w:rFonts w:eastAsia="Times New Roman" w:cs="Arial"/>
              </w:rPr>
            </w:pPr>
            <w:r w:rsidRPr="005779B1">
              <w:rPr>
                <w:rFonts w:cs="Arial"/>
              </w:rPr>
              <w:t>Ability to drive.</w:t>
            </w:r>
          </w:p>
        </w:tc>
        <w:tc>
          <w:tcPr>
            <w:tcW w:w="1559" w:type="dxa"/>
            <w:vAlign w:val="center"/>
          </w:tcPr>
          <w:p w14:paraId="7E93D9EB" w14:textId="2EA988EF" w:rsidR="009773AD" w:rsidRPr="005779B1" w:rsidRDefault="003C6A4C" w:rsidP="009773AD">
            <w:pPr>
              <w:jc w:val="center"/>
              <w:rPr>
                <w:rFonts w:eastAsia="Times New Roman" w:cs="Arial"/>
                <w:bCs/>
              </w:rPr>
            </w:pPr>
            <w:r w:rsidRPr="005779B1">
              <w:rPr>
                <w:rFonts w:eastAsia="Times New Roman" w:cs="Arial"/>
                <w:bCs/>
              </w:rPr>
              <w:t>D</w:t>
            </w:r>
          </w:p>
        </w:tc>
        <w:tc>
          <w:tcPr>
            <w:tcW w:w="1701" w:type="dxa"/>
            <w:vAlign w:val="center"/>
          </w:tcPr>
          <w:p w14:paraId="091BFE1E" w14:textId="77777777" w:rsidR="009773AD" w:rsidRPr="005779B1" w:rsidRDefault="009773AD" w:rsidP="009773AD">
            <w:pPr>
              <w:jc w:val="center"/>
              <w:rPr>
                <w:rFonts w:eastAsia="Times New Roman" w:cs="Arial"/>
                <w:bCs/>
              </w:rPr>
            </w:pPr>
            <w:r w:rsidRPr="005779B1">
              <w:rPr>
                <w:rFonts w:eastAsia="Times New Roman" w:cs="Arial"/>
                <w:bCs/>
              </w:rPr>
              <w:t>AF</w:t>
            </w:r>
          </w:p>
        </w:tc>
      </w:tr>
    </w:tbl>
    <w:p w14:paraId="51F55344" w14:textId="77777777" w:rsidR="009773AD" w:rsidRPr="005779B1" w:rsidRDefault="009773AD" w:rsidP="009773AD">
      <w:pPr>
        <w:spacing w:after="0" w:line="240" w:lineRule="auto"/>
        <w:rPr>
          <w:rFonts w:eastAsia="Times New Roman" w:cs="Arial"/>
          <w:b/>
          <w:bCs/>
        </w:rPr>
      </w:pPr>
    </w:p>
    <w:p w14:paraId="74F6B49D" w14:textId="5115F218" w:rsidR="009773AD" w:rsidRPr="005779B1" w:rsidRDefault="009773AD" w:rsidP="009773AD">
      <w:pPr>
        <w:spacing w:after="0" w:line="240" w:lineRule="auto"/>
        <w:rPr>
          <w:rFonts w:eastAsia="Times New Roman" w:cs="Arial"/>
          <w:b/>
          <w:bCs/>
        </w:rPr>
      </w:pPr>
      <w:r w:rsidRPr="005779B1">
        <w:rPr>
          <w:rFonts w:eastAsia="Times New Roman" w:cs="Arial"/>
          <w:b/>
          <w:bCs/>
        </w:rPr>
        <w:t>Assessment Methods</w:t>
      </w:r>
    </w:p>
    <w:p w14:paraId="377BCFBD" w14:textId="77777777" w:rsidR="009773AD" w:rsidRPr="005779B1" w:rsidRDefault="009773AD" w:rsidP="009773AD">
      <w:pPr>
        <w:spacing w:after="0" w:line="240" w:lineRule="auto"/>
        <w:rPr>
          <w:rFonts w:eastAsia="Times New Roman" w:cs="Arial"/>
          <w:b/>
          <w:bCs/>
        </w:rPr>
      </w:pPr>
      <w:r w:rsidRPr="005779B1">
        <w:rPr>
          <w:rFonts w:eastAsia="Times New Roman" w:cs="Arial"/>
          <w:b/>
          <w:bCs/>
        </w:rPr>
        <w:t xml:space="preserve">AF:  </w:t>
      </w:r>
      <w:r w:rsidRPr="005779B1">
        <w:rPr>
          <w:rFonts w:eastAsia="Times New Roman" w:cs="Arial"/>
          <w:b/>
          <w:bCs/>
        </w:rPr>
        <w:tab/>
        <w:t>Application Form</w:t>
      </w:r>
    </w:p>
    <w:p w14:paraId="23DD644C" w14:textId="77777777" w:rsidR="009773AD" w:rsidRPr="005779B1" w:rsidRDefault="009773AD" w:rsidP="009773AD">
      <w:pPr>
        <w:spacing w:after="0" w:line="240" w:lineRule="auto"/>
        <w:rPr>
          <w:rFonts w:eastAsia="Times New Roman" w:cs="Arial"/>
          <w:b/>
          <w:bCs/>
        </w:rPr>
      </w:pPr>
      <w:r w:rsidRPr="005779B1">
        <w:rPr>
          <w:rFonts w:eastAsia="Times New Roman" w:cs="Arial"/>
          <w:b/>
          <w:bCs/>
        </w:rPr>
        <w:t>I:</w:t>
      </w:r>
      <w:r w:rsidRPr="005779B1">
        <w:rPr>
          <w:rFonts w:eastAsia="Times New Roman" w:cs="Arial"/>
          <w:b/>
          <w:bCs/>
        </w:rPr>
        <w:tab/>
        <w:t>Interview</w:t>
      </w:r>
    </w:p>
    <w:p w14:paraId="7F5D7AE4" w14:textId="77777777" w:rsidR="009773AD" w:rsidRPr="005779B1" w:rsidRDefault="009773AD" w:rsidP="009773AD">
      <w:pPr>
        <w:spacing w:after="0" w:line="240" w:lineRule="auto"/>
        <w:rPr>
          <w:rFonts w:eastAsia="Times New Roman" w:cs="Arial"/>
        </w:rPr>
      </w:pPr>
      <w:r w:rsidRPr="005779B1">
        <w:rPr>
          <w:rFonts w:eastAsia="Times New Roman" w:cs="Arial"/>
          <w:b/>
          <w:bCs/>
        </w:rPr>
        <w:t>C:</w:t>
      </w:r>
      <w:r w:rsidRPr="005779B1">
        <w:rPr>
          <w:rFonts w:eastAsia="Times New Roman" w:cs="Arial"/>
          <w:b/>
          <w:bCs/>
        </w:rPr>
        <w:tab/>
        <w:t>Certificates</w:t>
      </w:r>
    </w:p>
    <w:p w14:paraId="40408160" w14:textId="77777777" w:rsidR="009773AD" w:rsidRPr="005779B1" w:rsidRDefault="009773AD" w:rsidP="009773AD">
      <w:pPr>
        <w:spacing w:after="0" w:line="240" w:lineRule="auto"/>
        <w:rPr>
          <w:rFonts w:eastAsia="Times New Roman" w:cs="Arial"/>
          <w:highlight w:val="red"/>
        </w:rPr>
      </w:pPr>
    </w:p>
    <w:p w14:paraId="05B02628" w14:textId="084BAA6C" w:rsidR="009773AD" w:rsidRPr="005779B1" w:rsidRDefault="009773AD" w:rsidP="009773AD">
      <w:pPr>
        <w:spacing w:after="0" w:line="240" w:lineRule="auto"/>
        <w:jc w:val="both"/>
        <w:rPr>
          <w:rFonts w:eastAsia="Times New Roman" w:cs="Arial"/>
          <w:b/>
          <w:bCs/>
        </w:rPr>
      </w:pPr>
      <w:r w:rsidRPr="005779B1">
        <w:rPr>
          <w:rFonts w:eastAsia="Times New Roman" w:cs="Arial"/>
          <w:b/>
          <w:bCs/>
        </w:rPr>
        <w:t xml:space="preserve">Prepared by:  </w:t>
      </w:r>
      <w:r w:rsidR="005779B1" w:rsidRPr="005779B1">
        <w:rPr>
          <w:rFonts w:eastAsia="Times New Roman" w:cs="Arial"/>
          <w:b/>
          <w:bCs/>
        </w:rPr>
        <w:t>Alison Dunn</w:t>
      </w:r>
    </w:p>
    <w:p w14:paraId="51B47DAF" w14:textId="37507503" w:rsidR="009773AD" w:rsidRPr="005779B1" w:rsidRDefault="009773AD" w:rsidP="009773AD">
      <w:pPr>
        <w:spacing w:after="0" w:line="240" w:lineRule="auto"/>
        <w:jc w:val="both"/>
        <w:rPr>
          <w:rFonts w:eastAsia="Times New Roman" w:cs="Arial"/>
          <w:b/>
          <w:bCs/>
        </w:rPr>
      </w:pPr>
      <w:r w:rsidRPr="005779B1">
        <w:rPr>
          <w:rFonts w:eastAsia="Times New Roman" w:cs="Arial"/>
          <w:b/>
          <w:bCs/>
        </w:rPr>
        <w:t xml:space="preserve">Date:  </w:t>
      </w:r>
      <w:r w:rsidRPr="005779B1">
        <w:rPr>
          <w:rFonts w:eastAsia="Times New Roman" w:cs="Arial"/>
          <w:b/>
          <w:bCs/>
        </w:rPr>
        <w:tab/>
      </w:r>
      <w:r w:rsidRPr="005779B1">
        <w:rPr>
          <w:rFonts w:eastAsia="Times New Roman" w:cs="Arial"/>
          <w:b/>
          <w:bCs/>
        </w:rPr>
        <w:tab/>
      </w:r>
      <w:r w:rsidR="00E75918">
        <w:rPr>
          <w:rFonts w:eastAsia="Times New Roman" w:cs="Arial"/>
          <w:b/>
          <w:bCs/>
        </w:rPr>
        <w:t>October</w:t>
      </w:r>
      <w:r w:rsidR="005779B1" w:rsidRPr="005779B1">
        <w:rPr>
          <w:rFonts w:eastAsia="Times New Roman" w:cs="Arial"/>
          <w:b/>
          <w:bCs/>
        </w:rPr>
        <w:t xml:space="preserve"> 2026</w:t>
      </w:r>
    </w:p>
    <w:p w14:paraId="31EEDBBB" w14:textId="77777777" w:rsidR="00A60A21" w:rsidRPr="005779B1" w:rsidRDefault="00A60A21" w:rsidP="00BE409F">
      <w:pPr>
        <w:rPr>
          <w:rFonts w:cs="Arial"/>
        </w:rPr>
      </w:pPr>
    </w:p>
    <w:p w14:paraId="378B8AAD" w14:textId="77777777" w:rsidR="00D4486B" w:rsidRPr="005779B1" w:rsidRDefault="00D4486B" w:rsidP="00BE409F">
      <w:pPr>
        <w:spacing w:after="0" w:line="240" w:lineRule="auto"/>
        <w:rPr>
          <w:rFonts w:eastAsia="Times New Roman" w:cs="Arial"/>
          <w:b/>
          <w:bCs/>
        </w:rPr>
      </w:pPr>
    </w:p>
    <w:p w14:paraId="487BCCBA" w14:textId="77777777" w:rsidR="00E14684" w:rsidRPr="005779B1" w:rsidRDefault="00E14684" w:rsidP="00D4486B">
      <w:pPr>
        <w:spacing w:after="0" w:line="240" w:lineRule="auto"/>
        <w:rPr>
          <w:rFonts w:eastAsia="Times New Roman" w:cs="Arial"/>
          <w:b/>
          <w:bCs/>
        </w:rPr>
      </w:pPr>
    </w:p>
    <w:p w14:paraId="4238275B" w14:textId="77777777" w:rsidR="00BE409F" w:rsidRPr="005779B1" w:rsidRDefault="00BE409F" w:rsidP="00BE409F">
      <w:pPr>
        <w:rPr>
          <w:rFonts w:cs="Arial"/>
        </w:rPr>
      </w:pPr>
    </w:p>
    <w:p w14:paraId="3A3EBC1D" w14:textId="132878D4" w:rsidR="002E7AA9" w:rsidRPr="005779B1" w:rsidRDefault="002E7AA9" w:rsidP="009B2283">
      <w:pPr>
        <w:rPr>
          <w:rFonts w:cs="Arial"/>
        </w:rPr>
      </w:pPr>
    </w:p>
    <w:p w14:paraId="705007BF" w14:textId="07AB9752" w:rsidR="002E7AA9" w:rsidRPr="005779B1" w:rsidRDefault="000A1D22" w:rsidP="002250F4">
      <w:pPr>
        <w:rPr>
          <w:rFonts w:cs="Arial"/>
        </w:rPr>
      </w:pPr>
      <w:r w:rsidRPr="005779B1">
        <w:rPr>
          <w:rFonts w:cs="Arial"/>
        </w:rPr>
        <w:br w:type="page"/>
      </w:r>
      <w:r w:rsidR="00DB0536" w:rsidRPr="005779B1">
        <w:rPr>
          <w:rFonts w:cs="Arial"/>
          <w:noProof/>
        </w:rPr>
        <w:lastRenderedPageBreak/>
        <w:drawing>
          <wp:anchor distT="0" distB="0" distL="114300" distR="114300" simplePos="0" relativeHeight="251658255" behindDoc="0" locked="0" layoutInCell="1" allowOverlap="1" wp14:anchorId="5CD8D245" wp14:editId="00BCCC12">
            <wp:simplePos x="0" y="0"/>
            <wp:positionH relativeFrom="margin">
              <wp:align>center</wp:align>
            </wp:positionH>
            <wp:positionV relativeFrom="paragraph">
              <wp:posOffset>8001635</wp:posOffset>
            </wp:positionV>
            <wp:extent cx="2288652" cy="373945"/>
            <wp:effectExtent l="0" t="0" r="0" b="7620"/>
            <wp:wrapNone/>
            <wp:docPr id="1599101879"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9" cstate="print"/>
                    <a:stretch>
                      <a:fillRect/>
                    </a:stretch>
                  </pic:blipFill>
                  <pic:spPr>
                    <a:xfrm>
                      <a:off x="0" y="0"/>
                      <a:ext cx="2288652" cy="373945"/>
                    </a:xfrm>
                    <a:prstGeom prst="rect">
                      <a:avLst/>
                    </a:prstGeom>
                  </pic:spPr>
                </pic:pic>
              </a:graphicData>
            </a:graphic>
          </wp:anchor>
        </w:drawing>
      </w:r>
      <w:r w:rsidR="00DB0536" w:rsidRPr="005779B1">
        <w:rPr>
          <w:rFonts w:cs="Arial"/>
          <w:noProof/>
        </w:rPr>
        <mc:AlternateContent>
          <mc:Choice Requires="wps">
            <w:drawing>
              <wp:anchor distT="0" distB="0" distL="114300" distR="114300" simplePos="0" relativeHeight="251658254" behindDoc="0" locked="0" layoutInCell="1" allowOverlap="1" wp14:anchorId="379DCF63" wp14:editId="22B48E5A">
                <wp:simplePos x="0" y="0"/>
                <wp:positionH relativeFrom="column">
                  <wp:posOffset>-1123950</wp:posOffset>
                </wp:positionH>
                <wp:positionV relativeFrom="paragraph">
                  <wp:posOffset>-1323340</wp:posOffset>
                </wp:positionV>
                <wp:extent cx="7772400" cy="10229850"/>
                <wp:effectExtent l="57150" t="19050" r="76200" b="95250"/>
                <wp:wrapNone/>
                <wp:docPr id="1551343144" name="Rectangle 2"/>
                <wp:cNvGraphicFramePr/>
                <a:graphic xmlns:a="http://schemas.openxmlformats.org/drawingml/2006/main">
                  <a:graphicData uri="http://schemas.microsoft.com/office/word/2010/wordprocessingShape">
                    <wps:wsp>
                      <wps:cNvSpPr/>
                      <wps:spPr>
                        <a:xfrm>
                          <a:off x="0" y="0"/>
                          <a:ext cx="7772400" cy="10229850"/>
                        </a:xfrm>
                        <a:prstGeom prst="rect">
                          <a:avLst/>
                        </a:prstGeom>
                        <a:solidFill>
                          <a:srgbClr val="007CBB"/>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331CC4" id="Rectangle 2" o:spid="_x0000_s1026" style="position:absolute;margin-left:-88.5pt;margin-top:-104.2pt;width:612pt;height:805.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" fillcolor="#007cbb" strokecolor="#4579b8 [3044]">
                <v:shadow on="t" color="black" opacity="22937f" origin=",.5" offset="0,.63889mm"/>
              </v:rect>
            </w:pict>
          </mc:Fallback>
        </mc:AlternateContent>
      </w:r>
    </w:p>
    <w:sectPr w:rsidR="002E7AA9" w:rsidRPr="005779B1" w:rsidSect="00F24918">
      <w:headerReference w:type="default" r:id="rId30"/>
      <w:footerReference w:type="default" r:id="rId31"/>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10847" w14:textId="77777777" w:rsidR="004B5DA3" w:rsidRPr="00A665FC" w:rsidRDefault="004B5DA3">
      <w:pPr>
        <w:spacing w:after="0" w:line="240" w:lineRule="auto"/>
      </w:pPr>
      <w:r w:rsidRPr="00A665FC">
        <w:separator/>
      </w:r>
    </w:p>
  </w:endnote>
  <w:endnote w:type="continuationSeparator" w:id="0">
    <w:p w14:paraId="6687DD1F" w14:textId="77777777" w:rsidR="004B5DA3" w:rsidRPr="00A665FC" w:rsidRDefault="004B5DA3">
      <w:pPr>
        <w:spacing w:after="0" w:line="240" w:lineRule="auto"/>
      </w:pPr>
      <w:r w:rsidRPr="00A665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570241"/>
      <w:docPartObj>
        <w:docPartGallery w:val="Page Numbers (Bottom of Page)"/>
        <w:docPartUnique/>
      </w:docPartObj>
    </w:sdtPr>
    <w:sdtEndPr/>
    <w:sdtContent>
      <w:p w14:paraId="3272CAB6" w14:textId="7F027FD2" w:rsidR="00B116F9" w:rsidRDefault="00B116F9">
        <w:pPr>
          <w:pStyle w:val="Footer"/>
          <w:jc w:val="right"/>
        </w:pPr>
        <w:r>
          <w:t xml:space="preserve"> </w:t>
        </w:r>
      </w:p>
    </w:sdtContent>
  </w:sdt>
  <w:p w14:paraId="429415EC" w14:textId="02CAA043" w:rsidR="002E7AA9" w:rsidRPr="00A665FC" w:rsidRDefault="002E7AA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C736D" w14:textId="5B0C8164" w:rsidR="000A1196" w:rsidRDefault="000A1196">
    <w:pPr>
      <w:pStyle w:val="Footer"/>
      <w:jc w:val="right"/>
    </w:pPr>
  </w:p>
  <w:p w14:paraId="44E1C738" w14:textId="77777777" w:rsidR="00B116F9" w:rsidRPr="00A665FC" w:rsidRDefault="00B116F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301237"/>
      <w:docPartObj>
        <w:docPartGallery w:val="Page Numbers (Bottom of Page)"/>
        <w:docPartUnique/>
      </w:docPartObj>
    </w:sdtPr>
    <w:sdtEndPr/>
    <w:sdtContent>
      <w:p w14:paraId="16A44105" w14:textId="5293550F" w:rsidR="000A1196" w:rsidRDefault="000A1196" w:rsidP="000A1196">
        <w:pPr>
          <w:pStyle w:val="Footer"/>
          <w:jc w:val="center"/>
        </w:pPr>
        <w:r>
          <w:t xml:space="preserve">Page | </w:t>
        </w:r>
        <w:r>
          <w:fldChar w:fldCharType="begin"/>
        </w:r>
        <w:r>
          <w:instrText>PAGE   \* MERGEFORMAT</w:instrText>
        </w:r>
        <w:r>
          <w:fldChar w:fldCharType="separate"/>
        </w:r>
        <w:r>
          <w:t>2</w:t>
        </w:r>
        <w:r>
          <w:fldChar w:fldCharType="end"/>
        </w:r>
        <w:r>
          <w:t xml:space="preserve"> </w:t>
        </w:r>
      </w:p>
    </w:sdtContent>
  </w:sdt>
  <w:p w14:paraId="3F2A4F84" w14:textId="77777777" w:rsidR="000A1196" w:rsidRPr="00A665FC" w:rsidRDefault="000A119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6F665" w14:textId="77777777" w:rsidR="004B5DA3" w:rsidRPr="00A665FC" w:rsidRDefault="004B5DA3">
      <w:pPr>
        <w:spacing w:after="0" w:line="240" w:lineRule="auto"/>
      </w:pPr>
      <w:r w:rsidRPr="00A665FC">
        <w:separator/>
      </w:r>
    </w:p>
  </w:footnote>
  <w:footnote w:type="continuationSeparator" w:id="0">
    <w:p w14:paraId="1E6C72FE" w14:textId="77777777" w:rsidR="004B5DA3" w:rsidRPr="00A665FC" w:rsidRDefault="004B5DA3">
      <w:pPr>
        <w:spacing w:after="0" w:line="240" w:lineRule="auto"/>
      </w:pPr>
      <w:r w:rsidRPr="00A665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3E4DC" w14:textId="35255AF6" w:rsidR="002E7AA9" w:rsidRPr="00A665FC" w:rsidRDefault="00CF361B">
    <w:pPr>
      <w:pStyle w:val="Header"/>
    </w:pPr>
    <w:r w:rsidRPr="00A665FC">
      <w:rPr>
        <w:noProof/>
      </w:rPr>
      <w:drawing>
        <wp:anchor distT="0" distB="0" distL="114300" distR="114300" simplePos="0" relativeHeight="251658241" behindDoc="0" locked="0" layoutInCell="1" allowOverlap="1" wp14:anchorId="07BD8A87" wp14:editId="3B1B6D8E">
          <wp:simplePos x="0" y="0"/>
          <wp:positionH relativeFrom="margin">
            <wp:align>center</wp:align>
          </wp:positionH>
          <wp:positionV relativeFrom="paragraph">
            <wp:posOffset>-123825</wp:posOffset>
          </wp:positionV>
          <wp:extent cx="6543675" cy="231470"/>
          <wp:effectExtent l="0" t="0" r="0" b="0"/>
          <wp:wrapNone/>
          <wp:docPr id="983432314" name="Picture 983432314"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9288"/>
      <w:gridCol w:w="222"/>
    </w:tblGrid>
    <w:tr w:rsidR="007F06D6" w:rsidRPr="00A665FC" w14:paraId="3E3FA1CC" w14:textId="77777777" w:rsidTr="007F1829">
      <w:trPr>
        <w:jc w:val="center"/>
      </w:trPr>
      <w:tc>
        <w:tcPr>
          <w:tcW w:w="4316" w:type="dxa"/>
          <w:shd w:val="clear" w:color="auto" w:fill="0082BC"/>
        </w:tcPr>
        <w:tbl>
          <w:tblPr>
            <w:tblW w:w="9072" w:type="dxa"/>
            <w:jc w:val="center"/>
            <w:tblLook w:val="04A0" w:firstRow="1" w:lastRow="0" w:firstColumn="1" w:lastColumn="0" w:noHBand="0" w:noVBand="1"/>
          </w:tblPr>
          <w:tblGrid>
            <w:gridCol w:w="4316"/>
            <w:gridCol w:w="4756"/>
          </w:tblGrid>
          <w:tr w:rsidR="002B30F2" w:rsidRPr="00A665FC" w14:paraId="19461B97" w14:textId="77777777" w:rsidTr="00F77699">
            <w:trPr>
              <w:jc w:val="center"/>
            </w:trPr>
            <w:tc>
              <w:tcPr>
                <w:tcW w:w="4316" w:type="dxa"/>
                <w:shd w:val="clear" w:color="auto" w:fill="0082BC"/>
              </w:tcPr>
              <w:p w14:paraId="6F07F833" w14:textId="77777777" w:rsidR="002B30F2" w:rsidRPr="00A665FC" w:rsidRDefault="002B30F2" w:rsidP="002B30F2">
                <w:r w:rsidRPr="00A665FC">
                  <w:rPr>
                    <w:b/>
                    <w:noProof/>
                    <w:color w:val="0082BC"/>
                    <w:sz w:val="48"/>
                  </w:rPr>
                  <w:drawing>
                    <wp:anchor distT="0" distB="0" distL="114300" distR="114300" simplePos="0" relativeHeight="251667457" behindDoc="0" locked="0" layoutInCell="1" allowOverlap="1" wp14:anchorId="319D3DA2" wp14:editId="78523827">
                      <wp:simplePos x="0" y="0"/>
                      <wp:positionH relativeFrom="column">
                        <wp:posOffset>-1905</wp:posOffset>
                      </wp:positionH>
                      <wp:positionV relativeFrom="paragraph">
                        <wp:posOffset>29845</wp:posOffset>
                      </wp:positionV>
                      <wp:extent cx="2587925" cy="476250"/>
                      <wp:effectExtent l="0" t="0" r="3175" b="0"/>
                      <wp:wrapNone/>
                      <wp:docPr id="331386281"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1FC9BC36" w14:textId="77777777" w:rsidR="002B30F2" w:rsidRPr="00A665FC" w:rsidRDefault="002B30F2" w:rsidP="002B30F2">
                <w:pPr>
                  <w:jc w:val="right"/>
                </w:pPr>
                <w:r w:rsidRPr="00A665FC">
                  <w:rPr>
                    <w:b/>
                    <w:color w:val="FFFFFF"/>
                    <w:sz w:val="24"/>
                  </w:rPr>
                  <w:t xml:space="preserve">Sefton Council | </w:t>
                </w:r>
                <w:r>
                  <w:rPr>
                    <w:b/>
                    <w:color w:val="FFFFFF"/>
                    <w:sz w:val="24"/>
                  </w:rPr>
                  <w:t>Corporate Resources</w:t>
                </w:r>
              </w:p>
            </w:tc>
          </w:tr>
        </w:tbl>
        <w:p w14:paraId="2832E956" w14:textId="277DA71A" w:rsidR="007F06D6" w:rsidRPr="00A665FC" w:rsidRDefault="007F06D6" w:rsidP="007F06D6"/>
      </w:tc>
      <w:tc>
        <w:tcPr>
          <w:tcW w:w="4756" w:type="dxa"/>
          <w:shd w:val="clear" w:color="auto" w:fill="0082BC"/>
        </w:tcPr>
        <w:p w14:paraId="442E45FC" w14:textId="01FD573A" w:rsidR="007F06D6" w:rsidRPr="00A665FC" w:rsidRDefault="007F06D6" w:rsidP="007F06D6">
          <w:pPr>
            <w:jc w:val="right"/>
          </w:pPr>
        </w:p>
      </w:tc>
    </w:tr>
  </w:tbl>
  <w:p w14:paraId="1B8A6D24" w14:textId="77777777" w:rsidR="00DC6FFA" w:rsidRPr="00A665FC" w:rsidRDefault="00DC6FFA" w:rsidP="000A1196">
    <w:pPr>
      <w:pStyle w:val="Header"/>
      <w:ind w:firstLine="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D2073" w14:textId="4BB3D0AB" w:rsidR="000A1196" w:rsidRPr="00A665FC" w:rsidRDefault="000A1196">
    <w:pPr>
      <w:pStyle w:val="Header"/>
    </w:pPr>
    <w:r w:rsidRPr="00A665FC">
      <w:rPr>
        <w:noProof/>
      </w:rPr>
      <w:drawing>
        <wp:anchor distT="0" distB="0" distL="114300" distR="114300" simplePos="0" relativeHeight="251661313" behindDoc="0" locked="0" layoutInCell="1" allowOverlap="1" wp14:anchorId="091EAD8A" wp14:editId="78F44E50">
          <wp:simplePos x="0" y="0"/>
          <wp:positionH relativeFrom="margin">
            <wp:align>center</wp:align>
          </wp:positionH>
          <wp:positionV relativeFrom="paragraph">
            <wp:posOffset>-123825</wp:posOffset>
          </wp:positionV>
          <wp:extent cx="6543675" cy="231470"/>
          <wp:effectExtent l="0" t="0" r="0" b="0"/>
          <wp:wrapNone/>
          <wp:docPr id="446066879" name="Picture 446066879"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9288"/>
      <w:gridCol w:w="222"/>
    </w:tblGrid>
    <w:tr w:rsidR="007F06D6" w:rsidRPr="00A665FC" w14:paraId="713F8627" w14:textId="77777777" w:rsidTr="007F1829">
      <w:trPr>
        <w:jc w:val="center"/>
      </w:trPr>
      <w:tc>
        <w:tcPr>
          <w:tcW w:w="4316" w:type="dxa"/>
          <w:shd w:val="clear" w:color="auto" w:fill="0082BC"/>
        </w:tcPr>
        <w:tbl>
          <w:tblPr>
            <w:tblW w:w="9072" w:type="dxa"/>
            <w:jc w:val="center"/>
            <w:tblLook w:val="04A0" w:firstRow="1" w:lastRow="0" w:firstColumn="1" w:lastColumn="0" w:noHBand="0" w:noVBand="1"/>
          </w:tblPr>
          <w:tblGrid>
            <w:gridCol w:w="4316"/>
            <w:gridCol w:w="4756"/>
          </w:tblGrid>
          <w:tr w:rsidR="002B30F2" w:rsidRPr="00A665FC" w14:paraId="36970ECD" w14:textId="77777777" w:rsidTr="00F77699">
            <w:trPr>
              <w:jc w:val="center"/>
            </w:trPr>
            <w:tc>
              <w:tcPr>
                <w:tcW w:w="4316" w:type="dxa"/>
                <w:shd w:val="clear" w:color="auto" w:fill="0082BC"/>
              </w:tcPr>
              <w:p w14:paraId="4172BD4F" w14:textId="77777777" w:rsidR="002B30F2" w:rsidRPr="00A665FC" w:rsidRDefault="002B30F2" w:rsidP="002B30F2">
                <w:r w:rsidRPr="00A665FC">
                  <w:rPr>
                    <w:b/>
                    <w:noProof/>
                    <w:color w:val="0082BC"/>
                    <w:sz w:val="48"/>
                  </w:rPr>
                  <w:drawing>
                    <wp:anchor distT="0" distB="0" distL="114300" distR="114300" simplePos="0" relativeHeight="251669505" behindDoc="0" locked="0" layoutInCell="1" allowOverlap="1" wp14:anchorId="5C1F9833" wp14:editId="431ED28A">
                      <wp:simplePos x="0" y="0"/>
                      <wp:positionH relativeFrom="column">
                        <wp:posOffset>-1905</wp:posOffset>
                      </wp:positionH>
                      <wp:positionV relativeFrom="paragraph">
                        <wp:posOffset>29845</wp:posOffset>
                      </wp:positionV>
                      <wp:extent cx="2587925" cy="476250"/>
                      <wp:effectExtent l="0" t="0" r="3175" b="0"/>
                      <wp:wrapNone/>
                      <wp:docPr id="2810121"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69D54A7A" w14:textId="77777777" w:rsidR="002B30F2" w:rsidRPr="00A665FC" w:rsidRDefault="002B30F2" w:rsidP="002B30F2">
                <w:pPr>
                  <w:jc w:val="right"/>
                </w:pPr>
                <w:r w:rsidRPr="00A665FC">
                  <w:rPr>
                    <w:b/>
                    <w:color w:val="FFFFFF"/>
                    <w:sz w:val="24"/>
                  </w:rPr>
                  <w:t xml:space="preserve">Sefton Council | </w:t>
                </w:r>
                <w:r>
                  <w:rPr>
                    <w:b/>
                    <w:color w:val="FFFFFF"/>
                    <w:sz w:val="24"/>
                  </w:rPr>
                  <w:t>Corporate Resources</w:t>
                </w:r>
              </w:p>
            </w:tc>
          </w:tr>
        </w:tbl>
        <w:p w14:paraId="3CBCF896" w14:textId="5E6312BF" w:rsidR="007F06D6" w:rsidRPr="00A665FC" w:rsidRDefault="007F06D6" w:rsidP="007F06D6"/>
      </w:tc>
      <w:tc>
        <w:tcPr>
          <w:tcW w:w="4756" w:type="dxa"/>
          <w:shd w:val="clear" w:color="auto" w:fill="0082BC"/>
        </w:tcPr>
        <w:p w14:paraId="38996EE1" w14:textId="13DE9E14" w:rsidR="007F06D6" w:rsidRPr="00A665FC" w:rsidRDefault="007F06D6" w:rsidP="007F06D6">
          <w:pPr>
            <w:jc w:val="right"/>
          </w:pPr>
        </w:p>
      </w:tc>
    </w:tr>
  </w:tbl>
  <w:p w14:paraId="6A22C400" w14:textId="77777777" w:rsidR="000A1196" w:rsidRPr="00A665FC" w:rsidRDefault="000A1196" w:rsidP="000A1196">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720"/>
        </w:tabs>
        <w:ind w:left="72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28B4024"/>
    <w:multiLevelType w:val="multilevel"/>
    <w:tmpl w:val="EB0A5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3E3A9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6B2EF4"/>
    <w:multiLevelType w:val="hybridMultilevel"/>
    <w:tmpl w:val="F4400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ABE4842"/>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361F66"/>
    <w:multiLevelType w:val="multilevel"/>
    <w:tmpl w:val="6F8A7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D16DF8"/>
    <w:multiLevelType w:val="multilevel"/>
    <w:tmpl w:val="0B307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743BD9"/>
    <w:multiLevelType w:val="multilevel"/>
    <w:tmpl w:val="63B81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E904A2F"/>
    <w:multiLevelType w:val="multilevel"/>
    <w:tmpl w:val="563CD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6284007"/>
    <w:multiLevelType w:val="multilevel"/>
    <w:tmpl w:val="1E40B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B67C63"/>
    <w:multiLevelType w:val="hybridMultilevel"/>
    <w:tmpl w:val="58367F3A"/>
    <w:lvl w:ilvl="0" w:tplc="0809000F">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DF44D30"/>
    <w:multiLevelType w:val="multilevel"/>
    <w:tmpl w:val="F05C7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EE7393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00A628E"/>
    <w:multiLevelType w:val="multilevel"/>
    <w:tmpl w:val="6B923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2085708"/>
    <w:multiLevelType w:val="hybridMultilevel"/>
    <w:tmpl w:val="22821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2722BEA"/>
    <w:multiLevelType w:val="multilevel"/>
    <w:tmpl w:val="BEF43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463244C"/>
    <w:multiLevelType w:val="multilevel"/>
    <w:tmpl w:val="8676F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60A7BA0"/>
    <w:multiLevelType w:val="hybridMultilevel"/>
    <w:tmpl w:val="89B0B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A647928"/>
    <w:multiLevelType w:val="hybridMultilevel"/>
    <w:tmpl w:val="9C4ED7E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2F1E4077"/>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7B01DE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0775335"/>
    <w:multiLevelType w:val="multilevel"/>
    <w:tmpl w:val="D6C00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2416985"/>
    <w:multiLevelType w:val="hybridMultilevel"/>
    <w:tmpl w:val="DC426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F6673E"/>
    <w:multiLevelType w:val="multilevel"/>
    <w:tmpl w:val="2640A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9B324E"/>
    <w:multiLevelType w:val="multilevel"/>
    <w:tmpl w:val="1BD4E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C2D0E90"/>
    <w:multiLevelType w:val="multilevel"/>
    <w:tmpl w:val="AB6C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8047B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B017E41"/>
    <w:multiLevelType w:val="hybridMultilevel"/>
    <w:tmpl w:val="C10A4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657494"/>
    <w:multiLevelType w:val="multilevel"/>
    <w:tmpl w:val="658C4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F65BBF"/>
    <w:multiLevelType w:val="multilevel"/>
    <w:tmpl w:val="0896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8650CB"/>
    <w:multiLevelType w:val="multilevel"/>
    <w:tmpl w:val="7408D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61666A"/>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FD6B89"/>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817E2D"/>
    <w:multiLevelType w:val="multilevel"/>
    <w:tmpl w:val="B144F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A35D06"/>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E12DD8"/>
    <w:multiLevelType w:val="multilevel"/>
    <w:tmpl w:val="FBE65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977CA0"/>
    <w:multiLevelType w:val="hybridMultilevel"/>
    <w:tmpl w:val="283A94BC"/>
    <w:lvl w:ilvl="0" w:tplc="AE881FFA">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B96707B"/>
    <w:multiLevelType w:val="multilevel"/>
    <w:tmpl w:val="E6142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1F0B93"/>
    <w:multiLevelType w:val="multilevel"/>
    <w:tmpl w:val="6B2AB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C4F39C9"/>
    <w:multiLevelType w:val="multilevel"/>
    <w:tmpl w:val="17E02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2826613">
    <w:abstractNumId w:val="5"/>
  </w:num>
  <w:num w:numId="2" w16cid:durableId="1487016246">
    <w:abstractNumId w:val="3"/>
  </w:num>
  <w:num w:numId="3" w16cid:durableId="1484396736">
    <w:abstractNumId w:val="2"/>
  </w:num>
  <w:num w:numId="4" w16cid:durableId="1877547382">
    <w:abstractNumId w:val="4"/>
  </w:num>
  <w:num w:numId="5" w16cid:durableId="1809057152">
    <w:abstractNumId w:val="1"/>
  </w:num>
  <w:num w:numId="6" w16cid:durableId="1493444779">
    <w:abstractNumId w:val="0"/>
  </w:num>
  <w:num w:numId="7" w16cid:durableId="930352901">
    <w:abstractNumId w:val="33"/>
  </w:num>
  <w:num w:numId="8" w16cid:durableId="96677921">
    <w:abstractNumId w:val="34"/>
  </w:num>
  <w:num w:numId="9" w16cid:durableId="1885943946">
    <w:abstractNumId w:val="11"/>
  </w:num>
  <w:num w:numId="10" w16cid:durableId="2102799240">
    <w:abstractNumId w:val="30"/>
  </w:num>
  <w:num w:numId="11" w16cid:durableId="486483934">
    <w:abstractNumId w:val="26"/>
  </w:num>
  <w:num w:numId="12" w16cid:durableId="1548644970">
    <w:abstractNumId w:val="20"/>
  </w:num>
  <w:num w:numId="13" w16cid:durableId="1408651507">
    <w:abstractNumId w:val="27"/>
  </w:num>
  <w:num w:numId="14" w16cid:durableId="1434469441">
    <w:abstractNumId w:val="19"/>
  </w:num>
  <w:num w:numId="15" w16cid:durableId="939293694">
    <w:abstractNumId w:val="38"/>
  </w:num>
  <w:num w:numId="16" w16cid:durableId="1370958176">
    <w:abstractNumId w:val="28"/>
  </w:num>
  <w:num w:numId="17" w16cid:durableId="528959193">
    <w:abstractNumId w:val="12"/>
  </w:num>
  <w:num w:numId="18" w16cid:durableId="1049962024">
    <w:abstractNumId w:val="14"/>
  </w:num>
  <w:num w:numId="19" w16cid:durableId="12801739">
    <w:abstractNumId w:val="43"/>
  </w:num>
  <w:num w:numId="20" w16cid:durableId="1776096321">
    <w:abstractNumId w:val="18"/>
  </w:num>
  <w:num w:numId="21" w16cid:durableId="649674472">
    <w:abstractNumId w:val="16"/>
  </w:num>
  <w:num w:numId="22" w16cid:durableId="203178717">
    <w:abstractNumId w:val="10"/>
  </w:num>
  <w:num w:numId="23" w16cid:durableId="1748461079">
    <w:abstractNumId w:val="35"/>
  </w:num>
  <w:num w:numId="24" w16cid:durableId="547882938">
    <w:abstractNumId w:val="44"/>
  </w:num>
  <w:num w:numId="25" w16cid:durableId="1804886285">
    <w:abstractNumId w:val="21"/>
  </w:num>
  <w:num w:numId="26" w16cid:durableId="753942308">
    <w:abstractNumId w:val="40"/>
  </w:num>
  <w:num w:numId="27" w16cid:durableId="842161897">
    <w:abstractNumId w:val="6"/>
  </w:num>
  <w:num w:numId="28" w16cid:durableId="1169253410">
    <w:abstractNumId w:val="29"/>
  </w:num>
  <w:num w:numId="29" w16cid:durableId="1376005526">
    <w:abstractNumId w:val="42"/>
  </w:num>
  <w:num w:numId="30" w16cid:durableId="992417699">
    <w:abstractNumId w:val="13"/>
  </w:num>
  <w:num w:numId="31" w16cid:durableId="1811945182">
    <w:abstractNumId w:val="17"/>
  </w:num>
  <w:num w:numId="32" w16cid:durableId="752121699">
    <w:abstractNumId w:val="36"/>
  </w:num>
  <w:num w:numId="33" w16cid:durableId="728764366">
    <w:abstractNumId w:val="31"/>
  </w:num>
  <w:num w:numId="34" w16cid:durableId="903369946">
    <w:abstractNumId w:val="7"/>
  </w:num>
  <w:num w:numId="35" w16cid:durableId="1916547196">
    <w:abstractNumId w:val="39"/>
  </w:num>
  <w:num w:numId="36" w16cid:durableId="1313756109">
    <w:abstractNumId w:val="24"/>
  </w:num>
  <w:num w:numId="37" w16cid:durableId="580675113">
    <w:abstractNumId w:val="25"/>
  </w:num>
  <w:num w:numId="38" w16cid:durableId="1158957881">
    <w:abstractNumId w:val="37"/>
  </w:num>
  <w:num w:numId="39" w16cid:durableId="1517885159">
    <w:abstractNumId w:val="9"/>
  </w:num>
  <w:num w:numId="40" w16cid:durableId="1642035715">
    <w:abstractNumId w:val="23"/>
  </w:num>
  <w:num w:numId="41" w16cid:durableId="1929850866">
    <w:abstractNumId w:val="22"/>
  </w:num>
  <w:num w:numId="42" w16cid:durableId="1658533987">
    <w:abstractNumId w:val="32"/>
  </w:num>
  <w:num w:numId="43" w16cid:durableId="1896966805">
    <w:abstractNumId w:val="15"/>
  </w:num>
  <w:num w:numId="44" w16cid:durableId="613293440">
    <w:abstractNumId w:val="8"/>
  </w:num>
  <w:num w:numId="45" w16cid:durableId="1959988576">
    <w:abstractNumId w:val="4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FE2"/>
    <w:rsid w:val="00011491"/>
    <w:rsid w:val="0001246D"/>
    <w:rsid w:val="00016DA3"/>
    <w:rsid w:val="000175F6"/>
    <w:rsid w:val="00020EC1"/>
    <w:rsid w:val="00021257"/>
    <w:rsid w:val="00024DDE"/>
    <w:rsid w:val="00032434"/>
    <w:rsid w:val="00034616"/>
    <w:rsid w:val="00035335"/>
    <w:rsid w:val="0004753D"/>
    <w:rsid w:val="00050895"/>
    <w:rsid w:val="00057216"/>
    <w:rsid w:val="0006063C"/>
    <w:rsid w:val="00073C50"/>
    <w:rsid w:val="00074692"/>
    <w:rsid w:val="000812B6"/>
    <w:rsid w:val="00081A7D"/>
    <w:rsid w:val="00085B78"/>
    <w:rsid w:val="00092707"/>
    <w:rsid w:val="00094AAC"/>
    <w:rsid w:val="00096AC7"/>
    <w:rsid w:val="000A1196"/>
    <w:rsid w:val="000A1D22"/>
    <w:rsid w:val="000A7FC7"/>
    <w:rsid w:val="000B3B22"/>
    <w:rsid w:val="000C0870"/>
    <w:rsid w:val="000E7316"/>
    <w:rsid w:val="000F1342"/>
    <w:rsid w:val="0010147F"/>
    <w:rsid w:val="00104A3C"/>
    <w:rsid w:val="001115BF"/>
    <w:rsid w:val="00115BE7"/>
    <w:rsid w:val="00122490"/>
    <w:rsid w:val="00125EEB"/>
    <w:rsid w:val="00130247"/>
    <w:rsid w:val="001303A8"/>
    <w:rsid w:val="001306EF"/>
    <w:rsid w:val="00131C0B"/>
    <w:rsid w:val="00143869"/>
    <w:rsid w:val="00144F48"/>
    <w:rsid w:val="0015074B"/>
    <w:rsid w:val="00160D75"/>
    <w:rsid w:val="00166387"/>
    <w:rsid w:val="00170274"/>
    <w:rsid w:val="001735DF"/>
    <w:rsid w:val="001743EB"/>
    <w:rsid w:val="00175C79"/>
    <w:rsid w:val="00187CA4"/>
    <w:rsid w:val="00187F29"/>
    <w:rsid w:val="001A3735"/>
    <w:rsid w:val="001A7573"/>
    <w:rsid w:val="001B2341"/>
    <w:rsid w:val="001B5028"/>
    <w:rsid w:val="001B5148"/>
    <w:rsid w:val="001C060B"/>
    <w:rsid w:val="001C3FC7"/>
    <w:rsid w:val="001D6147"/>
    <w:rsid w:val="001E2518"/>
    <w:rsid w:val="001E32E9"/>
    <w:rsid w:val="001E7F31"/>
    <w:rsid w:val="001F18BD"/>
    <w:rsid w:val="001F2C43"/>
    <w:rsid w:val="001F3906"/>
    <w:rsid w:val="0020183B"/>
    <w:rsid w:val="002049E4"/>
    <w:rsid w:val="002130A3"/>
    <w:rsid w:val="00221AB6"/>
    <w:rsid w:val="0022453C"/>
    <w:rsid w:val="002250B5"/>
    <w:rsid w:val="002250F4"/>
    <w:rsid w:val="002259DC"/>
    <w:rsid w:val="002319BA"/>
    <w:rsid w:val="002329E8"/>
    <w:rsid w:val="00244137"/>
    <w:rsid w:val="00245435"/>
    <w:rsid w:val="0024775D"/>
    <w:rsid w:val="00253761"/>
    <w:rsid w:val="00256DD6"/>
    <w:rsid w:val="00256DEF"/>
    <w:rsid w:val="00260C8D"/>
    <w:rsid w:val="00267DAC"/>
    <w:rsid w:val="00282ABC"/>
    <w:rsid w:val="0028529D"/>
    <w:rsid w:val="002918F8"/>
    <w:rsid w:val="00295E96"/>
    <w:rsid w:val="0029639D"/>
    <w:rsid w:val="002A7B06"/>
    <w:rsid w:val="002B30F2"/>
    <w:rsid w:val="002B35AD"/>
    <w:rsid w:val="002B6A16"/>
    <w:rsid w:val="002C1C8D"/>
    <w:rsid w:val="002C25F6"/>
    <w:rsid w:val="002C43EB"/>
    <w:rsid w:val="002D0CE4"/>
    <w:rsid w:val="002E2684"/>
    <w:rsid w:val="002E6044"/>
    <w:rsid w:val="002E7AA9"/>
    <w:rsid w:val="002F39DE"/>
    <w:rsid w:val="002F62C2"/>
    <w:rsid w:val="002F759F"/>
    <w:rsid w:val="00300AAC"/>
    <w:rsid w:val="00302B7E"/>
    <w:rsid w:val="00304C45"/>
    <w:rsid w:val="003106E4"/>
    <w:rsid w:val="00314DA6"/>
    <w:rsid w:val="00316999"/>
    <w:rsid w:val="00316C51"/>
    <w:rsid w:val="00317E97"/>
    <w:rsid w:val="00321FB4"/>
    <w:rsid w:val="003234D7"/>
    <w:rsid w:val="0032696B"/>
    <w:rsid w:val="00326F90"/>
    <w:rsid w:val="003328AA"/>
    <w:rsid w:val="00341A53"/>
    <w:rsid w:val="00343262"/>
    <w:rsid w:val="00351C2D"/>
    <w:rsid w:val="0035256F"/>
    <w:rsid w:val="00353820"/>
    <w:rsid w:val="00361C81"/>
    <w:rsid w:val="00363170"/>
    <w:rsid w:val="003651D0"/>
    <w:rsid w:val="00365E6A"/>
    <w:rsid w:val="00367D28"/>
    <w:rsid w:val="003713DB"/>
    <w:rsid w:val="00372A54"/>
    <w:rsid w:val="00381835"/>
    <w:rsid w:val="00382135"/>
    <w:rsid w:val="003823FA"/>
    <w:rsid w:val="00382592"/>
    <w:rsid w:val="00382C8E"/>
    <w:rsid w:val="00385868"/>
    <w:rsid w:val="00390169"/>
    <w:rsid w:val="003948A4"/>
    <w:rsid w:val="0039553C"/>
    <w:rsid w:val="003A0212"/>
    <w:rsid w:val="003A1C5C"/>
    <w:rsid w:val="003A7D2B"/>
    <w:rsid w:val="003B2419"/>
    <w:rsid w:val="003B272C"/>
    <w:rsid w:val="003B7A2D"/>
    <w:rsid w:val="003C54F2"/>
    <w:rsid w:val="003C6A4C"/>
    <w:rsid w:val="003C7CBB"/>
    <w:rsid w:val="003D14D6"/>
    <w:rsid w:val="003D20E6"/>
    <w:rsid w:val="003D356B"/>
    <w:rsid w:val="003D439B"/>
    <w:rsid w:val="003E25CB"/>
    <w:rsid w:val="003E2B31"/>
    <w:rsid w:val="003E54C5"/>
    <w:rsid w:val="003E7D49"/>
    <w:rsid w:val="003F3C25"/>
    <w:rsid w:val="003F6805"/>
    <w:rsid w:val="004009C4"/>
    <w:rsid w:val="00402A02"/>
    <w:rsid w:val="004031C7"/>
    <w:rsid w:val="00407BF4"/>
    <w:rsid w:val="00411A05"/>
    <w:rsid w:val="00412AF7"/>
    <w:rsid w:val="004130D9"/>
    <w:rsid w:val="0041539A"/>
    <w:rsid w:val="00420323"/>
    <w:rsid w:val="00422961"/>
    <w:rsid w:val="0043131B"/>
    <w:rsid w:val="004342AA"/>
    <w:rsid w:val="00442354"/>
    <w:rsid w:val="00447431"/>
    <w:rsid w:val="00447DA4"/>
    <w:rsid w:val="00454E02"/>
    <w:rsid w:val="00455516"/>
    <w:rsid w:val="004617C1"/>
    <w:rsid w:val="004622E6"/>
    <w:rsid w:val="004625E5"/>
    <w:rsid w:val="00463B70"/>
    <w:rsid w:val="00466195"/>
    <w:rsid w:val="00467746"/>
    <w:rsid w:val="00475088"/>
    <w:rsid w:val="00475FB2"/>
    <w:rsid w:val="00481A10"/>
    <w:rsid w:val="00483650"/>
    <w:rsid w:val="00484232"/>
    <w:rsid w:val="00487059"/>
    <w:rsid w:val="00487B36"/>
    <w:rsid w:val="0049316D"/>
    <w:rsid w:val="00496E8A"/>
    <w:rsid w:val="004A21CE"/>
    <w:rsid w:val="004A47DE"/>
    <w:rsid w:val="004A7591"/>
    <w:rsid w:val="004A77F9"/>
    <w:rsid w:val="004A7D56"/>
    <w:rsid w:val="004B251A"/>
    <w:rsid w:val="004B3D98"/>
    <w:rsid w:val="004B5B07"/>
    <w:rsid w:val="004B5CBD"/>
    <w:rsid w:val="004B5DA3"/>
    <w:rsid w:val="004B7AC3"/>
    <w:rsid w:val="004C2FB4"/>
    <w:rsid w:val="004C354C"/>
    <w:rsid w:val="004D3A4C"/>
    <w:rsid w:val="004D4ECE"/>
    <w:rsid w:val="004D7153"/>
    <w:rsid w:val="004E027F"/>
    <w:rsid w:val="004E05B7"/>
    <w:rsid w:val="004E277B"/>
    <w:rsid w:val="004E2F2D"/>
    <w:rsid w:val="004E42C8"/>
    <w:rsid w:val="004E443C"/>
    <w:rsid w:val="004E55FD"/>
    <w:rsid w:val="004E7A46"/>
    <w:rsid w:val="004F09DE"/>
    <w:rsid w:val="004F1DB9"/>
    <w:rsid w:val="004F4A4E"/>
    <w:rsid w:val="004F6A66"/>
    <w:rsid w:val="00501FBC"/>
    <w:rsid w:val="0050303F"/>
    <w:rsid w:val="005032E1"/>
    <w:rsid w:val="005116C5"/>
    <w:rsid w:val="00511F96"/>
    <w:rsid w:val="00513D75"/>
    <w:rsid w:val="00514FBC"/>
    <w:rsid w:val="0051641B"/>
    <w:rsid w:val="00516C82"/>
    <w:rsid w:val="00517A24"/>
    <w:rsid w:val="00522A66"/>
    <w:rsid w:val="00524370"/>
    <w:rsid w:val="00524633"/>
    <w:rsid w:val="005256AC"/>
    <w:rsid w:val="00527588"/>
    <w:rsid w:val="00531F43"/>
    <w:rsid w:val="00536407"/>
    <w:rsid w:val="005451A2"/>
    <w:rsid w:val="00547C3F"/>
    <w:rsid w:val="00547F72"/>
    <w:rsid w:val="00557DAF"/>
    <w:rsid w:val="00560F73"/>
    <w:rsid w:val="00561405"/>
    <w:rsid w:val="0056452B"/>
    <w:rsid w:val="00565B5D"/>
    <w:rsid w:val="005715A1"/>
    <w:rsid w:val="005718CA"/>
    <w:rsid w:val="00571B76"/>
    <w:rsid w:val="00575170"/>
    <w:rsid w:val="0057534E"/>
    <w:rsid w:val="005779B1"/>
    <w:rsid w:val="00580173"/>
    <w:rsid w:val="0058344C"/>
    <w:rsid w:val="00592C51"/>
    <w:rsid w:val="005950AB"/>
    <w:rsid w:val="005A7576"/>
    <w:rsid w:val="005B50D4"/>
    <w:rsid w:val="005B5848"/>
    <w:rsid w:val="005B5AF1"/>
    <w:rsid w:val="005B5FF7"/>
    <w:rsid w:val="005C098F"/>
    <w:rsid w:val="005C1F40"/>
    <w:rsid w:val="005C7CED"/>
    <w:rsid w:val="005D1466"/>
    <w:rsid w:val="005D7F83"/>
    <w:rsid w:val="005E1512"/>
    <w:rsid w:val="005E287F"/>
    <w:rsid w:val="005E401A"/>
    <w:rsid w:val="005E5084"/>
    <w:rsid w:val="005F3F2A"/>
    <w:rsid w:val="005F4899"/>
    <w:rsid w:val="005F5AEC"/>
    <w:rsid w:val="00615836"/>
    <w:rsid w:val="0061762B"/>
    <w:rsid w:val="00620F56"/>
    <w:rsid w:val="00621C89"/>
    <w:rsid w:val="0062339D"/>
    <w:rsid w:val="00624CD1"/>
    <w:rsid w:val="0062565B"/>
    <w:rsid w:val="006301CE"/>
    <w:rsid w:val="00633980"/>
    <w:rsid w:val="00634ABD"/>
    <w:rsid w:val="00634AF2"/>
    <w:rsid w:val="00644A0E"/>
    <w:rsid w:val="00644E3D"/>
    <w:rsid w:val="00647EE9"/>
    <w:rsid w:val="00651D5D"/>
    <w:rsid w:val="006537C0"/>
    <w:rsid w:val="00655BDC"/>
    <w:rsid w:val="0065794C"/>
    <w:rsid w:val="006614A6"/>
    <w:rsid w:val="00661922"/>
    <w:rsid w:val="00667A1D"/>
    <w:rsid w:val="00671606"/>
    <w:rsid w:val="00671FD1"/>
    <w:rsid w:val="006732FD"/>
    <w:rsid w:val="00680CB4"/>
    <w:rsid w:val="00681821"/>
    <w:rsid w:val="00683667"/>
    <w:rsid w:val="006852CF"/>
    <w:rsid w:val="00685978"/>
    <w:rsid w:val="00685A24"/>
    <w:rsid w:val="0068627F"/>
    <w:rsid w:val="00690F29"/>
    <w:rsid w:val="00691A35"/>
    <w:rsid w:val="00692E0E"/>
    <w:rsid w:val="00697B51"/>
    <w:rsid w:val="006A06DF"/>
    <w:rsid w:val="006A087D"/>
    <w:rsid w:val="006A1601"/>
    <w:rsid w:val="006A33EE"/>
    <w:rsid w:val="006A4544"/>
    <w:rsid w:val="006A52BC"/>
    <w:rsid w:val="006A699C"/>
    <w:rsid w:val="006B1224"/>
    <w:rsid w:val="006B2DE2"/>
    <w:rsid w:val="006B3689"/>
    <w:rsid w:val="006B56BF"/>
    <w:rsid w:val="006B6008"/>
    <w:rsid w:val="006C339D"/>
    <w:rsid w:val="006C3A5F"/>
    <w:rsid w:val="006C48B9"/>
    <w:rsid w:val="006D52B0"/>
    <w:rsid w:val="006D7018"/>
    <w:rsid w:val="006E1DDF"/>
    <w:rsid w:val="006F1699"/>
    <w:rsid w:val="006F7222"/>
    <w:rsid w:val="006F7369"/>
    <w:rsid w:val="006F7A45"/>
    <w:rsid w:val="00701E6D"/>
    <w:rsid w:val="00702067"/>
    <w:rsid w:val="00703195"/>
    <w:rsid w:val="00713D70"/>
    <w:rsid w:val="007152DA"/>
    <w:rsid w:val="0071617D"/>
    <w:rsid w:val="0072213A"/>
    <w:rsid w:val="00723800"/>
    <w:rsid w:val="0073474E"/>
    <w:rsid w:val="00735FBE"/>
    <w:rsid w:val="007403DC"/>
    <w:rsid w:val="00744FBD"/>
    <w:rsid w:val="00745BBD"/>
    <w:rsid w:val="0075036B"/>
    <w:rsid w:val="00757885"/>
    <w:rsid w:val="00765EE2"/>
    <w:rsid w:val="00765EE9"/>
    <w:rsid w:val="007679B6"/>
    <w:rsid w:val="00770A28"/>
    <w:rsid w:val="00770C89"/>
    <w:rsid w:val="0077437B"/>
    <w:rsid w:val="0078048B"/>
    <w:rsid w:val="00786C35"/>
    <w:rsid w:val="00793F32"/>
    <w:rsid w:val="007963C9"/>
    <w:rsid w:val="007A6574"/>
    <w:rsid w:val="007B5705"/>
    <w:rsid w:val="007C0416"/>
    <w:rsid w:val="007C2243"/>
    <w:rsid w:val="007C6702"/>
    <w:rsid w:val="007C7D15"/>
    <w:rsid w:val="007D4991"/>
    <w:rsid w:val="007D61B3"/>
    <w:rsid w:val="007D781E"/>
    <w:rsid w:val="007D78DA"/>
    <w:rsid w:val="007E086F"/>
    <w:rsid w:val="007E0B7D"/>
    <w:rsid w:val="007E2553"/>
    <w:rsid w:val="007E4461"/>
    <w:rsid w:val="007E451A"/>
    <w:rsid w:val="007F06D6"/>
    <w:rsid w:val="007F39F9"/>
    <w:rsid w:val="00805318"/>
    <w:rsid w:val="00810273"/>
    <w:rsid w:val="0081055C"/>
    <w:rsid w:val="008110B0"/>
    <w:rsid w:val="008117DF"/>
    <w:rsid w:val="00822870"/>
    <w:rsid w:val="00823294"/>
    <w:rsid w:val="00827FB8"/>
    <w:rsid w:val="008305C3"/>
    <w:rsid w:val="00833B16"/>
    <w:rsid w:val="00834382"/>
    <w:rsid w:val="00836676"/>
    <w:rsid w:val="008420D9"/>
    <w:rsid w:val="00845349"/>
    <w:rsid w:val="00845999"/>
    <w:rsid w:val="00847C09"/>
    <w:rsid w:val="0085468D"/>
    <w:rsid w:val="00856E71"/>
    <w:rsid w:val="00865EED"/>
    <w:rsid w:val="00866E1F"/>
    <w:rsid w:val="00891FF8"/>
    <w:rsid w:val="008A0BA7"/>
    <w:rsid w:val="008A10D1"/>
    <w:rsid w:val="008A2AD1"/>
    <w:rsid w:val="008A5F0E"/>
    <w:rsid w:val="008A60C3"/>
    <w:rsid w:val="008B7841"/>
    <w:rsid w:val="008C0492"/>
    <w:rsid w:val="008C1943"/>
    <w:rsid w:val="008C2554"/>
    <w:rsid w:val="008C2CF8"/>
    <w:rsid w:val="008C49EE"/>
    <w:rsid w:val="008C4BD2"/>
    <w:rsid w:val="008E0F6C"/>
    <w:rsid w:val="008E3DA0"/>
    <w:rsid w:val="008E3F98"/>
    <w:rsid w:val="008E4D82"/>
    <w:rsid w:val="008E67AA"/>
    <w:rsid w:val="008E6995"/>
    <w:rsid w:val="008E7D6C"/>
    <w:rsid w:val="008F0FAB"/>
    <w:rsid w:val="008F290E"/>
    <w:rsid w:val="008F33CC"/>
    <w:rsid w:val="008F52F8"/>
    <w:rsid w:val="008F581E"/>
    <w:rsid w:val="008F6EDA"/>
    <w:rsid w:val="008F7085"/>
    <w:rsid w:val="009008D4"/>
    <w:rsid w:val="00902C8E"/>
    <w:rsid w:val="00912962"/>
    <w:rsid w:val="00915045"/>
    <w:rsid w:val="00930A2D"/>
    <w:rsid w:val="00931578"/>
    <w:rsid w:val="0093338C"/>
    <w:rsid w:val="00936534"/>
    <w:rsid w:val="00941DFC"/>
    <w:rsid w:val="009437BE"/>
    <w:rsid w:val="009443A8"/>
    <w:rsid w:val="00945700"/>
    <w:rsid w:val="00947E64"/>
    <w:rsid w:val="00965170"/>
    <w:rsid w:val="00965BCA"/>
    <w:rsid w:val="009725F0"/>
    <w:rsid w:val="009727A8"/>
    <w:rsid w:val="00972DD3"/>
    <w:rsid w:val="00974456"/>
    <w:rsid w:val="009773AD"/>
    <w:rsid w:val="00983AA1"/>
    <w:rsid w:val="009940B8"/>
    <w:rsid w:val="00995A4F"/>
    <w:rsid w:val="00995E0B"/>
    <w:rsid w:val="00997F2B"/>
    <w:rsid w:val="009A33C2"/>
    <w:rsid w:val="009A40A4"/>
    <w:rsid w:val="009A482D"/>
    <w:rsid w:val="009A4A16"/>
    <w:rsid w:val="009A501E"/>
    <w:rsid w:val="009A6CF7"/>
    <w:rsid w:val="009A71D2"/>
    <w:rsid w:val="009B2283"/>
    <w:rsid w:val="009B4131"/>
    <w:rsid w:val="009B5732"/>
    <w:rsid w:val="009B5C30"/>
    <w:rsid w:val="009C35C3"/>
    <w:rsid w:val="009C6212"/>
    <w:rsid w:val="009E153E"/>
    <w:rsid w:val="009E3909"/>
    <w:rsid w:val="009E6205"/>
    <w:rsid w:val="009E65DB"/>
    <w:rsid w:val="009F28A2"/>
    <w:rsid w:val="009F2E0E"/>
    <w:rsid w:val="009F340D"/>
    <w:rsid w:val="009F37BF"/>
    <w:rsid w:val="00A071D1"/>
    <w:rsid w:val="00A07798"/>
    <w:rsid w:val="00A10897"/>
    <w:rsid w:val="00A11542"/>
    <w:rsid w:val="00A13477"/>
    <w:rsid w:val="00A14929"/>
    <w:rsid w:val="00A14FEC"/>
    <w:rsid w:val="00A17918"/>
    <w:rsid w:val="00A20A2A"/>
    <w:rsid w:val="00A20E49"/>
    <w:rsid w:val="00A23323"/>
    <w:rsid w:val="00A236B7"/>
    <w:rsid w:val="00A23E23"/>
    <w:rsid w:val="00A256DE"/>
    <w:rsid w:val="00A26C17"/>
    <w:rsid w:val="00A373B0"/>
    <w:rsid w:val="00A45B3B"/>
    <w:rsid w:val="00A532A1"/>
    <w:rsid w:val="00A55CFD"/>
    <w:rsid w:val="00A56B7E"/>
    <w:rsid w:val="00A60A21"/>
    <w:rsid w:val="00A63AD3"/>
    <w:rsid w:val="00A63B47"/>
    <w:rsid w:val="00A64288"/>
    <w:rsid w:val="00A665FC"/>
    <w:rsid w:val="00A66D7A"/>
    <w:rsid w:val="00A77F26"/>
    <w:rsid w:val="00A83330"/>
    <w:rsid w:val="00A8421B"/>
    <w:rsid w:val="00A85280"/>
    <w:rsid w:val="00A87104"/>
    <w:rsid w:val="00A91189"/>
    <w:rsid w:val="00A92453"/>
    <w:rsid w:val="00A93EC9"/>
    <w:rsid w:val="00A94749"/>
    <w:rsid w:val="00AA1D8D"/>
    <w:rsid w:val="00AA2582"/>
    <w:rsid w:val="00AA413C"/>
    <w:rsid w:val="00AB253B"/>
    <w:rsid w:val="00AB2644"/>
    <w:rsid w:val="00AC19E9"/>
    <w:rsid w:val="00AC1D67"/>
    <w:rsid w:val="00AD28C4"/>
    <w:rsid w:val="00AD39CD"/>
    <w:rsid w:val="00AD5B78"/>
    <w:rsid w:val="00AD7C85"/>
    <w:rsid w:val="00AE37D0"/>
    <w:rsid w:val="00AF006A"/>
    <w:rsid w:val="00AF4161"/>
    <w:rsid w:val="00AF4256"/>
    <w:rsid w:val="00AF45A3"/>
    <w:rsid w:val="00B01BFC"/>
    <w:rsid w:val="00B035E7"/>
    <w:rsid w:val="00B03895"/>
    <w:rsid w:val="00B044F7"/>
    <w:rsid w:val="00B07BCB"/>
    <w:rsid w:val="00B10119"/>
    <w:rsid w:val="00B116F9"/>
    <w:rsid w:val="00B122F9"/>
    <w:rsid w:val="00B1432F"/>
    <w:rsid w:val="00B14756"/>
    <w:rsid w:val="00B207B7"/>
    <w:rsid w:val="00B20C3A"/>
    <w:rsid w:val="00B262BE"/>
    <w:rsid w:val="00B2766C"/>
    <w:rsid w:val="00B357E0"/>
    <w:rsid w:val="00B36A0A"/>
    <w:rsid w:val="00B37171"/>
    <w:rsid w:val="00B42C12"/>
    <w:rsid w:val="00B4507B"/>
    <w:rsid w:val="00B45EB9"/>
    <w:rsid w:val="00B47232"/>
    <w:rsid w:val="00B47730"/>
    <w:rsid w:val="00B548D0"/>
    <w:rsid w:val="00B55F74"/>
    <w:rsid w:val="00B5759E"/>
    <w:rsid w:val="00B60B4B"/>
    <w:rsid w:val="00B61F75"/>
    <w:rsid w:val="00B63941"/>
    <w:rsid w:val="00B64D8E"/>
    <w:rsid w:val="00B704A9"/>
    <w:rsid w:val="00B7139D"/>
    <w:rsid w:val="00B72799"/>
    <w:rsid w:val="00B75500"/>
    <w:rsid w:val="00B7578E"/>
    <w:rsid w:val="00B80F38"/>
    <w:rsid w:val="00B86534"/>
    <w:rsid w:val="00B91134"/>
    <w:rsid w:val="00B93A75"/>
    <w:rsid w:val="00B945A6"/>
    <w:rsid w:val="00B9571B"/>
    <w:rsid w:val="00BA03E4"/>
    <w:rsid w:val="00BA074D"/>
    <w:rsid w:val="00BA5628"/>
    <w:rsid w:val="00BA74C4"/>
    <w:rsid w:val="00BA7D9A"/>
    <w:rsid w:val="00BB032F"/>
    <w:rsid w:val="00BC6121"/>
    <w:rsid w:val="00BC737D"/>
    <w:rsid w:val="00BD0475"/>
    <w:rsid w:val="00BD1C6B"/>
    <w:rsid w:val="00BD61C5"/>
    <w:rsid w:val="00BE052C"/>
    <w:rsid w:val="00BE0E7F"/>
    <w:rsid w:val="00BE2BBB"/>
    <w:rsid w:val="00BE392D"/>
    <w:rsid w:val="00BE409F"/>
    <w:rsid w:val="00BE466B"/>
    <w:rsid w:val="00BE670A"/>
    <w:rsid w:val="00BE6C6A"/>
    <w:rsid w:val="00BE6F6E"/>
    <w:rsid w:val="00BE7853"/>
    <w:rsid w:val="00BE7A3D"/>
    <w:rsid w:val="00C03FFC"/>
    <w:rsid w:val="00C10C81"/>
    <w:rsid w:val="00C12732"/>
    <w:rsid w:val="00C12D72"/>
    <w:rsid w:val="00C16F45"/>
    <w:rsid w:val="00C21866"/>
    <w:rsid w:val="00C2193E"/>
    <w:rsid w:val="00C22D27"/>
    <w:rsid w:val="00C24D6C"/>
    <w:rsid w:val="00C250CE"/>
    <w:rsid w:val="00C35AC0"/>
    <w:rsid w:val="00C37354"/>
    <w:rsid w:val="00C40829"/>
    <w:rsid w:val="00C41AA7"/>
    <w:rsid w:val="00C430C4"/>
    <w:rsid w:val="00C4462C"/>
    <w:rsid w:val="00C469EE"/>
    <w:rsid w:val="00C47990"/>
    <w:rsid w:val="00C50B03"/>
    <w:rsid w:val="00C50D88"/>
    <w:rsid w:val="00C55123"/>
    <w:rsid w:val="00C56AA1"/>
    <w:rsid w:val="00C67778"/>
    <w:rsid w:val="00C7120F"/>
    <w:rsid w:val="00C73E92"/>
    <w:rsid w:val="00C74CB6"/>
    <w:rsid w:val="00C77AF3"/>
    <w:rsid w:val="00C82497"/>
    <w:rsid w:val="00C97E34"/>
    <w:rsid w:val="00CA1C57"/>
    <w:rsid w:val="00CA22A5"/>
    <w:rsid w:val="00CA2E18"/>
    <w:rsid w:val="00CA3CDC"/>
    <w:rsid w:val="00CA40E0"/>
    <w:rsid w:val="00CA599D"/>
    <w:rsid w:val="00CB0664"/>
    <w:rsid w:val="00CB1FFD"/>
    <w:rsid w:val="00CB3604"/>
    <w:rsid w:val="00CB4F6B"/>
    <w:rsid w:val="00CC1656"/>
    <w:rsid w:val="00CC1F55"/>
    <w:rsid w:val="00CC30F0"/>
    <w:rsid w:val="00CD36EC"/>
    <w:rsid w:val="00CD7261"/>
    <w:rsid w:val="00CE28C7"/>
    <w:rsid w:val="00CE2D2C"/>
    <w:rsid w:val="00CE5365"/>
    <w:rsid w:val="00CE60B7"/>
    <w:rsid w:val="00CE7343"/>
    <w:rsid w:val="00CF361B"/>
    <w:rsid w:val="00CF74B7"/>
    <w:rsid w:val="00D01132"/>
    <w:rsid w:val="00D019F3"/>
    <w:rsid w:val="00D04816"/>
    <w:rsid w:val="00D05D53"/>
    <w:rsid w:val="00D0670F"/>
    <w:rsid w:val="00D11180"/>
    <w:rsid w:val="00D12865"/>
    <w:rsid w:val="00D3132B"/>
    <w:rsid w:val="00D36951"/>
    <w:rsid w:val="00D4418A"/>
    <w:rsid w:val="00D4486B"/>
    <w:rsid w:val="00D44C3C"/>
    <w:rsid w:val="00D459EF"/>
    <w:rsid w:val="00D4608F"/>
    <w:rsid w:val="00D46EEC"/>
    <w:rsid w:val="00D513CC"/>
    <w:rsid w:val="00D51AF7"/>
    <w:rsid w:val="00D5472B"/>
    <w:rsid w:val="00D60732"/>
    <w:rsid w:val="00D61A9F"/>
    <w:rsid w:val="00D6429F"/>
    <w:rsid w:val="00D7436F"/>
    <w:rsid w:val="00D74891"/>
    <w:rsid w:val="00D74D8D"/>
    <w:rsid w:val="00D75D0D"/>
    <w:rsid w:val="00D769D0"/>
    <w:rsid w:val="00D7754C"/>
    <w:rsid w:val="00D80954"/>
    <w:rsid w:val="00D91EE6"/>
    <w:rsid w:val="00D93447"/>
    <w:rsid w:val="00D93614"/>
    <w:rsid w:val="00D9688B"/>
    <w:rsid w:val="00D96DCA"/>
    <w:rsid w:val="00D96F44"/>
    <w:rsid w:val="00DA1C44"/>
    <w:rsid w:val="00DA2843"/>
    <w:rsid w:val="00DA42C5"/>
    <w:rsid w:val="00DA5CF0"/>
    <w:rsid w:val="00DA63E8"/>
    <w:rsid w:val="00DB0536"/>
    <w:rsid w:val="00DB0BED"/>
    <w:rsid w:val="00DB1CE1"/>
    <w:rsid w:val="00DB2880"/>
    <w:rsid w:val="00DB31BF"/>
    <w:rsid w:val="00DC0785"/>
    <w:rsid w:val="00DC14EB"/>
    <w:rsid w:val="00DC3D3B"/>
    <w:rsid w:val="00DC6FFA"/>
    <w:rsid w:val="00DC74D7"/>
    <w:rsid w:val="00DC7E31"/>
    <w:rsid w:val="00DE7DE5"/>
    <w:rsid w:val="00DF0022"/>
    <w:rsid w:val="00DF2249"/>
    <w:rsid w:val="00DF5712"/>
    <w:rsid w:val="00DF6CB7"/>
    <w:rsid w:val="00DF7C34"/>
    <w:rsid w:val="00E13EB9"/>
    <w:rsid w:val="00E14684"/>
    <w:rsid w:val="00E15204"/>
    <w:rsid w:val="00E16DB8"/>
    <w:rsid w:val="00E16F88"/>
    <w:rsid w:val="00E20BF1"/>
    <w:rsid w:val="00E214BF"/>
    <w:rsid w:val="00E323DF"/>
    <w:rsid w:val="00E364F4"/>
    <w:rsid w:val="00E41A4B"/>
    <w:rsid w:val="00E43A20"/>
    <w:rsid w:val="00E43C43"/>
    <w:rsid w:val="00E4473C"/>
    <w:rsid w:val="00E44C3F"/>
    <w:rsid w:val="00E4716C"/>
    <w:rsid w:val="00E522DF"/>
    <w:rsid w:val="00E525CC"/>
    <w:rsid w:val="00E54416"/>
    <w:rsid w:val="00E54E38"/>
    <w:rsid w:val="00E55D71"/>
    <w:rsid w:val="00E62069"/>
    <w:rsid w:val="00E62AA9"/>
    <w:rsid w:val="00E715A6"/>
    <w:rsid w:val="00E752FD"/>
    <w:rsid w:val="00E75918"/>
    <w:rsid w:val="00E765FD"/>
    <w:rsid w:val="00E77BE2"/>
    <w:rsid w:val="00E83037"/>
    <w:rsid w:val="00E853E8"/>
    <w:rsid w:val="00E909A8"/>
    <w:rsid w:val="00E9609A"/>
    <w:rsid w:val="00EA1BEC"/>
    <w:rsid w:val="00EB26F7"/>
    <w:rsid w:val="00EB2F8B"/>
    <w:rsid w:val="00EB6227"/>
    <w:rsid w:val="00EB6794"/>
    <w:rsid w:val="00EC2252"/>
    <w:rsid w:val="00EC2E52"/>
    <w:rsid w:val="00EC2FD8"/>
    <w:rsid w:val="00EC3EC9"/>
    <w:rsid w:val="00EC66C2"/>
    <w:rsid w:val="00ED0822"/>
    <w:rsid w:val="00ED09DC"/>
    <w:rsid w:val="00ED364B"/>
    <w:rsid w:val="00ED3BFD"/>
    <w:rsid w:val="00EE03CD"/>
    <w:rsid w:val="00EE523A"/>
    <w:rsid w:val="00EF6D9D"/>
    <w:rsid w:val="00F00525"/>
    <w:rsid w:val="00F044C3"/>
    <w:rsid w:val="00F04D83"/>
    <w:rsid w:val="00F1066D"/>
    <w:rsid w:val="00F1522F"/>
    <w:rsid w:val="00F171FF"/>
    <w:rsid w:val="00F21720"/>
    <w:rsid w:val="00F232C9"/>
    <w:rsid w:val="00F24918"/>
    <w:rsid w:val="00F30ED0"/>
    <w:rsid w:val="00F31573"/>
    <w:rsid w:val="00F315A8"/>
    <w:rsid w:val="00F31D49"/>
    <w:rsid w:val="00F348E4"/>
    <w:rsid w:val="00F34D5B"/>
    <w:rsid w:val="00F40E8B"/>
    <w:rsid w:val="00F42FEF"/>
    <w:rsid w:val="00F47920"/>
    <w:rsid w:val="00F47DFF"/>
    <w:rsid w:val="00F51160"/>
    <w:rsid w:val="00F556BD"/>
    <w:rsid w:val="00F61762"/>
    <w:rsid w:val="00F62591"/>
    <w:rsid w:val="00F64E7D"/>
    <w:rsid w:val="00F654E9"/>
    <w:rsid w:val="00F74424"/>
    <w:rsid w:val="00F758D6"/>
    <w:rsid w:val="00F7624F"/>
    <w:rsid w:val="00F8025B"/>
    <w:rsid w:val="00F82B0F"/>
    <w:rsid w:val="00F867D9"/>
    <w:rsid w:val="00F86ADF"/>
    <w:rsid w:val="00F9221C"/>
    <w:rsid w:val="00F933C1"/>
    <w:rsid w:val="00F97F83"/>
    <w:rsid w:val="00FA0576"/>
    <w:rsid w:val="00FA0900"/>
    <w:rsid w:val="00FA1CF6"/>
    <w:rsid w:val="00FA6C97"/>
    <w:rsid w:val="00FB01CC"/>
    <w:rsid w:val="00FB2749"/>
    <w:rsid w:val="00FB67D6"/>
    <w:rsid w:val="00FB71B1"/>
    <w:rsid w:val="00FC1FEE"/>
    <w:rsid w:val="00FC4661"/>
    <w:rsid w:val="00FC5D9A"/>
    <w:rsid w:val="00FC693F"/>
    <w:rsid w:val="00FD072C"/>
    <w:rsid w:val="00FD1A59"/>
    <w:rsid w:val="00FD1FC2"/>
    <w:rsid w:val="00FD5C8D"/>
    <w:rsid w:val="00FD64A1"/>
    <w:rsid w:val="00FE1E81"/>
    <w:rsid w:val="00FF6A03"/>
    <w:rsid w:val="03F40217"/>
    <w:rsid w:val="059CDD31"/>
    <w:rsid w:val="0870B0BE"/>
    <w:rsid w:val="0CDD744C"/>
    <w:rsid w:val="12730527"/>
    <w:rsid w:val="1553788F"/>
    <w:rsid w:val="15D8A56C"/>
    <w:rsid w:val="18EB4DEF"/>
    <w:rsid w:val="19DFF19A"/>
    <w:rsid w:val="1B8B474F"/>
    <w:rsid w:val="221F1006"/>
    <w:rsid w:val="22D06755"/>
    <w:rsid w:val="23E59206"/>
    <w:rsid w:val="25256D63"/>
    <w:rsid w:val="276588D7"/>
    <w:rsid w:val="2BA3421C"/>
    <w:rsid w:val="2C36115E"/>
    <w:rsid w:val="2CAB6C3C"/>
    <w:rsid w:val="2D1DA1E0"/>
    <w:rsid w:val="2D5FFB87"/>
    <w:rsid w:val="2FCA609B"/>
    <w:rsid w:val="3059BEEC"/>
    <w:rsid w:val="321C070D"/>
    <w:rsid w:val="36615E6A"/>
    <w:rsid w:val="39E4C2E0"/>
    <w:rsid w:val="3A0828AE"/>
    <w:rsid w:val="3B1E37E2"/>
    <w:rsid w:val="3B7225BB"/>
    <w:rsid w:val="3B74863D"/>
    <w:rsid w:val="3BC32820"/>
    <w:rsid w:val="3E44E41A"/>
    <w:rsid w:val="3FAC874E"/>
    <w:rsid w:val="40497DD4"/>
    <w:rsid w:val="41DA6AE2"/>
    <w:rsid w:val="42A6986D"/>
    <w:rsid w:val="430C8E15"/>
    <w:rsid w:val="46CECC95"/>
    <w:rsid w:val="4A0E6621"/>
    <w:rsid w:val="4B3BE543"/>
    <w:rsid w:val="4B60A7D1"/>
    <w:rsid w:val="4DCFDA8B"/>
    <w:rsid w:val="500CC985"/>
    <w:rsid w:val="541EB207"/>
    <w:rsid w:val="56182510"/>
    <w:rsid w:val="58D9050D"/>
    <w:rsid w:val="5948303A"/>
    <w:rsid w:val="5B2B7029"/>
    <w:rsid w:val="5BBAFBF7"/>
    <w:rsid w:val="6324EC2D"/>
    <w:rsid w:val="6978F482"/>
    <w:rsid w:val="6B2DC2CA"/>
    <w:rsid w:val="6D5F31B3"/>
    <w:rsid w:val="6E305888"/>
    <w:rsid w:val="6ED0F25F"/>
    <w:rsid w:val="7110AC77"/>
    <w:rsid w:val="71EA862B"/>
    <w:rsid w:val="72B588A2"/>
    <w:rsid w:val="755D47F9"/>
    <w:rsid w:val="76BFB995"/>
    <w:rsid w:val="76C8ABAD"/>
    <w:rsid w:val="77853C98"/>
    <w:rsid w:val="7872E659"/>
    <w:rsid w:val="790A617D"/>
    <w:rsid w:val="79857B90"/>
    <w:rsid w:val="7A4A9E89"/>
    <w:rsid w:val="7DBD43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3521F5"/>
  <w14:defaultImageDpi w14:val="300"/>
  <w15:docId w15:val="{4CF66FE0-446E-4563-A001-16203D941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7B57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91EE6"/>
    <w:rPr>
      <w:color w:val="0000FF" w:themeColor="hyperlink"/>
      <w:u w:val="single"/>
    </w:rPr>
  </w:style>
  <w:style w:type="character" w:styleId="UnresolvedMention">
    <w:name w:val="Unresolved Mention"/>
    <w:basedOn w:val="DefaultParagraphFont"/>
    <w:uiPriority w:val="99"/>
    <w:semiHidden/>
    <w:unhideWhenUsed/>
    <w:rsid w:val="00D91EE6"/>
    <w:rPr>
      <w:color w:val="605E5C"/>
      <w:shd w:val="clear" w:color="auto" w:fill="E1DFDD"/>
    </w:rPr>
  </w:style>
  <w:style w:type="paragraph" w:styleId="TOC2">
    <w:name w:val="toc 2"/>
    <w:basedOn w:val="Normal"/>
    <w:next w:val="Normal"/>
    <w:autoRedefine/>
    <w:uiPriority w:val="39"/>
    <w:unhideWhenUsed/>
    <w:rsid w:val="00E16DB8"/>
    <w:pPr>
      <w:tabs>
        <w:tab w:val="right" w:leader="dot" w:pos="8630"/>
      </w:tabs>
      <w:spacing w:after="100"/>
    </w:pPr>
  </w:style>
  <w:style w:type="paragraph" w:styleId="TOC1">
    <w:name w:val="toc 1"/>
    <w:basedOn w:val="Normal"/>
    <w:next w:val="Normal"/>
    <w:autoRedefine/>
    <w:uiPriority w:val="39"/>
    <w:unhideWhenUsed/>
    <w:rsid w:val="00ED364B"/>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3.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yperlink" Target="http://www.sefton.gov.uk"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1.xml"/><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2.png"/><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hyperlink" Target="https://www.sefton.gov.uk/equality-consultation-and-accessibility/equality-diversity-and-inclusion-strategy/" TargetMode="External"/><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 Id="rId27" Type="http://schemas.openxmlformats.org/officeDocument/2006/relationships/image" Target="media/image14.png"/><Relationship Id="rId30" Type="http://schemas.openxmlformats.org/officeDocument/2006/relationships/header" Target="header2.xml"/><Relationship Id="rId8" Type="http://schemas.openxmlformats.org/officeDocument/2006/relationships/settings" Target="settings.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622B544BFB3F46B71EE46894A334CD" ma:contentTypeVersion="10" ma:contentTypeDescription="Create a new document." ma:contentTypeScope="" ma:versionID="4476bb4452daa2df73ac23542b6ecc5b">
  <xsd:schema xmlns:xsd="http://www.w3.org/2001/XMLSchema" xmlns:xs="http://www.w3.org/2001/XMLSchema" xmlns:p="http://schemas.microsoft.com/office/2006/metadata/properties" xmlns:ns2="ea61d964-536a-4dcf-aec6-501df2ee494f" xmlns:ns3="670afa1d-a7f9-44b4-a460-51003d80b92d" targetNamespace="http://schemas.microsoft.com/office/2006/metadata/properties" ma:root="true" ma:fieldsID="fe3c8c0ec444b513f81f3892db422332" ns2:_="" ns3:_="">
    <xsd:import namespace="ea61d964-536a-4dcf-aec6-501df2ee494f"/>
    <xsd:import namespace="670afa1d-a7f9-44b4-a460-51003d80b92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61d964-536a-4dcf-aec6-501df2ee494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09c33355-fce3-45d1-a84b-0d9f302f3339}" ma:internalName="TaxCatchAll" ma:showField="CatchAllData" ma:web="ea61d964-536a-4dcf-aec6-501df2ee494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0afa1d-a7f9-44b4-a460-51003d80b92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80d11ac-c5b9-425e-bc58-d533855d77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70afa1d-a7f9-44b4-a460-51003d80b92d">
      <Terms xmlns="http://schemas.microsoft.com/office/infopath/2007/PartnerControls"/>
    </lcf76f155ced4ddcb4097134ff3c332f>
    <TaxCatchAll xmlns="ea61d964-536a-4dcf-aec6-501df2ee494f" xsi:nil="true"/>
    <_dlc_DocId xmlns="ea61d964-536a-4dcf-aec6-501df2ee494f">EVCK45EHN4QW-1152294498-28534</_dlc_DocId>
    <_dlc_DocIdUrl xmlns="ea61d964-536a-4dcf-aec6-501df2ee494f">
      <Url>https://seftongovuk.sharepoint.com/sites/EmpSupport/THR/_layouts/15/DocIdRedir.aspx?ID=EVCK45EHN4QW-1152294498-28534</Url>
      <Description>EVCK45EHN4QW-1152294498-28534</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C5A010-5605-4A7C-933E-3705A9DD8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61d964-536a-4dcf-aec6-501df2ee494f"/>
    <ds:schemaRef ds:uri="670afa1d-a7f9-44b4-a460-51003d80b9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FD4EE3-C44A-4CC9-BD40-79B623098370}">
  <ds:schemaRefs>
    <ds:schemaRef ds:uri="http://schemas.microsoft.com/sharepoint/events"/>
  </ds:schemaRefs>
</ds:datastoreItem>
</file>

<file path=customXml/itemProps3.xml><?xml version="1.0" encoding="utf-8"?>
<ds:datastoreItem xmlns:ds="http://schemas.openxmlformats.org/officeDocument/2006/customXml" ds:itemID="{A0C46145-960A-47B5-973B-80F89BA6F33D}">
  <ds:schemaRefs>
    <ds:schemaRef ds:uri="http://schemas.microsoft.com/sharepoint/v3/contenttype/forms"/>
  </ds:schemaRefs>
</ds:datastoreItem>
</file>

<file path=customXml/itemProps4.xml><?xml version="1.0" encoding="utf-8"?>
<ds:datastoreItem xmlns:ds="http://schemas.openxmlformats.org/officeDocument/2006/customXml" ds:itemID="{E0245581-A6A6-4C28-84E6-B9ACB6A7E8B5}">
  <ds:schemaRefs>
    <ds:schemaRef ds:uri="http://schemas.microsoft.com/office/2006/metadata/properties"/>
    <ds:schemaRef ds:uri="http://schemas.microsoft.com/office/infopath/2007/PartnerControls"/>
    <ds:schemaRef ds:uri="670afa1d-a7f9-44b4-a460-51003d80b92d"/>
    <ds:schemaRef ds:uri="ea61d964-536a-4dcf-aec6-501df2ee494f"/>
  </ds:schemaRefs>
</ds:datastoreItem>
</file>

<file path=customXml/itemProps5.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18</Pages>
  <Words>3289</Words>
  <Characters>18751</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21997</CharactersWithSpaces>
  <SharedDoc>false</SharedDoc>
  <HyperlinkBase/>
  <HLinks>
    <vt:vector size="6" baseType="variant">
      <vt:variant>
        <vt:i4>5570635</vt:i4>
      </vt:variant>
      <vt:variant>
        <vt:i4>0</vt:i4>
      </vt:variant>
      <vt:variant>
        <vt:i4>0</vt:i4>
      </vt:variant>
      <vt:variant>
        <vt:i4>5</vt:i4>
      </vt:variant>
      <vt:variant>
        <vt:lpwstr>http://www.sefton.gov.uk/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Alison Dunn</cp:lastModifiedBy>
  <cp:revision>79</cp:revision>
  <cp:lastPrinted>2026-02-12T17:58:00Z</cp:lastPrinted>
  <dcterms:created xsi:type="dcterms:W3CDTF">2026-10-07T11:40:00Z</dcterms:created>
  <dcterms:modified xsi:type="dcterms:W3CDTF">2026-10-19T13:40:00Z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0x01010071622B544BFB3F46B71EE46894A334CD</vt:lpwstr>
  </property>
  <property fmtid="{D5CDD505-2E9C-101B-9397-08002B2CF9AE}" pid="3" name="_dlc_DocIdItemGuid">
    <vt:lpwstr>7ca66da9-0f96-4ab0-83ce-c6c98d6a1d51</vt:lpwstr>
  </property>
  <property fmtid="{D5CDD505-2E9C-101B-9397-08002B2CF9AE}" pid="4" name="MediaServiceImageTags">
    <vt:lpwstr/>
  </property>
</Properties>
</file>