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67B6E5F6" w:rsidR="00282ABC" w:rsidRPr="00A665FC" w:rsidRDefault="00E81154">
      <w:pPr>
        <w:rPr>
          <w:b/>
          <w:color w:val="0082BC"/>
          <w:sz w:val="48"/>
        </w:rPr>
      </w:pPr>
      <w:r w:rsidRPr="00A665FC">
        <w:rPr>
          <w:rFonts w:ascii="Trebuchet MS"/>
          <w:b/>
          <w:noProof/>
          <w:sz w:val="82"/>
        </w:rPr>
        <mc:AlternateContent>
          <mc:Choice Requires="wpg">
            <w:drawing>
              <wp:anchor distT="0" distB="0" distL="0" distR="0" simplePos="0" relativeHeight="251658265" behindDoc="1" locked="0" layoutInCell="1" allowOverlap="1" wp14:anchorId="4046DBE5" wp14:editId="31473C5D">
                <wp:simplePos x="0" y="0"/>
                <wp:positionH relativeFrom="page">
                  <wp:posOffset>7724775</wp:posOffset>
                </wp:positionH>
                <wp:positionV relativeFrom="page">
                  <wp:posOffset>1425575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4DC3F333" id="Group 2094280039" o:spid="_x0000_s1026" style="position:absolute;margin-left:608.25pt;margin-top:112.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1D44"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2BFAD306">
                <wp:simplePos x="0" y="0"/>
                <wp:positionH relativeFrom="margin">
                  <wp:posOffset>-787400</wp:posOffset>
                </wp:positionH>
                <wp:positionV relativeFrom="paragraph">
                  <wp:posOffset>431800</wp:posOffset>
                </wp:positionV>
                <wp:extent cx="7080250" cy="5384800"/>
                <wp:effectExtent l="0" t="0" r="6350" b="635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0250" cy="538480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DDD0236" w14:textId="77777777" w:rsidR="00D64A9B" w:rsidRDefault="00D64A9B" w:rsidP="006852CF">
                            <w:pPr>
                              <w:spacing w:line="1023" w:lineRule="exact"/>
                              <w:ind w:left="-13"/>
                              <w:jc w:val="center"/>
                              <w:rPr>
                                <w:rFonts w:ascii="Trebuchet MS"/>
                                <w:b/>
                                <w:color w:val="FFFFFF"/>
                                <w:spacing w:val="17"/>
                                <w:sz w:val="104"/>
                              </w:rPr>
                            </w:pPr>
                            <w:r>
                              <w:rPr>
                                <w:rFonts w:ascii="Trebuchet MS"/>
                                <w:b/>
                                <w:color w:val="FFFFFF"/>
                                <w:spacing w:val="17"/>
                                <w:sz w:val="104"/>
                              </w:rPr>
                              <w:t>Creche Worker</w:t>
                            </w:r>
                          </w:p>
                          <w:p w14:paraId="14DD0D91" w14:textId="43441531" w:rsidR="006852CF" w:rsidRPr="00A665FC" w:rsidRDefault="00D64A9B" w:rsidP="006852CF">
                            <w:pPr>
                              <w:spacing w:line="1023" w:lineRule="exact"/>
                              <w:ind w:left="-13"/>
                              <w:jc w:val="center"/>
                              <w:rPr>
                                <w:rFonts w:ascii="Trebuchet MS"/>
                                <w:b/>
                                <w:color w:val="FFFFFF"/>
                                <w:spacing w:val="17"/>
                                <w:sz w:val="104"/>
                              </w:rPr>
                            </w:pPr>
                            <w:r>
                              <w:rPr>
                                <w:rFonts w:ascii="Trebuchet MS"/>
                                <w:b/>
                                <w:color w:val="FFFFFF"/>
                                <w:spacing w:val="17"/>
                                <w:sz w:val="104"/>
                              </w:rPr>
                              <w:t xml:space="preserve">Netherton </w:t>
                            </w:r>
                            <w:r w:rsidR="001A3FA0">
                              <w:rPr>
                                <w:rFonts w:ascii="Trebuchet MS"/>
                                <w:b/>
                                <w:color w:val="FFFFFF"/>
                                <w:spacing w:val="17"/>
                                <w:sz w:val="104"/>
                              </w:rPr>
                              <w:t>Activity Centre.</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pt;margin-top:34pt;width:557.5pt;height:42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DDD0236" w14:textId="77777777" w:rsidR="00D64A9B" w:rsidRDefault="00D64A9B" w:rsidP="006852CF">
                      <w:pPr>
                        <w:spacing w:line="1023" w:lineRule="exact"/>
                        <w:ind w:left="-13"/>
                        <w:jc w:val="center"/>
                        <w:rPr>
                          <w:rFonts w:ascii="Trebuchet MS"/>
                          <w:b/>
                          <w:color w:val="FFFFFF"/>
                          <w:spacing w:val="17"/>
                          <w:sz w:val="104"/>
                        </w:rPr>
                      </w:pPr>
                      <w:r>
                        <w:rPr>
                          <w:rFonts w:ascii="Trebuchet MS"/>
                          <w:b/>
                          <w:color w:val="FFFFFF"/>
                          <w:spacing w:val="17"/>
                          <w:sz w:val="104"/>
                        </w:rPr>
                        <w:t>Creche Worker</w:t>
                      </w:r>
                    </w:p>
                    <w:p w14:paraId="14DD0D91" w14:textId="43441531" w:rsidR="006852CF" w:rsidRPr="00A665FC" w:rsidRDefault="00D64A9B" w:rsidP="006852CF">
                      <w:pPr>
                        <w:spacing w:line="1023" w:lineRule="exact"/>
                        <w:ind w:left="-13"/>
                        <w:jc w:val="center"/>
                        <w:rPr>
                          <w:rFonts w:ascii="Trebuchet MS"/>
                          <w:b/>
                          <w:color w:val="FFFFFF"/>
                          <w:spacing w:val="17"/>
                          <w:sz w:val="104"/>
                        </w:rPr>
                      </w:pPr>
                      <w:r>
                        <w:rPr>
                          <w:rFonts w:ascii="Trebuchet MS"/>
                          <w:b/>
                          <w:color w:val="FFFFFF"/>
                          <w:spacing w:val="17"/>
                          <w:sz w:val="104"/>
                        </w:rPr>
                        <w:t xml:space="preserve">Netherton </w:t>
                      </w:r>
                      <w:r w:rsidR="001A3FA0">
                        <w:rPr>
                          <w:rFonts w:ascii="Trebuchet MS"/>
                          <w:b/>
                          <w:color w:val="FFFFFF"/>
                          <w:spacing w:val="17"/>
                          <w:sz w:val="104"/>
                        </w:rPr>
                        <w:t>Activity Centre.</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801FCA" w:rsidRPr="00A665FC">
        <w:rPr>
          <w:noProof/>
        </w:rPr>
        <w:drawing>
          <wp:anchor distT="0" distB="0" distL="114300" distR="114300" simplePos="0" relativeHeight="251658242" behindDoc="0" locked="0" layoutInCell="1" allowOverlap="1" wp14:anchorId="6A9DAC06" wp14:editId="2246C826">
            <wp:simplePos x="0" y="0"/>
            <wp:positionH relativeFrom="page">
              <wp:align>left</wp:align>
            </wp:positionH>
            <wp:positionV relativeFrom="paragraph">
              <wp:posOffset>545999</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801FCA" w:rsidRPr="00A665FC">
        <w:rPr>
          <w:noProof/>
        </w:rPr>
        <mc:AlternateContent>
          <mc:Choice Requires="wps">
            <w:drawing>
              <wp:anchor distT="0" distB="0" distL="114300" distR="114300" simplePos="0" relativeHeight="251658248" behindDoc="0" locked="0" layoutInCell="1" allowOverlap="1" wp14:anchorId="357389DF" wp14:editId="7D751241">
                <wp:simplePos x="0" y="0"/>
                <wp:positionH relativeFrom="column">
                  <wp:posOffset>3274060</wp:posOffset>
                </wp:positionH>
                <wp:positionV relativeFrom="paragraph">
                  <wp:posOffset>-824865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B5B661" id="Graphic 10" o:spid="_x0000_s1026" style="position:absolute;margin-left:257.8pt;margin-top:-6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48B7AC7"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FBCC0C5"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A74F9C8"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1C2BEFDB">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44762AA"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9A7AD0C"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964936C"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F874BF7"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220BD18"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3C88D59B"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732B356"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3045D40"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EBFC16A"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2ED2A44"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4AD7D7"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31D056B"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B65D9D8"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E9DD46D"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8D1C20"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526D72" w:rsidRDefault="00671606" w:rsidP="00660729">
                            <w:pPr>
                              <w:shd w:val="clear" w:color="auto" w:fill="FFFFFF" w:themeFill="background1"/>
                              <w:spacing w:after="0" w:line="240" w:lineRule="auto"/>
                              <w:rPr>
                                <w:sz w:val="28"/>
                                <w:szCs w:val="28"/>
                              </w:rPr>
                            </w:pPr>
                            <w:r w:rsidRPr="00526D72">
                              <w:rPr>
                                <w:sz w:val="28"/>
                                <w:szCs w:val="28"/>
                              </w:rPr>
                              <w:t>Hi,</w:t>
                            </w:r>
                          </w:p>
                          <w:p w14:paraId="494B38DB" w14:textId="77777777" w:rsidR="00671606" w:rsidRPr="00526D72" w:rsidRDefault="00671606" w:rsidP="00660729">
                            <w:pPr>
                              <w:shd w:val="clear" w:color="auto" w:fill="FFFFFF" w:themeFill="background1"/>
                              <w:spacing w:after="0" w:line="240" w:lineRule="auto"/>
                              <w:rPr>
                                <w:sz w:val="28"/>
                                <w:szCs w:val="28"/>
                              </w:rPr>
                            </w:pPr>
                          </w:p>
                          <w:p w14:paraId="192565E0" w14:textId="70E2BAB2" w:rsidR="00671606" w:rsidRPr="00526D72" w:rsidRDefault="00522A66" w:rsidP="00530EB5">
                            <w:pPr>
                              <w:shd w:val="clear" w:color="auto" w:fill="FFFFFF" w:themeFill="background1"/>
                              <w:spacing w:after="0" w:line="240" w:lineRule="auto"/>
                              <w:rPr>
                                <w:b/>
                                <w:bCs/>
                                <w:sz w:val="28"/>
                                <w:szCs w:val="28"/>
                              </w:rPr>
                            </w:pPr>
                            <w:r w:rsidRPr="00526D72">
                              <w:rPr>
                                <w:sz w:val="28"/>
                                <w:szCs w:val="28"/>
                              </w:rPr>
                              <w:t>We would</w:t>
                            </w:r>
                            <w:r w:rsidR="00671606" w:rsidRPr="00526D72">
                              <w:rPr>
                                <w:sz w:val="28"/>
                                <w:szCs w:val="28"/>
                              </w:rPr>
                              <w:t xml:space="preserve"> like to thank you for your interest in the role </w:t>
                            </w:r>
                            <w:r w:rsidR="005B5209" w:rsidRPr="00526D72">
                              <w:rPr>
                                <w:sz w:val="28"/>
                                <w:szCs w:val="28"/>
                              </w:rPr>
                              <w:t xml:space="preserve">of </w:t>
                            </w:r>
                            <w:r w:rsidR="00D64A9B">
                              <w:rPr>
                                <w:sz w:val="28"/>
                                <w:szCs w:val="28"/>
                              </w:rPr>
                              <w:t xml:space="preserve">Creche Worker </w:t>
                            </w:r>
                            <w:r w:rsidR="005B5209" w:rsidRPr="00526D72">
                              <w:rPr>
                                <w:sz w:val="28"/>
                                <w:szCs w:val="28"/>
                              </w:rPr>
                              <w:t xml:space="preserve">at </w:t>
                            </w:r>
                            <w:r w:rsidR="001A3FA0">
                              <w:rPr>
                                <w:sz w:val="28"/>
                                <w:szCs w:val="28"/>
                              </w:rPr>
                              <w:t>Netherton Activity Centre</w:t>
                            </w:r>
                            <w:r w:rsidR="005B5209" w:rsidRPr="00526D72">
                              <w:rPr>
                                <w:sz w:val="28"/>
                                <w:szCs w:val="28"/>
                              </w:rPr>
                              <w:t>.</w:t>
                            </w:r>
                            <w:r w:rsidR="00671606" w:rsidRPr="00526D72">
                              <w:rPr>
                                <w:sz w:val="28"/>
                                <w:szCs w:val="28"/>
                              </w:rPr>
                              <w:t xml:space="preserve"> </w:t>
                            </w:r>
                          </w:p>
                          <w:p w14:paraId="212852F3" w14:textId="77777777" w:rsidR="00671606" w:rsidRPr="00526D72" w:rsidRDefault="00671606" w:rsidP="00530EB5">
                            <w:pPr>
                              <w:shd w:val="clear" w:color="auto" w:fill="FFFFFF" w:themeFill="background1"/>
                              <w:spacing w:after="0" w:line="240" w:lineRule="auto"/>
                              <w:rPr>
                                <w:sz w:val="28"/>
                                <w:szCs w:val="28"/>
                              </w:rPr>
                            </w:pPr>
                          </w:p>
                          <w:p w14:paraId="07B86B1A" w14:textId="15DF4232" w:rsidR="003E25CB" w:rsidRDefault="003E25CB" w:rsidP="00530EB5">
                            <w:pPr>
                              <w:shd w:val="clear" w:color="auto" w:fill="FFFFFF" w:themeFill="background1"/>
                              <w:spacing w:after="0" w:line="240" w:lineRule="auto"/>
                              <w:rPr>
                                <w:sz w:val="28"/>
                                <w:szCs w:val="28"/>
                              </w:rPr>
                            </w:pPr>
                            <w:r w:rsidRPr="00526D72">
                              <w:rPr>
                                <w:sz w:val="28"/>
                                <w:szCs w:val="28"/>
                              </w:rPr>
                              <w:t>This is an exciting and rewarding opportunity for someone who</w:t>
                            </w:r>
                            <w:r w:rsidR="00D64A9B">
                              <w:rPr>
                                <w:sz w:val="28"/>
                                <w:szCs w:val="28"/>
                              </w:rPr>
                              <w:t xml:space="preserve"> loves working with children.</w:t>
                            </w:r>
                            <w:r w:rsidRPr="00526D72">
                              <w:rPr>
                                <w:sz w:val="28"/>
                                <w:szCs w:val="28"/>
                              </w:rPr>
                              <w:t xml:space="preserve"> </w:t>
                            </w:r>
                          </w:p>
                          <w:p w14:paraId="588897F2" w14:textId="77777777" w:rsidR="00D64A9B" w:rsidRDefault="00D64A9B" w:rsidP="00530EB5">
                            <w:pPr>
                              <w:shd w:val="clear" w:color="auto" w:fill="FFFFFF" w:themeFill="background1"/>
                              <w:spacing w:after="0" w:line="240" w:lineRule="auto"/>
                              <w:rPr>
                                <w:sz w:val="28"/>
                                <w:szCs w:val="28"/>
                              </w:rPr>
                            </w:pPr>
                          </w:p>
                          <w:p w14:paraId="1D71C112" w14:textId="63C62261" w:rsidR="00D64A9B" w:rsidRPr="00526D72" w:rsidRDefault="00D64A9B" w:rsidP="00530EB5">
                            <w:pPr>
                              <w:shd w:val="clear" w:color="auto" w:fill="FFFFFF" w:themeFill="background1"/>
                              <w:spacing w:after="0" w:line="240" w:lineRule="auto"/>
                              <w:rPr>
                                <w:sz w:val="28"/>
                                <w:szCs w:val="28"/>
                              </w:rPr>
                            </w:pPr>
                            <w:r>
                              <w:rPr>
                                <w:sz w:val="28"/>
                                <w:szCs w:val="28"/>
                              </w:rPr>
                              <w:t xml:space="preserve">We are looking for a caring enthusiastic, reliable individual </w:t>
                            </w:r>
                            <w:r w:rsidR="007175EE">
                              <w:rPr>
                                <w:sz w:val="28"/>
                                <w:szCs w:val="28"/>
                              </w:rPr>
                              <w:t xml:space="preserve">to provide a safe, nurturing, and stimulating environment for children aged birth to 5 years.  </w:t>
                            </w:r>
                          </w:p>
                          <w:p w14:paraId="72338EAC" w14:textId="77777777" w:rsidR="003E25CB" w:rsidRPr="00526D72" w:rsidRDefault="003E25CB" w:rsidP="00530EB5">
                            <w:pPr>
                              <w:shd w:val="clear" w:color="auto" w:fill="FFFFFF" w:themeFill="background1"/>
                              <w:spacing w:after="0" w:line="240" w:lineRule="auto"/>
                              <w:rPr>
                                <w:sz w:val="28"/>
                                <w:szCs w:val="28"/>
                              </w:rPr>
                            </w:pPr>
                          </w:p>
                          <w:p w14:paraId="5A41F488" w14:textId="01736AC2" w:rsidR="00671606" w:rsidRDefault="00D96F44" w:rsidP="00FF1A17">
                            <w:pPr>
                              <w:shd w:val="clear" w:color="auto" w:fill="FFFFFF" w:themeFill="background1"/>
                              <w:spacing w:after="0" w:line="240" w:lineRule="auto"/>
                              <w:rPr>
                                <w:sz w:val="28"/>
                                <w:szCs w:val="28"/>
                              </w:rPr>
                            </w:pPr>
                            <w:r w:rsidRPr="00FF1A17">
                              <w:rPr>
                                <w:sz w:val="28"/>
                                <w:szCs w:val="28"/>
                              </w:rPr>
                              <w:t>As a person, i</w:t>
                            </w:r>
                            <w:r w:rsidR="003E25CB" w:rsidRPr="00FF1A17">
                              <w:rPr>
                                <w:sz w:val="28"/>
                                <w:szCs w:val="28"/>
                              </w:rPr>
                              <w:t xml:space="preserve">f you’re someone who enjoys </w:t>
                            </w:r>
                            <w:r w:rsidR="007175EE">
                              <w:rPr>
                                <w:sz w:val="28"/>
                                <w:szCs w:val="28"/>
                              </w:rPr>
                              <w:t>working with children</w:t>
                            </w:r>
                            <w:r w:rsidR="003E25CB" w:rsidRPr="00FF1A17">
                              <w:rPr>
                                <w:sz w:val="28"/>
                                <w:szCs w:val="28"/>
                              </w:rPr>
                              <w:t xml:space="preserve">, takes pride in delivering </w:t>
                            </w:r>
                            <w:r w:rsidR="00526D72">
                              <w:rPr>
                                <w:sz w:val="28"/>
                                <w:szCs w:val="28"/>
                              </w:rPr>
                              <w:t>great customer</w:t>
                            </w:r>
                            <w:r w:rsidR="003E25CB" w:rsidRPr="00FF1A17">
                              <w:rPr>
                                <w:sz w:val="28"/>
                                <w:szCs w:val="28"/>
                              </w:rPr>
                              <w:t xml:space="preserve"> </w:t>
                            </w:r>
                            <w:r w:rsidR="00530EB5">
                              <w:rPr>
                                <w:sz w:val="28"/>
                                <w:szCs w:val="28"/>
                              </w:rPr>
                              <w:t>service</w:t>
                            </w:r>
                            <w:r w:rsidR="00526D72">
                              <w:rPr>
                                <w:sz w:val="28"/>
                                <w:szCs w:val="28"/>
                              </w:rPr>
                              <w:t xml:space="preserve"> and brings energy, and a genuine passion for </w:t>
                            </w:r>
                            <w:r w:rsidR="00547D74">
                              <w:rPr>
                                <w:sz w:val="28"/>
                                <w:szCs w:val="28"/>
                              </w:rPr>
                              <w:t>childcare</w:t>
                            </w:r>
                            <w:r w:rsidR="00526D72">
                              <w:rPr>
                                <w:sz w:val="28"/>
                                <w:szCs w:val="28"/>
                              </w:rPr>
                              <w:t>, we would be delighted to hear from you.</w:t>
                            </w:r>
                          </w:p>
                          <w:p w14:paraId="1D793067" w14:textId="77777777" w:rsidR="00530EB5" w:rsidRPr="00FF1A17" w:rsidRDefault="00530EB5" w:rsidP="00FF1A17">
                            <w:pPr>
                              <w:shd w:val="clear" w:color="auto" w:fill="FFFFFF" w:themeFill="background1"/>
                              <w:spacing w:after="0" w:line="240" w:lineRule="auto"/>
                              <w:rPr>
                                <w:sz w:val="28"/>
                                <w:szCs w:val="28"/>
                              </w:rPr>
                            </w:pPr>
                          </w:p>
                          <w:p w14:paraId="01F3038F" w14:textId="278B458B" w:rsidR="00671606" w:rsidRPr="00FF1A17" w:rsidRDefault="00671606" w:rsidP="00FF1A17">
                            <w:pPr>
                              <w:shd w:val="clear" w:color="auto" w:fill="FFFFFF" w:themeFill="background1"/>
                              <w:spacing w:after="0" w:line="240" w:lineRule="auto"/>
                              <w:rPr>
                                <w:sz w:val="28"/>
                                <w:szCs w:val="28"/>
                              </w:rPr>
                            </w:pPr>
                            <w:r w:rsidRPr="00FF1A17">
                              <w:rPr>
                                <w:sz w:val="28"/>
                                <w:szCs w:val="28"/>
                              </w:rPr>
                              <w:t xml:space="preserve">The Job Description and Person Specification for this role are included within the job pack. </w:t>
                            </w:r>
                            <w:r w:rsidR="004E7A46" w:rsidRPr="00FF1A17">
                              <w:rPr>
                                <w:sz w:val="28"/>
                                <w:szCs w:val="28"/>
                              </w:rPr>
                              <w:t xml:space="preserve"> </w:t>
                            </w:r>
                            <w:r w:rsidRPr="00FF1A17">
                              <w:rPr>
                                <w:sz w:val="28"/>
                                <w:szCs w:val="28"/>
                              </w:rPr>
                              <w:t>If you have any questions about the vacancy, please refer to the job pack for the appropriate contact details.</w:t>
                            </w:r>
                          </w:p>
                          <w:p w14:paraId="7E561A37" w14:textId="77777777" w:rsidR="00671606" w:rsidRPr="00FF1A17" w:rsidRDefault="00671606" w:rsidP="00FF1A17">
                            <w:pPr>
                              <w:shd w:val="clear" w:color="auto" w:fill="FFFFFF" w:themeFill="background1"/>
                              <w:spacing w:after="0" w:line="240" w:lineRule="auto"/>
                              <w:rPr>
                                <w:sz w:val="28"/>
                                <w:szCs w:val="28"/>
                              </w:rPr>
                            </w:pPr>
                          </w:p>
                          <w:p w14:paraId="08B5229B" w14:textId="63839C62" w:rsidR="00D9688B" w:rsidRPr="00FF1A17" w:rsidRDefault="00514FBC" w:rsidP="00FF1A17">
                            <w:pPr>
                              <w:shd w:val="clear" w:color="auto" w:fill="FFFFFF" w:themeFill="background1"/>
                              <w:spacing w:after="0" w:line="240" w:lineRule="auto"/>
                              <w:rPr>
                                <w:sz w:val="28"/>
                                <w:szCs w:val="28"/>
                              </w:rPr>
                            </w:pPr>
                            <w:r w:rsidRPr="00FF1A17">
                              <w:rPr>
                                <w:sz w:val="28"/>
                                <w:szCs w:val="28"/>
                              </w:rPr>
                              <w:t>If</w:t>
                            </w:r>
                            <w:r w:rsidR="001E7F31" w:rsidRPr="00FF1A17">
                              <w:rPr>
                                <w:sz w:val="28"/>
                                <w:szCs w:val="28"/>
                              </w:rPr>
                              <w:t>,</w:t>
                            </w:r>
                            <w:r w:rsidRPr="00FF1A17">
                              <w:rPr>
                                <w:sz w:val="28"/>
                                <w:szCs w:val="28"/>
                              </w:rPr>
                              <w:t xml:space="preserve"> when you’ve </w:t>
                            </w:r>
                            <w:r w:rsidR="001E7F31" w:rsidRPr="00FF1A17">
                              <w:rPr>
                                <w:sz w:val="28"/>
                                <w:szCs w:val="28"/>
                              </w:rPr>
                              <w:t xml:space="preserve">finishing </w:t>
                            </w:r>
                            <w:r w:rsidRPr="00FF1A17">
                              <w:rPr>
                                <w:sz w:val="28"/>
                                <w:szCs w:val="28"/>
                              </w:rPr>
                              <w:t>read</w:t>
                            </w:r>
                            <w:r w:rsidR="001E7F31" w:rsidRPr="00FF1A17">
                              <w:rPr>
                                <w:sz w:val="28"/>
                                <w:szCs w:val="28"/>
                              </w:rPr>
                              <w:t>ing</w:t>
                            </w:r>
                            <w:r w:rsidRPr="00FF1A17">
                              <w:rPr>
                                <w:sz w:val="28"/>
                                <w:szCs w:val="28"/>
                              </w:rPr>
                              <w:t xml:space="preserve"> this pack, you like what you </w:t>
                            </w:r>
                            <w:r w:rsidR="00D9688B" w:rsidRPr="00FF1A17">
                              <w:rPr>
                                <w:sz w:val="28"/>
                                <w:szCs w:val="28"/>
                              </w:rPr>
                              <w:t xml:space="preserve">see, and Sefton’s Vision and Values align to yours then we can’t wait to hear from you. </w:t>
                            </w:r>
                          </w:p>
                          <w:p w14:paraId="39B50755" w14:textId="77777777" w:rsidR="00D9688B" w:rsidRPr="00FF1A17" w:rsidRDefault="00D9688B" w:rsidP="00FF1A17">
                            <w:pPr>
                              <w:shd w:val="clear" w:color="auto" w:fill="FFFFFF" w:themeFill="background1"/>
                              <w:spacing w:after="0" w:line="240" w:lineRule="auto"/>
                              <w:rPr>
                                <w:sz w:val="28"/>
                                <w:szCs w:val="28"/>
                              </w:rPr>
                            </w:pPr>
                          </w:p>
                          <w:p w14:paraId="62DC2431" w14:textId="27FD410B" w:rsidR="00671606" w:rsidRDefault="00671606" w:rsidP="00FF1A17">
                            <w:pPr>
                              <w:shd w:val="clear" w:color="auto" w:fill="FFFFFF" w:themeFill="background1"/>
                              <w:spacing w:after="0" w:line="240" w:lineRule="auto"/>
                              <w:rPr>
                                <w:sz w:val="28"/>
                                <w:szCs w:val="28"/>
                              </w:rPr>
                            </w:pPr>
                            <w:r w:rsidRPr="00FF1A17">
                              <w:rPr>
                                <w:sz w:val="28"/>
                                <w:szCs w:val="28"/>
                              </w:rPr>
                              <w:t>Best of luck!</w:t>
                            </w:r>
                          </w:p>
                          <w:p w14:paraId="7F87A827" w14:textId="77777777" w:rsidR="00427E49" w:rsidRDefault="00427E49" w:rsidP="00FF1A17">
                            <w:pPr>
                              <w:shd w:val="clear" w:color="auto" w:fill="FFFFFF" w:themeFill="background1"/>
                              <w:spacing w:after="0" w:line="240" w:lineRule="auto"/>
                              <w:rPr>
                                <w:sz w:val="28"/>
                                <w:szCs w:val="28"/>
                              </w:rPr>
                            </w:pPr>
                          </w:p>
                          <w:p w14:paraId="5A7AD1B1" w14:textId="3C20187F" w:rsidR="00427E49" w:rsidRDefault="00427E49" w:rsidP="00FF1A17">
                            <w:pPr>
                              <w:shd w:val="clear" w:color="auto" w:fill="FFFFFF" w:themeFill="background1"/>
                              <w:spacing w:after="0" w:line="240" w:lineRule="auto"/>
                              <w:rPr>
                                <w:sz w:val="28"/>
                                <w:szCs w:val="28"/>
                              </w:rPr>
                            </w:pPr>
                            <w:r>
                              <w:rPr>
                                <w:sz w:val="28"/>
                                <w:szCs w:val="28"/>
                              </w:rPr>
                              <w:t>Julie Murphy</w:t>
                            </w:r>
                          </w:p>
                          <w:p w14:paraId="7D773BC0" w14:textId="6D261011" w:rsidR="00427E49" w:rsidRPr="00FF1A17" w:rsidRDefault="00427E49" w:rsidP="00FF1A17">
                            <w:pPr>
                              <w:shd w:val="clear" w:color="auto" w:fill="FFFFFF" w:themeFill="background1"/>
                              <w:spacing w:after="0" w:line="240" w:lineRule="auto"/>
                              <w:rPr>
                                <w:sz w:val="28"/>
                                <w:szCs w:val="28"/>
                              </w:rPr>
                            </w:pPr>
                            <w:r>
                              <w:rPr>
                                <w:sz w:val="28"/>
                                <w:szCs w:val="28"/>
                              </w:rPr>
                              <w:t>Senior Operations Manager</w:t>
                            </w:r>
                          </w:p>
                          <w:p w14:paraId="752CA344" w14:textId="77777777" w:rsidR="003E2B31" w:rsidRPr="00FF1A17" w:rsidRDefault="003E2B31" w:rsidP="00FF1A17">
                            <w:pPr>
                              <w:shd w:val="clear" w:color="auto" w:fill="FFFFFF" w:themeFill="background1"/>
                              <w:spacing w:after="0" w:line="240" w:lineRule="auto"/>
                              <w:rPr>
                                <w:sz w:val="28"/>
                                <w:szCs w:val="28"/>
                              </w:rPr>
                            </w:pPr>
                          </w:p>
                          <w:p w14:paraId="65D815F4" w14:textId="417C60CF" w:rsidR="00F74424" w:rsidRPr="00A665FC" w:rsidRDefault="00F74424" w:rsidP="00FF1A17">
                            <w:pPr>
                              <w:shd w:val="clear" w:color="auto" w:fill="FFFFFF" w:themeFill="background1"/>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526D72" w:rsidRDefault="00671606" w:rsidP="00660729">
                      <w:pPr>
                        <w:shd w:val="clear" w:color="auto" w:fill="FFFFFF" w:themeFill="background1"/>
                        <w:spacing w:after="0" w:line="240" w:lineRule="auto"/>
                        <w:rPr>
                          <w:sz w:val="28"/>
                          <w:szCs w:val="28"/>
                        </w:rPr>
                      </w:pPr>
                      <w:r w:rsidRPr="00526D72">
                        <w:rPr>
                          <w:sz w:val="28"/>
                          <w:szCs w:val="28"/>
                        </w:rPr>
                        <w:t>Hi,</w:t>
                      </w:r>
                    </w:p>
                    <w:p w14:paraId="494B38DB" w14:textId="77777777" w:rsidR="00671606" w:rsidRPr="00526D72" w:rsidRDefault="00671606" w:rsidP="00660729">
                      <w:pPr>
                        <w:shd w:val="clear" w:color="auto" w:fill="FFFFFF" w:themeFill="background1"/>
                        <w:spacing w:after="0" w:line="240" w:lineRule="auto"/>
                        <w:rPr>
                          <w:sz w:val="28"/>
                          <w:szCs w:val="28"/>
                        </w:rPr>
                      </w:pPr>
                    </w:p>
                    <w:p w14:paraId="192565E0" w14:textId="70E2BAB2" w:rsidR="00671606" w:rsidRPr="00526D72" w:rsidRDefault="00522A66" w:rsidP="00530EB5">
                      <w:pPr>
                        <w:shd w:val="clear" w:color="auto" w:fill="FFFFFF" w:themeFill="background1"/>
                        <w:spacing w:after="0" w:line="240" w:lineRule="auto"/>
                        <w:rPr>
                          <w:b/>
                          <w:bCs/>
                          <w:sz w:val="28"/>
                          <w:szCs w:val="28"/>
                        </w:rPr>
                      </w:pPr>
                      <w:r w:rsidRPr="00526D72">
                        <w:rPr>
                          <w:sz w:val="28"/>
                          <w:szCs w:val="28"/>
                        </w:rPr>
                        <w:t>We would</w:t>
                      </w:r>
                      <w:r w:rsidR="00671606" w:rsidRPr="00526D72">
                        <w:rPr>
                          <w:sz w:val="28"/>
                          <w:szCs w:val="28"/>
                        </w:rPr>
                        <w:t xml:space="preserve"> like to thank you for your interest in the role </w:t>
                      </w:r>
                      <w:r w:rsidR="005B5209" w:rsidRPr="00526D72">
                        <w:rPr>
                          <w:sz w:val="28"/>
                          <w:szCs w:val="28"/>
                        </w:rPr>
                        <w:t xml:space="preserve">of </w:t>
                      </w:r>
                      <w:r w:rsidR="00D64A9B">
                        <w:rPr>
                          <w:sz w:val="28"/>
                          <w:szCs w:val="28"/>
                        </w:rPr>
                        <w:t xml:space="preserve">Creche Worker </w:t>
                      </w:r>
                      <w:r w:rsidR="005B5209" w:rsidRPr="00526D72">
                        <w:rPr>
                          <w:sz w:val="28"/>
                          <w:szCs w:val="28"/>
                        </w:rPr>
                        <w:t xml:space="preserve">at </w:t>
                      </w:r>
                      <w:r w:rsidR="001A3FA0">
                        <w:rPr>
                          <w:sz w:val="28"/>
                          <w:szCs w:val="28"/>
                        </w:rPr>
                        <w:t>Netherton Activity Centre</w:t>
                      </w:r>
                      <w:r w:rsidR="005B5209" w:rsidRPr="00526D72">
                        <w:rPr>
                          <w:sz w:val="28"/>
                          <w:szCs w:val="28"/>
                        </w:rPr>
                        <w:t>.</w:t>
                      </w:r>
                      <w:r w:rsidR="00671606" w:rsidRPr="00526D72">
                        <w:rPr>
                          <w:sz w:val="28"/>
                          <w:szCs w:val="28"/>
                        </w:rPr>
                        <w:t xml:space="preserve"> </w:t>
                      </w:r>
                    </w:p>
                    <w:p w14:paraId="212852F3" w14:textId="77777777" w:rsidR="00671606" w:rsidRPr="00526D72" w:rsidRDefault="00671606" w:rsidP="00530EB5">
                      <w:pPr>
                        <w:shd w:val="clear" w:color="auto" w:fill="FFFFFF" w:themeFill="background1"/>
                        <w:spacing w:after="0" w:line="240" w:lineRule="auto"/>
                        <w:rPr>
                          <w:sz w:val="28"/>
                          <w:szCs w:val="28"/>
                        </w:rPr>
                      </w:pPr>
                    </w:p>
                    <w:p w14:paraId="07B86B1A" w14:textId="15DF4232" w:rsidR="003E25CB" w:rsidRDefault="003E25CB" w:rsidP="00530EB5">
                      <w:pPr>
                        <w:shd w:val="clear" w:color="auto" w:fill="FFFFFF" w:themeFill="background1"/>
                        <w:spacing w:after="0" w:line="240" w:lineRule="auto"/>
                        <w:rPr>
                          <w:sz w:val="28"/>
                          <w:szCs w:val="28"/>
                        </w:rPr>
                      </w:pPr>
                      <w:r w:rsidRPr="00526D72">
                        <w:rPr>
                          <w:sz w:val="28"/>
                          <w:szCs w:val="28"/>
                        </w:rPr>
                        <w:t>This is an exciting and rewarding opportunity for someone who</w:t>
                      </w:r>
                      <w:r w:rsidR="00D64A9B">
                        <w:rPr>
                          <w:sz w:val="28"/>
                          <w:szCs w:val="28"/>
                        </w:rPr>
                        <w:t xml:space="preserve"> loves working with children.</w:t>
                      </w:r>
                      <w:r w:rsidRPr="00526D72">
                        <w:rPr>
                          <w:sz w:val="28"/>
                          <w:szCs w:val="28"/>
                        </w:rPr>
                        <w:t xml:space="preserve"> </w:t>
                      </w:r>
                    </w:p>
                    <w:p w14:paraId="588897F2" w14:textId="77777777" w:rsidR="00D64A9B" w:rsidRDefault="00D64A9B" w:rsidP="00530EB5">
                      <w:pPr>
                        <w:shd w:val="clear" w:color="auto" w:fill="FFFFFF" w:themeFill="background1"/>
                        <w:spacing w:after="0" w:line="240" w:lineRule="auto"/>
                        <w:rPr>
                          <w:sz w:val="28"/>
                          <w:szCs w:val="28"/>
                        </w:rPr>
                      </w:pPr>
                    </w:p>
                    <w:p w14:paraId="1D71C112" w14:textId="63C62261" w:rsidR="00D64A9B" w:rsidRPr="00526D72" w:rsidRDefault="00D64A9B" w:rsidP="00530EB5">
                      <w:pPr>
                        <w:shd w:val="clear" w:color="auto" w:fill="FFFFFF" w:themeFill="background1"/>
                        <w:spacing w:after="0" w:line="240" w:lineRule="auto"/>
                        <w:rPr>
                          <w:sz w:val="28"/>
                          <w:szCs w:val="28"/>
                        </w:rPr>
                      </w:pPr>
                      <w:r>
                        <w:rPr>
                          <w:sz w:val="28"/>
                          <w:szCs w:val="28"/>
                        </w:rPr>
                        <w:t xml:space="preserve">We are looking for a caring enthusiastic, reliable individual </w:t>
                      </w:r>
                      <w:r w:rsidR="007175EE">
                        <w:rPr>
                          <w:sz w:val="28"/>
                          <w:szCs w:val="28"/>
                        </w:rPr>
                        <w:t xml:space="preserve">to provide a safe, nurturing, and stimulating environment for children aged birth to 5 years.  </w:t>
                      </w:r>
                    </w:p>
                    <w:p w14:paraId="72338EAC" w14:textId="77777777" w:rsidR="003E25CB" w:rsidRPr="00526D72" w:rsidRDefault="003E25CB" w:rsidP="00530EB5">
                      <w:pPr>
                        <w:shd w:val="clear" w:color="auto" w:fill="FFFFFF" w:themeFill="background1"/>
                        <w:spacing w:after="0" w:line="240" w:lineRule="auto"/>
                        <w:rPr>
                          <w:sz w:val="28"/>
                          <w:szCs w:val="28"/>
                        </w:rPr>
                      </w:pPr>
                    </w:p>
                    <w:p w14:paraId="5A41F488" w14:textId="01736AC2" w:rsidR="00671606" w:rsidRDefault="00D96F44" w:rsidP="00FF1A17">
                      <w:pPr>
                        <w:shd w:val="clear" w:color="auto" w:fill="FFFFFF" w:themeFill="background1"/>
                        <w:spacing w:after="0" w:line="240" w:lineRule="auto"/>
                        <w:rPr>
                          <w:sz w:val="28"/>
                          <w:szCs w:val="28"/>
                        </w:rPr>
                      </w:pPr>
                      <w:r w:rsidRPr="00FF1A17">
                        <w:rPr>
                          <w:sz w:val="28"/>
                          <w:szCs w:val="28"/>
                        </w:rPr>
                        <w:t>As a person, i</w:t>
                      </w:r>
                      <w:r w:rsidR="003E25CB" w:rsidRPr="00FF1A17">
                        <w:rPr>
                          <w:sz w:val="28"/>
                          <w:szCs w:val="28"/>
                        </w:rPr>
                        <w:t xml:space="preserve">f you’re someone who enjoys </w:t>
                      </w:r>
                      <w:r w:rsidR="007175EE">
                        <w:rPr>
                          <w:sz w:val="28"/>
                          <w:szCs w:val="28"/>
                        </w:rPr>
                        <w:t>working with children</w:t>
                      </w:r>
                      <w:r w:rsidR="003E25CB" w:rsidRPr="00FF1A17">
                        <w:rPr>
                          <w:sz w:val="28"/>
                          <w:szCs w:val="28"/>
                        </w:rPr>
                        <w:t xml:space="preserve">, takes pride in delivering </w:t>
                      </w:r>
                      <w:r w:rsidR="00526D72">
                        <w:rPr>
                          <w:sz w:val="28"/>
                          <w:szCs w:val="28"/>
                        </w:rPr>
                        <w:t>great customer</w:t>
                      </w:r>
                      <w:r w:rsidR="003E25CB" w:rsidRPr="00FF1A17">
                        <w:rPr>
                          <w:sz w:val="28"/>
                          <w:szCs w:val="28"/>
                        </w:rPr>
                        <w:t xml:space="preserve"> </w:t>
                      </w:r>
                      <w:r w:rsidR="00530EB5">
                        <w:rPr>
                          <w:sz w:val="28"/>
                          <w:szCs w:val="28"/>
                        </w:rPr>
                        <w:t>service</w:t>
                      </w:r>
                      <w:r w:rsidR="00526D72">
                        <w:rPr>
                          <w:sz w:val="28"/>
                          <w:szCs w:val="28"/>
                        </w:rPr>
                        <w:t xml:space="preserve"> and brings energy, and a genuine passion for </w:t>
                      </w:r>
                      <w:r w:rsidR="00547D74">
                        <w:rPr>
                          <w:sz w:val="28"/>
                          <w:szCs w:val="28"/>
                        </w:rPr>
                        <w:t>childcare</w:t>
                      </w:r>
                      <w:r w:rsidR="00526D72">
                        <w:rPr>
                          <w:sz w:val="28"/>
                          <w:szCs w:val="28"/>
                        </w:rPr>
                        <w:t>, we would be delighted to hear from you.</w:t>
                      </w:r>
                    </w:p>
                    <w:p w14:paraId="1D793067" w14:textId="77777777" w:rsidR="00530EB5" w:rsidRPr="00FF1A17" w:rsidRDefault="00530EB5" w:rsidP="00FF1A17">
                      <w:pPr>
                        <w:shd w:val="clear" w:color="auto" w:fill="FFFFFF" w:themeFill="background1"/>
                        <w:spacing w:after="0" w:line="240" w:lineRule="auto"/>
                        <w:rPr>
                          <w:sz w:val="28"/>
                          <w:szCs w:val="28"/>
                        </w:rPr>
                      </w:pPr>
                    </w:p>
                    <w:p w14:paraId="01F3038F" w14:textId="278B458B" w:rsidR="00671606" w:rsidRPr="00FF1A17" w:rsidRDefault="00671606" w:rsidP="00FF1A17">
                      <w:pPr>
                        <w:shd w:val="clear" w:color="auto" w:fill="FFFFFF" w:themeFill="background1"/>
                        <w:spacing w:after="0" w:line="240" w:lineRule="auto"/>
                        <w:rPr>
                          <w:sz w:val="28"/>
                          <w:szCs w:val="28"/>
                        </w:rPr>
                      </w:pPr>
                      <w:r w:rsidRPr="00FF1A17">
                        <w:rPr>
                          <w:sz w:val="28"/>
                          <w:szCs w:val="28"/>
                        </w:rPr>
                        <w:t xml:space="preserve">The Job Description and Person Specification for this role are included within the job pack. </w:t>
                      </w:r>
                      <w:r w:rsidR="004E7A46" w:rsidRPr="00FF1A17">
                        <w:rPr>
                          <w:sz w:val="28"/>
                          <w:szCs w:val="28"/>
                        </w:rPr>
                        <w:t xml:space="preserve"> </w:t>
                      </w:r>
                      <w:r w:rsidRPr="00FF1A17">
                        <w:rPr>
                          <w:sz w:val="28"/>
                          <w:szCs w:val="28"/>
                        </w:rPr>
                        <w:t>If you have any questions about the vacancy, please refer to the job pack for the appropriate contact details.</w:t>
                      </w:r>
                    </w:p>
                    <w:p w14:paraId="7E561A37" w14:textId="77777777" w:rsidR="00671606" w:rsidRPr="00FF1A17" w:rsidRDefault="00671606" w:rsidP="00FF1A17">
                      <w:pPr>
                        <w:shd w:val="clear" w:color="auto" w:fill="FFFFFF" w:themeFill="background1"/>
                        <w:spacing w:after="0" w:line="240" w:lineRule="auto"/>
                        <w:rPr>
                          <w:sz w:val="28"/>
                          <w:szCs w:val="28"/>
                        </w:rPr>
                      </w:pPr>
                    </w:p>
                    <w:p w14:paraId="08B5229B" w14:textId="63839C62" w:rsidR="00D9688B" w:rsidRPr="00FF1A17" w:rsidRDefault="00514FBC" w:rsidP="00FF1A17">
                      <w:pPr>
                        <w:shd w:val="clear" w:color="auto" w:fill="FFFFFF" w:themeFill="background1"/>
                        <w:spacing w:after="0" w:line="240" w:lineRule="auto"/>
                        <w:rPr>
                          <w:sz w:val="28"/>
                          <w:szCs w:val="28"/>
                        </w:rPr>
                      </w:pPr>
                      <w:r w:rsidRPr="00FF1A17">
                        <w:rPr>
                          <w:sz w:val="28"/>
                          <w:szCs w:val="28"/>
                        </w:rPr>
                        <w:t>If</w:t>
                      </w:r>
                      <w:r w:rsidR="001E7F31" w:rsidRPr="00FF1A17">
                        <w:rPr>
                          <w:sz w:val="28"/>
                          <w:szCs w:val="28"/>
                        </w:rPr>
                        <w:t>,</w:t>
                      </w:r>
                      <w:r w:rsidRPr="00FF1A17">
                        <w:rPr>
                          <w:sz w:val="28"/>
                          <w:szCs w:val="28"/>
                        </w:rPr>
                        <w:t xml:space="preserve"> when you’ve </w:t>
                      </w:r>
                      <w:r w:rsidR="001E7F31" w:rsidRPr="00FF1A17">
                        <w:rPr>
                          <w:sz w:val="28"/>
                          <w:szCs w:val="28"/>
                        </w:rPr>
                        <w:t xml:space="preserve">finishing </w:t>
                      </w:r>
                      <w:r w:rsidRPr="00FF1A17">
                        <w:rPr>
                          <w:sz w:val="28"/>
                          <w:szCs w:val="28"/>
                        </w:rPr>
                        <w:t>read</w:t>
                      </w:r>
                      <w:r w:rsidR="001E7F31" w:rsidRPr="00FF1A17">
                        <w:rPr>
                          <w:sz w:val="28"/>
                          <w:szCs w:val="28"/>
                        </w:rPr>
                        <w:t>ing</w:t>
                      </w:r>
                      <w:r w:rsidRPr="00FF1A17">
                        <w:rPr>
                          <w:sz w:val="28"/>
                          <w:szCs w:val="28"/>
                        </w:rPr>
                        <w:t xml:space="preserve"> this pack, you like what you </w:t>
                      </w:r>
                      <w:r w:rsidR="00D9688B" w:rsidRPr="00FF1A17">
                        <w:rPr>
                          <w:sz w:val="28"/>
                          <w:szCs w:val="28"/>
                        </w:rPr>
                        <w:t xml:space="preserve">see, and Sefton’s Vision and Values align to yours then we can’t wait to hear from you. </w:t>
                      </w:r>
                    </w:p>
                    <w:p w14:paraId="39B50755" w14:textId="77777777" w:rsidR="00D9688B" w:rsidRPr="00FF1A17" w:rsidRDefault="00D9688B" w:rsidP="00FF1A17">
                      <w:pPr>
                        <w:shd w:val="clear" w:color="auto" w:fill="FFFFFF" w:themeFill="background1"/>
                        <w:spacing w:after="0" w:line="240" w:lineRule="auto"/>
                        <w:rPr>
                          <w:sz w:val="28"/>
                          <w:szCs w:val="28"/>
                        </w:rPr>
                      </w:pPr>
                    </w:p>
                    <w:p w14:paraId="62DC2431" w14:textId="27FD410B" w:rsidR="00671606" w:rsidRDefault="00671606" w:rsidP="00FF1A17">
                      <w:pPr>
                        <w:shd w:val="clear" w:color="auto" w:fill="FFFFFF" w:themeFill="background1"/>
                        <w:spacing w:after="0" w:line="240" w:lineRule="auto"/>
                        <w:rPr>
                          <w:sz w:val="28"/>
                          <w:szCs w:val="28"/>
                        </w:rPr>
                      </w:pPr>
                      <w:r w:rsidRPr="00FF1A17">
                        <w:rPr>
                          <w:sz w:val="28"/>
                          <w:szCs w:val="28"/>
                        </w:rPr>
                        <w:t>Best of luck!</w:t>
                      </w:r>
                    </w:p>
                    <w:p w14:paraId="7F87A827" w14:textId="77777777" w:rsidR="00427E49" w:rsidRDefault="00427E49" w:rsidP="00FF1A17">
                      <w:pPr>
                        <w:shd w:val="clear" w:color="auto" w:fill="FFFFFF" w:themeFill="background1"/>
                        <w:spacing w:after="0" w:line="240" w:lineRule="auto"/>
                        <w:rPr>
                          <w:sz w:val="28"/>
                          <w:szCs w:val="28"/>
                        </w:rPr>
                      </w:pPr>
                    </w:p>
                    <w:p w14:paraId="5A7AD1B1" w14:textId="3C20187F" w:rsidR="00427E49" w:rsidRDefault="00427E49" w:rsidP="00FF1A17">
                      <w:pPr>
                        <w:shd w:val="clear" w:color="auto" w:fill="FFFFFF" w:themeFill="background1"/>
                        <w:spacing w:after="0" w:line="240" w:lineRule="auto"/>
                        <w:rPr>
                          <w:sz w:val="28"/>
                          <w:szCs w:val="28"/>
                        </w:rPr>
                      </w:pPr>
                      <w:r>
                        <w:rPr>
                          <w:sz w:val="28"/>
                          <w:szCs w:val="28"/>
                        </w:rPr>
                        <w:t>Julie Murphy</w:t>
                      </w:r>
                    </w:p>
                    <w:p w14:paraId="7D773BC0" w14:textId="6D261011" w:rsidR="00427E49" w:rsidRPr="00FF1A17" w:rsidRDefault="00427E49" w:rsidP="00FF1A17">
                      <w:pPr>
                        <w:shd w:val="clear" w:color="auto" w:fill="FFFFFF" w:themeFill="background1"/>
                        <w:spacing w:after="0" w:line="240" w:lineRule="auto"/>
                        <w:rPr>
                          <w:sz w:val="28"/>
                          <w:szCs w:val="28"/>
                        </w:rPr>
                      </w:pPr>
                      <w:r>
                        <w:rPr>
                          <w:sz w:val="28"/>
                          <w:szCs w:val="28"/>
                        </w:rPr>
                        <w:t>Senior Operations Manager</w:t>
                      </w:r>
                    </w:p>
                    <w:p w14:paraId="752CA344" w14:textId="77777777" w:rsidR="003E2B31" w:rsidRPr="00FF1A17" w:rsidRDefault="003E2B31" w:rsidP="00FF1A17">
                      <w:pPr>
                        <w:shd w:val="clear" w:color="auto" w:fill="FFFFFF" w:themeFill="background1"/>
                        <w:spacing w:after="0" w:line="240" w:lineRule="auto"/>
                        <w:rPr>
                          <w:sz w:val="28"/>
                          <w:szCs w:val="28"/>
                        </w:rPr>
                      </w:pPr>
                    </w:p>
                    <w:p w14:paraId="65D815F4" w14:textId="417C60CF" w:rsidR="00F74424" w:rsidRPr="00A665FC" w:rsidRDefault="00F74424" w:rsidP="00FF1A17">
                      <w:pPr>
                        <w:shd w:val="clear" w:color="auto" w:fill="FFFFFF" w:themeFill="background1"/>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20"/>
          <w:footerReference w:type="default" r:id="rId21"/>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E81154"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E81154">
              <w:rPr>
                <w:rStyle w:val="Hyperlink"/>
                <w:rFonts w:cs="Arial"/>
                <w:noProof/>
              </w:rPr>
              <w:t>About the Borough of Sefton</w:t>
            </w:r>
            <w:r w:rsidR="002F39DE" w:rsidRPr="00E81154">
              <w:rPr>
                <w:noProof/>
                <w:webHidden/>
              </w:rPr>
              <w:tab/>
            </w:r>
            <w:r w:rsidR="002F39DE" w:rsidRPr="00E81154">
              <w:rPr>
                <w:noProof/>
                <w:webHidden/>
              </w:rPr>
              <w:fldChar w:fldCharType="begin"/>
            </w:r>
            <w:r w:rsidR="002F39DE" w:rsidRPr="00E81154">
              <w:rPr>
                <w:noProof/>
                <w:webHidden/>
              </w:rPr>
              <w:instrText xml:space="preserve"> PAGEREF _Toc222994875 \h </w:instrText>
            </w:r>
            <w:r w:rsidR="002F39DE" w:rsidRPr="00E81154">
              <w:rPr>
                <w:noProof/>
                <w:webHidden/>
              </w:rPr>
            </w:r>
            <w:r w:rsidR="002F39DE" w:rsidRPr="00E81154">
              <w:rPr>
                <w:noProof/>
                <w:webHidden/>
              </w:rPr>
              <w:fldChar w:fldCharType="separate"/>
            </w:r>
            <w:r w:rsidR="002F39DE" w:rsidRPr="00E81154">
              <w:rPr>
                <w:noProof/>
                <w:webHidden/>
              </w:rPr>
              <w:t>1</w:t>
            </w:r>
            <w:r w:rsidR="002F39DE" w:rsidRPr="00E81154">
              <w:rPr>
                <w:noProof/>
                <w:webHidden/>
              </w:rPr>
              <w:fldChar w:fldCharType="end"/>
            </w:r>
          </w:hyperlink>
        </w:p>
        <w:p w14:paraId="2B781720" w14:textId="4A6D5A0D" w:rsidR="002F39DE" w:rsidRPr="00E81154" w:rsidRDefault="002F39DE">
          <w:pPr>
            <w:pStyle w:val="TOC2"/>
            <w:rPr>
              <w:rFonts w:asciiTheme="minorHAnsi" w:hAnsiTheme="minorHAnsi"/>
              <w:noProof/>
              <w:kern w:val="2"/>
              <w:sz w:val="24"/>
              <w:szCs w:val="24"/>
              <w:lang w:eastAsia="en-GB"/>
              <w14:ligatures w14:val="standardContextual"/>
            </w:rPr>
          </w:pPr>
          <w:hyperlink w:anchor="_Toc222994876" w:history="1">
            <w:r w:rsidRPr="00E81154">
              <w:rPr>
                <w:rStyle w:val="Hyperlink"/>
                <w:rFonts w:cs="Arial"/>
                <w:noProof/>
              </w:rPr>
              <w:t>Our Vision and Values</w:t>
            </w:r>
            <w:r w:rsidRPr="00E81154">
              <w:rPr>
                <w:noProof/>
                <w:webHidden/>
              </w:rPr>
              <w:tab/>
            </w:r>
            <w:r w:rsidRPr="00E81154">
              <w:rPr>
                <w:noProof/>
                <w:webHidden/>
              </w:rPr>
              <w:fldChar w:fldCharType="begin"/>
            </w:r>
            <w:r w:rsidRPr="00E81154">
              <w:rPr>
                <w:noProof/>
                <w:webHidden/>
              </w:rPr>
              <w:instrText xml:space="preserve"> PAGEREF _Toc222994876 \h </w:instrText>
            </w:r>
            <w:r w:rsidRPr="00E81154">
              <w:rPr>
                <w:noProof/>
                <w:webHidden/>
              </w:rPr>
            </w:r>
            <w:r w:rsidRPr="00E81154">
              <w:rPr>
                <w:noProof/>
                <w:webHidden/>
              </w:rPr>
              <w:fldChar w:fldCharType="separate"/>
            </w:r>
            <w:r w:rsidRPr="00E81154">
              <w:rPr>
                <w:noProof/>
                <w:webHidden/>
              </w:rPr>
              <w:t>2</w:t>
            </w:r>
            <w:r w:rsidRPr="00E81154">
              <w:rPr>
                <w:noProof/>
                <w:webHidden/>
              </w:rPr>
              <w:fldChar w:fldCharType="end"/>
            </w:r>
          </w:hyperlink>
        </w:p>
        <w:p w14:paraId="391BE677" w14:textId="760F09D7" w:rsidR="002F39DE" w:rsidRPr="00E81154" w:rsidRDefault="002F39DE">
          <w:pPr>
            <w:pStyle w:val="TOC2"/>
            <w:rPr>
              <w:rFonts w:asciiTheme="minorHAnsi" w:hAnsiTheme="minorHAnsi"/>
              <w:noProof/>
              <w:kern w:val="2"/>
              <w:sz w:val="24"/>
              <w:szCs w:val="24"/>
              <w:lang w:eastAsia="en-GB"/>
              <w14:ligatures w14:val="standardContextual"/>
            </w:rPr>
          </w:pPr>
          <w:hyperlink w:anchor="_Toc222994877" w:history="1">
            <w:r w:rsidRPr="00E81154">
              <w:rPr>
                <w:rStyle w:val="Hyperlink"/>
                <w:rFonts w:cs="Arial"/>
                <w:noProof/>
              </w:rPr>
              <w:t>Our Successes and Key Projects</w:t>
            </w:r>
            <w:r w:rsidRPr="00E81154">
              <w:rPr>
                <w:noProof/>
                <w:webHidden/>
              </w:rPr>
              <w:tab/>
            </w:r>
            <w:r w:rsidRPr="00E81154">
              <w:rPr>
                <w:noProof/>
                <w:webHidden/>
              </w:rPr>
              <w:fldChar w:fldCharType="begin"/>
            </w:r>
            <w:r w:rsidRPr="00E81154">
              <w:rPr>
                <w:noProof/>
                <w:webHidden/>
              </w:rPr>
              <w:instrText xml:space="preserve"> PAGEREF _Toc222994877 \h </w:instrText>
            </w:r>
            <w:r w:rsidRPr="00E81154">
              <w:rPr>
                <w:noProof/>
                <w:webHidden/>
              </w:rPr>
            </w:r>
            <w:r w:rsidRPr="00E81154">
              <w:rPr>
                <w:noProof/>
                <w:webHidden/>
              </w:rPr>
              <w:fldChar w:fldCharType="separate"/>
            </w:r>
            <w:r w:rsidRPr="00E81154">
              <w:rPr>
                <w:noProof/>
                <w:webHidden/>
              </w:rPr>
              <w:t>2</w:t>
            </w:r>
            <w:r w:rsidRPr="00E81154">
              <w:rPr>
                <w:noProof/>
                <w:webHidden/>
              </w:rPr>
              <w:fldChar w:fldCharType="end"/>
            </w:r>
          </w:hyperlink>
        </w:p>
        <w:p w14:paraId="7E6533C6" w14:textId="3126EA05" w:rsidR="002F39DE" w:rsidRPr="00E81154" w:rsidRDefault="002F39DE">
          <w:pPr>
            <w:pStyle w:val="TOC2"/>
            <w:rPr>
              <w:rFonts w:asciiTheme="minorHAnsi" w:hAnsiTheme="minorHAnsi"/>
              <w:noProof/>
              <w:kern w:val="2"/>
              <w:sz w:val="24"/>
              <w:szCs w:val="24"/>
              <w:lang w:eastAsia="en-GB"/>
              <w14:ligatures w14:val="standardContextual"/>
            </w:rPr>
          </w:pPr>
          <w:hyperlink w:anchor="_Toc222994878" w:history="1">
            <w:r w:rsidRPr="00E81154">
              <w:rPr>
                <w:rStyle w:val="Hyperlink"/>
                <w:rFonts w:cs="Arial"/>
                <w:noProof/>
              </w:rPr>
              <w:t>An Inclusive Workplace</w:t>
            </w:r>
            <w:r w:rsidRPr="00E81154">
              <w:rPr>
                <w:noProof/>
                <w:webHidden/>
              </w:rPr>
              <w:tab/>
            </w:r>
            <w:r w:rsidRPr="00E81154">
              <w:rPr>
                <w:noProof/>
                <w:webHidden/>
              </w:rPr>
              <w:fldChar w:fldCharType="begin"/>
            </w:r>
            <w:r w:rsidRPr="00E81154">
              <w:rPr>
                <w:noProof/>
                <w:webHidden/>
              </w:rPr>
              <w:instrText xml:space="preserve"> PAGEREF _Toc222994878 \h </w:instrText>
            </w:r>
            <w:r w:rsidRPr="00E81154">
              <w:rPr>
                <w:noProof/>
                <w:webHidden/>
              </w:rPr>
            </w:r>
            <w:r w:rsidRPr="00E81154">
              <w:rPr>
                <w:noProof/>
                <w:webHidden/>
              </w:rPr>
              <w:fldChar w:fldCharType="separate"/>
            </w:r>
            <w:r w:rsidRPr="00E81154">
              <w:rPr>
                <w:noProof/>
                <w:webHidden/>
              </w:rPr>
              <w:t>3</w:t>
            </w:r>
            <w:r w:rsidRPr="00E81154">
              <w:rPr>
                <w:noProof/>
                <w:webHidden/>
              </w:rPr>
              <w:fldChar w:fldCharType="end"/>
            </w:r>
          </w:hyperlink>
        </w:p>
        <w:p w14:paraId="0B803D40" w14:textId="59B24982" w:rsidR="002F39DE" w:rsidRPr="00E81154" w:rsidRDefault="002F39DE">
          <w:pPr>
            <w:pStyle w:val="TOC2"/>
            <w:rPr>
              <w:rFonts w:asciiTheme="minorHAnsi" w:hAnsiTheme="minorHAnsi"/>
              <w:noProof/>
              <w:kern w:val="2"/>
              <w:sz w:val="24"/>
              <w:szCs w:val="24"/>
              <w:lang w:eastAsia="en-GB"/>
              <w14:ligatures w14:val="standardContextual"/>
            </w:rPr>
          </w:pPr>
          <w:hyperlink w:anchor="_Toc222994879" w:history="1">
            <w:r w:rsidRPr="00E81154">
              <w:rPr>
                <w:rStyle w:val="Hyperlink"/>
                <w:rFonts w:cs="Arial"/>
                <w:noProof/>
              </w:rPr>
              <w:t>Liverpool City Region Fair Employment Charter</w:t>
            </w:r>
            <w:r w:rsidRPr="00E81154">
              <w:rPr>
                <w:noProof/>
                <w:webHidden/>
              </w:rPr>
              <w:tab/>
            </w:r>
            <w:r w:rsidRPr="00E81154">
              <w:rPr>
                <w:noProof/>
                <w:webHidden/>
              </w:rPr>
              <w:fldChar w:fldCharType="begin"/>
            </w:r>
            <w:r w:rsidRPr="00E81154">
              <w:rPr>
                <w:noProof/>
                <w:webHidden/>
              </w:rPr>
              <w:instrText xml:space="preserve"> PAGEREF _Toc222994879 \h </w:instrText>
            </w:r>
            <w:r w:rsidRPr="00E81154">
              <w:rPr>
                <w:noProof/>
                <w:webHidden/>
              </w:rPr>
            </w:r>
            <w:r w:rsidRPr="00E81154">
              <w:rPr>
                <w:noProof/>
                <w:webHidden/>
              </w:rPr>
              <w:fldChar w:fldCharType="separate"/>
            </w:r>
            <w:r w:rsidRPr="00E81154">
              <w:rPr>
                <w:noProof/>
                <w:webHidden/>
              </w:rPr>
              <w:t>4</w:t>
            </w:r>
            <w:r w:rsidRPr="00E81154">
              <w:rPr>
                <w:noProof/>
                <w:webHidden/>
              </w:rPr>
              <w:fldChar w:fldCharType="end"/>
            </w:r>
          </w:hyperlink>
        </w:p>
        <w:p w14:paraId="51BA7FB7" w14:textId="46C82A49" w:rsidR="002F39DE" w:rsidRPr="00E81154" w:rsidRDefault="002F39DE">
          <w:pPr>
            <w:pStyle w:val="TOC2"/>
            <w:rPr>
              <w:rFonts w:asciiTheme="minorHAnsi" w:hAnsiTheme="minorHAnsi"/>
              <w:noProof/>
              <w:kern w:val="2"/>
              <w:sz w:val="24"/>
              <w:szCs w:val="24"/>
              <w:lang w:eastAsia="en-GB"/>
              <w14:ligatures w14:val="standardContextual"/>
            </w:rPr>
          </w:pPr>
          <w:hyperlink w:anchor="_Toc222994880" w:history="1">
            <w:r w:rsidRPr="00E81154">
              <w:rPr>
                <w:rStyle w:val="Hyperlink"/>
                <w:rFonts w:cs="Arial"/>
                <w:noProof/>
              </w:rPr>
              <w:t>What We Can Offer You</w:t>
            </w:r>
            <w:r w:rsidRPr="00E81154">
              <w:rPr>
                <w:noProof/>
                <w:webHidden/>
              </w:rPr>
              <w:tab/>
            </w:r>
            <w:r w:rsidRPr="00E81154">
              <w:rPr>
                <w:noProof/>
                <w:webHidden/>
              </w:rPr>
              <w:fldChar w:fldCharType="begin"/>
            </w:r>
            <w:r w:rsidRPr="00E81154">
              <w:rPr>
                <w:noProof/>
                <w:webHidden/>
              </w:rPr>
              <w:instrText xml:space="preserve"> PAGEREF _Toc222994880 \h </w:instrText>
            </w:r>
            <w:r w:rsidRPr="00E81154">
              <w:rPr>
                <w:noProof/>
                <w:webHidden/>
              </w:rPr>
            </w:r>
            <w:r w:rsidRPr="00E81154">
              <w:rPr>
                <w:noProof/>
                <w:webHidden/>
              </w:rPr>
              <w:fldChar w:fldCharType="separate"/>
            </w:r>
            <w:r w:rsidRPr="00E81154">
              <w:rPr>
                <w:noProof/>
                <w:webHidden/>
              </w:rPr>
              <w:t>4</w:t>
            </w:r>
            <w:r w:rsidRPr="00E81154">
              <w:rPr>
                <w:noProof/>
                <w:webHidden/>
              </w:rPr>
              <w:fldChar w:fldCharType="end"/>
            </w:r>
          </w:hyperlink>
        </w:p>
        <w:p w14:paraId="7AC2638C" w14:textId="2D053EA7" w:rsidR="002F39DE" w:rsidRPr="00E81154" w:rsidRDefault="002F39DE">
          <w:pPr>
            <w:pStyle w:val="TOC2"/>
            <w:rPr>
              <w:rFonts w:asciiTheme="minorHAnsi" w:hAnsiTheme="minorHAnsi"/>
              <w:noProof/>
              <w:kern w:val="2"/>
              <w:sz w:val="24"/>
              <w:szCs w:val="24"/>
              <w:lang w:eastAsia="en-GB"/>
              <w14:ligatures w14:val="standardContextual"/>
            </w:rPr>
          </w:pPr>
          <w:hyperlink w:anchor="_Toc222994881" w:history="1">
            <w:r w:rsidRPr="00E81154">
              <w:rPr>
                <w:rStyle w:val="Hyperlink"/>
                <w:rFonts w:cs="Arial"/>
                <w:noProof/>
              </w:rPr>
              <w:t>About the Role</w:t>
            </w:r>
            <w:r w:rsidRPr="00E81154">
              <w:rPr>
                <w:noProof/>
                <w:webHidden/>
              </w:rPr>
              <w:tab/>
            </w:r>
            <w:r w:rsidRPr="00E81154">
              <w:rPr>
                <w:noProof/>
                <w:webHidden/>
              </w:rPr>
              <w:fldChar w:fldCharType="begin"/>
            </w:r>
            <w:r w:rsidRPr="00E81154">
              <w:rPr>
                <w:noProof/>
                <w:webHidden/>
              </w:rPr>
              <w:instrText xml:space="preserve"> PAGEREF _Toc222994881 \h </w:instrText>
            </w:r>
            <w:r w:rsidRPr="00E81154">
              <w:rPr>
                <w:noProof/>
                <w:webHidden/>
              </w:rPr>
            </w:r>
            <w:r w:rsidRPr="00E81154">
              <w:rPr>
                <w:noProof/>
                <w:webHidden/>
              </w:rPr>
              <w:fldChar w:fldCharType="separate"/>
            </w:r>
            <w:r w:rsidRPr="00E81154">
              <w:rPr>
                <w:noProof/>
                <w:webHidden/>
              </w:rPr>
              <w:t>6</w:t>
            </w:r>
            <w:r w:rsidRPr="00E81154">
              <w:rPr>
                <w:noProof/>
                <w:webHidden/>
              </w:rPr>
              <w:fldChar w:fldCharType="end"/>
            </w:r>
          </w:hyperlink>
        </w:p>
        <w:p w14:paraId="0E71EA6C" w14:textId="0F378FB9" w:rsidR="002F39DE" w:rsidRPr="00E81154" w:rsidRDefault="002F39DE">
          <w:pPr>
            <w:pStyle w:val="TOC2"/>
            <w:rPr>
              <w:rFonts w:asciiTheme="minorHAnsi" w:hAnsiTheme="minorHAnsi"/>
              <w:noProof/>
              <w:kern w:val="2"/>
              <w:sz w:val="24"/>
              <w:szCs w:val="24"/>
              <w:lang w:eastAsia="en-GB"/>
              <w14:ligatures w14:val="standardContextual"/>
            </w:rPr>
          </w:pPr>
          <w:hyperlink w:anchor="_Toc222994882" w:history="1">
            <w:r w:rsidRPr="00E81154">
              <w:rPr>
                <w:rStyle w:val="Hyperlink"/>
                <w:rFonts w:cs="Arial"/>
                <w:noProof/>
              </w:rPr>
              <w:t>Top Tips on How to Apply</w:t>
            </w:r>
            <w:r w:rsidRPr="00E81154">
              <w:rPr>
                <w:noProof/>
                <w:webHidden/>
              </w:rPr>
              <w:tab/>
            </w:r>
            <w:r w:rsidRPr="00E81154">
              <w:rPr>
                <w:noProof/>
                <w:webHidden/>
              </w:rPr>
              <w:fldChar w:fldCharType="begin"/>
            </w:r>
            <w:r w:rsidRPr="00E81154">
              <w:rPr>
                <w:noProof/>
                <w:webHidden/>
              </w:rPr>
              <w:instrText xml:space="preserve"> PAGEREF _Toc222994882 \h </w:instrText>
            </w:r>
            <w:r w:rsidRPr="00E81154">
              <w:rPr>
                <w:noProof/>
                <w:webHidden/>
              </w:rPr>
            </w:r>
            <w:r w:rsidRPr="00E81154">
              <w:rPr>
                <w:noProof/>
                <w:webHidden/>
              </w:rPr>
              <w:fldChar w:fldCharType="separate"/>
            </w:r>
            <w:r w:rsidRPr="00E81154">
              <w:rPr>
                <w:noProof/>
                <w:webHidden/>
              </w:rPr>
              <w:t>8</w:t>
            </w:r>
            <w:r w:rsidRPr="00E81154">
              <w:rPr>
                <w:noProof/>
                <w:webHidden/>
              </w:rPr>
              <w:fldChar w:fldCharType="end"/>
            </w:r>
          </w:hyperlink>
        </w:p>
        <w:p w14:paraId="433AEEC0" w14:textId="22B15B7F" w:rsidR="002F39DE" w:rsidRDefault="002F39DE">
          <w:pPr>
            <w:pStyle w:val="TOC2"/>
            <w:rPr>
              <w:rFonts w:asciiTheme="minorHAnsi" w:hAnsiTheme="minorHAnsi"/>
              <w:noProof/>
              <w:kern w:val="2"/>
              <w:sz w:val="24"/>
              <w:szCs w:val="24"/>
              <w:lang w:eastAsia="en-GB"/>
              <w14:ligatures w14:val="standardContextual"/>
            </w:rPr>
          </w:pPr>
          <w:hyperlink w:anchor="_Toc222994883" w:history="1">
            <w:r w:rsidRPr="00E81154">
              <w:rPr>
                <w:rStyle w:val="Hyperlink"/>
                <w:rFonts w:cs="Arial"/>
                <w:noProof/>
              </w:rPr>
              <w:t>Application and Selection Information</w:t>
            </w:r>
            <w:r w:rsidRPr="00E81154">
              <w:rPr>
                <w:noProof/>
                <w:webHidden/>
              </w:rPr>
              <w:tab/>
            </w:r>
            <w:r w:rsidRPr="00E81154">
              <w:rPr>
                <w:noProof/>
                <w:webHidden/>
              </w:rPr>
              <w:fldChar w:fldCharType="begin"/>
            </w:r>
            <w:r w:rsidRPr="00E81154">
              <w:rPr>
                <w:noProof/>
                <w:webHidden/>
              </w:rPr>
              <w:instrText xml:space="preserve"> PAGEREF _Toc222994883 \h </w:instrText>
            </w:r>
            <w:r w:rsidRPr="00E81154">
              <w:rPr>
                <w:noProof/>
                <w:webHidden/>
              </w:rPr>
            </w:r>
            <w:r w:rsidRPr="00E81154">
              <w:rPr>
                <w:noProof/>
                <w:webHidden/>
              </w:rPr>
              <w:fldChar w:fldCharType="separate"/>
            </w:r>
            <w:r w:rsidRPr="00E81154">
              <w:rPr>
                <w:noProof/>
                <w:webHidden/>
              </w:rPr>
              <w:t>9</w:t>
            </w:r>
            <w:r w:rsidRPr="00E81154">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E81154">
              <w:rPr>
                <w:rStyle w:val="Hyperlink"/>
                <w:rFonts w:cs="Arial"/>
                <w:noProof/>
              </w:rPr>
              <w:t>Appendix A – Job Description and Person Specification</w:t>
            </w:r>
            <w:r w:rsidRPr="00E81154">
              <w:rPr>
                <w:noProof/>
                <w:webHidden/>
              </w:rPr>
              <w:tab/>
            </w:r>
            <w:r w:rsidRPr="00E81154">
              <w:rPr>
                <w:noProof/>
                <w:webHidden/>
              </w:rPr>
              <w:fldChar w:fldCharType="begin"/>
            </w:r>
            <w:r w:rsidRPr="00E81154">
              <w:rPr>
                <w:noProof/>
                <w:webHidden/>
              </w:rPr>
              <w:instrText xml:space="preserve"> PAGEREF _Toc222994884 \h </w:instrText>
            </w:r>
            <w:r w:rsidRPr="00E81154">
              <w:rPr>
                <w:noProof/>
                <w:webHidden/>
              </w:rPr>
            </w:r>
            <w:r w:rsidRPr="00E81154">
              <w:rPr>
                <w:noProof/>
                <w:webHidden/>
              </w:rPr>
              <w:fldChar w:fldCharType="separate"/>
            </w:r>
            <w:r w:rsidRPr="00E81154">
              <w:rPr>
                <w:noProof/>
                <w:webHidden/>
              </w:rPr>
              <w:t>10</w:t>
            </w:r>
            <w:r w:rsidRPr="00E81154">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E81154" w:rsidRDefault="0049316D" w:rsidP="00511F96">
      <w:pPr>
        <w:pStyle w:val="Heading2"/>
        <w:rPr>
          <w:rFonts w:ascii="Arial" w:hAnsi="Arial" w:cs="Arial"/>
          <w:color w:val="007CBB"/>
          <w:sz w:val="28"/>
          <w:szCs w:val="28"/>
        </w:rPr>
      </w:pPr>
      <w:bookmarkStart w:id="0" w:name="_Toc222994875"/>
      <w:r w:rsidRPr="00E81154">
        <w:rPr>
          <w:rFonts w:ascii="Arial" w:hAnsi="Arial" w:cs="Arial"/>
          <w:color w:val="007CBB"/>
          <w:sz w:val="28"/>
          <w:szCs w:val="28"/>
        </w:rPr>
        <w:t>About the Borough of Sefton</w:t>
      </w:r>
      <w:bookmarkEnd w:id="0"/>
    </w:p>
    <w:p w14:paraId="57D73D5F" w14:textId="77777777" w:rsidR="00511F96" w:rsidRPr="00E81154" w:rsidRDefault="00511F96" w:rsidP="00511F96">
      <w:pPr>
        <w:spacing w:after="0" w:line="240" w:lineRule="auto"/>
      </w:pPr>
    </w:p>
    <w:p w14:paraId="60A6277C" w14:textId="10CD6D5B" w:rsidR="00745BBD" w:rsidRPr="00E81154" w:rsidRDefault="00745BBD" w:rsidP="00745BBD">
      <w:r w:rsidRPr="00E81154">
        <w:t>Sefton is a confident and well</w:t>
      </w:r>
      <w:r w:rsidRPr="00E81154">
        <w:noBreakHyphen/>
        <w:t xml:space="preserve">connected </w:t>
      </w:r>
      <w:r w:rsidR="00FB2749" w:rsidRPr="00E81154">
        <w:t>Borough</w:t>
      </w:r>
      <w:r w:rsidRPr="00E81154">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E81154" w:rsidRDefault="00745BBD" w:rsidP="00745BBD">
      <w:r w:rsidRPr="00E81154">
        <w:t xml:space="preserve">It is a fantastic place to live and work. </w:t>
      </w:r>
      <w:r w:rsidR="007679B6" w:rsidRPr="00E81154">
        <w:t xml:space="preserve"> </w:t>
      </w:r>
      <w:r w:rsidRPr="00E81154">
        <w:t>As the northern</w:t>
      </w:r>
      <w:r w:rsidRPr="00E81154">
        <w:noBreakHyphen/>
        <w:t xml:space="preserve">most </w:t>
      </w:r>
      <w:r w:rsidR="00FB2749" w:rsidRPr="00E81154">
        <w:t>Borough</w:t>
      </w:r>
      <w:r w:rsidRPr="00E81154">
        <w:t xml:space="preserve"> within the Liverpool City Region, Sefton offers a unique blend of beautiful coastline, countryside, attractive villages, thriving industrial areas and the busy Port of Liverpool.</w:t>
      </w:r>
    </w:p>
    <w:p w14:paraId="46726808" w14:textId="77777777" w:rsidR="00745BBD" w:rsidRPr="00E81154" w:rsidRDefault="00745BBD" w:rsidP="00745BBD">
      <w:r w:rsidRPr="00E81154">
        <w:t xml:space="preserve">With 22 miles of stunning coastline, Sefton is a leading coastal destination with a growing visitor economy. It is home to the iconic Antony Gormley </w:t>
      </w:r>
      <w:r w:rsidRPr="00E81154">
        <w:rPr>
          <w:i/>
          <w:iCs/>
        </w:rPr>
        <w:t>Another Place</w:t>
      </w:r>
      <w:r w:rsidRPr="00E81154">
        <w:t xml:space="preserve"> installation, expansive beaches and protected sand dunes that support several rare species.</w:t>
      </w:r>
    </w:p>
    <w:p w14:paraId="2E0DE47B" w14:textId="370B91D2" w:rsidR="00745BBD" w:rsidRPr="00E81154" w:rsidRDefault="00745BBD" w:rsidP="00745BBD">
      <w:r w:rsidRPr="00E81154">
        <w:t xml:space="preserve">While each town and village has its own distinctive character, it is the people of Sefton who make the </w:t>
      </w:r>
      <w:r w:rsidR="00FB2749" w:rsidRPr="00E81154">
        <w:t>Borough</w:t>
      </w:r>
      <w:r w:rsidRPr="00E81154">
        <w:t xml:space="preserve"> truly special, creating diverse, welcoming and energetic communities in which to live, work, invest and visit.</w:t>
      </w:r>
    </w:p>
    <w:p w14:paraId="660319E6" w14:textId="7C63E923" w:rsidR="00745BBD" w:rsidRPr="00E81154" w:rsidRDefault="00745BBD" w:rsidP="00745BBD">
      <w:r w:rsidRPr="00E81154">
        <w:t>Alongside its miles of golden sands, Sefton offers those who work here access to a world</w:t>
      </w:r>
      <w:r w:rsidRPr="00E81154">
        <w:noBreakHyphen/>
        <w:t>renowned racecourse, prestigious golf courses, and National Trust nature reserves, ideal places to unwind, explore and enjoy leisure time.</w:t>
      </w:r>
    </w:p>
    <w:p w14:paraId="200576E1" w14:textId="004E1D18" w:rsidR="00745BBD" w:rsidRPr="00E81154" w:rsidRDefault="00745BBD" w:rsidP="00745BBD">
      <w:r w:rsidRPr="00E81154">
        <w:t xml:space="preserve">The </w:t>
      </w:r>
      <w:r w:rsidR="00FB2749" w:rsidRPr="00E81154">
        <w:t>Borough</w:t>
      </w:r>
      <w:r w:rsidRPr="00E81154">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E81154" w:rsidRDefault="00745BBD" w:rsidP="00745BBD">
      <w:r w:rsidRPr="00E81154">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E81154" w:rsidRDefault="008A2AD1" w:rsidP="00D019F3">
      <w:pPr>
        <w:pStyle w:val="Heading2"/>
        <w:rPr>
          <w:rFonts w:ascii="Arial" w:hAnsi="Arial" w:cs="Arial"/>
          <w:color w:val="007CBB"/>
          <w:sz w:val="24"/>
          <w:szCs w:val="24"/>
        </w:rPr>
      </w:pPr>
    </w:p>
    <w:p w14:paraId="0F4ECB12" w14:textId="77777777" w:rsidR="001743EB" w:rsidRPr="00E81154" w:rsidRDefault="001743EB">
      <w:pPr>
        <w:rPr>
          <w:rFonts w:eastAsiaTheme="majorEastAsia" w:cs="Arial"/>
          <w:b/>
          <w:bCs/>
          <w:color w:val="007CBB"/>
          <w:sz w:val="28"/>
          <w:szCs w:val="28"/>
        </w:rPr>
      </w:pPr>
      <w:r w:rsidRPr="00E81154">
        <w:rPr>
          <w:rFonts w:cs="Arial"/>
          <w:color w:val="007CBB"/>
          <w:sz w:val="28"/>
          <w:szCs w:val="28"/>
        </w:rPr>
        <w:br w:type="page"/>
      </w:r>
    </w:p>
    <w:p w14:paraId="250B0304" w14:textId="4F184AC3" w:rsidR="00511F96" w:rsidRPr="00E81154" w:rsidRDefault="00511F96" w:rsidP="00511F96">
      <w:pPr>
        <w:pStyle w:val="Heading2"/>
        <w:rPr>
          <w:rFonts w:ascii="Arial" w:hAnsi="Arial" w:cs="Arial"/>
          <w:color w:val="007CBB"/>
          <w:sz w:val="28"/>
          <w:szCs w:val="28"/>
        </w:rPr>
      </w:pPr>
      <w:bookmarkStart w:id="1" w:name="_Toc222994876"/>
      <w:r w:rsidRPr="00E81154">
        <w:rPr>
          <w:rFonts w:ascii="Arial" w:hAnsi="Arial" w:cs="Arial"/>
          <w:color w:val="007CBB"/>
          <w:sz w:val="28"/>
          <w:szCs w:val="28"/>
        </w:rPr>
        <w:lastRenderedPageBreak/>
        <w:t>Our Vision and Values</w:t>
      </w:r>
      <w:bookmarkEnd w:id="1"/>
    </w:p>
    <w:p w14:paraId="7684CC3E" w14:textId="77777777" w:rsidR="00511F96" w:rsidRPr="00E81154" w:rsidRDefault="00511F96" w:rsidP="00511F96">
      <w:pPr>
        <w:spacing w:after="0" w:line="240" w:lineRule="auto"/>
      </w:pPr>
    </w:p>
    <w:p w14:paraId="6CF07501" w14:textId="44239B56" w:rsidR="007679B6" w:rsidRPr="00E81154" w:rsidRDefault="005116C5" w:rsidP="007679B6">
      <w:r w:rsidRPr="00E81154">
        <w:t>At Sefton Council, our vision is to deliver high-quality services that make a real difference to the lives of our residents, visitors, and communities.</w:t>
      </w:r>
      <w:r w:rsidR="00FB2749" w:rsidRPr="00E81154">
        <w:t xml:space="preserve"> </w:t>
      </w:r>
      <w:r w:rsidRPr="00E81154">
        <w:t xml:space="preserve"> Everything we do is guided by a strong set of values that shape how we work and interact:</w:t>
      </w:r>
    </w:p>
    <w:p w14:paraId="1407193F" w14:textId="3A31E6A7" w:rsidR="007679B6" w:rsidRPr="00E81154" w:rsidRDefault="007679B6" w:rsidP="007679B6">
      <w:pPr>
        <w:ind w:left="720"/>
      </w:pPr>
      <w:r w:rsidRPr="00E81154">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383E8B9F"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E81154" w:rsidRDefault="005116C5" w:rsidP="00BE466B">
      <w:pPr>
        <w:numPr>
          <w:ilvl w:val="0"/>
          <w:numId w:val="16"/>
        </w:numPr>
      </w:pPr>
      <w:r w:rsidRPr="00E81154">
        <w:rPr>
          <w:b/>
          <w:bCs/>
        </w:rPr>
        <w:t>We put people at the heart of what we do</w:t>
      </w:r>
      <w:r w:rsidRPr="00E81154">
        <w:t xml:space="preserve"> </w:t>
      </w:r>
      <w:r w:rsidR="00FB2749" w:rsidRPr="00E81154">
        <w:t>–</w:t>
      </w:r>
      <w:r w:rsidRPr="00E81154">
        <w:t xml:space="preserve"> ensuring our services are responsive, inclusive, and focused on improving lives.</w:t>
      </w:r>
    </w:p>
    <w:p w14:paraId="1D4A15E3" w14:textId="2EE40FE7" w:rsidR="005116C5" w:rsidRPr="00E81154" w:rsidRDefault="005116C5" w:rsidP="00BE466B">
      <w:pPr>
        <w:numPr>
          <w:ilvl w:val="0"/>
          <w:numId w:val="16"/>
        </w:numPr>
      </w:pPr>
      <w:r w:rsidRPr="00E81154">
        <w:rPr>
          <w:b/>
          <w:bCs/>
        </w:rPr>
        <w:t>We listen, value, and respect each other’s views</w:t>
      </w:r>
      <w:r w:rsidRPr="00E81154">
        <w:t xml:space="preserve"> </w:t>
      </w:r>
      <w:r w:rsidR="00FB2749" w:rsidRPr="00E81154">
        <w:t>–</w:t>
      </w:r>
      <w:r w:rsidRPr="00E81154">
        <w:t xml:space="preserve"> fostering a culture of collaboration and mutual respect.</w:t>
      </w:r>
    </w:p>
    <w:p w14:paraId="3E367A22" w14:textId="0CD688BA" w:rsidR="005116C5" w:rsidRPr="00E81154" w:rsidRDefault="005116C5" w:rsidP="00BE466B">
      <w:pPr>
        <w:numPr>
          <w:ilvl w:val="0"/>
          <w:numId w:val="16"/>
        </w:numPr>
      </w:pPr>
      <w:r w:rsidRPr="00E81154">
        <w:rPr>
          <w:b/>
          <w:bCs/>
        </w:rPr>
        <w:t>We develop a culture of challenge, ownership, innovation, and improvement</w:t>
      </w:r>
      <w:r w:rsidRPr="00E81154">
        <w:t xml:space="preserve"> </w:t>
      </w:r>
      <w:r w:rsidR="00FB2749" w:rsidRPr="00E81154">
        <w:t>–</w:t>
      </w:r>
      <w:r w:rsidRPr="00E81154">
        <w:t xml:space="preserve"> encouraging creativity and continuous development.</w:t>
      </w:r>
    </w:p>
    <w:p w14:paraId="4AF84DEE" w14:textId="2831CEFE" w:rsidR="005116C5" w:rsidRPr="00E81154" w:rsidRDefault="005116C5" w:rsidP="00BE466B">
      <w:pPr>
        <w:numPr>
          <w:ilvl w:val="0"/>
          <w:numId w:val="16"/>
        </w:numPr>
      </w:pPr>
      <w:r w:rsidRPr="00E81154">
        <w:rPr>
          <w:b/>
          <w:bCs/>
        </w:rPr>
        <w:t>We are ambassadors for Sefton</w:t>
      </w:r>
      <w:r w:rsidRPr="00E81154">
        <w:t xml:space="preserve"> </w:t>
      </w:r>
      <w:r w:rsidR="00FB2749" w:rsidRPr="00E81154">
        <w:t>–</w:t>
      </w:r>
      <w:r w:rsidRPr="00E81154">
        <w:t xml:space="preserve"> promoting the </w:t>
      </w:r>
      <w:r w:rsidR="00FB2749" w:rsidRPr="00E81154">
        <w:t>Borough</w:t>
      </w:r>
      <w:r w:rsidRPr="00E81154">
        <w:t xml:space="preserve"> positively and proudly representing our communities.</w:t>
      </w:r>
    </w:p>
    <w:p w14:paraId="32D28CA9" w14:textId="04099CC7" w:rsidR="005116C5" w:rsidRPr="00E81154" w:rsidRDefault="005116C5" w:rsidP="00BE466B">
      <w:pPr>
        <w:numPr>
          <w:ilvl w:val="0"/>
          <w:numId w:val="16"/>
        </w:numPr>
      </w:pPr>
      <w:r w:rsidRPr="00E81154">
        <w:rPr>
          <w:b/>
          <w:bCs/>
        </w:rPr>
        <w:t>We are responsive and efficient</w:t>
      </w:r>
      <w:r w:rsidRPr="00E81154">
        <w:t xml:space="preserve"> </w:t>
      </w:r>
      <w:r w:rsidR="00FB2749" w:rsidRPr="00E81154">
        <w:t>–</w:t>
      </w:r>
      <w:r w:rsidRPr="00E81154">
        <w:t xml:space="preserve"> delivering services that are timely, effective, and customer-focused.</w:t>
      </w:r>
    </w:p>
    <w:p w14:paraId="526B0A22" w14:textId="0A9DA0E0" w:rsidR="005116C5" w:rsidRPr="00E81154" w:rsidRDefault="005116C5" w:rsidP="00BE466B">
      <w:pPr>
        <w:numPr>
          <w:ilvl w:val="0"/>
          <w:numId w:val="16"/>
        </w:numPr>
      </w:pPr>
      <w:r w:rsidRPr="00E81154">
        <w:rPr>
          <w:b/>
          <w:bCs/>
        </w:rPr>
        <w:t>We are clear about what we can and cannot do</w:t>
      </w:r>
      <w:r w:rsidRPr="00E81154">
        <w:t xml:space="preserve"> </w:t>
      </w:r>
      <w:r w:rsidR="00FB2749" w:rsidRPr="00E81154">
        <w:t>–</w:t>
      </w:r>
      <w:r w:rsidRPr="00E81154">
        <w:t xml:space="preserve"> being transparent and honest in all our communications and actions.</w:t>
      </w:r>
    </w:p>
    <w:p w14:paraId="4A119E78" w14:textId="7EFD1B52" w:rsidR="00511F96" w:rsidRPr="00E81154" w:rsidRDefault="005116C5" w:rsidP="00511F96">
      <w:r w:rsidRPr="00E81154">
        <w:t>These values underpin our commitment to excellence, inclusivity, and innovation, ensuring that Sefton remains a great place to live, work, and visit.</w:t>
      </w:r>
    </w:p>
    <w:p w14:paraId="0D58AC3A" w14:textId="4E77BF60" w:rsidR="00367D28" w:rsidRPr="00E81154" w:rsidRDefault="00367D28" w:rsidP="00D019F3">
      <w:pPr>
        <w:pStyle w:val="Heading2"/>
        <w:rPr>
          <w:rFonts w:ascii="Arial" w:hAnsi="Arial" w:cs="Arial"/>
          <w:color w:val="007CBB"/>
          <w:sz w:val="28"/>
          <w:szCs w:val="28"/>
        </w:rPr>
      </w:pPr>
      <w:bookmarkStart w:id="2" w:name="_Toc222994877"/>
      <w:r w:rsidRPr="00E81154">
        <w:rPr>
          <w:rFonts w:ascii="Arial" w:hAnsi="Arial" w:cs="Arial"/>
          <w:color w:val="007CBB"/>
          <w:sz w:val="28"/>
          <w:szCs w:val="28"/>
        </w:rPr>
        <w:t>Our Successes and Key Projects</w:t>
      </w:r>
      <w:bookmarkEnd w:id="2"/>
    </w:p>
    <w:p w14:paraId="2090DA4D" w14:textId="77777777" w:rsidR="00511F96" w:rsidRPr="00E81154" w:rsidRDefault="00511F96" w:rsidP="00511F96">
      <w:pPr>
        <w:spacing w:after="0" w:line="240" w:lineRule="auto"/>
      </w:pPr>
    </w:p>
    <w:p w14:paraId="1DD3EF76" w14:textId="7077D406" w:rsidR="00367D28" w:rsidRPr="00E81154" w:rsidRDefault="00367D28" w:rsidP="00683667">
      <w:pPr>
        <w:spacing w:after="0"/>
      </w:pPr>
      <w:r w:rsidRPr="00E81154">
        <w:t xml:space="preserve">Sefton Council is proud of its recent achievements and ongoing commitment to delivering high-quality services. </w:t>
      </w:r>
      <w:r w:rsidR="00FB2749" w:rsidRPr="00E81154">
        <w:t xml:space="preserve"> </w:t>
      </w:r>
      <w:r w:rsidRPr="00E81154">
        <w:t xml:space="preserve">Our Adult Social Care services were recently graded Good by the Care Quality Commission (CQC), and our Children’s Services also </w:t>
      </w:r>
      <w:r w:rsidRPr="00E81154">
        <w:lastRenderedPageBreak/>
        <w:t xml:space="preserve">achieved a Good rating from Ofsted. </w:t>
      </w:r>
      <w:r w:rsidR="00FB2749" w:rsidRPr="00E81154">
        <w:t xml:space="preserve"> </w:t>
      </w:r>
      <w:r w:rsidRPr="00E81154">
        <w:t>These successes reflect the dedication and professionalism of our teams and our focus on continuous improvement.</w:t>
      </w:r>
    </w:p>
    <w:p w14:paraId="1AB77641" w14:textId="77777777" w:rsidR="00FB67D6" w:rsidRPr="00E81154" w:rsidRDefault="00FB67D6" w:rsidP="00683667">
      <w:pPr>
        <w:spacing w:after="0"/>
      </w:pPr>
    </w:p>
    <w:p w14:paraId="71166112" w14:textId="5C138548" w:rsidR="00FB2749" w:rsidRPr="00E81154" w:rsidRDefault="00FB67D6" w:rsidP="00402A02">
      <w:r w:rsidRPr="00E81154">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E81154" w:rsidRDefault="00367D28" w:rsidP="00683667">
      <w:pPr>
        <w:spacing w:after="0"/>
      </w:pPr>
      <w:r w:rsidRPr="00E81154">
        <w:t xml:space="preserve">Alongside these achievements, Sefton Council is actively delivering a range of major capital projects that will transform the </w:t>
      </w:r>
      <w:r w:rsidR="00FB2749" w:rsidRPr="00E81154">
        <w:t>Borough</w:t>
      </w:r>
      <w:r w:rsidRPr="00E81154">
        <w:t xml:space="preserve"> and stimulate economic growth.</w:t>
      </w:r>
      <w:r w:rsidR="00FB2749" w:rsidRPr="00E81154">
        <w:t xml:space="preserve"> </w:t>
      </w:r>
      <w:r w:rsidRPr="00E81154">
        <w:t xml:space="preserve"> These include the Marine Lake Events Centre in Southport, the Strand Shopping Centre redevelopment in Bootle, and exciting developments such as the Cove Resort and Enterprise Arcade in Southport. </w:t>
      </w:r>
      <w:r w:rsidR="00FB2749" w:rsidRPr="00E81154">
        <w:t xml:space="preserve"> </w:t>
      </w:r>
      <w:r w:rsidRPr="00E81154">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E81154" w:rsidRDefault="00683667" w:rsidP="00683667">
      <w:pPr>
        <w:spacing w:after="0"/>
      </w:pPr>
    </w:p>
    <w:p w14:paraId="2B27870A" w14:textId="22F223B9" w:rsidR="00367D28" w:rsidRPr="00E81154" w:rsidRDefault="00367D28" w:rsidP="00367D28">
      <w:r w:rsidRPr="00E81154">
        <w:t xml:space="preserve">These projects form part of our strategic investment programme to attract private sector-led development and create vibrant spaces for residents and visitors. </w:t>
      </w:r>
      <w:r w:rsidR="00FB2749" w:rsidRPr="00E81154">
        <w:t xml:space="preserve"> </w:t>
      </w:r>
      <w:r w:rsidRPr="00E81154">
        <w:t>We work closely with local communities to ensure these projects reflect their needs and foster a sense of ownership and pride.</w:t>
      </w:r>
    </w:p>
    <w:p w14:paraId="267456B0" w14:textId="77777777" w:rsidR="00367D28" w:rsidRPr="00E81154" w:rsidRDefault="00367D28" w:rsidP="00367D28">
      <w:r w:rsidRPr="00E81154">
        <w:t xml:space="preserve">For more information on these projects and to stay updated on progress, visit the Sefton Council website at </w:t>
      </w:r>
      <w:hyperlink r:id="rId25" w:history="1">
        <w:r w:rsidRPr="00E81154">
          <w:rPr>
            <w:rStyle w:val="Hyperlink"/>
          </w:rPr>
          <w:t>www.sefton.gov.uk</w:t>
        </w:r>
      </w:hyperlink>
      <w:r w:rsidRPr="00E81154">
        <w:t xml:space="preserve"> </w:t>
      </w:r>
    </w:p>
    <w:p w14:paraId="366F8038" w14:textId="3B38F9E5" w:rsidR="00454E02" w:rsidRPr="00E81154" w:rsidRDefault="00565B5D" w:rsidP="00511F96">
      <w:pPr>
        <w:pStyle w:val="Heading2"/>
        <w:rPr>
          <w:rFonts w:ascii="Arial" w:hAnsi="Arial" w:cs="Arial"/>
          <w:color w:val="007CBB"/>
          <w:sz w:val="28"/>
          <w:szCs w:val="28"/>
        </w:rPr>
      </w:pPr>
      <w:bookmarkStart w:id="3" w:name="_Toc222994878"/>
      <w:r w:rsidRPr="00E81154">
        <w:rPr>
          <w:rFonts w:ascii="Arial" w:hAnsi="Arial" w:cs="Arial"/>
          <w:color w:val="007CBB"/>
          <w:sz w:val="28"/>
          <w:szCs w:val="28"/>
        </w:rPr>
        <w:t>An Inclusive Workplace</w:t>
      </w:r>
      <w:bookmarkEnd w:id="3"/>
    </w:p>
    <w:p w14:paraId="3332C0B7" w14:textId="77777777" w:rsidR="00511F96" w:rsidRPr="00E81154" w:rsidRDefault="00511F96" w:rsidP="00511F96">
      <w:pPr>
        <w:spacing w:after="0" w:line="240" w:lineRule="auto"/>
      </w:pPr>
    </w:p>
    <w:p w14:paraId="09BFB993" w14:textId="38DDF792" w:rsidR="009F37BF" w:rsidRPr="00E81154" w:rsidRDefault="009F37BF" w:rsidP="00683667">
      <w:pPr>
        <w:spacing w:after="0"/>
        <w:rPr>
          <w:rFonts w:eastAsia="Times New Roman" w:cs="Arial"/>
          <w:lang w:eastAsia="en-GB"/>
        </w:rPr>
      </w:pPr>
      <w:r w:rsidRPr="00E81154">
        <w:rPr>
          <w:rFonts w:eastAsia="Times New Roman" w:cs="Arial"/>
          <w:lang w:eastAsia="en-GB"/>
        </w:rPr>
        <w:t xml:space="preserve">We are committed to fostering an inclusive Council that reflects the diverse communities we serve. </w:t>
      </w:r>
      <w:r w:rsidR="00FB2749" w:rsidRPr="00E81154">
        <w:rPr>
          <w:rFonts w:eastAsia="Times New Roman" w:cs="Arial"/>
          <w:lang w:eastAsia="en-GB"/>
        </w:rPr>
        <w:t xml:space="preserve"> </w:t>
      </w:r>
      <w:r w:rsidRPr="00E81154">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E81154" w:rsidRDefault="00683667" w:rsidP="00683667">
      <w:pPr>
        <w:spacing w:after="0"/>
        <w:rPr>
          <w:rFonts w:eastAsia="Times New Roman" w:cs="Arial"/>
          <w:lang w:eastAsia="en-GB"/>
        </w:rPr>
      </w:pPr>
    </w:p>
    <w:p w14:paraId="090B95BC" w14:textId="73494AA3" w:rsidR="00CB1FFD" w:rsidRPr="00E81154" w:rsidRDefault="009F37BF" w:rsidP="009F37BF">
      <w:pPr>
        <w:rPr>
          <w:rFonts w:eastAsia="Times New Roman" w:cs="Arial"/>
          <w:lang w:eastAsia="en-GB"/>
        </w:rPr>
      </w:pPr>
      <w:r w:rsidRPr="00E81154">
        <w:rPr>
          <w:rFonts w:eastAsia="Times New Roman" w:cs="Arial"/>
          <w:lang w:eastAsia="en-GB"/>
        </w:rPr>
        <w:t xml:space="preserve">Sefton is proud to be the first local authority in the Liverpool City Region to achieve </w:t>
      </w:r>
      <w:r w:rsidRPr="00E81154">
        <w:rPr>
          <w:rFonts w:eastAsia="Times New Roman" w:cs="Arial"/>
          <w:b/>
          <w:bCs/>
          <w:lang w:eastAsia="en-GB"/>
        </w:rPr>
        <w:t>Navajo</w:t>
      </w:r>
      <w:r w:rsidRPr="00E81154">
        <w:rPr>
          <w:rFonts w:eastAsia="Times New Roman" w:cs="Arial"/>
          <w:lang w:eastAsia="en-GB"/>
        </w:rPr>
        <w:t xml:space="preserve"> accreditation, recognising our commitment to LGBTQ+ inclusion. </w:t>
      </w:r>
      <w:r w:rsidR="00FB2749" w:rsidRPr="00E81154">
        <w:rPr>
          <w:rFonts w:eastAsia="Times New Roman" w:cs="Arial"/>
          <w:lang w:eastAsia="en-GB"/>
        </w:rPr>
        <w:t xml:space="preserve"> </w:t>
      </w:r>
      <w:r w:rsidRPr="00E81154">
        <w:rPr>
          <w:rFonts w:eastAsia="Times New Roman" w:cs="Arial"/>
          <w:lang w:eastAsia="en-GB"/>
        </w:rPr>
        <w:t>We are also a Disability Confident employer and continue to build a workforce that represents our communities.</w:t>
      </w:r>
    </w:p>
    <w:p w14:paraId="4FA20170" w14:textId="39071CCA" w:rsidR="00A91189" w:rsidRPr="00E81154" w:rsidRDefault="009F37BF" w:rsidP="009725F0">
      <w:pPr>
        <w:spacing w:after="0"/>
        <w:rPr>
          <w:rFonts w:eastAsia="Times New Roman" w:cs="Arial"/>
          <w:lang w:eastAsia="en-GB"/>
        </w:rPr>
      </w:pPr>
      <w:r w:rsidRPr="00E81154">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E81154" w:rsidRDefault="009725F0" w:rsidP="009725F0">
      <w:pPr>
        <w:spacing w:after="0"/>
        <w:rPr>
          <w:rFonts w:eastAsia="Times New Roman" w:cs="Arial"/>
          <w:lang w:eastAsia="en-GB"/>
        </w:rPr>
      </w:pPr>
    </w:p>
    <w:p w14:paraId="711BCCDE" w14:textId="4507E0FD" w:rsidR="00454E02" w:rsidRPr="00E81154" w:rsidRDefault="009F37BF" w:rsidP="00496E8A">
      <w:pPr>
        <w:spacing w:after="0"/>
        <w:rPr>
          <w:rFonts w:eastAsia="Times New Roman" w:cs="Arial"/>
          <w:lang w:eastAsia="en-GB"/>
        </w:rPr>
      </w:pPr>
      <w:r w:rsidRPr="00E81154">
        <w:rPr>
          <w:rFonts w:eastAsia="Times New Roman" w:cs="Arial"/>
          <w:lang w:eastAsia="en-GB"/>
        </w:rPr>
        <w:lastRenderedPageBreak/>
        <w:t xml:space="preserve">As an Equal Opportunities Employer, we base recruitment solely on skills, experience, and suitability for the role. </w:t>
      </w:r>
      <w:r w:rsidR="00C7120F" w:rsidRPr="00E81154">
        <w:rPr>
          <w:rFonts w:eastAsia="Times New Roman" w:cs="Arial"/>
          <w:lang w:eastAsia="en-GB"/>
        </w:rPr>
        <w:t xml:space="preserve"> </w:t>
      </w:r>
      <w:r w:rsidRPr="00E81154">
        <w:rPr>
          <w:rFonts w:eastAsia="Times New Roman" w:cs="Arial"/>
          <w:lang w:eastAsia="en-GB"/>
        </w:rPr>
        <w:t>All applicants are treated fairly, and we have also recognised ‘care experienced’ as a protected characteristic within Sefton.</w:t>
      </w:r>
    </w:p>
    <w:p w14:paraId="128685BE" w14:textId="01943AB8" w:rsidR="00E4473C" w:rsidRPr="00E81154" w:rsidRDefault="00E4473C" w:rsidP="009F37BF">
      <w:pPr>
        <w:rPr>
          <w:rFonts w:eastAsia="Times New Roman" w:cs="Arial"/>
          <w:lang w:eastAsia="en-GB"/>
        </w:rPr>
      </w:pPr>
    </w:p>
    <w:p w14:paraId="04AC695D" w14:textId="2E9D631C" w:rsidR="00511F96" w:rsidRPr="00E81154" w:rsidRDefault="00511F96" w:rsidP="009F37BF">
      <w:pPr>
        <w:rPr>
          <w:rFonts w:eastAsia="Times New Roman" w:cs="Arial"/>
          <w:lang w:eastAsia="en-GB"/>
        </w:rPr>
      </w:pPr>
      <w:r w:rsidRPr="00E81154">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0B55E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E81154" w:rsidRDefault="00511F96" w:rsidP="009F37BF">
      <w:pPr>
        <w:rPr>
          <w:rFonts w:eastAsia="Times New Roman" w:cs="Arial"/>
          <w:lang w:eastAsia="en-GB"/>
        </w:rPr>
      </w:pPr>
    </w:p>
    <w:p w14:paraId="1E8C663D" w14:textId="40AD9373" w:rsidR="00454E02" w:rsidRPr="00E81154" w:rsidRDefault="00454E02" w:rsidP="009F37BF">
      <w:pPr>
        <w:rPr>
          <w:rFonts w:eastAsia="Times New Roman" w:cs="Arial"/>
          <w:lang w:eastAsia="en-GB"/>
        </w:rPr>
      </w:pPr>
    </w:p>
    <w:p w14:paraId="70E3E937" w14:textId="6E86C81B" w:rsidR="00454E02" w:rsidRPr="00E81154" w:rsidRDefault="00454E02" w:rsidP="009F37BF">
      <w:pPr>
        <w:rPr>
          <w:rFonts w:eastAsia="Times New Roman" w:cs="Arial"/>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C41AA7" w:rsidRDefault="00E4473C" w:rsidP="009F37BF">
      <w:pPr>
        <w:rPr>
          <w:rFonts w:eastAsia="Times New Roman" w:cs="Arial"/>
          <w:highlight w:val="green"/>
          <w:lang w:eastAsia="en-GB"/>
        </w:rPr>
      </w:pPr>
    </w:p>
    <w:p w14:paraId="75C53BB4" w14:textId="3A457AEE" w:rsidR="009F37BF" w:rsidRPr="00E81154" w:rsidRDefault="00C7120F" w:rsidP="00496E8A">
      <w:pPr>
        <w:spacing w:after="0"/>
        <w:rPr>
          <w:rFonts w:eastAsia="Times New Roman" w:cs="Arial"/>
          <w:lang w:eastAsia="en-GB"/>
        </w:rPr>
      </w:pPr>
      <w:r w:rsidRPr="00E81154">
        <w:rPr>
          <w:rFonts w:eastAsia="Times New Roman" w:cs="Arial"/>
          <w:lang w:eastAsia="en-GB"/>
        </w:rPr>
        <w:t xml:space="preserve">For more information, please refer to our </w:t>
      </w:r>
      <w:hyperlink r:id="rId28" w:history="1">
        <w:r w:rsidRPr="00E81154">
          <w:rPr>
            <w:rStyle w:val="Hyperlink"/>
            <w:rFonts w:eastAsia="Times New Roman" w:cs="Arial"/>
            <w:lang w:eastAsia="en-GB"/>
          </w:rPr>
          <w:t>Equality, Diversity and Inclusion Strategy</w:t>
        </w:r>
      </w:hyperlink>
    </w:p>
    <w:p w14:paraId="4250A9BD" w14:textId="77777777" w:rsidR="00511F96" w:rsidRPr="00E81154" w:rsidRDefault="00511F96" w:rsidP="00511F96">
      <w:pPr>
        <w:spacing w:after="0" w:line="240" w:lineRule="auto"/>
        <w:rPr>
          <w:rFonts w:eastAsia="Times New Roman" w:cs="Arial"/>
          <w:lang w:eastAsia="en-GB"/>
        </w:rPr>
      </w:pPr>
    </w:p>
    <w:p w14:paraId="42A3CDA1" w14:textId="58A78FDC" w:rsidR="00511F96" w:rsidRPr="00E81154" w:rsidRDefault="00C16F45" w:rsidP="00511F96">
      <w:pPr>
        <w:pStyle w:val="Heading2"/>
        <w:rPr>
          <w:rFonts w:ascii="Arial" w:hAnsi="Arial" w:cs="Arial"/>
          <w:color w:val="007CBB"/>
          <w:sz w:val="28"/>
          <w:szCs w:val="28"/>
        </w:rPr>
      </w:pPr>
      <w:bookmarkStart w:id="4" w:name="_Toc222994879"/>
      <w:r w:rsidRPr="00E81154">
        <w:rPr>
          <w:rFonts w:ascii="Arial" w:hAnsi="Arial" w:cs="Arial"/>
          <w:color w:val="007CBB"/>
          <w:sz w:val="28"/>
          <w:szCs w:val="28"/>
        </w:rPr>
        <w:t>Liverpool City Region Fair Employment Charter</w:t>
      </w:r>
      <w:bookmarkEnd w:id="4"/>
    </w:p>
    <w:p w14:paraId="1657A6EA" w14:textId="77777777" w:rsidR="00511F96" w:rsidRPr="00E81154" w:rsidRDefault="00511F96" w:rsidP="00511F96">
      <w:pPr>
        <w:spacing w:after="0" w:line="240" w:lineRule="auto"/>
        <w:rPr>
          <w:bCs/>
        </w:rPr>
      </w:pPr>
    </w:p>
    <w:p w14:paraId="08E8C97B" w14:textId="092BC4B6" w:rsidR="004E55FD" w:rsidRPr="00E81154" w:rsidRDefault="00697B51" w:rsidP="00511F96">
      <w:pPr>
        <w:rPr>
          <w:bCs/>
        </w:rPr>
      </w:pPr>
      <w:r w:rsidRPr="00E81154">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E81154">
        <w:rPr>
          <w:bCs/>
        </w:rPr>
        <w:t xml:space="preserve">Sefton Council is proud to support the Liverpool City Region Combined Authority Fair Employment Charter, an initiative that promotes fair, healthy, inclusive, and just workplaces across the region. </w:t>
      </w:r>
      <w:r w:rsidR="00C7120F" w:rsidRPr="00E81154">
        <w:rPr>
          <w:bCs/>
        </w:rPr>
        <w:t xml:space="preserve"> </w:t>
      </w:r>
      <w:r w:rsidR="00C16F45" w:rsidRPr="00E81154">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E81154">
        <w:rPr>
          <w:bCs/>
        </w:rPr>
        <w:t xml:space="preserve"> </w:t>
      </w:r>
      <w:r w:rsidR="00C16F45" w:rsidRPr="00E81154">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E81154" w:rsidRDefault="00FA1CF6" w:rsidP="00511F96">
      <w:pPr>
        <w:pStyle w:val="Heading2"/>
        <w:spacing w:before="0" w:line="240" w:lineRule="auto"/>
        <w:rPr>
          <w:rFonts w:ascii="Arial" w:hAnsi="Arial" w:cs="Arial"/>
          <w:color w:val="007CBB"/>
          <w:sz w:val="28"/>
          <w:szCs w:val="28"/>
        </w:rPr>
      </w:pPr>
      <w:bookmarkStart w:id="5" w:name="_Toc222994880"/>
      <w:r w:rsidRPr="00E81154">
        <w:rPr>
          <w:rFonts w:ascii="Arial" w:hAnsi="Arial" w:cs="Arial"/>
          <w:color w:val="007CBB"/>
          <w:sz w:val="28"/>
          <w:szCs w:val="28"/>
        </w:rPr>
        <w:t>What We Can Offer You</w:t>
      </w:r>
      <w:bookmarkEnd w:id="5"/>
    </w:p>
    <w:p w14:paraId="293F5468" w14:textId="77777777" w:rsidR="00511F96" w:rsidRPr="00E81154" w:rsidRDefault="00511F96" w:rsidP="00511F96">
      <w:pPr>
        <w:spacing w:after="0" w:line="240" w:lineRule="auto"/>
      </w:pPr>
    </w:p>
    <w:p w14:paraId="514F9940" w14:textId="5632B9DD" w:rsidR="00547C3F" w:rsidRPr="00E81154" w:rsidRDefault="00547C3F" w:rsidP="00187F29">
      <w:pPr>
        <w:numPr>
          <w:ilvl w:val="0"/>
          <w:numId w:val="15"/>
        </w:numPr>
        <w:spacing w:after="0" w:line="240" w:lineRule="auto"/>
      </w:pPr>
      <w:r w:rsidRPr="00E81154">
        <w:t>A supportive and collaborative working environment</w:t>
      </w:r>
      <w:r w:rsidR="0035256F" w:rsidRPr="00E81154">
        <w:t>.</w:t>
      </w:r>
    </w:p>
    <w:p w14:paraId="71D56C25" w14:textId="571624B0" w:rsidR="00F97F83" w:rsidRPr="00E81154" w:rsidRDefault="00F97F83" w:rsidP="00BE466B">
      <w:pPr>
        <w:numPr>
          <w:ilvl w:val="0"/>
          <w:numId w:val="15"/>
        </w:numPr>
      </w:pPr>
      <w:r w:rsidRPr="00E81154">
        <w:t>An agile approach to working.</w:t>
      </w:r>
    </w:p>
    <w:p w14:paraId="3C859B9B" w14:textId="05F0FD36" w:rsidR="00AE37D0" w:rsidRPr="00E81154" w:rsidRDefault="00547C3F" w:rsidP="00C55123">
      <w:pPr>
        <w:numPr>
          <w:ilvl w:val="0"/>
          <w:numId w:val="15"/>
        </w:numPr>
      </w:pPr>
      <w:r w:rsidRPr="00E81154">
        <w:t>Opportunities for professional development and career progression</w:t>
      </w:r>
      <w:r w:rsidR="0035256F" w:rsidRPr="00E81154">
        <w:t>.</w:t>
      </w:r>
    </w:p>
    <w:p w14:paraId="0A1B0A67" w14:textId="552D0E2C" w:rsidR="00547C3F" w:rsidRPr="00E81154" w:rsidRDefault="00547C3F" w:rsidP="00BE466B">
      <w:pPr>
        <w:numPr>
          <w:ilvl w:val="0"/>
          <w:numId w:val="15"/>
        </w:numPr>
      </w:pPr>
      <w:r w:rsidRPr="00E81154">
        <w:t>A role where your work makes a real difference across the organisation</w:t>
      </w:r>
      <w:r w:rsidR="0035256F" w:rsidRPr="00E81154">
        <w:t>.</w:t>
      </w:r>
    </w:p>
    <w:p w14:paraId="4A6AB78E" w14:textId="62F96920" w:rsidR="00547C3F" w:rsidRPr="00E81154" w:rsidRDefault="00547C3F" w:rsidP="00BE466B">
      <w:pPr>
        <w:numPr>
          <w:ilvl w:val="0"/>
          <w:numId w:val="15"/>
        </w:numPr>
      </w:pPr>
      <w:r w:rsidRPr="00E81154">
        <w:t>Flexible working arrangements supporting work</w:t>
      </w:r>
      <w:r w:rsidR="00571B76" w:rsidRPr="00E81154">
        <w:t>-</w:t>
      </w:r>
      <w:r w:rsidRPr="00E81154">
        <w:t>life balance</w:t>
      </w:r>
      <w:r w:rsidR="0035256F" w:rsidRPr="00E81154">
        <w:t>.</w:t>
      </w:r>
    </w:p>
    <w:p w14:paraId="5FB8FFD2" w14:textId="3ABAA331" w:rsidR="00547C3F" w:rsidRPr="00E81154" w:rsidRDefault="00547C3F" w:rsidP="00BE466B">
      <w:pPr>
        <w:numPr>
          <w:ilvl w:val="0"/>
          <w:numId w:val="15"/>
        </w:numPr>
      </w:pPr>
      <w:r w:rsidRPr="00E81154">
        <w:t>A strong commitment to equality, diversity, and inclusion</w:t>
      </w:r>
      <w:r w:rsidR="0035256F" w:rsidRPr="00E81154">
        <w:t>.</w:t>
      </w:r>
    </w:p>
    <w:p w14:paraId="1C1AD13F" w14:textId="7060A410" w:rsidR="00FA1CF6" w:rsidRPr="00E81154" w:rsidRDefault="00547C3F" w:rsidP="00FA1CF6">
      <w:r w:rsidRPr="00E81154">
        <w:t>Y</w:t>
      </w:r>
      <w:r w:rsidR="00FA1CF6" w:rsidRPr="00E81154">
        <w:t>ou will benefit from a comprehensive local government employment package</w:t>
      </w:r>
      <w:r w:rsidRPr="00E81154">
        <w:t xml:space="preserve"> which includes the following:</w:t>
      </w:r>
    </w:p>
    <w:p w14:paraId="09237F97" w14:textId="3E5E2A6B" w:rsidR="00FA1CF6" w:rsidRPr="00E81154" w:rsidRDefault="00FA1CF6" w:rsidP="00BE466B">
      <w:pPr>
        <w:numPr>
          <w:ilvl w:val="0"/>
          <w:numId w:val="7"/>
        </w:numPr>
      </w:pPr>
      <w:r w:rsidRPr="00E81154">
        <w:t>Competitive salary in line with NJC Local Government Pay Scales.</w:t>
      </w:r>
    </w:p>
    <w:p w14:paraId="5D01D2A5" w14:textId="6DA5BDB7" w:rsidR="00524633" w:rsidRPr="00E81154" w:rsidRDefault="00FA1CF6" w:rsidP="00BE466B">
      <w:pPr>
        <w:numPr>
          <w:ilvl w:val="0"/>
          <w:numId w:val="7"/>
        </w:numPr>
      </w:pPr>
      <w:r w:rsidRPr="00E81154">
        <w:t>Membership of the Local Government Pension Scheme (LGPS), providing a secure, defined benefit pension with employer contributions.</w:t>
      </w:r>
    </w:p>
    <w:p w14:paraId="55EF41BC" w14:textId="36CC7719" w:rsidR="00FA1CF6" w:rsidRPr="00E81154" w:rsidRDefault="00FA1CF6" w:rsidP="00FA1CF6">
      <w:pPr>
        <w:rPr>
          <w:b/>
          <w:bCs/>
          <w:color w:val="007CBB"/>
          <w:sz w:val="24"/>
          <w:szCs w:val="24"/>
        </w:rPr>
      </w:pPr>
      <w:r w:rsidRPr="00E81154">
        <w:rPr>
          <w:b/>
          <w:color w:val="007CBB"/>
          <w:sz w:val="24"/>
          <w:szCs w:val="24"/>
        </w:rPr>
        <w:t>Annual Leave and Work-Life Balance</w:t>
      </w:r>
    </w:p>
    <w:p w14:paraId="25D2CF9D" w14:textId="77777777" w:rsidR="00D74D8D" w:rsidRPr="00E81154" w:rsidRDefault="00D74D8D" w:rsidP="00BE466B">
      <w:pPr>
        <w:numPr>
          <w:ilvl w:val="0"/>
          <w:numId w:val="8"/>
        </w:numPr>
        <w:rPr>
          <w:rFonts w:eastAsia="Arial" w:cs="Arial"/>
        </w:rPr>
      </w:pPr>
      <w:r w:rsidRPr="00E81154">
        <w:t xml:space="preserve">Generous annual leave entitlement, </w:t>
      </w:r>
      <w:r w:rsidRPr="00E81154">
        <w:rPr>
          <w:rFonts w:eastAsia="Arial" w:cs="Arial"/>
        </w:rPr>
        <w:t>28 days annual leave rising to 33 days with 5 years continuous service.</w:t>
      </w:r>
    </w:p>
    <w:p w14:paraId="2B246258" w14:textId="02DB7649" w:rsidR="00FA1CF6" w:rsidRPr="00E81154" w:rsidRDefault="00FA1CF6" w:rsidP="00BE466B">
      <w:pPr>
        <w:numPr>
          <w:ilvl w:val="0"/>
          <w:numId w:val="8"/>
        </w:numPr>
      </w:pPr>
      <w:r w:rsidRPr="00E81154">
        <w:t>Additional public (bank) holidays.</w:t>
      </w:r>
    </w:p>
    <w:p w14:paraId="2DDD9C17" w14:textId="31F21007" w:rsidR="00FA1CF6" w:rsidRPr="00E81154" w:rsidRDefault="00FA1CF6" w:rsidP="00BE466B">
      <w:pPr>
        <w:numPr>
          <w:ilvl w:val="0"/>
          <w:numId w:val="8"/>
        </w:numPr>
      </w:pPr>
      <w:r w:rsidRPr="00E81154">
        <w:t>Flexible working options to support a healthy work</w:t>
      </w:r>
      <w:r w:rsidR="00390169" w:rsidRPr="00E81154">
        <w:t>-</w:t>
      </w:r>
      <w:r w:rsidRPr="00E81154">
        <w:t>life balance, subject to service needs.</w:t>
      </w:r>
    </w:p>
    <w:p w14:paraId="7B7E2274" w14:textId="46D56827" w:rsidR="00866E1F" w:rsidRPr="00E81154" w:rsidRDefault="00866E1F" w:rsidP="00BE466B">
      <w:pPr>
        <w:numPr>
          <w:ilvl w:val="0"/>
          <w:numId w:val="8"/>
        </w:numPr>
      </w:pPr>
      <w:r w:rsidRPr="00E81154">
        <w:t>Option to purchase additional annual leave</w:t>
      </w:r>
      <w:r w:rsidR="004F4A4E" w:rsidRPr="00E81154">
        <w:t>.</w:t>
      </w:r>
    </w:p>
    <w:p w14:paraId="6E4DB64D" w14:textId="1CA7F4E2" w:rsidR="009C6212" w:rsidRPr="00E81154" w:rsidRDefault="009C6212" w:rsidP="00BE466B">
      <w:pPr>
        <w:numPr>
          <w:ilvl w:val="0"/>
          <w:numId w:val="8"/>
        </w:numPr>
      </w:pPr>
      <w:r w:rsidRPr="00E81154">
        <w:t>Sefton operate a ‘Shut Down’ period over the Christmas period which staff contribute four fifths of a week’s pay over a 12-month period.</w:t>
      </w:r>
    </w:p>
    <w:p w14:paraId="303CA973" w14:textId="77777777" w:rsidR="00FA1CF6" w:rsidRPr="00E81154" w:rsidRDefault="00FA1CF6" w:rsidP="00FA1CF6">
      <w:pPr>
        <w:rPr>
          <w:b/>
          <w:color w:val="007CBB"/>
          <w:sz w:val="24"/>
          <w:szCs w:val="24"/>
        </w:rPr>
      </w:pPr>
      <w:r w:rsidRPr="00E81154">
        <w:rPr>
          <w:b/>
          <w:color w:val="007CBB"/>
          <w:sz w:val="24"/>
          <w:szCs w:val="24"/>
        </w:rPr>
        <w:t>Learning, Development and Career Progression</w:t>
      </w:r>
    </w:p>
    <w:p w14:paraId="1548A4CE" w14:textId="00AE3BD8" w:rsidR="00FA1CF6" w:rsidRPr="00E81154" w:rsidRDefault="40497DD4" w:rsidP="00BE466B">
      <w:pPr>
        <w:numPr>
          <w:ilvl w:val="0"/>
          <w:numId w:val="9"/>
        </w:numPr>
        <w:rPr>
          <w:rFonts w:eastAsia="Arial" w:cs="Arial"/>
          <w:color w:val="333333"/>
        </w:rPr>
      </w:pPr>
      <w:r w:rsidRPr="00E81154">
        <w:rPr>
          <w:rFonts w:eastAsia="Arial" w:cs="Arial"/>
          <w:color w:val="333333"/>
        </w:rPr>
        <w:lastRenderedPageBreak/>
        <w:t>A comprehensive induction programme</w:t>
      </w:r>
      <w:r w:rsidR="00B60B4B" w:rsidRPr="00E81154">
        <w:rPr>
          <w:rFonts w:eastAsia="Arial" w:cs="Arial"/>
          <w:color w:val="333333"/>
        </w:rPr>
        <w:t>.</w:t>
      </w:r>
    </w:p>
    <w:p w14:paraId="5EE662A9" w14:textId="0FBD5EDC" w:rsidR="00FA1CF6" w:rsidRPr="00E81154" w:rsidRDefault="00FA1CF6" w:rsidP="00BE466B">
      <w:pPr>
        <w:numPr>
          <w:ilvl w:val="0"/>
          <w:numId w:val="9"/>
        </w:numPr>
      </w:pPr>
      <w:r w:rsidRPr="00E81154">
        <w:t>Access to a wide range of training,</w:t>
      </w:r>
      <w:r w:rsidR="004A77F9" w:rsidRPr="00E81154">
        <w:t xml:space="preserve"> apprenticeships,</w:t>
      </w:r>
      <w:r w:rsidRPr="00E81154">
        <w:t xml:space="preserve"> learning</w:t>
      </w:r>
      <w:r w:rsidR="00B60B4B" w:rsidRPr="00E81154">
        <w:t xml:space="preserve">, </w:t>
      </w:r>
      <w:r w:rsidRPr="00E81154">
        <w:t>and development opportunities.</w:t>
      </w:r>
    </w:p>
    <w:p w14:paraId="4763E1C2" w14:textId="0E576700" w:rsidR="00FA1CF6" w:rsidRPr="00E81154" w:rsidRDefault="00FA1CF6" w:rsidP="00BE466B">
      <w:pPr>
        <w:numPr>
          <w:ilvl w:val="0"/>
          <w:numId w:val="9"/>
        </w:numPr>
      </w:pPr>
      <w:r w:rsidRPr="00E81154">
        <w:t>Support for professional development and role</w:t>
      </w:r>
      <w:r w:rsidR="1553788F" w:rsidRPr="00E81154">
        <w:t xml:space="preserve"> </w:t>
      </w:r>
      <w:r w:rsidRPr="00E81154">
        <w:t>related qualifications.</w:t>
      </w:r>
    </w:p>
    <w:p w14:paraId="5DD8ACB0" w14:textId="74D47779" w:rsidR="00FA1CF6" w:rsidRPr="00E81154" w:rsidRDefault="00FA1CF6" w:rsidP="00BE466B">
      <w:pPr>
        <w:numPr>
          <w:ilvl w:val="0"/>
          <w:numId w:val="9"/>
        </w:numPr>
      </w:pPr>
      <w:r w:rsidRPr="00E81154">
        <w:t>Opportunities to develop your career within a large and diverse local authority.</w:t>
      </w:r>
    </w:p>
    <w:p w14:paraId="223D7766" w14:textId="255CA8CC" w:rsidR="00FA1CF6" w:rsidRPr="00E81154" w:rsidRDefault="00FA1CF6" w:rsidP="00FA1CF6">
      <w:pPr>
        <w:rPr>
          <w:b/>
          <w:bCs/>
          <w:color w:val="007CBB"/>
          <w:sz w:val="24"/>
          <w:szCs w:val="24"/>
        </w:rPr>
      </w:pPr>
      <w:r w:rsidRPr="00E81154">
        <w:rPr>
          <w:b/>
          <w:color w:val="007CBB"/>
          <w:sz w:val="24"/>
          <w:szCs w:val="24"/>
        </w:rPr>
        <w:t>Health, Wellbeing and Support</w:t>
      </w:r>
    </w:p>
    <w:p w14:paraId="2606030D" w14:textId="37FB6254" w:rsidR="77853C98" w:rsidRPr="00E81154" w:rsidRDefault="2CAB6C3C" w:rsidP="00BE466B">
      <w:pPr>
        <w:numPr>
          <w:ilvl w:val="0"/>
          <w:numId w:val="10"/>
        </w:numPr>
      </w:pPr>
      <w:r w:rsidRPr="00E81154">
        <w:t>Enhanced sick pay scheme</w:t>
      </w:r>
      <w:r w:rsidR="002F759F" w:rsidRPr="00E81154">
        <w:t>.</w:t>
      </w:r>
      <w:r w:rsidRPr="00E81154">
        <w:t xml:space="preserve"> </w:t>
      </w:r>
    </w:p>
    <w:p w14:paraId="44C1E78D" w14:textId="6D39F806" w:rsidR="00FA1CF6" w:rsidRPr="00E81154" w:rsidRDefault="00FA1CF6" w:rsidP="00BE466B">
      <w:pPr>
        <w:numPr>
          <w:ilvl w:val="0"/>
          <w:numId w:val="10"/>
        </w:numPr>
      </w:pPr>
      <w:r w:rsidRPr="00E81154">
        <w:t>Employee wellbeing initiatives and access to occupational health support</w:t>
      </w:r>
      <w:r w:rsidR="009A71D2" w:rsidRPr="00E81154">
        <w:t>.</w:t>
      </w:r>
    </w:p>
    <w:p w14:paraId="38621623" w14:textId="7DB7ACE7" w:rsidR="00F933C1" w:rsidRPr="00E81154" w:rsidRDefault="00FA1CF6" w:rsidP="00713D70">
      <w:pPr>
        <w:numPr>
          <w:ilvl w:val="0"/>
          <w:numId w:val="10"/>
        </w:numPr>
        <w:spacing w:after="0"/>
      </w:pPr>
      <w:r w:rsidRPr="00E81154">
        <w:t>Policies that promote physical and mental wellbeing in the workplace</w:t>
      </w:r>
      <w:r w:rsidR="009A71D2" w:rsidRPr="00E81154">
        <w:t>.</w:t>
      </w:r>
    </w:p>
    <w:p w14:paraId="7EDB2502" w14:textId="77777777" w:rsidR="00475088" w:rsidRPr="00E81154" w:rsidRDefault="00475088" w:rsidP="00713D70">
      <w:pPr>
        <w:spacing w:after="0"/>
      </w:pPr>
    </w:p>
    <w:p w14:paraId="388A34D5" w14:textId="56293BB4" w:rsidR="00AE37D0" w:rsidRPr="00E81154" w:rsidRDefault="00FA1CF6" w:rsidP="00463B70">
      <w:pPr>
        <w:rPr>
          <w:b/>
          <w:color w:val="007CBB"/>
          <w:sz w:val="24"/>
          <w:szCs w:val="24"/>
        </w:rPr>
      </w:pPr>
      <w:r w:rsidRPr="00E81154">
        <w:rPr>
          <w:b/>
          <w:color w:val="007CBB"/>
          <w:sz w:val="24"/>
          <w:szCs w:val="24"/>
        </w:rPr>
        <w:t>Family-Friendly and Inclusive Policies</w:t>
      </w:r>
    </w:p>
    <w:p w14:paraId="66CEA451" w14:textId="77777777" w:rsidR="00496E8A" w:rsidRPr="00E81154" w:rsidRDefault="00496E8A" w:rsidP="00713D70">
      <w:pPr>
        <w:spacing w:after="0"/>
        <w:rPr>
          <w:rFonts w:eastAsia="Times New Roman" w:cs="Arial"/>
          <w:lang w:eastAsia="en-GB"/>
        </w:rPr>
      </w:pPr>
      <w:r w:rsidRPr="00E81154">
        <w:rPr>
          <w:rFonts w:eastAsia="Times New Roman" w:cs="Arial"/>
          <w:lang w:eastAsia="en-GB"/>
        </w:rPr>
        <w:t>Our family</w:t>
      </w:r>
      <w:r w:rsidRPr="00E81154">
        <w:rPr>
          <w:rFonts w:eastAsia="Times New Roman" w:cs="Arial"/>
          <w:lang w:eastAsia="en-GB"/>
        </w:rPr>
        <w:noBreakHyphen/>
        <w:t>friendly policies and flexible working arrangements help staff maintain a healthy work</w:t>
      </w:r>
      <w:r w:rsidRPr="00E81154">
        <w:rPr>
          <w:rFonts w:eastAsia="Times New Roman" w:cs="Arial"/>
          <w:lang w:eastAsia="en-GB"/>
        </w:rPr>
        <w:noBreakHyphen/>
        <w:t>life balance.</w:t>
      </w:r>
    </w:p>
    <w:p w14:paraId="3885244E" w14:textId="77777777" w:rsidR="00496E8A" w:rsidRPr="00E81154" w:rsidRDefault="00496E8A" w:rsidP="00713D70">
      <w:pPr>
        <w:spacing w:after="0"/>
        <w:rPr>
          <w:b/>
          <w:bCs/>
          <w:color w:val="007CBB"/>
        </w:rPr>
      </w:pPr>
    </w:p>
    <w:p w14:paraId="0548282F" w14:textId="26B77CFF" w:rsidR="00FA1CF6" w:rsidRPr="00E81154" w:rsidRDefault="00FA1CF6" w:rsidP="00713D70">
      <w:pPr>
        <w:numPr>
          <w:ilvl w:val="0"/>
          <w:numId w:val="11"/>
        </w:numPr>
        <w:spacing w:after="0"/>
        <w:rPr>
          <w:rFonts w:eastAsia="Arial" w:cs="Arial"/>
        </w:rPr>
      </w:pPr>
      <w:r w:rsidRPr="00E81154">
        <w:t>Family</w:t>
      </w:r>
      <w:r w:rsidR="6D5F31B3" w:rsidRPr="00E81154">
        <w:t xml:space="preserve"> </w:t>
      </w:r>
      <w:r w:rsidRPr="00E81154">
        <w:t xml:space="preserve">friendly policies, including </w:t>
      </w:r>
      <w:r w:rsidR="2D5FFB87" w:rsidRPr="00E81154">
        <w:t xml:space="preserve">enhanced </w:t>
      </w:r>
      <w:r w:rsidRPr="00E81154">
        <w:t xml:space="preserve">maternity, paternity, adoption, </w:t>
      </w:r>
      <w:r w:rsidR="00382592" w:rsidRPr="00E81154">
        <w:t xml:space="preserve">neonatal care </w:t>
      </w:r>
      <w:r w:rsidRPr="00E81154">
        <w:t xml:space="preserve">and </w:t>
      </w:r>
      <w:r w:rsidR="5B2B7029" w:rsidRPr="00E81154">
        <w:rPr>
          <w:rFonts w:ascii="Helvetica" w:eastAsia="Helvetica" w:hAnsi="Helvetica" w:cs="Helvetica"/>
          <w:color w:val="333333"/>
          <w:sz w:val="21"/>
          <w:szCs w:val="21"/>
        </w:rPr>
        <w:t>special</w:t>
      </w:r>
      <w:r w:rsidRPr="00E81154">
        <w:rPr>
          <w:rFonts w:ascii="Helvetica" w:eastAsia="Helvetica" w:hAnsi="Helvetica" w:cs="Helvetica"/>
          <w:color w:val="333333"/>
          <w:sz w:val="21"/>
          <w:szCs w:val="21"/>
        </w:rPr>
        <w:t xml:space="preserve"> leave</w:t>
      </w:r>
      <w:r w:rsidR="5B2B7029" w:rsidRPr="00E81154">
        <w:rPr>
          <w:rFonts w:ascii="Helvetica" w:eastAsia="Helvetica" w:hAnsi="Helvetica" w:cs="Helvetica"/>
          <w:color w:val="333333"/>
          <w:sz w:val="21"/>
          <w:szCs w:val="21"/>
        </w:rPr>
        <w:t xml:space="preserve"> </w:t>
      </w:r>
      <w:r w:rsidR="5B2B7029" w:rsidRPr="00E81154">
        <w:rPr>
          <w:rFonts w:ascii="Helvetica" w:eastAsia="Helvetica" w:hAnsi="Helvetica" w:cs="Helvetica"/>
          <w:sz w:val="21"/>
          <w:szCs w:val="21"/>
        </w:rPr>
        <w:t xml:space="preserve">to support </w:t>
      </w:r>
      <w:r w:rsidR="00CE7343" w:rsidRPr="00E81154">
        <w:rPr>
          <w:rFonts w:ascii="Helvetica" w:eastAsia="Helvetica" w:hAnsi="Helvetica" w:cs="Helvetica"/>
          <w:sz w:val="21"/>
          <w:szCs w:val="21"/>
        </w:rPr>
        <w:t>with</w:t>
      </w:r>
      <w:r w:rsidR="5B2B7029" w:rsidRPr="00E81154">
        <w:rPr>
          <w:rFonts w:ascii="Helvetica" w:eastAsia="Helvetica" w:hAnsi="Helvetica" w:cs="Helvetica"/>
          <w:sz w:val="21"/>
          <w:szCs w:val="21"/>
        </w:rPr>
        <w:t xml:space="preserve"> </w:t>
      </w:r>
      <w:r w:rsidR="00FC4661" w:rsidRPr="00E81154">
        <w:rPr>
          <w:rFonts w:ascii="Helvetica" w:eastAsia="Helvetica" w:hAnsi="Helvetica" w:cs="Helvetica"/>
          <w:sz w:val="21"/>
          <w:szCs w:val="21"/>
        </w:rPr>
        <w:t>time</w:t>
      </w:r>
      <w:r w:rsidR="5B2B7029" w:rsidRPr="00E81154">
        <w:rPr>
          <w:rFonts w:ascii="Helvetica" w:eastAsia="Helvetica" w:hAnsi="Helvetica" w:cs="Helvetica"/>
          <w:sz w:val="21"/>
          <w:szCs w:val="21"/>
        </w:rPr>
        <w:t xml:space="preserve"> off work to deal with issues</w:t>
      </w:r>
      <w:r w:rsidR="00CE7343" w:rsidRPr="00E81154">
        <w:rPr>
          <w:rFonts w:ascii="Helvetica" w:eastAsia="Helvetica" w:hAnsi="Helvetica" w:cs="Helvetica"/>
          <w:sz w:val="21"/>
          <w:szCs w:val="21"/>
        </w:rPr>
        <w:t xml:space="preserve"> when</w:t>
      </w:r>
      <w:r w:rsidR="5B2B7029" w:rsidRPr="00E81154">
        <w:rPr>
          <w:rFonts w:ascii="Helvetica" w:eastAsia="Helvetica" w:hAnsi="Helvetica" w:cs="Helvetica"/>
          <w:sz w:val="21"/>
          <w:szCs w:val="21"/>
        </w:rPr>
        <w:t xml:space="preserve"> </w:t>
      </w:r>
      <w:r w:rsidR="00CE7343" w:rsidRPr="00E81154">
        <w:rPr>
          <w:rFonts w:ascii="Helvetica" w:eastAsia="Helvetica" w:hAnsi="Helvetica" w:cs="Helvetica"/>
          <w:sz w:val="21"/>
          <w:szCs w:val="21"/>
        </w:rPr>
        <w:t>life events happen</w:t>
      </w:r>
      <w:r w:rsidR="5B2B7029" w:rsidRPr="00E81154">
        <w:rPr>
          <w:rFonts w:ascii="Helvetica" w:eastAsia="Helvetica" w:hAnsi="Helvetica" w:cs="Helvetica"/>
          <w:sz w:val="21"/>
          <w:szCs w:val="21"/>
        </w:rPr>
        <w:t>.</w:t>
      </w:r>
    </w:p>
    <w:p w14:paraId="6D8C3553" w14:textId="77777777" w:rsidR="00CE7343" w:rsidRPr="00E81154" w:rsidRDefault="00CE7343" w:rsidP="00CE7343">
      <w:pPr>
        <w:spacing w:after="0"/>
        <w:ind w:left="720"/>
        <w:rPr>
          <w:rFonts w:eastAsia="Arial" w:cs="Arial"/>
        </w:rPr>
      </w:pPr>
    </w:p>
    <w:p w14:paraId="3C3A5576" w14:textId="039CFF47" w:rsidR="00FA1CF6" w:rsidRPr="00E81154" w:rsidRDefault="00FA1CF6" w:rsidP="00BE466B">
      <w:pPr>
        <w:numPr>
          <w:ilvl w:val="0"/>
          <w:numId w:val="11"/>
        </w:numPr>
      </w:pPr>
      <w:r w:rsidRPr="00E81154">
        <w:t>A strong organisational commitment to equality, diversity, and inclusion</w:t>
      </w:r>
      <w:r w:rsidR="009A71D2" w:rsidRPr="00E81154">
        <w:t>.</w:t>
      </w:r>
    </w:p>
    <w:p w14:paraId="24ED6729" w14:textId="1AFE8D00" w:rsidR="00FA1CF6" w:rsidRPr="00E81154" w:rsidRDefault="00FA1CF6" w:rsidP="00BE466B">
      <w:pPr>
        <w:numPr>
          <w:ilvl w:val="0"/>
          <w:numId w:val="11"/>
        </w:numPr>
      </w:pPr>
      <w:r w:rsidRPr="00E81154">
        <w:t>Reasonable adjustments and support to enable disabled employees to thrive</w:t>
      </w:r>
      <w:r w:rsidR="009A71D2" w:rsidRPr="00E81154">
        <w:t>.</w:t>
      </w:r>
    </w:p>
    <w:p w14:paraId="04B79371" w14:textId="77777777" w:rsidR="00680CB4" w:rsidRPr="00E81154" w:rsidRDefault="00680CB4" w:rsidP="00680CB4">
      <w:pPr>
        <w:rPr>
          <w:b/>
          <w:bCs/>
          <w:color w:val="007CBB"/>
          <w:sz w:val="24"/>
          <w:szCs w:val="24"/>
        </w:rPr>
      </w:pPr>
      <w:r w:rsidRPr="00E81154">
        <w:rPr>
          <w:b/>
          <w:color w:val="007CBB"/>
          <w:sz w:val="24"/>
          <w:szCs w:val="24"/>
        </w:rPr>
        <w:t>Foster Friendly Employer Commitment</w:t>
      </w:r>
    </w:p>
    <w:p w14:paraId="7C81B977" w14:textId="18C0893D" w:rsidR="00C47990" w:rsidRPr="00E81154" w:rsidRDefault="00680CB4" w:rsidP="00C47990">
      <w:pPr>
        <w:spacing w:after="0"/>
        <w:rPr>
          <w:rFonts w:eastAsia="Times New Roman" w:cs="Arial"/>
          <w:lang w:eastAsia="en-GB"/>
        </w:rPr>
      </w:pPr>
      <w:r w:rsidRPr="00E81154">
        <w:rPr>
          <w:rFonts w:eastAsia="Times New Roman" w:cs="Arial"/>
          <w:lang w:eastAsia="en-GB"/>
        </w:rPr>
        <w:t xml:space="preserve">Sefton Council is proud to be a </w:t>
      </w:r>
      <w:r w:rsidRPr="00E81154">
        <w:rPr>
          <w:rFonts w:eastAsia="Times New Roman" w:cs="Arial"/>
          <w:i/>
          <w:iCs/>
          <w:lang w:eastAsia="en-GB"/>
        </w:rPr>
        <w:t>Foster Friendly</w:t>
      </w:r>
      <w:r w:rsidRPr="00E81154">
        <w:rPr>
          <w:rFonts w:eastAsia="Times New Roman" w:cs="Arial"/>
          <w:lang w:eastAsia="en-GB"/>
        </w:rPr>
        <w:t xml:space="preserve"> organisation</w:t>
      </w:r>
      <w:r w:rsidR="00BC737D" w:rsidRPr="00E81154">
        <w:rPr>
          <w:rFonts w:eastAsia="Times New Roman" w:cs="Arial"/>
          <w:lang w:eastAsia="en-GB"/>
        </w:rPr>
        <w:t xml:space="preserve"> as recognised by The Fostering Network</w:t>
      </w:r>
      <w:r w:rsidRPr="00E81154">
        <w:rPr>
          <w:rFonts w:eastAsia="Times New Roman" w:cs="Arial"/>
          <w:lang w:eastAsia="en-GB"/>
        </w:rPr>
        <w:t xml:space="preserve">. </w:t>
      </w:r>
      <w:r w:rsidR="00442354" w:rsidRPr="00E81154">
        <w:rPr>
          <w:rFonts w:eastAsia="Times New Roman" w:cs="Arial"/>
          <w:lang w:eastAsia="en-GB"/>
        </w:rPr>
        <w:t xml:space="preserve"> </w:t>
      </w:r>
      <w:r w:rsidRPr="00E81154">
        <w:rPr>
          <w:rFonts w:eastAsia="Times New Roman" w:cs="Arial"/>
          <w:lang w:eastAsia="en-GB"/>
        </w:rPr>
        <w:t>We actively support employees who are foster carers or who are applying to foster by offering flexible working arrangements, paid time off for fostering</w:t>
      </w:r>
      <w:r w:rsidRPr="00E81154">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E81154" w:rsidRDefault="00680CB4" w:rsidP="00C41AA7">
      <w:pPr>
        <w:spacing w:after="0"/>
        <w:rPr>
          <w:b/>
          <w:bCs/>
          <w:sz w:val="24"/>
          <w:szCs w:val="24"/>
        </w:rPr>
      </w:pPr>
      <w:r w:rsidRPr="00E81154">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E81154" w:rsidRDefault="00C41AA7" w:rsidP="00C41AA7">
      <w:pPr>
        <w:spacing w:after="0"/>
        <w:rPr>
          <w:b/>
          <w:bCs/>
          <w:sz w:val="24"/>
          <w:szCs w:val="24"/>
        </w:rPr>
      </w:pPr>
    </w:p>
    <w:p w14:paraId="76F8D629" w14:textId="1A6E53BD" w:rsidR="00FA1CF6" w:rsidRPr="00E81154" w:rsidRDefault="00FA1CF6" w:rsidP="00FA1CF6">
      <w:pPr>
        <w:rPr>
          <w:b/>
          <w:bCs/>
          <w:color w:val="007CBB"/>
        </w:rPr>
      </w:pPr>
      <w:r w:rsidRPr="00E81154">
        <w:rPr>
          <w:b/>
          <w:color w:val="007CBB"/>
          <w:sz w:val="24"/>
          <w:szCs w:val="24"/>
        </w:rPr>
        <w:t xml:space="preserve">Additional Benefits </w:t>
      </w:r>
    </w:p>
    <w:p w14:paraId="5CF81CB4" w14:textId="32740C2C" w:rsidR="00FA1CF6" w:rsidRPr="00E81154" w:rsidRDefault="00FA1CF6" w:rsidP="00BE466B">
      <w:pPr>
        <w:numPr>
          <w:ilvl w:val="0"/>
          <w:numId w:val="12"/>
        </w:numPr>
      </w:pPr>
      <w:r w:rsidRPr="00E81154">
        <w:t>Access to salary sacrifice and employee benefit schemes (where applicable)</w:t>
      </w:r>
      <w:r w:rsidR="009A71D2" w:rsidRPr="00E81154">
        <w:t>.</w:t>
      </w:r>
    </w:p>
    <w:p w14:paraId="35720D3E" w14:textId="2903BF4A" w:rsidR="00FA1CF6" w:rsidRPr="00E81154" w:rsidRDefault="00FA1CF6" w:rsidP="00BE466B">
      <w:pPr>
        <w:numPr>
          <w:ilvl w:val="0"/>
          <w:numId w:val="12"/>
        </w:numPr>
      </w:pPr>
      <w:r w:rsidRPr="00E81154">
        <w:t>Opportunities to contribute to meaningful work that supports local communities</w:t>
      </w:r>
      <w:r w:rsidR="009A71D2" w:rsidRPr="00E81154">
        <w:t>.</w:t>
      </w:r>
    </w:p>
    <w:p w14:paraId="09F959D1" w14:textId="562C695E" w:rsidR="007B5705" w:rsidRPr="00E81154" w:rsidRDefault="00FA1CF6" w:rsidP="00BE466B">
      <w:pPr>
        <w:numPr>
          <w:ilvl w:val="0"/>
          <w:numId w:val="12"/>
        </w:numPr>
      </w:pPr>
      <w:r w:rsidRPr="00E81154">
        <w:lastRenderedPageBreak/>
        <w:t>A supportive, values</w:t>
      </w:r>
      <w:r w:rsidR="22D06755" w:rsidRPr="00E81154">
        <w:t xml:space="preserve"> </w:t>
      </w:r>
      <w:r w:rsidRPr="00E81154">
        <w:t>led organisational culture</w:t>
      </w:r>
      <w:r w:rsidR="009A71D2" w:rsidRPr="00E81154">
        <w:t>.</w:t>
      </w:r>
    </w:p>
    <w:p w14:paraId="273320BF" w14:textId="036F149C" w:rsidR="001115BF" w:rsidRPr="00E81154" w:rsidRDefault="6324EC2D" w:rsidP="001115BF">
      <w:pPr>
        <w:numPr>
          <w:ilvl w:val="0"/>
          <w:numId w:val="12"/>
        </w:numPr>
        <w:spacing w:line="240" w:lineRule="auto"/>
      </w:pPr>
      <w:r w:rsidRPr="00E81154">
        <w:t>Free parking at office bases (dependent</w:t>
      </w:r>
      <w:r w:rsidR="004B7AC3" w:rsidRPr="00E81154">
        <w:t xml:space="preserve"> upon the work location</w:t>
      </w:r>
      <w:r w:rsidRPr="00E81154">
        <w:t>)</w:t>
      </w:r>
      <w:r w:rsidR="002B35AD" w:rsidRPr="00E81154">
        <w:t>.</w:t>
      </w:r>
    </w:p>
    <w:p w14:paraId="4B4222BA" w14:textId="1651A9B5" w:rsidR="00E41A4B" w:rsidRPr="00E81154" w:rsidRDefault="00644E3D" w:rsidP="00511F96">
      <w:pPr>
        <w:pStyle w:val="Heading2"/>
        <w:spacing w:before="0"/>
        <w:rPr>
          <w:rFonts w:ascii="Arial" w:hAnsi="Arial" w:cs="Arial"/>
          <w:color w:val="007CBB"/>
          <w:sz w:val="28"/>
          <w:szCs w:val="28"/>
        </w:rPr>
      </w:pPr>
      <w:bookmarkStart w:id="6" w:name="_Toc222994881"/>
      <w:r w:rsidRPr="00E81154">
        <w:rPr>
          <w:rFonts w:ascii="Arial" w:hAnsi="Arial" w:cs="Arial"/>
          <w:color w:val="007CBB"/>
          <w:sz w:val="28"/>
          <w:szCs w:val="28"/>
        </w:rPr>
        <w:t>About the Role</w:t>
      </w:r>
      <w:bookmarkEnd w:id="6"/>
    </w:p>
    <w:p w14:paraId="3E3D4725" w14:textId="28FA07F8" w:rsidR="00D209CE" w:rsidRPr="00C0571E" w:rsidRDefault="00D209CE" w:rsidP="00D209CE">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W</w:t>
      </w:r>
      <w:r w:rsidRPr="00C0571E">
        <w:rPr>
          <w:rFonts w:ascii="Segoe UI" w:eastAsia="Times New Roman" w:hAnsi="Segoe UI" w:cs="Segoe UI"/>
          <w:sz w:val="21"/>
          <w:szCs w:val="21"/>
          <w:lang w:eastAsia="en-GB"/>
        </w:rPr>
        <w:t>orking as part of a dedicated team, you will help create positive experiences for children through play-based activities and age-appropriate learning opportunities. This role requires a high level of concentration, with the ability to remain vigilant, alert, and attentive at all times to ensure the safety and welfare of every child in your car</w:t>
      </w:r>
      <w:r>
        <w:rPr>
          <w:rFonts w:ascii="Segoe UI" w:eastAsia="Times New Roman" w:hAnsi="Segoe UI" w:cs="Segoe UI"/>
          <w:sz w:val="21"/>
          <w:szCs w:val="21"/>
          <w:lang w:eastAsia="en-GB"/>
        </w:rPr>
        <w:t>e.</w:t>
      </w:r>
    </w:p>
    <w:p w14:paraId="62DA2C93" w14:textId="77777777" w:rsidR="0043734A" w:rsidRPr="00E81154" w:rsidRDefault="0043734A" w:rsidP="0043734A">
      <w:pPr>
        <w:spacing w:before="100" w:beforeAutospacing="1" w:after="100" w:afterAutospacing="1" w:line="300" w:lineRule="atLeast"/>
        <w:rPr>
          <w:rFonts w:eastAsia="Times New Roman" w:cs="Arial"/>
          <w:lang w:eastAsia="en-GB"/>
        </w:rPr>
      </w:pPr>
      <w:r w:rsidRPr="00E81154">
        <w:rPr>
          <w:rFonts w:eastAsia="Times New Roman" w:cs="Arial"/>
          <w:lang w:eastAsia="en-GB"/>
        </w:rPr>
        <w:t>You will play an important role in delivering high-quality services to the public, ensuring all visitors receive a welcoming, professional, and efficient service.</w:t>
      </w:r>
    </w:p>
    <w:p w14:paraId="66ECEF39" w14:textId="77777777" w:rsidR="0043734A" w:rsidRPr="00E81154" w:rsidRDefault="0043734A" w:rsidP="0043734A">
      <w:pPr>
        <w:spacing w:before="100" w:beforeAutospacing="1" w:after="100" w:afterAutospacing="1" w:line="300" w:lineRule="atLeast"/>
        <w:outlineLvl w:val="2"/>
        <w:rPr>
          <w:rFonts w:eastAsia="Times New Roman" w:cs="Arial"/>
          <w:b/>
          <w:bCs/>
          <w:lang w:eastAsia="en-GB"/>
        </w:rPr>
      </w:pPr>
      <w:r w:rsidRPr="00E81154">
        <w:rPr>
          <w:rFonts w:eastAsia="Times New Roman" w:cs="Arial"/>
          <w:b/>
          <w:bCs/>
          <w:lang w:eastAsia="en-GB"/>
        </w:rPr>
        <w:t>Key Responsibilities</w:t>
      </w:r>
    </w:p>
    <w:p w14:paraId="0D30FCF7" w14:textId="77777777" w:rsidR="00D209CE" w:rsidRPr="00C0571E" w:rsidRDefault="00D209CE" w:rsidP="00D209CE">
      <w:pPr>
        <w:spacing w:before="100" w:beforeAutospacing="1" w:after="100" w:afterAutospacing="1" w:line="300" w:lineRule="atLeast"/>
        <w:outlineLvl w:val="1"/>
        <w:rPr>
          <w:rFonts w:ascii="Segoe UI" w:eastAsia="Times New Roman" w:hAnsi="Segoe UI" w:cs="Segoe UI"/>
          <w:b/>
          <w:bCs/>
          <w:sz w:val="36"/>
          <w:szCs w:val="36"/>
          <w:lang w:eastAsia="en-GB"/>
        </w:rPr>
      </w:pPr>
      <w:r w:rsidRPr="00C0571E">
        <w:rPr>
          <w:rFonts w:ascii="Segoe UI" w:eastAsia="Times New Roman" w:hAnsi="Segoe UI" w:cs="Segoe UI"/>
          <w:b/>
          <w:bCs/>
          <w:sz w:val="36"/>
          <w:szCs w:val="36"/>
          <w:lang w:eastAsia="en-GB"/>
        </w:rPr>
        <w:t>Key Responsibilities</w:t>
      </w:r>
    </w:p>
    <w:p w14:paraId="2B653B0A"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Provide a safe, welcoming, and engaging environment for children aged 0–5 years.</w:t>
      </w:r>
    </w:p>
    <w:p w14:paraId="6596C805"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Supervise children at all times, ensuring their safety and wellbeing.</w:t>
      </w:r>
    </w:p>
    <w:p w14:paraId="64845C67"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Support children's learning, development, and play through age-appropriate activities.</w:t>
      </w:r>
    </w:p>
    <w:p w14:paraId="44D9CD89"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Work effectively as part of a team to deliver a high-quality crèche service.</w:t>
      </w:r>
    </w:p>
    <w:p w14:paraId="72AECCBE"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Set up and store equipment and resources as required.</w:t>
      </w:r>
    </w:p>
    <w:p w14:paraId="36F19C45"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Maintain high standards of cleanliness, hygiene, and presentation throughout the crèche.</w:t>
      </w:r>
    </w:p>
    <w:p w14:paraId="6E04D7A8" w14:textId="77777777" w:rsidR="00D209CE" w:rsidRPr="00C0571E" w:rsidRDefault="00D209CE" w:rsidP="00D209CE">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Follow all safeguarding, health and safety, and operational procedures.</w:t>
      </w:r>
    </w:p>
    <w:p w14:paraId="4AD24B01" w14:textId="77777777" w:rsidR="00D209CE" w:rsidRPr="00C0571E" w:rsidRDefault="00D209CE" w:rsidP="00D209CE">
      <w:pPr>
        <w:spacing w:before="100" w:beforeAutospacing="1" w:after="100" w:afterAutospacing="1" w:line="300" w:lineRule="atLeast"/>
        <w:outlineLvl w:val="1"/>
        <w:rPr>
          <w:rFonts w:ascii="Segoe UI" w:eastAsia="Times New Roman" w:hAnsi="Segoe UI" w:cs="Segoe UI"/>
          <w:b/>
          <w:bCs/>
          <w:sz w:val="36"/>
          <w:szCs w:val="36"/>
          <w:lang w:eastAsia="en-GB"/>
        </w:rPr>
      </w:pPr>
      <w:r w:rsidRPr="00C0571E">
        <w:rPr>
          <w:rFonts w:ascii="Segoe UI" w:eastAsia="Times New Roman" w:hAnsi="Segoe UI" w:cs="Segoe UI"/>
          <w:b/>
          <w:bCs/>
          <w:sz w:val="36"/>
          <w:szCs w:val="36"/>
          <w:lang w:eastAsia="en-GB"/>
        </w:rPr>
        <w:t>Essential Qualifications</w:t>
      </w:r>
    </w:p>
    <w:p w14:paraId="009452B0" w14:textId="77777777" w:rsidR="00D209CE" w:rsidRPr="00C0571E" w:rsidRDefault="00D209CE" w:rsidP="00D209CE">
      <w:pPr>
        <w:numPr>
          <w:ilvl w:val="0"/>
          <w:numId w:val="45"/>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NVQ Level 2 in Childcare, Learning and Development (or equivalent).</w:t>
      </w:r>
    </w:p>
    <w:p w14:paraId="5534DDF0" w14:textId="77777777" w:rsidR="00D209CE" w:rsidRPr="00C0571E" w:rsidRDefault="00D209CE" w:rsidP="00D209CE">
      <w:pPr>
        <w:numPr>
          <w:ilvl w:val="0"/>
          <w:numId w:val="45"/>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BTEC in Childcare (or equivalent).</w:t>
      </w:r>
    </w:p>
    <w:p w14:paraId="68331C46" w14:textId="77777777" w:rsidR="00D209CE" w:rsidRPr="00C0571E" w:rsidRDefault="00D209CE" w:rsidP="00D209CE">
      <w:pPr>
        <w:numPr>
          <w:ilvl w:val="0"/>
          <w:numId w:val="45"/>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First Aid qualification.</w:t>
      </w:r>
    </w:p>
    <w:p w14:paraId="0BD097CD" w14:textId="77777777" w:rsidR="00D209CE" w:rsidRPr="00C0571E" w:rsidRDefault="00D209CE" w:rsidP="00D209CE">
      <w:pPr>
        <w:spacing w:before="100" w:beforeAutospacing="1" w:after="100" w:afterAutospacing="1" w:line="300" w:lineRule="atLeast"/>
        <w:outlineLvl w:val="1"/>
        <w:rPr>
          <w:rFonts w:ascii="Segoe UI" w:eastAsia="Times New Roman" w:hAnsi="Segoe UI" w:cs="Segoe UI"/>
          <w:b/>
          <w:bCs/>
          <w:sz w:val="36"/>
          <w:szCs w:val="36"/>
          <w:lang w:eastAsia="en-GB"/>
        </w:rPr>
      </w:pPr>
      <w:r w:rsidRPr="00C0571E">
        <w:rPr>
          <w:rFonts w:ascii="Segoe UI" w:eastAsia="Times New Roman" w:hAnsi="Segoe UI" w:cs="Segoe UI"/>
          <w:b/>
          <w:bCs/>
          <w:sz w:val="36"/>
          <w:szCs w:val="36"/>
          <w:lang w:eastAsia="en-GB"/>
        </w:rPr>
        <w:t>Skills and Experience</w:t>
      </w:r>
    </w:p>
    <w:p w14:paraId="5C5C5C4D" w14:textId="77777777" w:rsidR="00D209CE" w:rsidRPr="00C0571E" w:rsidRDefault="00D209CE" w:rsidP="00D209CE">
      <w:p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We are looking for someone who can demonstrate:</w:t>
      </w:r>
    </w:p>
    <w:p w14:paraId="5E4DE517"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The ability to remain vigilant, alert, and attentive at all times.</w:t>
      </w:r>
    </w:p>
    <w:p w14:paraId="6D5A8B81"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A calm and professional approach in challenging or emergency situations.</w:t>
      </w:r>
    </w:p>
    <w:p w14:paraId="45A6C022"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Excellent communication and interpersonal skills.</w:t>
      </w:r>
    </w:p>
    <w:p w14:paraId="2925C453"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lastRenderedPageBreak/>
        <w:t>Strong customer service skills.</w:t>
      </w:r>
    </w:p>
    <w:p w14:paraId="28E9742D"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Good awareness of health and safety practices.</w:t>
      </w:r>
    </w:p>
    <w:p w14:paraId="1F1ABBE4"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The ability to maintain high standards of cleanliness and organisation.</w:t>
      </w:r>
    </w:p>
    <w:p w14:paraId="5FA6CFA0" w14:textId="77777777" w:rsidR="00D209CE" w:rsidRPr="00C0571E" w:rsidRDefault="00D209CE" w:rsidP="00D209CE">
      <w:pPr>
        <w:numPr>
          <w:ilvl w:val="0"/>
          <w:numId w:val="46"/>
        </w:numPr>
        <w:spacing w:before="100" w:beforeAutospacing="1" w:after="100" w:afterAutospacing="1" w:line="300" w:lineRule="atLeast"/>
        <w:rPr>
          <w:rFonts w:ascii="Segoe UI" w:eastAsia="Times New Roman" w:hAnsi="Segoe UI" w:cs="Segoe UI"/>
          <w:sz w:val="21"/>
          <w:szCs w:val="21"/>
          <w:lang w:eastAsia="en-GB"/>
        </w:rPr>
      </w:pPr>
      <w:r w:rsidRPr="00C0571E">
        <w:rPr>
          <w:rFonts w:ascii="Segoe UI" w:eastAsia="Times New Roman" w:hAnsi="Segoe UI" w:cs="Segoe UI"/>
          <w:sz w:val="21"/>
          <w:szCs w:val="21"/>
          <w:lang w:eastAsia="en-GB"/>
        </w:rPr>
        <w:t>Experience of working with young children in a childcare setting.</w:t>
      </w:r>
    </w:p>
    <w:p w14:paraId="635B48B9" w14:textId="77777777" w:rsidR="00E20BF1" w:rsidRPr="00C41AA7" w:rsidRDefault="00E20BF1" w:rsidP="00822870">
      <w:pPr>
        <w:spacing w:after="0" w:line="240" w:lineRule="auto"/>
        <w:jc w:val="both"/>
        <w:rPr>
          <w:rFonts w:cs="Calibri"/>
          <w:highlight w:val="red"/>
        </w:rPr>
      </w:pPr>
    </w:p>
    <w:p w14:paraId="4DC73A78" w14:textId="77777777" w:rsidR="0043734A" w:rsidRDefault="0043734A" w:rsidP="0043734A">
      <w:pPr>
        <w:spacing w:before="100" w:beforeAutospacing="1" w:after="0" w:line="300" w:lineRule="atLeast"/>
        <w:rPr>
          <w:rFonts w:eastAsia="Times New Roman" w:cs="Arial"/>
          <w:highlight w:val="red"/>
          <w:lang w:eastAsia="en-GB"/>
        </w:rPr>
      </w:pPr>
    </w:p>
    <w:p w14:paraId="41728CBE" w14:textId="778B133A" w:rsidR="00972DD3" w:rsidRPr="00BC7AD1" w:rsidRDefault="0031331E" w:rsidP="00BC7AD1">
      <w:pPr>
        <w:shd w:val="clear" w:color="auto" w:fill="0070C0"/>
        <w:spacing w:before="100" w:beforeAutospacing="1" w:after="0" w:line="300" w:lineRule="atLeast"/>
        <w:rPr>
          <w:rFonts w:cs="Arial"/>
          <w:b/>
          <w:outline/>
          <w:color w:val="4BACC6" w:themeColor="accent5"/>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bookmarkStart w:id="7" w:name="_Toc222994882"/>
      <w:r w:rsidRPr="00BC7AD1">
        <w:rPr>
          <w:rFonts w:eastAsia="Times New Roman" w:cs="Arial"/>
          <w:b/>
          <w:outline/>
          <w:color w:val="4BACC6" w:themeColor="accent5"/>
          <w:lang w:eastAsia="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Ti</w:t>
      </w:r>
      <w:r w:rsidRPr="00BC7AD1">
        <w:rPr>
          <w:rFonts w:cs="Arial"/>
          <w:b/>
          <w:outline/>
          <w:color w:val="4BACC6" w:themeColor="accent5"/>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ps</w:t>
      </w:r>
      <w:r w:rsidR="0041539A" w:rsidRPr="00BC7AD1">
        <w:rPr>
          <w:rFonts w:cs="Arial"/>
          <w:b/>
          <w:outline/>
          <w:color w:val="4BACC6" w:themeColor="accent5"/>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on </w:t>
      </w:r>
      <w:r w:rsidR="00E16F88" w:rsidRPr="00BC7AD1">
        <w:rPr>
          <w:rFonts w:cs="Arial"/>
          <w:b/>
          <w:outline/>
          <w:color w:val="4BACC6" w:themeColor="accent5"/>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How to Apply</w:t>
      </w:r>
      <w:bookmarkEnd w:id="7"/>
    </w:p>
    <w:p w14:paraId="54751EE5" w14:textId="77777777" w:rsidR="00972DD3" w:rsidRPr="0066369C" w:rsidRDefault="00972DD3" w:rsidP="00972DD3">
      <w:pPr>
        <w:spacing w:after="0" w:line="240" w:lineRule="auto"/>
      </w:pPr>
    </w:p>
    <w:p w14:paraId="3D8C56CF" w14:textId="5D665721" w:rsidR="005F3F2A" w:rsidRPr="0066369C" w:rsidRDefault="005F3F2A" w:rsidP="00972DD3">
      <w:pPr>
        <w:spacing w:after="0" w:line="240" w:lineRule="auto"/>
      </w:pPr>
      <w:r w:rsidRPr="0066369C">
        <w:t xml:space="preserve">Submitting a strong application gives you the best chance of progressing to the next stage of the recruitment process. </w:t>
      </w:r>
      <w:r w:rsidR="00C56AA1" w:rsidRPr="0066369C">
        <w:t xml:space="preserve"> </w:t>
      </w:r>
      <w:r w:rsidRPr="0066369C">
        <w:t>The following guidance applies to all roles and will help you prepare a clear, compelling application:</w:t>
      </w:r>
    </w:p>
    <w:p w14:paraId="71F1570A" w14:textId="77777777" w:rsidR="00972DD3" w:rsidRPr="0066369C" w:rsidRDefault="00972DD3" w:rsidP="00972DD3">
      <w:pPr>
        <w:spacing w:after="0" w:line="240" w:lineRule="auto"/>
      </w:pPr>
    </w:p>
    <w:p w14:paraId="4BEB2042" w14:textId="77777777" w:rsidR="005F3F2A" w:rsidRPr="0066369C" w:rsidRDefault="005F3F2A" w:rsidP="005F3F2A">
      <w:pPr>
        <w:rPr>
          <w:b/>
          <w:bCs/>
        </w:rPr>
      </w:pPr>
      <w:r w:rsidRPr="0066369C">
        <w:rPr>
          <w:b/>
          <w:bCs/>
        </w:rPr>
        <w:t>1. Read the Job Description and Person Specification Thoroughly</w:t>
      </w:r>
    </w:p>
    <w:p w14:paraId="164174BF" w14:textId="77777777" w:rsidR="005F3F2A" w:rsidRPr="0066369C" w:rsidRDefault="005F3F2A" w:rsidP="00BE466B">
      <w:pPr>
        <w:numPr>
          <w:ilvl w:val="0"/>
          <w:numId w:val="31"/>
        </w:numPr>
      </w:pPr>
      <w:r w:rsidRPr="0066369C">
        <w:t>Make sure you understand the key duties, expectations, and essential criteria.</w:t>
      </w:r>
    </w:p>
    <w:p w14:paraId="28648381" w14:textId="0FCC716F" w:rsidR="00C56AA1" w:rsidRPr="0066369C" w:rsidRDefault="005F3F2A" w:rsidP="00C41AA7">
      <w:pPr>
        <w:numPr>
          <w:ilvl w:val="0"/>
          <w:numId w:val="31"/>
        </w:numPr>
      </w:pPr>
      <w:r w:rsidRPr="0066369C">
        <w:t>Use the person specification as your guide when writing your application.</w:t>
      </w:r>
    </w:p>
    <w:p w14:paraId="75841583" w14:textId="77777777" w:rsidR="005F3F2A" w:rsidRPr="0066369C" w:rsidRDefault="005F3F2A" w:rsidP="005F3F2A">
      <w:pPr>
        <w:rPr>
          <w:b/>
          <w:bCs/>
        </w:rPr>
      </w:pPr>
      <w:r w:rsidRPr="0066369C">
        <w:rPr>
          <w:b/>
          <w:bCs/>
        </w:rPr>
        <w:t>2. Provide Clear Evidence of Your Skills and Experience</w:t>
      </w:r>
    </w:p>
    <w:p w14:paraId="673A36BA" w14:textId="77777777" w:rsidR="005F3F2A" w:rsidRPr="0066369C" w:rsidRDefault="005F3F2A" w:rsidP="00BE466B">
      <w:pPr>
        <w:numPr>
          <w:ilvl w:val="0"/>
          <w:numId w:val="32"/>
        </w:numPr>
      </w:pPr>
      <w:r w:rsidRPr="0066369C">
        <w:t xml:space="preserve">Show </w:t>
      </w:r>
      <w:r w:rsidRPr="0066369C">
        <w:rPr>
          <w:i/>
          <w:iCs/>
        </w:rPr>
        <w:t>how</w:t>
      </w:r>
      <w:r w:rsidRPr="0066369C">
        <w:t xml:space="preserve"> you meet the criteria using specific, real examples.</w:t>
      </w:r>
    </w:p>
    <w:p w14:paraId="3F526C64" w14:textId="77777777" w:rsidR="005F3F2A" w:rsidRPr="0066369C" w:rsidRDefault="005F3F2A" w:rsidP="00BE466B">
      <w:pPr>
        <w:numPr>
          <w:ilvl w:val="0"/>
          <w:numId w:val="32"/>
        </w:numPr>
      </w:pPr>
      <w:r w:rsidRPr="0066369C">
        <w:t xml:space="preserve">Consider using the </w:t>
      </w:r>
      <w:r w:rsidRPr="0066369C">
        <w:rPr>
          <w:b/>
          <w:bCs/>
        </w:rPr>
        <w:t>STAR method</w:t>
      </w:r>
      <w:r w:rsidRPr="0066369C">
        <w:t xml:space="preserve"> (Situation, Task, Action, Result) to structure your responses.</w:t>
      </w:r>
    </w:p>
    <w:p w14:paraId="5815049B" w14:textId="77777777" w:rsidR="005F3F2A" w:rsidRPr="0066369C" w:rsidRDefault="005F3F2A" w:rsidP="005F3F2A">
      <w:pPr>
        <w:rPr>
          <w:b/>
          <w:bCs/>
        </w:rPr>
      </w:pPr>
      <w:r w:rsidRPr="0066369C">
        <w:rPr>
          <w:b/>
          <w:bCs/>
        </w:rPr>
        <w:t>3. Tailor Your Application</w:t>
      </w:r>
    </w:p>
    <w:p w14:paraId="395E84B4" w14:textId="4DDC7475" w:rsidR="005F3F2A" w:rsidRPr="0066369C" w:rsidRDefault="005F3F2A" w:rsidP="00BE466B">
      <w:pPr>
        <w:numPr>
          <w:ilvl w:val="0"/>
          <w:numId w:val="33"/>
        </w:numPr>
      </w:pPr>
      <w:r w:rsidRPr="0066369C">
        <w:t xml:space="preserve">Avoid generic statements. </w:t>
      </w:r>
      <w:r w:rsidR="003E54C5" w:rsidRPr="0066369C">
        <w:t xml:space="preserve"> </w:t>
      </w:r>
      <w:r w:rsidRPr="0066369C">
        <w:t>Focus on experience that directly relates to the role you are applying for.</w:t>
      </w:r>
    </w:p>
    <w:p w14:paraId="7A15B16C" w14:textId="77777777" w:rsidR="005F3F2A" w:rsidRPr="0066369C" w:rsidRDefault="005F3F2A" w:rsidP="00BE466B">
      <w:pPr>
        <w:numPr>
          <w:ilvl w:val="0"/>
          <w:numId w:val="33"/>
        </w:numPr>
      </w:pPr>
      <w:r w:rsidRPr="0066369C">
        <w:t>Demonstrate how your strengths align with the organisation’s values and priorities.</w:t>
      </w:r>
    </w:p>
    <w:p w14:paraId="2D4479BE" w14:textId="77777777" w:rsidR="005F3F2A" w:rsidRPr="0066369C" w:rsidRDefault="005F3F2A" w:rsidP="005F3F2A">
      <w:pPr>
        <w:rPr>
          <w:b/>
          <w:bCs/>
        </w:rPr>
      </w:pPr>
      <w:r w:rsidRPr="0066369C">
        <w:rPr>
          <w:b/>
          <w:bCs/>
        </w:rPr>
        <w:t>4. Highlight Your Achievements</w:t>
      </w:r>
    </w:p>
    <w:p w14:paraId="36FF2B17" w14:textId="77777777" w:rsidR="005F3F2A" w:rsidRPr="0066369C" w:rsidRDefault="005F3F2A" w:rsidP="00BE466B">
      <w:pPr>
        <w:numPr>
          <w:ilvl w:val="0"/>
          <w:numId w:val="34"/>
        </w:numPr>
      </w:pPr>
      <w:r w:rsidRPr="0066369C">
        <w:t>Include examples of work you are proud of or significant contributions you have made in previous roles.</w:t>
      </w:r>
    </w:p>
    <w:p w14:paraId="528CE417" w14:textId="4E1EA777" w:rsidR="00115BE7" w:rsidRPr="0066369C" w:rsidRDefault="005F3F2A" w:rsidP="00115BE7">
      <w:pPr>
        <w:numPr>
          <w:ilvl w:val="0"/>
          <w:numId w:val="34"/>
        </w:numPr>
      </w:pPr>
      <w:r w:rsidRPr="0066369C">
        <w:t xml:space="preserve">Emphasise impact </w:t>
      </w:r>
      <w:r w:rsidR="003E54C5" w:rsidRPr="0066369C">
        <w:t>–</w:t>
      </w:r>
      <w:r w:rsidRPr="0066369C">
        <w:t xml:space="preserve"> improvements, efficiencies, positive outcomes, or innovations.</w:t>
      </w:r>
    </w:p>
    <w:p w14:paraId="01964C62" w14:textId="77777777" w:rsidR="005F3F2A" w:rsidRPr="0066369C" w:rsidRDefault="005F3F2A" w:rsidP="005F3F2A">
      <w:pPr>
        <w:rPr>
          <w:b/>
          <w:bCs/>
        </w:rPr>
      </w:pPr>
      <w:r w:rsidRPr="0066369C">
        <w:rPr>
          <w:b/>
          <w:bCs/>
        </w:rPr>
        <w:t>5. Be Clear About Qualifications and Training</w:t>
      </w:r>
    </w:p>
    <w:p w14:paraId="7DFCFD20" w14:textId="77777777" w:rsidR="005F3F2A" w:rsidRPr="0066369C" w:rsidRDefault="005F3F2A" w:rsidP="00BE466B">
      <w:pPr>
        <w:numPr>
          <w:ilvl w:val="0"/>
          <w:numId w:val="35"/>
        </w:numPr>
      </w:pPr>
      <w:r w:rsidRPr="0066369C">
        <w:t>List all relevant qualifications and professional training, including dates and awarding bodies.</w:t>
      </w:r>
    </w:p>
    <w:p w14:paraId="6D87B74C" w14:textId="77777777" w:rsidR="005F3F2A" w:rsidRPr="0066369C" w:rsidRDefault="005F3F2A" w:rsidP="00BE466B">
      <w:pPr>
        <w:numPr>
          <w:ilvl w:val="0"/>
          <w:numId w:val="35"/>
        </w:numPr>
      </w:pPr>
      <w:r w:rsidRPr="0066369C">
        <w:lastRenderedPageBreak/>
        <w:t>If you are working towards a qualification, include expected completion dates.</w:t>
      </w:r>
    </w:p>
    <w:p w14:paraId="0A8FE1F6" w14:textId="77777777" w:rsidR="005F3F2A" w:rsidRPr="0066369C" w:rsidRDefault="005F3F2A" w:rsidP="005F3F2A">
      <w:pPr>
        <w:rPr>
          <w:b/>
          <w:bCs/>
        </w:rPr>
      </w:pPr>
      <w:r w:rsidRPr="0066369C">
        <w:rPr>
          <w:b/>
          <w:bCs/>
        </w:rPr>
        <w:t>6. Showcase Transferable Skills</w:t>
      </w:r>
    </w:p>
    <w:p w14:paraId="51B7113A" w14:textId="0B81BD6A" w:rsidR="00C41AA7" w:rsidRPr="0066369C" w:rsidRDefault="005F3F2A" w:rsidP="001115BF">
      <w:pPr>
        <w:numPr>
          <w:ilvl w:val="0"/>
          <w:numId w:val="36"/>
        </w:numPr>
      </w:pPr>
      <w:r w:rsidRPr="0066369C">
        <w:t>Skills such as communication, teamwork, problem-solving, digital literacy, and organisation are valuable across all roles.</w:t>
      </w:r>
    </w:p>
    <w:p w14:paraId="3D0A4D77" w14:textId="31286EDD" w:rsidR="005F3F2A" w:rsidRPr="0066369C" w:rsidRDefault="005F3F2A" w:rsidP="00BE466B">
      <w:pPr>
        <w:numPr>
          <w:ilvl w:val="0"/>
          <w:numId w:val="36"/>
        </w:numPr>
      </w:pPr>
      <w:r w:rsidRPr="0066369C">
        <w:t>Provide examples that demonstrate these effectively.</w:t>
      </w:r>
    </w:p>
    <w:p w14:paraId="4F4AA812" w14:textId="77777777" w:rsidR="005F3F2A" w:rsidRPr="0066369C" w:rsidRDefault="005F3F2A" w:rsidP="005F3F2A">
      <w:pPr>
        <w:rPr>
          <w:b/>
          <w:bCs/>
        </w:rPr>
      </w:pPr>
      <w:r w:rsidRPr="0066369C">
        <w:rPr>
          <w:b/>
          <w:bCs/>
        </w:rPr>
        <w:t>7. Check Your Application Carefully</w:t>
      </w:r>
    </w:p>
    <w:p w14:paraId="7E1E8C35" w14:textId="77777777" w:rsidR="005F3F2A" w:rsidRPr="0066369C" w:rsidRDefault="005F3F2A" w:rsidP="00BE466B">
      <w:pPr>
        <w:numPr>
          <w:ilvl w:val="0"/>
          <w:numId w:val="37"/>
        </w:numPr>
      </w:pPr>
      <w:r w:rsidRPr="0066369C">
        <w:t>Review your responses for clarity, spelling, and completeness.</w:t>
      </w:r>
    </w:p>
    <w:p w14:paraId="74F5CD01" w14:textId="77777777" w:rsidR="005F3F2A" w:rsidRPr="0066369C" w:rsidRDefault="005F3F2A" w:rsidP="00BE466B">
      <w:pPr>
        <w:numPr>
          <w:ilvl w:val="0"/>
          <w:numId w:val="37"/>
        </w:numPr>
      </w:pPr>
      <w:r w:rsidRPr="0066369C">
        <w:t>Ensure all sections of the application form have been filled in fully.</w:t>
      </w:r>
    </w:p>
    <w:p w14:paraId="14C69408" w14:textId="77777777" w:rsidR="005F3F2A" w:rsidRPr="0066369C" w:rsidRDefault="005F3F2A" w:rsidP="005F3F2A">
      <w:pPr>
        <w:rPr>
          <w:b/>
          <w:bCs/>
        </w:rPr>
      </w:pPr>
      <w:r w:rsidRPr="0066369C">
        <w:rPr>
          <w:b/>
          <w:bCs/>
        </w:rPr>
        <w:t>8. Submit Your Application Before the Deadline</w:t>
      </w:r>
    </w:p>
    <w:p w14:paraId="2129A357" w14:textId="77777777" w:rsidR="005F3F2A" w:rsidRPr="0066369C" w:rsidRDefault="005F3F2A" w:rsidP="00BE466B">
      <w:pPr>
        <w:numPr>
          <w:ilvl w:val="0"/>
          <w:numId w:val="38"/>
        </w:numPr>
      </w:pPr>
      <w:r w:rsidRPr="0066369C">
        <w:t>Note the closing date and allow plenty of time to prepare your application.</w:t>
      </w:r>
    </w:p>
    <w:p w14:paraId="364D3CA1" w14:textId="76FE5D31" w:rsidR="00B37171" w:rsidRPr="0066369C" w:rsidRDefault="005F3F2A" w:rsidP="00BE0E7F">
      <w:pPr>
        <w:numPr>
          <w:ilvl w:val="0"/>
          <w:numId w:val="38"/>
        </w:numPr>
      </w:pPr>
      <w:r w:rsidRPr="0066369C">
        <w:t>Late submissions usually cannot be considered.</w:t>
      </w:r>
    </w:p>
    <w:p w14:paraId="2D98CC19" w14:textId="77777777" w:rsidR="005F3F2A" w:rsidRPr="0066369C" w:rsidRDefault="005F3F2A" w:rsidP="005F3F2A">
      <w:pPr>
        <w:rPr>
          <w:b/>
          <w:bCs/>
        </w:rPr>
      </w:pPr>
      <w:r w:rsidRPr="0066369C">
        <w:rPr>
          <w:b/>
          <w:bCs/>
        </w:rPr>
        <w:t>9. Prepare for Potential Next Steps</w:t>
      </w:r>
    </w:p>
    <w:p w14:paraId="59DAAC74" w14:textId="77777777" w:rsidR="005F3F2A" w:rsidRPr="0066369C" w:rsidRDefault="005F3F2A" w:rsidP="00BE466B">
      <w:pPr>
        <w:numPr>
          <w:ilvl w:val="0"/>
          <w:numId w:val="39"/>
        </w:numPr>
      </w:pPr>
      <w:r w:rsidRPr="0066369C">
        <w:t>If shortlisted, you may be invited to an interview, assessment task, or presentation.</w:t>
      </w:r>
    </w:p>
    <w:p w14:paraId="581B9F28" w14:textId="77777777" w:rsidR="00651D5D" w:rsidRPr="0066369C" w:rsidRDefault="005F3F2A" w:rsidP="00BE466B">
      <w:pPr>
        <w:numPr>
          <w:ilvl w:val="0"/>
          <w:numId w:val="39"/>
        </w:numPr>
      </w:pPr>
      <w:r w:rsidRPr="0066369C">
        <w:t>Be ready to discuss your experience, approach to work, and examples of how you meet the role’s requirements.</w:t>
      </w:r>
    </w:p>
    <w:p w14:paraId="31B61E72" w14:textId="3FA92C77" w:rsidR="00E4716C" w:rsidRPr="0066369C" w:rsidRDefault="00E4716C" w:rsidP="00317E97">
      <w:pPr>
        <w:pStyle w:val="Heading2"/>
        <w:rPr>
          <w:rFonts w:ascii="Arial" w:hAnsi="Arial" w:cs="Arial"/>
          <w:sz w:val="32"/>
          <w:szCs w:val="32"/>
        </w:rPr>
      </w:pPr>
      <w:bookmarkStart w:id="8" w:name="_Toc222994883"/>
      <w:r w:rsidRPr="0066369C">
        <w:rPr>
          <w:rFonts w:ascii="Arial" w:hAnsi="Arial" w:cs="Arial"/>
          <w:sz w:val="32"/>
          <w:szCs w:val="32"/>
        </w:rPr>
        <w:t>Application and Selection Information</w:t>
      </w:r>
      <w:bookmarkEnd w:id="8"/>
    </w:p>
    <w:p w14:paraId="0F95C9CD" w14:textId="77777777" w:rsidR="00651D5D" w:rsidRPr="0066369C" w:rsidRDefault="00651D5D" w:rsidP="00651D5D">
      <w:pPr>
        <w:spacing w:after="0" w:line="240" w:lineRule="auto"/>
      </w:pPr>
    </w:p>
    <w:p w14:paraId="61F5E647" w14:textId="7FC2A8FF" w:rsidR="00B37171" w:rsidRPr="0066369C" w:rsidRDefault="00E4716C" w:rsidP="00651D5D">
      <w:pPr>
        <w:spacing w:after="0" w:line="240" w:lineRule="auto"/>
      </w:pPr>
      <w:r w:rsidRPr="0066369C">
        <w:t xml:space="preserve">The closing date for this </w:t>
      </w:r>
      <w:r w:rsidR="00F75202" w:rsidRPr="0066369C">
        <w:t xml:space="preserve">vacancy </w:t>
      </w:r>
      <w:r w:rsidR="00F75202">
        <w:t>22</w:t>
      </w:r>
      <w:r w:rsidR="00F75202" w:rsidRPr="00F75202">
        <w:rPr>
          <w:vertAlign w:val="superscript"/>
        </w:rPr>
        <w:t>nd</w:t>
      </w:r>
      <w:r w:rsidR="00F75202">
        <w:t xml:space="preserve"> November </w:t>
      </w:r>
      <w:r w:rsidR="00300AAC" w:rsidRPr="0066369C">
        <w:rPr>
          <w:shd w:val="clear" w:color="auto" w:fill="FFFFFF" w:themeFill="background1"/>
        </w:rPr>
        <w:t>(or earlier</w:t>
      </w:r>
      <w:r w:rsidR="00300AAC" w:rsidRPr="0066369C">
        <w:t xml:space="preserve"> in the event of high volume of applications being </w:t>
      </w:r>
      <w:r w:rsidR="00300AAC" w:rsidRPr="0066369C">
        <w:rPr>
          <w:color w:val="000000" w:themeColor="text1"/>
        </w:rPr>
        <w:t>received</w:t>
      </w:r>
      <w:r w:rsidR="00300AAC" w:rsidRPr="0066369C">
        <w:t>)</w:t>
      </w:r>
      <w:r w:rsidRPr="0066369C">
        <w:t>.</w:t>
      </w:r>
      <w:r w:rsidRPr="0066369C">
        <w:br/>
      </w:r>
    </w:p>
    <w:p w14:paraId="32BAC8F7" w14:textId="2982BCAB" w:rsidR="00E4716C" w:rsidRPr="0066369C" w:rsidRDefault="00E4716C" w:rsidP="00651D5D">
      <w:pPr>
        <w:spacing w:after="0" w:line="240" w:lineRule="auto"/>
      </w:pPr>
      <w:r w:rsidRPr="0066369C">
        <w:t>Provisional interview dates are</w:t>
      </w:r>
      <w:r w:rsidR="005E1C31">
        <w:t xml:space="preserve"> week commencing </w:t>
      </w:r>
      <w:r w:rsidR="00605049">
        <w:t>30</w:t>
      </w:r>
      <w:r w:rsidR="00605049" w:rsidRPr="00605049">
        <w:rPr>
          <w:vertAlign w:val="superscript"/>
        </w:rPr>
        <w:t>th</w:t>
      </w:r>
      <w:r w:rsidR="00605049">
        <w:t xml:space="preserve"> November.</w:t>
      </w:r>
    </w:p>
    <w:p w14:paraId="7375E0A7" w14:textId="77777777" w:rsidR="00651D5D" w:rsidRPr="0066369C" w:rsidRDefault="00651D5D" w:rsidP="00651D5D">
      <w:pPr>
        <w:spacing w:after="0" w:line="240" w:lineRule="auto"/>
      </w:pPr>
    </w:p>
    <w:p w14:paraId="5758C120" w14:textId="0BDA16DD" w:rsidR="006A52BC" w:rsidRPr="0066369C" w:rsidRDefault="7872E659" w:rsidP="006A52BC">
      <w:pPr>
        <w:rPr>
          <w:rFonts w:eastAsia="Arial" w:cs="Arial"/>
        </w:rPr>
      </w:pPr>
      <w:r w:rsidRPr="0066369C">
        <w:rPr>
          <w:rFonts w:eastAsia="Montserrat" w:cs="Arial"/>
          <w:color w:val="2A2A2A"/>
        </w:rPr>
        <w:t xml:space="preserve">We are an Equal Opportunities Employer; all candidates will receive equal treatment. </w:t>
      </w:r>
      <w:r w:rsidR="76C8ABAD" w:rsidRPr="0066369C">
        <w:rPr>
          <w:rFonts w:eastAsia="Montserrat" w:cs="Arial"/>
          <w:color w:val="2A2A2A"/>
        </w:rPr>
        <w:t xml:space="preserve"> </w:t>
      </w:r>
      <w:r w:rsidRPr="0066369C">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66369C" w:rsidRDefault="500CC985" w:rsidP="006A52BC">
      <w:pPr>
        <w:rPr>
          <w:rFonts w:eastAsia="Montserrat" w:cs="Arial"/>
        </w:rPr>
      </w:pPr>
      <w:r w:rsidRPr="0066369C">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66369C" w:rsidRDefault="006A52BC" w:rsidP="001115BF">
      <w:pPr>
        <w:rPr>
          <w:b/>
          <w:bCs/>
        </w:rPr>
      </w:pPr>
      <w:r w:rsidRPr="0066369C">
        <w:rPr>
          <w:b/>
          <w:bCs/>
        </w:rPr>
        <w:t xml:space="preserve">Please ensure that you meet </w:t>
      </w:r>
      <w:r w:rsidR="006F7222" w:rsidRPr="0066369C">
        <w:rPr>
          <w:b/>
          <w:bCs/>
        </w:rPr>
        <w:t>all</w:t>
      </w:r>
      <w:r w:rsidRPr="0066369C">
        <w:rPr>
          <w:b/>
          <w:bCs/>
        </w:rPr>
        <w:t xml:space="preserve"> the essential criteria outlined in the person specification before submitting your application. </w:t>
      </w:r>
      <w:r w:rsidR="00B37171" w:rsidRPr="0066369C">
        <w:rPr>
          <w:b/>
          <w:bCs/>
        </w:rPr>
        <w:t xml:space="preserve"> </w:t>
      </w:r>
      <w:r w:rsidRPr="0066369C">
        <w:rPr>
          <w:b/>
          <w:bCs/>
        </w:rPr>
        <w:t>Only applicants who demonstrate that they meet all essential criteria will be considered and invited to interview</w:t>
      </w:r>
      <w:r w:rsidR="001115BF" w:rsidRPr="0066369C">
        <w:rPr>
          <w:b/>
          <w:bCs/>
        </w:rPr>
        <w:t>.</w:t>
      </w:r>
    </w:p>
    <w:p w14:paraId="78E4E2CB" w14:textId="77777777" w:rsidR="001115BF" w:rsidRPr="0066369C" w:rsidRDefault="001115BF" w:rsidP="001115BF"/>
    <w:p w14:paraId="7076EC4D" w14:textId="77777777" w:rsidR="001115BF" w:rsidRPr="0066369C" w:rsidRDefault="001115BF" w:rsidP="001115BF"/>
    <w:p w14:paraId="7E6E0147" w14:textId="793780FD" w:rsidR="00511F96" w:rsidRPr="0066369C" w:rsidRDefault="00E16F88" w:rsidP="00FC5D9A">
      <w:pPr>
        <w:pStyle w:val="Heading2"/>
        <w:rPr>
          <w:rFonts w:ascii="Arial" w:hAnsi="Arial" w:cs="Arial"/>
          <w:color w:val="007CBB"/>
          <w:sz w:val="32"/>
          <w:szCs w:val="32"/>
        </w:rPr>
      </w:pPr>
      <w:bookmarkStart w:id="9" w:name="_Toc222994884"/>
      <w:r w:rsidRPr="0066369C">
        <w:rPr>
          <w:rFonts w:ascii="Arial" w:hAnsi="Arial" w:cs="Arial"/>
          <w:color w:val="007CBB"/>
          <w:sz w:val="32"/>
          <w:szCs w:val="32"/>
        </w:rPr>
        <w:t xml:space="preserve">Appendix A – </w:t>
      </w:r>
      <w:r w:rsidR="00B7578E" w:rsidRPr="0066369C">
        <w:rPr>
          <w:rFonts w:ascii="Arial" w:hAnsi="Arial" w:cs="Arial"/>
          <w:color w:val="007CBB"/>
          <w:sz w:val="32"/>
          <w:szCs w:val="32"/>
        </w:rPr>
        <w:t>Job Description and Person Specification</w:t>
      </w:r>
      <w:bookmarkStart w:id="10" w:name="_Toc221808701"/>
      <w:bookmarkEnd w:id="9"/>
    </w:p>
    <w:p w14:paraId="59C94C40" w14:textId="77777777" w:rsidR="00C006F9" w:rsidRDefault="00C006F9" w:rsidP="00C006F9">
      <w:pPr>
        <w:rPr>
          <w:b/>
        </w:rPr>
      </w:pPr>
    </w:p>
    <w:p w14:paraId="1A7F1EB3" w14:textId="77777777" w:rsidR="00C006F9" w:rsidRDefault="00C006F9" w:rsidP="00C006F9">
      <w:pPr>
        <w:rPr>
          <w:b/>
        </w:rPr>
      </w:pPr>
      <w:r>
        <w:rPr>
          <w:b/>
        </w:rPr>
        <w:t>Department: Communities</w:t>
      </w:r>
      <w:r>
        <w:rPr>
          <w:b/>
        </w:rPr>
        <w:tab/>
      </w:r>
      <w:r>
        <w:rPr>
          <w:b/>
        </w:rPr>
        <w:tab/>
      </w:r>
      <w:r>
        <w:rPr>
          <w:b/>
        </w:rPr>
        <w:tab/>
        <w:t>Location: Netherton Activity Centre</w:t>
      </w:r>
    </w:p>
    <w:p w14:paraId="01E514B4" w14:textId="1EE75A30" w:rsidR="00C006F9" w:rsidRDefault="00C006F9" w:rsidP="00C006F9">
      <w:pPr>
        <w:rPr>
          <w:b/>
        </w:rPr>
      </w:pPr>
      <w:r>
        <w:rPr>
          <w:b/>
        </w:rPr>
        <w:t>Post: Creche Assistant</w:t>
      </w:r>
      <w:r>
        <w:rPr>
          <w:b/>
        </w:rPr>
        <w:tab/>
      </w:r>
    </w:p>
    <w:p w14:paraId="65196250" w14:textId="77777777" w:rsidR="00C006F9" w:rsidRDefault="00C006F9" w:rsidP="00C006F9">
      <w:pPr>
        <w:rPr>
          <w:b/>
        </w:rPr>
      </w:pPr>
      <w:r>
        <w:rPr>
          <w:b/>
        </w:rPr>
        <w:t>Grade: Grade C  SCP 4</w:t>
      </w:r>
    </w:p>
    <w:p w14:paraId="19DD7ACB" w14:textId="77777777" w:rsidR="00C006F9" w:rsidRDefault="00C006F9" w:rsidP="00C006F9">
      <w:pPr>
        <w:rPr>
          <w:b/>
        </w:rPr>
      </w:pPr>
      <w:r>
        <w:rPr>
          <w:b/>
        </w:rPr>
        <w:t>-----------------------------------------------------------------------------------------------------------------</w:t>
      </w:r>
    </w:p>
    <w:p w14:paraId="3CB456D0" w14:textId="77777777" w:rsidR="00C006F9" w:rsidRPr="00A10F3A" w:rsidRDefault="00C006F9" w:rsidP="00C006F9">
      <w:pPr>
        <w:spacing w:line="360" w:lineRule="auto"/>
        <w:rPr>
          <w:rFonts w:cs="Arial"/>
          <w:b/>
          <w:bCs/>
          <w:u w:val="single"/>
        </w:rPr>
      </w:pPr>
      <w:r w:rsidRPr="00A10F3A">
        <w:rPr>
          <w:rFonts w:cs="Arial"/>
          <w:b/>
          <w:bCs/>
          <w:u w:val="single"/>
        </w:rPr>
        <w:t>Responsible to: Operation Manager, Senior Operations Manager.</w:t>
      </w:r>
    </w:p>
    <w:p w14:paraId="27039E96" w14:textId="143B9E36" w:rsidR="00C006F9" w:rsidRPr="00A10F3A" w:rsidRDefault="00C006F9" w:rsidP="00C006F9">
      <w:pPr>
        <w:ind w:left="360"/>
        <w:rPr>
          <w:rFonts w:cs="Arial"/>
        </w:rPr>
      </w:pPr>
      <w:r w:rsidRPr="00A10F3A">
        <w:rPr>
          <w:rFonts w:cs="Arial"/>
          <w:b/>
        </w:rPr>
        <w:t>Main Duties</w:t>
      </w:r>
      <w:r w:rsidRPr="00A10F3A">
        <w:rPr>
          <w:rFonts w:cs="Arial"/>
        </w:rPr>
        <w:t>: The care and welfare of specified children within the facility. Maintain a safe and encouraging environment for children within the crèche. You must have</w:t>
      </w:r>
      <w:r w:rsidRPr="00A10F3A">
        <w:rPr>
          <w:rFonts w:cs="Arial"/>
          <w:bCs/>
        </w:rPr>
        <w:t xml:space="preserve"> Level 2 childcare or a Btec in childcare. First aid desirable. Enhanced DBS will be required.</w:t>
      </w:r>
    </w:p>
    <w:p w14:paraId="50E7B323" w14:textId="77777777" w:rsidR="00C006F9" w:rsidRPr="00A10F3A" w:rsidRDefault="00C006F9" w:rsidP="00C006F9">
      <w:pPr>
        <w:numPr>
          <w:ilvl w:val="0"/>
          <w:numId w:val="47"/>
        </w:numPr>
        <w:spacing w:after="0" w:line="240" w:lineRule="auto"/>
        <w:jc w:val="both"/>
        <w:rPr>
          <w:rFonts w:cs="Arial"/>
          <w:b/>
        </w:rPr>
      </w:pPr>
      <w:r w:rsidRPr="00A10F3A">
        <w:rPr>
          <w:rFonts w:cs="Arial"/>
          <w:b/>
        </w:rPr>
        <w:t>Ensure the crèche is always safe and secure for all children.</w:t>
      </w:r>
    </w:p>
    <w:p w14:paraId="63D02CF7" w14:textId="77777777" w:rsidR="00C006F9" w:rsidRPr="00A10F3A" w:rsidRDefault="00C006F9" w:rsidP="00C006F9">
      <w:pPr>
        <w:numPr>
          <w:ilvl w:val="0"/>
          <w:numId w:val="47"/>
        </w:numPr>
        <w:spacing w:after="0" w:line="240" w:lineRule="auto"/>
        <w:jc w:val="both"/>
        <w:rPr>
          <w:rFonts w:cs="Arial"/>
          <w:b/>
        </w:rPr>
      </w:pPr>
      <w:r w:rsidRPr="00A10F3A">
        <w:rPr>
          <w:rFonts w:cs="Arial"/>
          <w:b/>
        </w:rPr>
        <w:t>Provide the children with stimulating and enjoyable activities.</w:t>
      </w:r>
    </w:p>
    <w:p w14:paraId="4459E51C" w14:textId="77777777" w:rsidR="00C006F9" w:rsidRPr="00A10F3A" w:rsidRDefault="00C006F9" w:rsidP="00C006F9">
      <w:pPr>
        <w:numPr>
          <w:ilvl w:val="0"/>
          <w:numId w:val="47"/>
        </w:numPr>
        <w:spacing w:after="0" w:line="240" w:lineRule="auto"/>
        <w:jc w:val="both"/>
        <w:rPr>
          <w:rFonts w:cs="Arial"/>
          <w:b/>
        </w:rPr>
      </w:pPr>
      <w:r w:rsidRPr="00A10F3A">
        <w:rPr>
          <w:rFonts w:cs="Arial"/>
          <w:b/>
        </w:rPr>
        <w:t>Cater for special requirements of children where necessary.</w:t>
      </w:r>
    </w:p>
    <w:p w14:paraId="47B733CB" w14:textId="77777777" w:rsidR="00C006F9" w:rsidRPr="00A10F3A" w:rsidRDefault="00C006F9" w:rsidP="00C006F9">
      <w:pPr>
        <w:numPr>
          <w:ilvl w:val="0"/>
          <w:numId w:val="47"/>
        </w:numPr>
        <w:spacing w:after="0" w:line="240" w:lineRule="auto"/>
        <w:jc w:val="both"/>
        <w:rPr>
          <w:rFonts w:cs="Arial"/>
          <w:b/>
        </w:rPr>
      </w:pPr>
      <w:r w:rsidRPr="00A10F3A">
        <w:rPr>
          <w:rFonts w:cs="Arial"/>
          <w:b/>
        </w:rPr>
        <w:t>To act as a point of contact with parents.</w:t>
      </w:r>
    </w:p>
    <w:p w14:paraId="5A4ADDAB" w14:textId="77777777" w:rsidR="00C006F9" w:rsidRPr="00A10F3A" w:rsidRDefault="00C006F9" w:rsidP="00C006F9">
      <w:pPr>
        <w:numPr>
          <w:ilvl w:val="0"/>
          <w:numId w:val="47"/>
        </w:numPr>
        <w:spacing w:after="0" w:line="240" w:lineRule="auto"/>
        <w:jc w:val="both"/>
        <w:rPr>
          <w:rFonts w:cs="Arial"/>
          <w:b/>
        </w:rPr>
      </w:pPr>
      <w:r w:rsidRPr="00A10F3A">
        <w:rPr>
          <w:rFonts w:cs="Arial"/>
          <w:b/>
        </w:rPr>
        <w:t>To supervisor in parties when required.</w:t>
      </w:r>
    </w:p>
    <w:p w14:paraId="0526CAAF" w14:textId="77777777" w:rsidR="00C006F9" w:rsidRPr="00A10F3A" w:rsidRDefault="00C006F9" w:rsidP="00C006F9">
      <w:pPr>
        <w:numPr>
          <w:ilvl w:val="0"/>
          <w:numId w:val="47"/>
        </w:numPr>
        <w:spacing w:after="0" w:line="240" w:lineRule="auto"/>
        <w:jc w:val="both"/>
        <w:rPr>
          <w:rFonts w:cs="Arial"/>
          <w:b/>
        </w:rPr>
      </w:pPr>
      <w:r w:rsidRPr="00A10F3A">
        <w:rPr>
          <w:rFonts w:cs="Arial"/>
          <w:b/>
        </w:rPr>
        <w:t>To check the activity area and report any damage/problems to the Operations Manager.</w:t>
      </w:r>
    </w:p>
    <w:p w14:paraId="3C3A3BB8" w14:textId="77777777" w:rsidR="00C006F9" w:rsidRPr="00A10F3A" w:rsidRDefault="00C006F9" w:rsidP="00C006F9">
      <w:pPr>
        <w:numPr>
          <w:ilvl w:val="0"/>
          <w:numId w:val="47"/>
        </w:numPr>
        <w:spacing w:after="0" w:line="240" w:lineRule="auto"/>
        <w:jc w:val="both"/>
        <w:rPr>
          <w:rFonts w:cs="Arial"/>
          <w:b/>
        </w:rPr>
      </w:pPr>
      <w:r w:rsidRPr="00A10F3A">
        <w:rPr>
          <w:rFonts w:cs="Arial"/>
          <w:b/>
        </w:rPr>
        <w:t>To maintain a clean and hygienic area for children to play.</w:t>
      </w:r>
    </w:p>
    <w:p w14:paraId="2111D8C3" w14:textId="77777777" w:rsidR="00C006F9" w:rsidRPr="00A10F3A" w:rsidRDefault="00C006F9" w:rsidP="00C006F9">
      <w:pPr>
        <w:numPr>
          <w:ilvl w:val="0"/>
          <w:numId w:val="47"/>
        </w:numPr>
        <w:spacing w:after="0" w:line="240" w:lineRule="auto"/>
        <w:jc w:val="both"/>
        <w:rPr>
          <w:rFonts w:cs="Arial"/>
          <w:b/>
        </w:rPr>
      </w:pPr>
      <w:r w:rsidRPr="00A10F3A">
        <w:rPr>
          <w:rFonts w:cs="Arial"/>
          <w:b/>
        </w:rPr>
        <w:t>Uniform will be provided.</w:t>
      </w:r>
    </w:p>
    <w:p w14:paraId="44B57F4A" w14:textId="77777777" w:rsidR="00C006F9" w:rsidRPr="00A10F3A" w:rsidRDefault="00C006F9" w:rsidP="00C006F9">
      <w:pPr>
        <w:ind w:left="360"/>
        <w:rPr>
          <w:rFonts w:cs="Arial"/>
          <w:b/>
        </w:rPr>
      </w:pPr>
    </w:p>
    <w:p w14:paraId="33C4061C" w14:textId="7F028638" w:rsidR="00C006F9" w:rsidRPr="00A10F3A" w:rsidRDefault="00C006F9" w:rsidP="00C006F9">
      <w:pPr>
        <w:rPr>
          <w:rFonts w:cs="Arial"/>
        </w:rPr>
      </w:pPr>
      <w:r w:rsidRPr="00A10F3A">
        <w:rPr>
          <w:rFonts w:cs="Arial"/>
          <w:bCs/>
        </w:rPr>
        <w:t>This Job description describes the general duties of the post which are necessary for the efficient operation of the department in meeting its operational objectives.</w:t>
      </w:r>
    </w:p>
    <w:p w14:paraId="022B422F" w14:textId="77777777" w:rsidR="00C006F9" w:rsidRPr="00A10F3A" w:rsidRDefault="00C006F9" w:rsidP="00C006F9">
      <w:pPr>
        <w:tabs>
          <w:tab w:val="left" w:pos="5760"/>
        </w:tabs>
        <w:rPr>
          <w:rFonts w:cs="Arial"/>
        </w:rPr>
      </w:pPr>
      <w:r w:rsidRPr="00A10F3A">
        <w:rPr>
          <w:rFonts w:cs="Arial"/>
        </w:rPr>
        <w:t>The person appointed will be expected to work flexibly and the exact nature of the duties described above is subject to periodic review and is liable to change.</w:t>
      </w:r>
    </w:p>
    <w:p w14:paraId="5096BFAB" w14:textId="77777777" w:rsidR="00C006F9" w:rsidRPr="00A10F3A" w:rsidRDefault="00C006F9" w:rsidP="00C006F9">
      <w:pPr>
        <w:spacing w:line="360" w:lineRule="auto"/>
        <w:rPr>
          <w:rFonts w:cs="Arial"/>
        </w:rPr>
      </w:pPr>
    </w:p>
    <w:p w14:paraId="40BFEF32" w14:textId="7D9D1F3D" w:rsidR="00C006F9" w:rsidRPr="00A10F3A" w:rsidRDefault="00C006F9" w:rsidP="00C006F9">
      <w:pPr>
        <w:tabs>
          <w:tab w:val="left" w:pos="5760"/>
        </w:tabs>
        <w:rPr>
          <w:rFonts w:cs="Arial"/>
        </w:rPr>
      </w:pPr>
      <w:r w:rsidRPr="00A10F3A">
        <w:rPr>
          <w:rFonts w:cs="Arial"/>
          <w:noProof/>
        </w:rPr>
        <mc:AlternateContent>
          <mc:Choice Requires="wps">
            <w:drawing>
              <wp:anchor distT="0" distB="0" distL="114299" distR="114299" simplePos="0" relativeHeight="251674112" behindDoc="0" locked="0" layoutInCell="0" allowOverlap="1" wp14:anchorId="703094A1" wp14:editId="5C07A7E6">
                <wp:simplePos x="0" y="0"/>
                <wp:positionH relativeFrom="column">
                  <wp:posOffset>2345054</wp:posOffset>
                </wp:positionH>
                <wp:positionV relativeFrom="paragraph">
                  <wp:posOffset>24130</wp:posOffset>
                </wp:positionV>
                <wp:extent cx="0" cy="228600"/>
                <wp:effectExtent l="0" t="0" r="38100" b="19050"/>
                <wp:wrapNone/>
                <wp:docPr id="1183850689"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D3048B" id="Straight Connector 36" o:spid="_x0000_s1026" style="position:absolute;z-index:25167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4.65pt,1.9pt" to="184.6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" o:allowincell="f"/>
            </w:pict>
          </mc:Fallback>
        </mc:AlternateContent>
      </w:r>
      <w:r w:rsidRPr="00A10F3A">
        <w:rPr>
          <w:rFonts w:cs="Arial"/>
          <w:b/>
          <w:bCs/>
          <w:u w:val="single"/>
        </w:rPr>
        <w:t>SPECIAL CONDITIONS</w:t>
      </w:r>
    </w:p>
    <w:p w14:paraId="1E4839EB" w14:textId="77777777" w:rsidR="00C006F9" w:rsidRPr="00A10F3A" w:rsidRDefault="00C006F9" w:rsidP="00C006F9">
      <w:pPr>
        <w:tabs>
          <w:tab w:val="left" w:pos="5760"/>
        </w:tabs>
        <w:rPr>
          <w:rFonts w:cs="Arial"/>
        </w:rPr>
      </w:pPr>
      <w:r w:rsidRPr="00A10F3A">
        <w:rPr>
          <w:rFonts w:cs="Arial"/>
        </w:rPr>
        <w:t>The post is customer facing therefore you must have the ability to fulfil all spoken aspects of the role with confidence through the medium of English.</w:t>
      </w:r>
    </w:p>
    <w:p w14:paraId="53E29D4C" w14:textId="77777777" w:rsidR="00C006F9" w:rsidRPr="00A10F3A" w:rsidRDefault="00C006F9" w:rsidP="00C006F9">
      <w:pPr>
        <w:tabs>
          <w:tab w:val="left" w:pos="5760"/>
        </w:tabs>
        <w:ind w:left="426"/>
        <w:contextualSpacing/>
        <w:rPr>
          <w:rFonts w:cs="Arial"/>
        </w:rPr>
      </w:pPr>
    </w:p>
    <w:p w14:paraId="37B95DE7" w14:textId="77777777" w:rsidR="00C006F9" w:rsidRPr="00A10F3A" w:rsidRDefault="00C006F9" w:rsidP="00C006F9">
      <w:pPr>
        <w:tabs>
          <w:tab w:val="left" w:pos="5760"/>
        </w:tabs>
        <w:rPr>
          <w:rFonts w:cs="Arial"/>
        </w:rPr>
      </w:pPr>
      <w:r w:rsidRPr="00A10F3A">
        <w:rPr>
          <w:rFonts w:cs="Arial"/>
        </w:rPr>
        <w:lastRenderedPageBreak/>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(Amendment) (England and Wales) Order.  For further information, please refer to </w:t>
      </w:r>
      <w:hyperlink w:history="1">
        <w:r w:rsidRPr="00A10F3A">
          <w:rPr>
            <w:rFonts w:cs="Arial"/>
            <w:color w:val="0000FF"/>
            <w:u w:val="single"/>
          </w:rPr>
          <w:t>DBS filtering guidance at www.gov.uk/dbs.</w:t>
        </w:r>
      </w:hyperlink>
    </w:p>
    <w:p w14:paraId="5D5432F8" w14:textId="77777777" w:rsidR="00C006F9" w:rsidRPr="00A10F3A" w:rsidRDefault="00C006F9" w:rsidP="00C006F9">
      <w:pPr>
        <w:tabs>
          <w:tab w:val="left" w:pos="5760"/>
        </w:tabs>
        <w:rPr>
          <w:rFonts w:cs="Arial"/>
        </w:rPr>
      </w:pPr>
    </w:p>
    <w:p w14:paraId="28EC8350" w14:textId="3897F0FB" w:rsidR="00C006F9" w:rsidRPr="00A10F3A" w:rsidRDefault="00C006F9" w:rsidP="00C006F9">
      <w:pPr>
        <w:tabs>
          <w:tab w:val="left" w:pos="5760"/>
        </w:tabs>
        <w:rPr>
          <w:rFonts w:cs="Arial"/>
          <w:b/>
          <w:bCs/>
          <w:u w:val="single"/>
        </w:rPr>
      </w:pPr>
      <w:r w:rsidRPr="00A10F3A">
        <w:rPr>
          <w:rFonts w:cs="Arial"/>
          <w:b/>
          <w:bCs/>
          <w:u w:val="single"/>
        </w:rPr>
        <w:t>GENERAL</w:t>
      </w:r>
    </w:p>
    <w:p w14:paraId="14766A16" w14:textId="77777777" w:rsidR="00C006F9" w:rsidRPr="00A10F3A" w:rsidRDefault="00C006F9" w:rsidP="00C006F9">
      <w:pPr>
        <w:tabs>
          <w:tab w:val="left" w:pos="5760"/>
        </w:tabs>
        <w:rPr>
          <w:rFonts w:cs="Arial"/>
        </w:rPr>
      </w:pPr>
      <w:r w:rsidRPr="00A10F3A">
        <w:rPr>
          <w:rFonts w:cs="Arial"/>
        </w:rPr>
        <w:t>This job description is a representative document. Other reasonable similar duties may be allocated from time to time commensurate with the general character of the post and its grading.</w:t>
      </w:r>
    </w:p>
    <w:p w14:paraId="63B8C21E" w14:textId="6C9189A5" w:rsidR="00C006F9" w:rsidRPr="00A10F3A" w:rsidRDefault="00C006F9" w:rsidP="00C006F9">
      <w:pPr>
        <w:tabs>
          <w:tab w:val="left" w:pos="5760"/>
        </w:tabs>
        <w:rPr>
          <w:rFonts w:cs="Arial"/>
        </w:rPr>
      </w:pPr>
      <w:r w:rsidRPr="00A10F3A">
        <w:rPr>
          <w:rFonts w:cs="Arial"/>
        </w:rPr>
        <w:t>All staff have a duty to take care of their own health &amp; safety and that of others that may be affected by your actions at work. Staff must co-operate with employers and co-workers to help everyone meet the legal requirements.</w:t>
      </w:r>
    </w:p>
    <w:p w14:paraId="6D67362F" w14:textId="43B86DB4" w:rsidR="00C006F9" w:rsidRPr="00A10F3A" w:rsidRDefault="00C006F9" w:rsidP="00C006F9">
      <w:pPr>
        <w:tabs>
          <w:tab w:val="left" w:pos="5760"/>
        </w:tabs>
        <w:rPr>
          <w:rFonts w:cs="Arial"/>
        </w:rPr>
      </w:pPr>
      <w:r w:rsidRPr="00A10F3A">
        <w:rPr>
          <w:rFonts w:cs="Arial"/>
        </w:rPr>
        <w:t>The post holder must ensure that confidentiality of all information is maintained and that working practices comply with the Data Protection Act 1998 and General Data Protection Regulations (May 2018)</w:t>
      </w:r>
    </w:p>
    <w:p w14:paraId="2B969E90" w14:textId="77777777" w:rsidR="00C006F9" w:rsidRPr="00A10F3A" w:rsidRDefault="00C006F9" w:rsidP="00C006F9">
      <w:pPr>
        <w:tabs>
          <w:tab w:val="left" w:pos="5760"/>
        </w:tabs>
        <w:rPr>
          <w:rFonts w:cs="Arial"/>
        </w:rPr>
      </w:pPr>
      <w:r w:rsidRPr="00A10F3A">
        <w:rPr>
          <w:rFonts w:cs="Arial"/>
        </w:rPr>
        <w:t>You will be required to participate in training, coaching and development activities, as appropriate.</w:t>
      </w:r>
    </w:p>
    <w:p w14:paraId="1C5EEA18" w14:textId="174F1F4E" w:rsidR="00C006F9" w:rsidRPr="00A10F3A" w:rsidRDefault="003364E0" w:rsidP="00C006F9">
      <w:pPr>
        <w:spacing w:line="360" w:lineRule="auto"/>
        <w:rPr>
          <w:rFonts w:cs="Arial"/>
        </w:rPr>
      </w:pPr>
      <w:r>
        <w:rPr>
          <w:rFonts w:cs="Arial"/>
        </w:rPr>
        <w:t xml:space="preserve">Reviewed </w:t>
      </w:r>
      <w:r w:rsidR="00C006F9" w:rsidRPr="00A10F3A">
        <w:rPr>
          <w:rFonts w:cs="Arial"/>
        </w:rPr>
        <w:t>– by Julie Murphy – Senior Operations Manager.</w:t>
      </w:r>
      <w:r w:rsidR="00C006F9" w:rsidRPr="00A10F3A">
        <w:rPr>
          <w:rFonts w:cs="Arial"/>
        </w:rPr>
        <w:tab/>
      </w:r>
      <w:r w:rsidR="00C006F9" w:rsidRPr="00A10F3A">
        <w:rPr>
          <w:rFonts w:cs="Arial"/>
        </w:rPr>
        <w:tab/>
      </w:r>
      <w:r w:rsidR="00C006F9" w:rsidRPr="00A10F3A">
        <w:rPr>
          <w:rFonts w:cs="Arial"/>
        </w:rPr>
        <w:tab/>
      </w:r>
    </w:p>
    <w:bookmarkEnd w:id="10"/>
    <w:p w14:paraId="11B629AA" w14:textId="77777777" w:rsidR="00B65812" w:rsidRDefault="00B65812" w:rsidP="00434535">
      <w:r w:rsidRPr="007E3D52">
        <w:rPr>
          <w:rFonts w:ascii="Century Gothic" w:eastAsia="Times New Roman" w:hAnsi="Century Gothic" w:cs="Arial"/>
          <w:noProof/>
          <w:color w:val="003366"/>
          <w:sz w:val="20"/>
          <w:lang w:val="en-US"/>
        </w:rPr>
        <mc:AlternateContent>
          <mc:Choice Requires="wps">
            <w:drawing>
              <wp:anchor distT="0" distB="0" distL="114300" distR="114300" simplePos="0" relativeHeight="251672064" behindDoc="0" locked="0" layoutInCell="1" allowOverlap="1" wp14:anchorId="1068A052" wp14:editId="742D7F24">
                <wp:simplePos x="0" y="0"/>
                <wp:positionH relativeFrom="margin">
                  <wp:posOffset>3968750</wp:posOffset>
                </wp:positionH>
                <wp:positionV relativeFrom="paragraph">
                  <wp:posOffset>-1905</wp:posOffset>
                </wp:positionV>
                <wp:extent cx="1784350" cy="488950"/>
                <wp:effectExtent l="0" t="0" r="25400" b="25400"/>
                <wp:wrapNone/>
                <wp:docPr id="162139834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4350" cy="488950"/>
                        </a:xfrm>
                        <a:prstGeom prst="rect">
                          <a:avLst/>
                        </a:prstGeom>
                        <a:solidFill>
                          <a:srgbClr val="006699"/>
                        </a:solidFill>
                        <a:ln w="9525">
                          <a:solidFill>
                            <a:srgbClr val="006699"/>
                          </a:solidFill>
                          <a:miter lim="800000"/>
                          <a:headEnd/>
                          <a:tailEnd/>
                        </a:ln>
                      </wps:spPr>
                      <wps:txbx>
                        <w:txbxContent>
                          <w:p w14:paraId="212A5BF6" w14:textId="77777777" w:rsidR="00B65812" w:rsidRDefault="00B65812" w:rsidP="00B65812">
                            <w:pPr>
                              <w:pStyle w:val="Heading5"/>
                              <w:jc w:val="center"/>
                              <w:rPr>
                                <w:rFonts w:ascii="Century Gothic" w:hAnsi="Century Gothic"/>
                                <w:bCs/>
                                <w:color w:val="FFFFFF"/>
                              </w:rPr>
                            </w:pPr>
                            <w:r>
                              <w:rPr>
                                <w:rFonts w:ascii="Century Gothic" w:hAnsi="Century Gothic"/>
                                <w:bCs/>
                                <w:color w:val="FFFFFF"/>
                              </w:rPr>
                              <w:t>Person Specification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8A052" id="Rectangle 4" o:spid="_x0000_s1030" style="position:absolute;margin-left:312.5pt;margin-top:-.15pt;width:140.5pt;height:38.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" fillcolor="#069" strokecolor="#069">
                <v:textbox>
                  <w:txbxContent>
                    <w:p w14:paraId="212A5BF6" w14:textId="77777777" w:rsidR="00B65812" w:rsidRDefault="00B65812" w:rsidP="00B65812">
                      <w:pPr>
                        <w:pStyle w:val="Heading5"/>
                        <w:jc w:val="center"/>
                        <w:rPr>
                          <w:rFonts w:ascii="Century Gothic" w:hAnsi="Century Gothic"/>
                          <w:bCs/>
                          <w:color w:val="FFFFFF"/>
                        </w:rPr>
                      </w:pPr>
                      <w:r>
                        <w:rPr>
                          <w:rFonts w:ascii="Century Gothic" w:hAnsi="Century Gothic"/>
                          <w:bCs/>
                          <w:color w:val="FFFFFF"/>
                        </w:rPr>
                        <w:t>Person Specification</w:t>
                      </w:r>
                    </w:p>
                  </w:txbxContent>
                </v:textbox>
                <w10:wrap anchorx="margin"/>
              </v:rect>
            </w:pict>
          </mc:Fallback>
        </mc:AlternateContent>
      </w:r>
      <w:r>
        <w:tab/>
      </w:r>
      <w:r>
        <w:tab/>
      </w:r>
      <w:r>
        <w:tab/>
      </w:r>
      <w:r>
        <w:tab/>
      </w:r>
      <w:r>
        <w:tab/>
      </w:r>
      <w:r>
        <w:tab/>
      </w:r>
    </w:p>
    <w:p w14:paraId="6987626F" w14:textId="61DDA8DA" w:rsidR="00A329AE" w:rsidRPr="00B74D71" w:rsidRDefault="00B65812" w:rsidP="00A329AE">
      <w:pPr>
        <w:spacing w:before="100" w:beforeAutospacing="1" w:after="100" w:afterAutospacing="1" w:line="300" w:lineRule="atLeast"/>
        <w:outlineLvl w:val="0"/>
        <w:rPr>
          <w:rFonts w:eastAsia="Times New Roman" w:cs="Arial"/>
          <w:b/>
          <w:bCs/>
          <w:kern w:val="36"/>
          <w:sz w:val="48"/>
          <w:szCs w:val="48"/>
          <w:lang w:eastAsia="en-GB"/>
        </w:rPr>
      </w:pPr>
      <w:r>
        <w:tab/>
      </w:r>
    </w:p>
    <w:p w14:paraId="09D82467" w14:textId="77777777" w:rsidR="00A329AE" w:rsidRPr="00B74D71" w:rsidRDefault="00A329AE" w:rsidP="00A329AE">
      <w:p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Post:</w:t>
      </w:r>
      <w:r w:rsidRPr="00B74D71">
        <w:rPr>
          <w:rFonts w:eastAsia="Times New Roman" w:cs="Arial"/>
          <w:sz w:val="21"/>
          <w:szCs w:val="21"/>
          <w:lang w:eastAsia="en-GB"/>
        </w:rPr>
        <w:t xml:space="preserve"> Crèche Assistant</w:t>
      </w:r>
      <w:r w:rsidRPr="00B74D71">
        <w:rPr>
          <w:rFonts w:eastAsia="Times New Roman" w:cs="Arial"/>
          <w:sz w:val="21"/>
          <w:szCs w:val="21"/>
          <w:lang w:eastAsia="en-GB"/>
        </w:rPr>
        <w:br/>
      </w:r>
      <w:r w:rsidRPr="00B74D71">
        <w:rPr>
          <w:rFonts w:eastAsia="Times New Roman" w:cs="Arial"/>
          <w:b/>
          <w:bCs/>
          <w:sz w:val="21"/>
          <w:szCs w:val="21"/>
          <w:lang w:eastAsia="en-GB"/>
        </w:rPr>
        <w:t>Department:</w:t>
      </w:r>
      <w:r w:rsidRPr="00B74D71">
        <w:rPr>
          <w:rFonts w:eastAsia="Times New Roman" w:cs="Arial"/>
          <w:sz w:val="21"/>
          <w:szCs w:val="21"/>
          <w:lang w:eastAsia="en-GB"/>
        </w:rPr>
        <w:t xml:space="preserve"> Communities</w:t>
      </w:r>
      <w:r w:rsidRPr="00B74D71">
        <w:rPr>
          <w:rFonts w:eastAsia="Times New Roman" w:cs="Arial"/>
          <w:sz w:val="21"/>
          <w:szCs w:val="21"/>
          <w:lang w:eastAsia="en-GB"/>
        </w:rPr>
        <w:br/>
      </w:r>
      <w:r w:rsidRPr="00B74D71">
        <w:rPr>
          <w:rFonts w:eastAsia="Times New Roman" w:cs="Arial"/>
          <w:b/>
          <w:bCs/>
          <w:sz w:val="21"/>
          <w:szCs w:val="21"/>
          <w:lang w:eastAsia="en-GB"/>
        </w:rPr>
        <w:t>Division:</w:t>
      </w:r>
      <w:r w:rsidRPr="00B74D71">
        <w:rPr>
          <w:rFonts w:eastAsia="Times New Roman" w:cs="Arial"/>
          <w:sz w:val="21"/>
          <w:szCs w:val="21"/>
          <w:lang w:eastAsia="en-GB"/>
        </w:rPr>
        <w:t xml:space="preserve"> Netherton Activity Centre</w:t>
      </w:r>
    </w:p>
    <w:p w14:paraId="43F9425C" w14:textId="77777777" w:rsidR="00A329AE" w:rsidRPr="00B74D71" w:rsidRDefault="00000000" w:rsidP="00A329AE">
      <w:pPr>
        <w:spacing w:after="0" w:line="300" w:lineRule="atLeast"/>
        <w:rPr>
          <w:rFonts w:eastAsia="Times New Roman" w:cs="Arial"/>
          <w:sz w:val="21"/>
          <w:szCs w:val="21"/>
          <w:lang w:eastAsia="en-GB"/>
        </w:rPr>
      </w:pPr>
      <w:r>
        <w:rPr>
          <w:rFonts w:eastAsia="Times New Roman" w:cs="Arial"/>
          <w:sz w:val="21"/>
          <w:szCs w:val="21"/>
          <w:lang w:eastAsia="en-GB"/>
        </w:rPr>
        <w:pict w14:anchorId="641668EE">
          <v:rect id="_x0000_i1025" style="width:0;height:1.5pt" o:hralign="center" o:hrstd="t" o:hr="t" fillcolor="#a0a0a0" stroked="f"/>
        </w:pict>
      </w:r>
    </w:p>
    <w:p w14:paraId="4C738D13" w14:textId="77777777" w:rsidR="00A329AE" w:rsidRPr="00A329AE" w:rsidRDefault="00A329AE" w:rsidP="00A329AE">
      <w:pPr>
        <w:spacing w:before="100" w:beforeAutospacing="1" w:after="100" w:afterAutospacing="1" w:line="300" w:lineRule="atLeast"/>
        <w:outlineLvl w:val="1"/>
        <w:rPr>
          <w:rFonts w:eastAsia="Times New Roman" w:cs="Arial"/>
          <w:b/>
          <w:bCs/>
          <w:sz w:val="24"/>
          <w:szCs w:val="24"/>
          <w:lang w:eastAsia="en-GB"/>
        </w:rPr>
      </w:pPr>
      <w:r w:rsidRPr="00A329AE">
        <w:rPr>
          <w:rFonts w:eastAsia="Times New Roman" w:cs="Arial"/>
          <w:b/>
          <w:bCs/>
          <w:sz w:val="24"/>
          <w:szCs w:val="24"/>
          <w:lang w:eastAsia="en-GB"/>
        </w:rPr>
        <w:t>Personal Attributes Required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93"/>
        <w:gridCol w:w="1550"/>
        <w:gridCol w:w="1681"/>
      </w:tblGrid>
      <w:tr w:rsidR="00A329AE" w:rsidRPr="00B74D71" w14:paraId="0927EFB3"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F800F3"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492518"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Essential (E) / Desirable (D)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20FA1D"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Method of Assessment</w:t>
            </w:r>
          </w:p>
        </w:tc>
      </w:tr>
      <w:tr w:rsidR="00A329AE" w:rsidRPr="00B74D71" w14:paraId="4A5A4F3B"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234C3D"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Qualifications / Training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30B26D" w14:textId="77777777" w:rsidR="00A329AE" w:rsidRPr="00B74D71" w:rsidRDefault="00A329AE" w:rsidP="00D0024D">
            <w:pPr>
              <w:spacing w:after="0" w:line="240" w:lineRule="auto"/>
              <w:jc w:val="center"/>
              <w:rPr>
                <w:rFonts w:eastAsia="Times New Roman" w:cs="Arial"/>
                <w:b/>
                <w:bCs/>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9D983"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551EC499"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9E5FB5"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lastRenderedPageBreak/>
              <w:t>NVQ Level 2 in Children's Care, Learning and Development, Early Years, Childcare or equivalent qualification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CA4AFE"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ABBA82"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2723CCD7"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690457"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BTEC Childcare or equivalent qualification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D84085" w14:textId="77777777" w:rsidR="00A329AE" w:rsidRPr="00B74D71" w:rsidRDefault="00A329AE" w:rsidP="00D0024D">
            <w:pPr>
              <w:spacing w:after="0" w:line="240" w:lineRule="auto"/>
              <w:rPr>
                <w:rFonts w:eastAsia="Times New Roman" w:cs="Arial"/>
                <w:lang w:eastAsia="en-GB"/>
              </w:rPr>
            </w:pPr>
            <w:r>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2FE9A8"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29B8D352"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7622DB"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Paediatric or Emergency First Aid qualification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2401BB"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63121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10BFA7A4"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8FACA8"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Willingness to undertake relevant training and continuous professional development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DF87E4"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6D0E05"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30454A5F"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8EFF8B" w14:textId="77777777" w:rsidR="00A329AE" w:rsidRPr="00B74D71" w:rsidRDefault="00A329AE" w:rsidP="00D0024D">
            <w:pPr>
              <w:spacing w:after="0" w:line="240" w:lineRule="auto"/>
              <w:rPr>
                <w:rFonts w:eastAsia="Times New Roman" w:cs="Arial"/>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EE3D7B" w14:textId="77777777" w:rsidR="00A329AE" w:rsidRPr="00B74D71" w:rsidRDefault="00A329AE" w:rsidP="00D0024D">
            <w:pPr>
              <w:spacing w:after="0" w:line="240" w:lineRule="auto"/>
              <w:rPr>
                <w:rFonts w:eastAsia="Times New Roman" w:cs="Arial"/>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B96430"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6D67B074"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42FC8B"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DF5F20" w14:textId="77777777" w:rsidR="00A329AE" w:rsidRPr="00B74D71" w:rsidRDefault="00A329AE" w:rsidP="00D0024D">
            <w:pPr>
              <w:spacing w:after="0" w:line="240" w:lineRule="auto"/>
              <w:jc w:val="center"/>
              <w:rPr>
                <w:rFonts w:eastAsia="Times New Roman" w:cs="Arial"/>
                <w:b/>
                <w:bCs/>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512791"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7C93162F"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E9369F"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Experience of working with children aged 0–5 years in a childcare, nursery, crèche or early years setting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E13B9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B7004A"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227CA354"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C6FA4B"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Experience of planning and delivering age-appropriate play and learning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7CD468"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ED665D"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347680C4"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928112"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Experience of working with parents, carers and families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6E41D0"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DFC432"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5DD2D12A"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36A76F" w14:textId="77777777" w:rsidR="00A329AE" w:rsidRPr="00B74D71" w:rsidRDefault="00A329AE" w:rsidP="00D0024D">
            <w:pPr>
              <w:spacing w:after="0" w:line="240" w:lineRule="auto"/>
              <w:rPr>
                <w:rFonts w:eastAsia="Times New Roman" w:cs="Arial"/>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C22B0F" w14:textId="77777777" w:rsidR="00A329AE" w:rsidRPr="00B74D71" w:rsidRDefault="00A329AE" w:rsidP="00D0024D">
            <w:pPr>
              <w:spacing w:after="0" w:line="240" w:lineRule="auto"/>
              <w:rPr>
                <w:rFonts w:eastAsia="Times New Roman" w:cs="Arial"/>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FAC134"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7AF05394"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AF1A09"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Skills, Knowledge and Aptitudes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86CD0D" w14:textId="77777777" w:rsidR="00A329AE" w:rsidRPr="00B74D71" w:rsidRDefault="00A329AE" w:rsidP="00D0024D">
            <w:pPr>
              <w:spacing w:after="0" w:line="240" w:lineRule="auto"/>
              <w:jc w:val="center"/>
              <w:rPr>
                <w:rFonts w:eastAsia="Times New Roman" w:cs="Arial"/>
                <w:b/>
                <w:bCs/>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750FE9"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16294412"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C35138"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Knowledge of child development and the needs of children aged 0–5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0FC64F"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378D0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2F99EAA8"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251ECF"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Ability to provide a safe, secure and nurturing environment for children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1BD4D9"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C16704"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21EDC6D1"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CBFF94"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Ability to plan and facilitate stimulating, inclusive and engaging play activities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18B4B9"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D9DC85"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4251F64F"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F0F400"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Understanding of safeguarding and child protection responsibilities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CD870E"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C302DF"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076F2C9D"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63119C"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Ability to identify, monitor and report health and safety concerns, including unsafe equipment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A7708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93CEBD"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7C5BF6C6"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0F319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Good verbal communication and interpersonal 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ED59CD"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9AC3F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5F596864"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16FE71"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Ability to work effectively as part of a team and on own initiative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2C2046"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DEF493"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1BE22341"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06BEFD"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Positive, enthusiastic and caring approach to working with children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D9B0A7"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5AA7BE"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1E9C4841"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6F386C"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Good organisational skills and attention to detail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D46FD6"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D32E18"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2DE531C1"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8CB110" w14:textId="77777777" w:rsidR="00A329AE" w:rsidRPr="00B74D71" w:rsidRDefault="00A329AE" w:rsidP="00D0024D">
            <w:pPr>
              <w:spacing w:after="0" w:line="240" w:lineRule="auto"/>
              <w:rPr>
                <w:rFonts w:eastAsia="Times New Roman" w:cs="Arial"/>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1AFA4" w14:textId="77777777" w:rsidR="00A329AE" w:rsidRPr="00B74D71" w:rsidRDefault="00A329AE" w:rsidP="00D0024D">
            <w:pPr>
              <w:spacing w:after="0" w:line="240" w:lineRule="auto"/>
              <w:rPr>
                <w:rFonts w:eastAsia="Times New Roman" w:cs="Arial"/>
                <w:sz w:val="20"/>
                <w:szCs w:val="20"/>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6C1818"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4A3C59DE"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B27535" w14:textId="77777777" w:rsidR="00A329AE" w:rsidRPr="00B74D71" w:rsidRDefault="00A329AE" w:rsidP="00D0024D">
            <w:pPr>
              <w:spacing w:after="0" w:line="240" w:lineRule="auto"/>
              <w:jc w:val="center"/>
              <w:rPr>
                <w:rFonts w:eastAsia="Times New Roman" w:cs="Arial"/>
                <w:b/>
                <w:bCs/>
                <w:lang w:eastAsia="en-GB"/>
              </w:rPr>
            </w:pPr>
            <w:r w:rsidRPr="00B74D71">
              <w:rPr>
                <w:rFonts w:eastAsia="Times New Roman" w:cs="Arial"/>
                <w:b/>
                <w:bCs/>
                <w:lang w:eastAsia="en-GB"/>
              </w:rPr>
              <w:t>Special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73FA7" w14:textId="77777777" w:rsidR="00A329AE" w:rsidRPr="00B74D71" w:rsidRDefault="00A329AE" w:rsidP="00D0024D">
            <w:pPr>
              <w:spacing w:after="0" w:line="240" w:lineRule="auto"/>
              <w:jc w:val="center"/>
              <w:rPr>
                <w:rFonts w:eastAsia="Times New Roman" w:cs="Arial"/>
                <w:b/>
                <w:bCs/>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61DBDC" w14:textId="77777777" w:rsidR="00A329AE" w:rsidRPr="00B74D71" w:rsidRDefault="00A329AE" w:rsidP="00D0024D">
            <w:pPr>
              <w:spacing w:after="0" w:line="240" w:lineRule="auto"/>
              <w:rPr>
                <w:rFonts w:eastAsia="Times New Roman" w:cs="Arial"/>
                <w:sz w:val="20"/>
                <w:szCs w:val="20"/>
                <w:lang w:eastAsia="en-GB"/>
              </w:rPr>
            </w:pPr>
          </w:p>
        </w:tc>
      </w:tr>
      <w:tr w:rsidR="00A329AE" w:rsidRPr="00B74D71" w14:paraId="66A05CF3"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50766A"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Willingness to undertake mandatory training, including Safeguarding/Child Protection, First Aid, Health &amp; Safety and other relevant courses required for the role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DB6F0B"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FA4C2"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0F1091AA"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1AB224"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Ability to work flexibly to meet the needs of the service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30DD14"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9E257A"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r w:rsidR="00A329AE" w:rsidRPr="00B74D71" w14:paraId="65211ECA" w14:textId="77777777" w:rsidTr="00D0024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B0E028"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Satisfactory Enhanced DBS check and compliance with safeguarding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941740"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4CDF59" w14:textId="77777777" w:rsidR="00A329AE" w:rsidRPr="00B74D71" w:rsidRDefault="00A329AE" w:rsidP="00D0024D">
            <w:pPr>
              <w:spacing w:after="0" w:line="240" w:lineRule="auto"/>
              <w:rPr>
                <w:rFonts w:eastAsia="Times New Roman" w:cs="Arial"/>
                <w:lang w:eastAsia="en-GB"/>
              </w:rPr>
            </w:pPr>
            <w:r w:rsidRPr="00B74D71">
              <w:rPr>
                <w:rFonts w:eastAsia="Times New Roman" w:cs="Arial"/>
                <w:lang w:eastAsia="en-GB"/>
              </w:rPr>
              <w:t>AFI</w:t>
            </w:r>
          </w:p>
        </w:tc>
      </w:tr>
    </w:tbl>
    <w:p w14:paraId="42A713D5" w14:textId="77777777" w:rsidR="00A329AE" w:rsidRPr="00B74D71" w:rsidRDefault="00000000" w:rsidP="00A329AE">
      <w:pPr>
        <w:spacing w:after="0" w:line="300" w:lineRule="atLeast"/>
        <w:rPr>
          <w:rFonts w:eastAsia="Times New Roman" w:cs="Arial"/>
          <w:sz w:val="21"/>
          <w:szCs w:val="21"/>
          <w:lang w:eastAsia="en-GB"/>
        </w:rPr>
      </w:pPr>
      <w:r>
        <w:rPr>
          <w:rFonts w:eastAsia="Times New Roman" w:cs="Arial"/>
          <w:sz w:val="21"/>
          <w:szCs w:val="21"/>
          <w:lang w:eastAsia="en-GB"/>
        </w:rPr>
        <w:pict w14:anchorId="4AC45896">
          <v:rect id="_x0000_i1026" style="width:0;height:1.5pt" o:hralign="center" o:hrstd="t" o:hr="t" fillcolor="#a0a0a0" stroked="f"/>
        </w:pict>
      </w:r>
    </w:p>
    <w:p w14:paraId="1EB0B42A" w14:textId="77777777" w:rsidR="00A329AE" w:rsidRPr="00B74D71" w:rsidRDefault="00A329AE" w:rsidP="00A329AE">
      <w:pPr>
        <w:spacing w:before="100" w:beforeAutospacing="1" w:after="100" w:afterAutospacing="1" w:line="300" w:lineRule="atLeast"/>
        <w:outlineLvl w:val="2"/>
        <w:rPr>
          <w:rFonts w:eastAsia="Times New Roman" w:cs="Arial"/>
          <w:b/>
          <w:bCs/>
          <w:sz w:val="27"/>
          <w:szCs w:val="27"/>
          <w:lang w:eastAsia="en-GB"/>
        </w:rPr>
      </w:pPr>
      <w:r w:rsidRPr="00B74D71">
        <w:rPr>
          <w:rFonts w:eastAsia="Times New Roman" w:cs="Arial"/>
          <w:b/>
          <w:bCs/>
          <w:sz w:val="27"/>
          <w:szCs w:val="27"/>
          <w:lang w:eastAsia="en-GB"/>
        </w:rPr>
        <w:lastRenderedPageBreak/>
        <w:t>Prepared by:</w:t>
      </w:r>
    </w:p>
    <w:p w14:paraId="7BFC644E" w14:textId="77777777" w:rsidR="00A329AE" w:rsidRPr="00B74D71" w:rsidRDefault="00A329AE" w:rsidP="00A329AE">
      <w:p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Julie Murphy</w:t>
      </w:r>
    </w:p>
    <w:p w14:paraId="1CA0F541" w14:textId="77777777" w:rsidR="00A329AE" w:rsidRPr="00B74D71" w:rsidRDefault="00A329AE" w:rsidP="00A329AE">
      <w:p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Date:</w:t>
      </w:r>
      <w:r w:rsidRPr="00B74D71">
        <w:rPr>
          <w:rFonts w:eastAsia="Times New Roman" w:cs="Arial"/>
          <w:sz w:val="21"/>
          <w:szCs w:val="21"/>
          <w:lang w:eastAsia="en-GB"/>
        </w:rPr>
        <w:t xml:space="preserve"> 25/06/2026</w:t>
      </w:r>
    </w:p>
    <w:p w14:paraId="65ED8E43" w14:textId="77777777" w:rsidR="00A329AE" w:rsidRPr="00B74D71" w:rsidRDefault="00A329AE" w:rsidP="00A329AE">
      <w:pPr>
        <w:spacing w:before="100" w:beforeAutospacing="1" w:after="100" w:afterAutospacing="1" w:line="300" w:lineRule="atLeast"/>
        <w:outlineLvl w:val="2"/>
        <w:rPr>
          <w:rFonts w:eastAsia="Times New Roman" w:cs="Arial"/>
          <w:b/>
          <w:bCs/>
          <w:sz w:val="27"/>
          <w:szCs w:val="27"/>
          <w:lang w:eastAsia="en-GB"/>
        </w:rPr>
      </w:pPr>
      <w:r w:rsidRPr="00B74D71">
        <w:rPr>
          <w:rFonts w:eastAsia="Times New Roman" w:cs="Arial"/>
          <w:b/>
          <w:bCs/>
          <w:sz w:val="27"/>
          <w:szCs w:val="27"/>
          <w:lang w:eastAsia="en-GB"/>
        </w:rPr>
        <w:t>Assessment Key</w:t>
      </w:r>
    </w:p>
    <w:p w14:paraId="65777D66" w14:textId="77777777" w:rsidR="00A329AE" w:rsidRPr="00B74D71" w:rsidRDefault="00A329AE" w:rsidP="00A329AE">
      <w:pPr>
        <w:numPr>
          <w:ilvl w:val="0"/>
          <w:numId w:val="48"/>
        </w:num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AF</w:t>
      </w:r>
      <w:r w:rsidRPr="00B74D71">
        <w:rPr>
          <w:rFonts w:eastAsia="Times New Roman" w:cs="Arial"/>
          <w:sz w:val="21"/>
          <w:szCs w:val="21"/>
          <w:lang w:eastAsia="en-GB"/>
        </w:rPr>
        <w:t xml:space="preserve"> = Application Form</w:t>
      </w:r>
    </w:p>
    <w:p w14:paraId="3412A2D3" w14:textId="77777777" w:rsidR="00A329AE" w:rsidRPr="00B74D71" w:rsidRDefault="00A329AE" w:rsidP="00A329AE">
      <w:pPr>
        <w:numPr>
          <w:ilvl w:val="0"/>
          <w:numId w:val="48"/>
        </w:num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I</w:t>
      </w:r>
      <w:r w:rsidRPr="00B74D71">
        <w:rPr>
          <w:rFonts w:eastAsia="Times New Roman" w:cs="Arial"/>
          <w:sz w:val="21"/>
          <w:szCs w:val="21"/>
          <w:lang w:eastAsia="en-GB"/>
        </w:rPr>
        <w:t xml:space="preserve"> = Interview</w:t>
      </w:r>
    </w:p>
    <w:p w14:paraId="49FD3A4A" w14:textId="77777777" w:rsidR="00A329AE" w:rsidRPr="00B74D71" w:rsidRDefault="00A329AE" w:rsidP="00A329AE">
      <w:pPr>
        <w:numPr>
          <w:ilvl w:val="0"/>
          <w:numId w:val="48"/>
        </w:num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T</w:t>
      </w:r>
      <w:r w:rsidRPr="00B74D71">
        <w:rPr>
          <w:rFonts w:eastAsia="Times New Roman" w:cs="Arial"/>
          <w:sz w:val="21"/>
          <w:szCs w:val="21"/>
          <w:lang w:eastAsia="en-GB"/>
        </w:rPr>
        <w:t xml:space="preserve"> = Test</w:t>
      </w:r>
    </w:p>
    <w:p w14:paraId="12B20738" w14:textId="77777777" w:rsidR="00A329AE" w:rsidRPr="00B74D71" w:rsidRDefault="00A329AE" w:rsidP="00A329AE">
      <w:pPr>
        <w:numPr>
          <w:ilvl w:val="0"/>
          <w:numId w:val="48"/>
        </w:numPr>
        <w:spacing w:before="100" w:beforeAutospacing="1" w:after="100" w:afterAutospacing="1" w:line="300" w:lineRule="atLeast"/>
        <w:rPr>
          <w:rFonts w:eastAsia="Times New Roman" w:cs="Arial"/>
          <w:sz w:val="21"/>
          <w:szCs w:val="21"/>
          <w:lang w:eastAsia="en-GB"/>
        </w:rPr>
      </w:pPr>
      <w:r w:rsidRPr="00B74D71">
        <w:rPr>
          <w:rFonts w:eastAsia="Times New Roman" w:cs="Arial"/>
          <w:b/>
          <w:bCs/>
          <w:sz w:val="21"/>
          <w:szCs w:val="21"/>
          <w:lang w:eastAsia="en-GB"/>
        </w:rPr>
        <w:t>P</w:t>
      </w:r>
      <w:r w:rsidRPr="00B74D71">
        <w:rPr>
          <w:rFonts w:eastAsia="Times New Roman" w:cs="Arial"/>
          <w:sz w:val="21"/>
          <w:szCs w:val="21"/>
          <w:lang w:eastAsia="en-GB"/>
        </w:rPr>
        <w:t xml:space="preserve"> = Presentation</w:t>
      </w:r>
    </w:p>
    <w:p w14:paraId="43701DC3" w14:textId="52CBBD1E" w:rsidR="00434535" w:rsidRDefault="00434535" w:rsidP="00434535"/>
    <w:p w14:paraId="52DA8BAF" w14:textId="77777777" w:rsidR="00B421F7" w:rsidRPr="007E3D52" w:rsidRDefault="00B421F7" w:rsidP="00B421F7">
      <w:pPr>
        <w:spacing w:after="0" w:line="240" w:lineRule="auto"/>
        <w:ind w:hanging="1080"/>
        <w:rPr>
          <w:rFonts w:ascii="Century Gothic" w:eastAsia="Times New Roman" w:hAnsi="Century Gothic" w:cs="Arial"/>
          <w:color w:val="003366"/>
          <w:sz w:val="20"/>
        </w:rPr>
      </w:pPr>
    </w:p>
    <w:p w14:paraId="252D9B1B" w14:textId="77777777" w:rsidR="00B421F7" w:rsidRPr="007E3D52" w:rsidRDefault="00B421F7" w:rsidP="00B421F7">
      <w:pPr>
        <w:pBdr>
          <w:bottom w:val="single" w:sz="4" w:space="1" w:color="006699"/>
        </w:pBdr>
        <w:tabs>
          <w:tab w:val="left" w:pos="1418"/>
        </w:tabs>
        <w:spacing w:after="60" w:line="240" w:lineRule="auto"/>
        <w:rPr>
          <w:rFonts w:ascii="Century Gothic" w:eastAsia="Times New Roman" w:hAnsi="Century Gothic" w:cs="Times New Roman"/>
          <w:color w:val="003366"/>
          <w:sz w:val="6"/>
        </w:rPr>
      </w:pPr>
    </w:p>
    <w:p w14:paraId="4E8C406D" w14:textId="77777777" w:rsidR="003364E0" w:rsidRDefault="003364E0" w:rsidP="003364E0">
      <w:pPr>
        <w:tabs>
          <w:tab w:val="left" w:pos="8280"/>
        </w:tabs>
      </w:pPr>
    </w:p>
    <w:sectPr w:rsidR="003364E0"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391C" w14:textId="77777777" w:rsidR="000D3632" w:rsidRPr="00A665FC" w:rsidRDefault="000D3632">
      <w:pPr>
        <w:spacing w:after="0" w:line="240" w:lineRule="auto"/>
      </w:pPr>
      <w:r w:rsidRPr="00A665FC">
        <w:separator/>
      </w:r>
    </w:p>
  </w:endnote>
  <w:endnote w:type="continuationSeparator" w:id="0">
    <w:p w14:paraId="53F8C516" w14:textId="77777777" w:rsidR="000D3632" w:rsidRPr="00A665FC" w:rsidRDefault="000D3632">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64E7D" w14:textId="77777777" w:rsidR="000D3632" w:rsidRPr="00A665FC" w:rsidRDefault="000D3632">
      <w:pPr>
        <w:spacing w:after="0" w:line="240" w:lineRule="auto"/>
      </w:pPr>
      <w:r w:rsidRPr="00A665FC">
        <w:separator/>
      </w:r>
    </w:p>
  </w:footnote>
  <w:footnote w:type="continuationSeparator" w:id="0">
    <w:p w14:paraId="770E6EC6" w14:textId="77777777" w:rsidR="000D3632" w:rsidRPr="00A665FC" w:rsidRDefault="000D3632">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A6D8B8E" w:rsidR="007F06D6" w:rsidRPr="00A665FC" w:rsidRDefault="007F06D6" w:rsidP="007F06D6"/>
      </w:tc>
      <w:tc>
        <w:tcPr>
          <w:tcW w:w="4756" w:type="dxa"/>
          <w:shd w:val="clear" w:color="auto" w:fill="0082BC"/>
        </w:tcPr>
        <w:p w14:paraId="442E45FC" w14:textId="41D7EBBD" w:rsidR="007F06D6" w:rsidRPr="00A665FC" w:rsidRDefault="007E50A1" w:rsidP="007F06D6">
          <w:pPr>
            <w:jc w:val="right"/>
          </w:pPr>
          <w:r w:rsidRPr="00A665FC">
            <w:rPr>
              <w:b/>
              <w:color w:val="FFFFFF"/>
              <w:sz w:val="24"/>
            </w:rPr>
            <w:t xml:space="preserve">Sefton Council | </w:t>
          </w:r>
          <w:r>
            <w:rPr>
              <w:b/>
              <w:color w:val="FFFFFF"/>
              <w:sz w:val="24"/>
            </w:rPr>
            <w:t>Communities</w:t>
          </w:r>
        </w:p>
      </w:tc>
    </w:tr>
  </w:tbl>
  <w:p w14:paraId="1B8A6D24" w14:textId="01BFD684" w:rsidR="00DC6FFA" w:rsidRPr="00A665FC" w:rsidRDefault="007E50A1" w:rsidP="000A1196">
    <w:pPr>
      <w:pStyle w:val="Header"/>
      <w:ind w:firstLine="720"/>
    </w:pPr>
    <w:r w:rsidRPr="00A665FC">
      <w:rPr>
        <w:b/>
        <w:noProof/>
        <w:color w:val="0082BC"/>
        <w:sz w:val="48"/>
      </w:rPr>
      <w:drawing>
        <wp:anchor distT="0" distB="0" distL="114300" distR="114300" simplePos="0" relativeHeight="251663361" behindDoc="0" locked="0" layoutInCell="1" allowOverlap="1" wp14:anchorId="2A2EF35D" wp14:editId="252405F0">
          <wp:simplePos x="0" y="0"/>
          <wp:positionH relativeFrom="column">
            <wp:posOffset>-1054100</wp:posOffset>
          </wp:positionH>
          <wp:positionV relativeFrom="paragraph">
            <wp:posOffset>-347345</wp:posOffset>
          </wp:positionV>
          <wp:extent cx="3359150" cy="476250"/>
          <wp:effectExtent l="0" t="0" r="0"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591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B27CE3" w:rsidRPr="00A665FC">
      <w:rPr>
        <w:noProof/>
      </w:rPr>
      <w:drawing>
        <wp:anchor distT="0" distB="0" distL="114300" distR="114300" simplePos="0" relativeHeight="251658241" behindDoc="0" locked="0" layoutInCell="1" allowOverlap="1" wp14:anchorId="07BD8A87" wp14:editId="112FE350">
          <wp:simplePos x="0" y="0"/>
          <wp:positionH relativeFrom="margin">
            <wp:posOffset>-692785</wp:posOffset>
          </wp:positionH>
          <wp:positionV relativeFrom="paragraph">
            <wp:posOffset>-683260</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2">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153827557" name="Picture 153827557"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55FC2E16"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36DE6609">
                <wp:simplePos x="0" y="0"/>
                <wp:positionH relativeFrom="column">
                  <wp:posOffset>-173355</wp:posOffset>
                </wp:positionH>
                <wp:positionV relativeFrom="paragraph">
                  <wp:posOffset>-50165</wp:posOffset>
                </wp:positionV>
                <wp:extent cx="2587925" cy="476250"/>
                <wp:effectExtent l="0" t="0" r="3175" b="0"/>
                <wp:wrapNone/>
                <wp:docPr id="1087209035"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222">
            <w:t>T</w:t>
          </w:r>
        </w:p>
      </w:tc>
      <w:tc>
        <w:tcPr>
          <w:tcW w:w="4756" w:type="dxa"/>
          <w:shd w:val="clear" w:color="auto" w:fill="0082BC"/>
        </w:tcPr>
        <w:p w14:paraId="38996EE1" w14:textId="539D0E76" w:rsidR="007F06D6" w:rsidRPr="00A665FC" w:rsidRDefault="00AC4092" w:rsidP="007F06D6">
          <w:pPr>
            <w:jc w:val="right"/>
          </w:pPr>
          <w:r w:rsidRPr="00A665FC">
            <w:rPr>
              <w:b/>
              <w:color w:val="FFFFFF"/>
              <w:sz w:val="24"/>
            </w:rPr>
            <w:t xml:space="preserve">Sefton Council | </w:t>
          </w:r>
          <w:r>
            <w:rPr>
              <w:b/>
              <w:color w:val="FFFFFF"/>
              <w:sz w:val="24"/>
            </w:rPr>
            <w:t>Communities</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463C02"/>
    <w:multiLevelType w:val="multilevel"/>
    <w:tmpl w:val="C02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BB4DBE"/>
    <w:multiLevelType w:val="hybridMultilevel"/>
    <w:tmpl w:val="58F07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C30966"/>
    <w:multiLevelType w:val="multilevel"/>
    <w:tmpl w:val="7CCA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4B114F"/>
    <w:multiLevelType w:val="multilevel"/>
    <w:tmpl w:val="487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2D0E90"/>
    <w:multiLevelType w:val="multilevel"/>
    <w:tmpl w:val="AB6CC8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24750F"/>
    <w:multiLevelType w:val="multilevel"/>
    <w:tmpl w:val="15E6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0B4C80"/>
    <w:multiLevelType w:val="multilevel"/>
    <w:tmpl w:val="2B36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6"/>
  </w:num>
  <w:num w:numId="8" w16cid:durableId="96677921">
    <w:abstractNumId w:val="37"/>
  </w:num>
  <w:num w:numId="9" w16cid:durableId="1885943946">
    <w:abstractNumId w:val="11"/>
  </w:num>
  <w:num w:numId="10" w16cid:durableId="2102799240">
    <w:abstractNumId w:val="32"/>
  </w:num>
  <w:num w:numId="11" w16cid:durableId="486483934">
    <w:abstractNumId w:val="28"/>
  </w:num>
  <w:num w:numId="12" w16cid:durableId="1548644970">
    <w:abstractNumId w:val="20"/>
  </w:num>
  <w:num w:numId="13" w16cid:durableId="1408651507">
    <w:abstractNumId w:val="29"/>
  </w:num>
  <w:num w:numId="14" w16cid:durableId="1434469441">
    <w:abstractNumId w:val="19"/>
  </w:num>
  <w:num w:numId="15" w16cid:durableId="939293694">
    <w:abstractNumId w:val="41"/>
  </w:num>
  <w:num w:numId="16" w16cid:durableId="1370958176">
    <w:abstractNumId w:val="30"/>
  </w:num>
  <w:num w:numId="17" w16cid:durableId="528959193">
    <w:abstractNumId w:val="12"/>
  </w:num>
  <w:num w:numId="18" w16cid:durableId="1049962024">
    <w:abstractNumId w:val="14"/>
  </w:num>
  <w:num w:numId="19" w16cid:durableId="12801739">
    <w:abstractNumId w:val="46"/>
  </w:num>
  <w:num w:numId="20" w16cid:durableId="1776096321">
    <w:abstractNumId w:val="18"/>
  </w:num>
  <w:num w:numId="21" w16cid:durableId="649674472">
    <w:abstractNumId w:val="16"/>
  </w:num>
  <w:num w:numId="22" w16cid:durableId="203178717">
    <w:abstractNumId w:val="10"/>
  </w:num>
  <w:num w:numId="23" w16cid:durableId="1748461079">
    <w:abstractNumId w:val="38"/>
  </w:num>
  <w:num w:numId="24" w16cid:durableId="547882938">
    <w:abstractNumId w:val="47"/>
  </w:num>
  <w:num w:numId="25" w16cid:durableId="1804886285">
    <w:abstractNumId w:val="21"/>
  </w:num>
  <w:num w:numId="26" w16cid:durableId="753942308">
    <w:abstractNumId w:val="43"/>
  </w:num>
  <w:num w:numId="27" w16cid:durableId="842161897">
    <w:abstractNumId w:val="7"/>
  </w:num>
  <w:num w:numId="28" w16cid:durableId="1169253410">
    <w:abstractNumId w:val="31"/>
  </w:num>
  <w:num w:numId="29" w16cid:durableId="1376005526">
    <w:abstractNumId w:val="45"/>
  </w:num>
  <w:num w:numId="30" w16cid:durableId="992417699">
    <w:abstractNumId w:val="13"/>
  </w:num>
  <w:num w:numId="31" w16cid:durableId="1811945182">
    <w:abstractNumId w:val="17"/>
  </w:num>
  <w:num w:numId="32" w16cid:durableId="752121699">
    <w:abstractNumId w:val="39"/>
  </w:num>
  <w:num w:numId="33" w16cid:durableId="728764366">
    <w:abstractNumId w:val="33"/>
  </w:num>
  <w:num w:numId="34" w16cid:durableId="903369946">
    <w:abstractNumId w:val="8"/>
  </w:num>
  <w:num w:numId="35" w16cid:durableId="1916547196">
    <w:abstractNumId w:val="42"/>
  </w:num>
  <w:num w:numId="36" w16cid:durableId="1313756109">
    <w:abstractNumId w:val="25"/>
  </w:num>
  <w:num w:numId="37" w16cid:durableId="580675113">
    <w:abstractNumId w:val="26"/>
  </w:num>
  <w:num w:numId="38" w16cid:durableId="1158957881">
    <w:abstractNumId w:val="40"/>
  </w:num>
  <w:num w:numId="39" w16cid:durableId="1517885159">
    <w:abstractNumId w:val="9"/>
  </w:num>
  <w:num w:numId="40" w16cid:durableId="1642035715">
    <w:abstractNumId w:val="24"/>
  </w:num>
  <w:num w:numId="41" w16cid:durableId="1929850866">
    <w:abstractNumId w:val="22"/>
  </w:num>
  <w:num w:numId="42" w16cid:durableId="1658533987">
    <w:abstractNumId w:val="34"/>
  </w:num>
  <w:num w:numId="43" w16cid:durableId="1062484894">
    <w:abstractNumId w:val="23"/>
  </w:num>
  <w:num w:numId="44" w16cid:durableId="53625995">
    <w:abstractNumId w:val="35"/>
  </w:num>
  <w:num w:numId="45" w16cid:durableId="79763827">
    <w:abstractNumId w:val="27"/>
  </w:num>
  <w:num w:numId="46" w16cid:durableId="305621365">
    <w:abstractNumId w:val="6"/>
  </w:num>
  <w:num w:numId="47" w16cid:durableId="119804635">
    <w:abstractNumId w:val="15"/>
  </w:num>
  <w:num w:numId="48" w16cid:durableId="774397758">
    <w:abstractNumId w:val="4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1786B"/>
    <w:rsid w:val="00024DDE"/>
    <w:rsid w:val="00032434"/>
    <w:rsid w:val="00034616"/>
    <w:rsid w:val="00035129"/>
    <w:rsid w:val="00035335"/>
    <w:rsid w:val="0004753D"/>
    <w:rsid w:val="00050895"/>
    <w:rsid w:val="00057216"/>
    <w:rsid w:val="0006063C"/>
    <w:rsid w:val="00073C50"/>
    <w:rsid w:val="00074692"/>
    <w:rsid w:val="000812B6"/>
    <w:rsid w:val="00081A7D"/>
    <w:rsid w:val="00085B78"/>
    <w:rsid w:val="00096AC7"/>
    <w:rsid w:val="000A1196"/>
    <w:rsid w:val="000A1D22"/>
    <w:rsid w:val="000A7FC7"/>
    <w:rsid w:val="000B3B22"/>
    <w:rsid w:val="000B4A37"/>
    <w:rsid w:val="000D3632"/>
    <w:rsid w:val="000E7316"/>
    <w:rsid w:val="000F3249"/>
    <w:rsid w:val="0010147F"/>
    <w:rsid w:val="00104A3C"/>
    <w:rsid w:val="001115BF"/>
    <w:rsid w:val="00115BE7"/>
    <w:rsid w:val="00122490"/>
    <w:rsid w:val="00125EEB"/>
    <w:rsid w:val="001303A8"/>
    <w:rsid w:val="00143869"/>
    <w:rsid w:val="001460FF"/>
    <w:rsid w:val="0015074B"/>
    <w:rsid w:val="0015495B"/>
    <w:rsid w:val="00160D75"/>
    <w:rsid w:val="00166387"/>
    <w:rsid w:val="00170274"/>
    <w:rsid w:val="001735DF"/>
    <w:rsid w:val="001743EB"/>
    <w:rsid w:val="00174758"/>
    <w:rsid w:val="00175C79"/>
    <w:rsid w:val="00187F29"/>
    <w:rsid w:val="001A3735"/>
    <w:rsid w:val="001A3FA0"/>
    <w:rsid w:val="001A7573"/>
    <w:rsid w:val="001B2341"/>
    <w:rsid w:val="001B5028"/>
    <w:rsid w:val="001B5148"/>
    <w:rsid w:val="001C166B"/>
    <w:rsid w:val="001C345F"/>
    <w:rsid w:val="001C3FC7"/>
    <w:rsid w:val="001C5E25"/>
    <w:rsid w:val="001D1393"/>
    <w:rsid w:val="001D6147"/>
    <w:rsid w:val="001E7F31"/>
    <w:rsid w:val="001F18BD"/>
    <w:rsid w:val="001F2C43"/>
    <w:rsid w:val="002130A3"/>
    <w:rsid w:val="00221AB6"/>
    <w:rsid w:val="002250F4"/>
    <w:rsid w:val="002259DC"/>
    <w:rsid w:val="002319BA"/>
    <w:rsid w:val="002329E8"/>
    <w:rsid w:val="00244137"/>
    <w:rsid w:val="00245435"/>
    <w:rsid w:val="00256DD6"/>
    <w:rsid w:val="00256DEF"/>
    <w:rsid w:val="00260C8D"/>
    <w:rsid w:val="00267DAC"/>
    <w:rsid w:val="00282ABC"/>
    <w:rsid w:val="0028529D"/>
    <w:rsid w:val="0028621D"/>
    <w:rsid w:val="00295E96"/>
    <w:rsid w:val="0029639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331E"/>
    <w:rsid w:val="00316999"/>
    <w:rsid w:val="00316C51"/>
    <w:rsid w:val="00317E97"/>
    <w:rsid w:val="00321FB4"/>
    <w:rsid w:val="003234D7"/>
    <w:rsid w:val="0032696B"/>
    <w:rsid w:val="00326F90"/>
    <w:rsid w:val="003328AA"/>
    <w:rsid w:val="003364E0"/>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A7F84"/>
    <w:rsid w:val="003B2419"/>
    <w:rsid w:val="003B272C"/>
    <w:rsid w:val="003B2C96"/>
    <w:rsid w:val="003B7A2D"/>
    <w:rsid w:val="003C54F2"/>
    <w:rsid w:val="003D356B"/>
    <w:rsid w:val="003D439B"/>
    <w:rsid w:val="003E25CB"/>
    <w:rsid w:val="003E2B31"/>
    <w:rsid w:val="003E54C5"/>
    <w:rsid w:val="003E7D49"/>
    <w:rsid w:val="003F3C25"/>
    <w:rsid w:val="004009C4"/>
    <w:rsid w:val="00401222"/>
    <w:rsid w:val="00402A02"/>
    <w:rsid w:val="004031C7"/>
    <w:rsid w:val="00412AF7"/>
    <w:rsid w:val="004130D9"/>
    <w:rsid w:val="0041539A"/>
    <w:rsid w:val="004208D4"/>
    <w:rsid w:val="00422961"/>
    <w:rsid w:val="00424EF4"/>
    <w:rsid w:val="00427E49"/>
    <w:rsid w:val="0043093C"/>
    <w:rsid w:val="0043131B"/>
    <w:rsid w:val="00434535"/>
    <w:rsid w:val="0043734A"/>
    <w:rsid w:val="00437B38"/>
    <w:rsid w:val="00442354"/>
    <w:rsid w:val="00447431"/>
    <w:rsid w:val="00454E02"/>
    <w:rsid w:val="00455516"/>
    <w:rsid w:val="004617C1"/>
    <w:rsid w:val="004622E6"/>
    <w:rsid w:val="004625E5"/>
    <w:rsid w:val="00463B70"/>
    <w:rsid w:val="00466195"/>
    <w:rsid w:val="00467746"/>
    <w:rsid w:val="00474468"/>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B7BB0"/>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26D72"/>
    <w:rsid w:val="00530EB5"/>
    <w:rsid w:val="00531F43"/>
    <w:rsid w:val="00536407"/>
    <w:rsid w:val="00547C3F"/>
    <w:rsid w:val="00547D74"/>
    <w:rsid w:val="00547F72"/>
    <w:rsid w:val="00557DAF"/>
    <w:rsid w:val="00560F73"/>
    <w:rsid w:val="00561405"/>
    <w:rsid w:val="0056452B"/>
    <w:rsid w:val="00565B5D"/>
    <w:rsid w:val="005715A1"/>
    <w:rsid w:val="00571B76"/>
    <w:rsid w:val="005743BA"/>
    <w:rsid w:val="00575170"/>
    <w:rsid w:val="0057534E"/>
    <w:rsid w:val="00580173"/>
    <w:rsid w:val="0058344C"/>
    <w:rsid w:val="00592C51"/>
    <w:rsid w:val="005A7576"/>
    <w:rsid w:val="005B50D4"/>
    <w:rsid w:val="005B5209"/>
    <w:rsid w:val="005B5848"/>
    <w:rsid w:val="005B5AF1"/>
    <w:rsid w:val="005B5FF7"/>
    <w:rsid w:val="005C098F"/>
    <w:rsid w:val="005C1F40"/>
    <w:rsid w:val="005C7CED"/>
    <w:rsid w:val="005D7F83"/>
    <w:rsid w:val="005E1C31"/>
    <w:rsid w:val="005E287F"/>
    <w:rsid w:val="005E401A"/>
    <w:rsid w:val="005E5084"/>
    <w:rsid w:val="005F3F2A"/>
    <w:rsid w:val="00605049"/>
    <w:rsid w:val="00615836"/>
    <w:rsid w:val="0061762B"/>
    <w:rsid w:val="006203A3"/>
    <w:rsid w:val="00620F56"/>
    <w:rsid w:val="0062339D"/>
    <w:rsid w:val="0062565B"/>
    <w:rsid w:val="006301CE"/>
    <w:rsid w:val="00633980"/>
    <w:rsid w:val="00634ABD"/>
    <w:rsid w:val="00634AF2"/>
    <w:rsid w:val="00644E3D"/>
    <w:rsid w:val="00647EE9"/>
    <w:rsid w:val="00651D5D"/>
    <w:rsid w:val="006537C0"/>
    <w:rsid w:val="0065794C"/>
    <w:rsid w:val="00660729"/>
    <w:rsid w:val="006614A6"/>
    <w:rsid w:val="00661922"/>
    <w:rsid w:val="0066369C"/>
    <w:rsid w:val="00667A1D"/>
    <w:rsid w:val="00671606"/>
    <w:rsid w:val="006732FD"/>
    <w:rsid w:val="00680CB4"/>
    <w:rsid w:val="00683667"/>
    <w:rsid w:val="00683BEA"/>
    <w:rsid w:val="006852CF"/>
    <w:rsid w:val="00685A24"/>
    <w:rsid w:val="00685D7D"/>
    <w:rsid w:val="0068627F"/>
    <w:rsid w:val="00690F29"/>
    <w:rsid w:val="00691A35"/>
    <w:rsid w:val="00697B51"/>
    <w:rsid w:val="006A06DF"/>
    <w:rsid w:val="006A087D"/>
    <w:rsid w:val="006A1601"/>
    <w:rsid w:val="006A31C3"/>
    <w:rsid w:val="006A52BC"/>
    <w:rsid w:val="006A699C"/>
    <w:rsid w:val="006B1224"/>
    <w:rsid w:val="006B262E"/>
    <w:rsid w:val="006B2DE2"/>
    <w:rsid w:val="006B3689"/>
    <w:rsid w:val="006B6008"/>
    <w:rsid w:val="006C339D"/>
    <w:rsid w:val="006C3A5F"/>
    <w:rsid w:val="006D52B0"/>
    <w:rsid w:val="006D7018"/>
    <w:rsid w:val="006E1DDF"/>
    <w:rsid w:val="006F1699"/>
    <w:rsid w:val="006F3178"/>
    <w:rsid w:val="006F7222"/>
    <w:rsid w:val="006F7369"/>
    <w:rsid w:val="00702067"/>
    <w:rsid w:val="00713D70"/>
    <w:rsid w:val="007175EE"/>
    <w:rsid w:val="0072213A"/>
    <w:rsid w:val="00723800"/>
    <w:rsid w:val="00723C76"/>
    <w:rsid w:val="0073474E"/>
    <w:rsid w:val="00735FBE"/>
    <w:rsid w:val="007403DC"/>
    <w:rsid w:val="0074244B"/>
    <w:rsid w:val="00744FBD"/>
    <w:rsid w:val="00745BBD"/>
    <w:rsid w:val="0075036B"/>
    <w:rsid w:val="00757885"/>
    <w:rsid w:val="00765EE2"/>
    <w:rsid w:val="00765EE9"/>
    <w:rsid w:val="007679B6"/>
    <w:rsid w:val="00770A28"/>
    <w:rsid w:val="0078048B"/>
    <w:rsid w:val="00786C35"/>
    <w:rsid w:val="00793F32"/>
    <w:rsid w:val="007963C9"/>
    <w:rsid w:val="007A6574"/>
    <w:rsid w:val="007B5705"/>
    <w:rsid w:val="007C0416"/>
    <w:rsid w:val="007C2243"/>
    <w:rsid w:val="007C6702"/>
    <w:rsid w:val="007C7D15"/>
    <w:rsid w:val="007D61B3"/>
    <w:rsid w:val="007D78DA"/>
    <w:rsid w:val="007E0B7D"/>
    <w:rsid w:val="007E4461"/>
    <w:rsid w:val="007E451A"/>
    <w:rsid w:val="007E50A1"/>
    <w:rsid w:val="007F06D6"/>
    <w:rsid w:val="007F39F9"/>
    <w:rsid w:val="00801FCA"/>
    <w:rsid w:val="00805318"/>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1DC3"/>
    <w:rsid w:val="00865EED"/>
    <w:rsid w:val="00866E1F"/>
    <w:rsid w:val="008702FE"/>
    <w:rsid w:val="00891FF8"/>
    <w:rsid w:val="008A0BA7"/>
    <w:rsid w:val="008A10D1"/>
    <w:rsid w:val="008A2183"/>
    <w:rsid w:val="008A2AD1"/>
    <w:rsid w:val="008A5F0E"/>
    <w:rsid w:val="008B7841"/>
    <w:rsid w:val="008C2715"/>
    <w:rsid w:val="008C2CF8"/>
    <w:rsid w:val="008C49EE"/>
    <w:rsid w:val="008E3DA0"/>
    <w:rsid w:val="008E4272"/>
    <w:rsid w:val="008E4D82"/>
    <w:rsid w:val="008E67AA"/>
    <w:rsid w:val="008E6995"/>
    <w:rsid w:val="008F290E"/>
    <w:rsid w:val="008F52F8"/>
    <w:rsid w:val="008F581E"/>
    <w:rsid w:val="008F6EDA"/>
    <w:rsid w:val="009008D4"/>
    <w:rsid w:val="00912962"/>
    <w:rsid w:val="00915045"/>
    <w:rsid w:val="009260C5"/>
    <w:rsid w:val="00931578"/>
    <w:rsid w:val="00936534"/>
    <w:rsid w:val="00941DFC"/>
    <w:rsid w:val="009437BE"/>
    <w:rsid w:val="009443A8"/>
    <w:rsid w:val="00947E64"/>
    <w:rsid w:val="00965170"/>
    <w:rsid w:val="009725F0"/>
    <w:rsid w:val="009727A8"/>
    <w:rsid w:val="00972DD3"/>
    <w:rsid w:val="00973C7D"/>
    <w:rsid w:val="00974456"/>
    <w:rsid w:val="009773AD"/>
    <w:rsid w:val="00983AA1"/>
    <w:rsid w:val="009940B8"/>
    <w:rsid w:val="009A33C2"/>
    <w:rsid w:val="009A40A4"/>
    <w:rsid w:val="009A4A16"/>
    <w:rsid w:val="009A6CF7"/>
    <w:rsid w:val="009A71D2"/>
    <w:rsid w:val="009A761A"/>
    <w:rsid w:val="009B2283"/>
    <w:rsid w:val="009B4131"/>
    <w:rsid w:val="009B5732"/>
    <w:rsid w:val="009B5C30"/>
    <w:rsid w:val="009C35C3"/>
    <w:rsid w:val="009C6212"/>
    <w:rsid w:val="009E153E"/>
    <w:rsid w:val="009E3909"/>
    <w:rsid w:val="009E6205"/>
    <w:rsid w:val="009F340D"/>
    <w:rsid w:val="009F37BF"/>
    <w:rsid w:val="00A012E2"/>
    <w:rsid w:val="00A071D1"/>
    <w:rsid w:val="00A07798"/>
    <w:rsid w:val="00A10897"/>
    <w:rsid w:val="00A11542"/>
    <w:rsid w:val="00A13477"/>
    <w:rsid w:val="00A14929"/>
    <w:rsid w:val="00A17918"/>
    <w:rsid w:val="00A20A2A"/>
    <w:rsid w:val="00A20E49"/>
    <w:rsid w:val="00A23323"/>
    <w:rsid w:val="00A236B7"/>
    <w:rsid w:val="00A23E23"/>
    <w:rsid w:val="00A256DE"/>
    <w:rsid w:val="00A26996"/>
    <w:rsid w:val="00A26C17"/>
    <w:rsid w:val="00A329AE"/>
    <w:rsid w:val="00A373B0"/>
    <w:rsid w:val="00A42822"/>
    <w:rsid w:val="00A532A1"/>
    <w:rsid w:val="00A54704"/>
    <w:rsid w:val="00A559CB"/>
    <w:rsid w:val="00A55CFD"/>
    <w:rsid w:val="00A60A21"/>
    <w:rsid w:val="00A63AD3"/>
    <w:rsid w:val="00A64288"/>
    <w:rsid w:val="00A64F1F"/>
    <w:rsid w:val="00A665FC"/>
    <w:rsid w:val="00A66D7A"/>
    <w:rsid w:val="00A77F26"/>
    <w:rsid w:val="00A83330"/>
    <w:rsid w:val="00A87104"/>
    <w:rsid w:val="00A91189"/>
    <w:rsid w:val="00A93EC9"/>
    <w:rsid w:val="00AA1D8D"/>
    <w:rsid w:val="00AA413C"/>
    <w:rsid w:val="00AB253B"/>
    <w:rsid w:val="00AC19E9"/>
    <w:rsid w:val="00AC1D67"/>
    <w:rsid w:val="00AC4092"/>
    <w:rsid w:val="00AC6C7C"/>
    <w:rsid w:val="00AD28C4"/>
    <w:rsid w:val="00AD31D8"/>
    <w:rsid w:val="00AD39CD"/>
    <w:rsid w:val="00AD5B78"/>
    <w:rsid w:val="00AE37D0"/>
    <w:rsid w:val="00AE540B"/>
    <w:rsid w:val="00AE6C25"/>
    <w:rsid w:val="00AF006A"/>
    <w:rsid w:val="00AF4161"/>
    <w:rsid w:val="00AF4256"/>
    <w:rsid w:val="00B01BFC"/>
    <w:rsid w:val="00B035E7"/>
    <w:rsid w:val="00B03895"/>
    <w:rsid w:val="00B044F7"/>
    <w:rsid w:val="00B10119"/>
    <w:rsid w:val="00B116F9"/>
    <w:rsid w:val="00B119D3"/>
    <w:rsid w:val="00B122F9"/>
    <w:rsid w:val="00B1432F"/>
    <w:rsid w:val="00B14756"/>
    <w:rsid w:val="00B207B7"/>
    <w:rsid w:val="00B20C3A"/>
    <w:rsid w:val="00B262BE"/>
    <w:rsid w:val="00B2766C"/>
    <w:rsid w:val="00B27CE3"/>
    <w:rsid w:val="00B34333"/>
    <w:rsid w:val="00B357E0"/>
    <w:rsid w:val="00B36A0A"/>
    <w:rsid w:val="00B37171"/>
    <w:rsid w:val="00B421F7"/>
    <w:rsid w:val="00B42C12"/>
    <w:rsid w:val="00B47232"/>
    <w:rsid w:val="00B47730"/>
    <w:rsid w:val="00B548D0"/>
    <w:rsid w:val="00B55F74"/>
    <w:rsid w:val="00B5759E"/>
    <w:rsid w:val="00B60B4B"/>
    <w:rsid w:val="00B61F75"/>
    <w:rsid w:val="00B63941"/>
    <w:rsid w:val="00B64D8E"/>
    <w:rsid w:val="00B65812"/>
    <w:rsid w:val="00B704A9"/>
    <w:rsid w:val="00B7139D"/>
    <w:rsid w:val="00B7578E"/>
    <w:rsid w:val="00B80F38"/>
    <w:rsid w:val="00B86534"/>
    <w:rsid w:val="00B86FD8"/>
    <w:rsid w:val="00B93A75"/>
    <w:rsid w:val="00B9571B"/>
    <w:rsid w:val="00BA074D"/>
    <w:rsid w:val="00BC737D"/>
    <w:rsid w:val="00BC7AD1"/>
    <w:rsid w:val="00BD0475"/>
    <w:rsid w:val="00BD1C6B"/>
    <w:rsid w:val="00BD48DF"/>
    <w:rsid w:val="00BD61C5"/>
    <w:rsid w:val="00BE052C"/>
    <w:rsid w:val="00BE0E7F"/>
    <w:rsid w:val="00BE1D44"/>
    <w:rsid w:val="00BE392D"/>
    <w:rsid w:val="00BE409F"/>
    <w:rsid w:val="00BE466B"/>
    <w:rsid w:val="00BE670A"/>
    <w:rsid w:val="00BE6F6E"/>
    <w:rsid w:val="00BE7853"/>
    <w:rsid w:val="00C006F9"/>
    <w:rsid w:val="00C03FFC"/>
    <w:rsid w:val="00C06413"/>
    <w:rsid w:val="00C10C81"/>
    <w:rsid w:val="00C12732"/>
    <w:rsid w:val="00C12D72"/>
    <w:rsid w:val="00C16F45"/>
    <w:rsid w:val="00C21866"/>
    <w:rsid w:val="00C2193E"/>
    <w:rsid w:val="00C231FD"/>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16508"/>
    <w:rsid w:val="00D209CE"/>
    <w:rsid w:val="00D2486E"/>
    <w:rsid w:val="00D3132B"/>
    <w:rsid w:val="00D36951"/>
    <w:rsid w:val="00D37498"/>
    <w:rsid w:val="00D4486B"/>
    <w:rsid w:val="00D44C3C"/>
    <w:rsid w:val="00D459EF"/>
    <w:rsid w:val="00D46EEC"/>
    <w:rsid w:val="00D513CC"/>
    <w:rsid w:val="00D51AF7"/>
    <w:rsid w:val="00D60732"/>
    <w:rsid w:val="00D61A9F"/>
    <w:rsid w:val="00D6429F"/>
    <w:rsid w:val="00D64A9B"/>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4EE3"/>
    <w:rsid w:val="00DF5712"/>
    <w:rsid w:val="00E0523E"/>
    <w:rsid w:val="00E13EB9"/>
    <w:rsid w:val="00E144C4"/>
    <w:rsid w:val="00E14684"/>
    <w:rsid w:val="00E16DB8"/>
    <w:rsid w:val="00E16F88"/>
    <w:rsid w:val="00E20BF1"/>
    <w:rsid w:val="00E30337"/>
    <w:rsid w:val="00E364F4"/>
    <w:rsid w:val="00E41A4B"/>
    <w:rsid w:val="00E43A20"/>
    <w:rsid w:val="00E43C43"/>
    <w:rsid w:val="00E4473C"/>
    <w:rsid w:val="00E4716C"/>
    <w:rsid w:val="00E54416"/>
    <w:rsid w:val="00E54E38"/>
    <w:rsid w:val="00E55D71"/>
    <w:rsid w:val="00E62069"/>
    <w:rsid w:val="00E765FD"/>
    <w:rsid w:val="00E77BE2"/>
    <w:rsid w:val="00E81154"/>
    <w:rsid w:val="00E853E8"/>
    <w:rsid w:val="00E909A8"/>
    <w:rsid w:val="00E95920"/>
    <w:rsid w:val="00E9609A"/>
    <w:rsid w:val="00EA3D81"/>
    <w:rsid w:val="00EB1C21"/>
    <w:rsid w:val="00EB2F8B"/>
    <w:rsid w:val="00EB6227"/>
    <w:rsid w:val="00EB6794"/>
    <w:rsid w:val="00EC2252"/>
    <w:rsid w:val="00EC2E52"/>
    <w:rsid w:val="00EC2FD8"/>
    <w:rsid w:val="00EC3EC9"/>
    <w:rsid w:val="00ED0822"/>
    <w:rsid w:val="00ED09DC"/>
    <w:rsid w:val="00ED2422"/>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6608"/>
    <w:rsid w:val="00F47920"/>
    <w:rsid w:val="00F47DFF"/>
    <w:rsid w:val="00F556BD"/>
    <w:rsid w:val="00F61762"/>
    <w:rsid w:val="00F62591"/>
    <w:rsid w:val="00F64E7D"/>
    <w:rsid w:val="00F654E9"/>
    <w:rsid w:val="00F74424"/>
    <w:rsid w:val="00F75202"/>
    <w:rsid w:val="00F7624F"/>
    <w:rsid w:val="00F8025B"/>
    <w:rsid w:val="00F82B0F"/>
    <w:rsid w:val="00F867D9"/>
    <w:rsid w:val="00F86ADF"/>
    <w:rsid w:val="00F9221C"/>
    <w:rsid w:val="00F933C1"/>
    <w:rsid w:val="00F97F83"/>
    <w:rsid w:val="00FA0576"/>
    <w:rsid w:val="00FA0900"/>
    <w:rsid w:val="00FA1CF6"/>
    <w:rsid w:val="00FA6C97"/>
    <w:rsid w:val="00FB01CC"/>
    <w:rsid w:val="00FB0843"/>
    <w:rsid w:val="00FB2749"/>
    <w:rsid w:val="00FB67D6"/>
    <w:rsid w:val="00FB71B1"/>
    <w:rsid w:val="00FC1FEE"/>
    <w:rsid w:val="00FC4661"/>
    <w:rsid w:val="00FC5D9A"/>
    <w:rsid w:val="00FC693F"/>
    <w:rsid w:val="00FD072C"/>
    <w:rsid w:val="00FD1A59"/>
    <w:rsid w:val="00FD1FC2"/>
    <w:rsid w:val="00FD5C8D"/>
    <w:rsid w:val="00FD64A1"/>
    <w:rsid w:val="00FE1E81"/>
    <w:rsid w:val="00FF1A17"/>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styleId="BodyTextIndent">
    <w:name w:val="Body Text Indent"/>
    <w:basedOn w:val="Normal"/>
    <w:link w:val="BodyTextIndentChar"/>
    <w:uiPriority w:val="99"/>
    <w:unhideWhenUsed/>
    <w:rsid w:val="000F3249"/>
    <w:pPr>
      <w:spacing w:after="120"/>
      <w:ind w:left="283"/>
    </w:pPr>
  </w:style>
  <w:style w:type="character" w:customStyle="1" w:styleId="BodyTextIndentChar">
    <w:name w:val="Body Text Indent Char"/>
    <w:basedOn w:val="DefaultParagraphFont"/>
    <w:link w:val="BodyTextIndent"/>
    <w:uiPriority w:val="99"/>
    <w:rsid w:val="000F3249"/>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5.xml><?xml version="1.0" encoding="utf-8"?>
<ds:datastoreItem xmlns:ds="http://schemas.openxmlformats.org/officeDocument/2006/customXml" ds:itemID="{A0C46145-960A-47B5-973B-80F89BA6F3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3020</Words>
  <Characters>17218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20198</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Julie Murphy</cp:lastModifiedBy>
  <cp:revision>8</cp:revision>
  <cp:lastPrinted>2026-02-12T17:58:00Z</cp:lastPrinted>
  <dcterms:created xsi:type="dcterms:W3CDTF">2026-07-09T09:32:00Z</dcterms:created>
  <dcterms:modified xsi:type="dcterms:W3CDTF">2026-11-03T11:55:00Z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